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Wynnmere West</w:t>
        <w:br/>
        <w:br/>
        <w:br/>
      </w:r>
    </w:p>
    <w:p>
      <w:r>
        <w:t>START AND END TIME OF THE CDD MEETING FILE:</w:t>
      </w:r>
      <w:r>
        <w:rPr>
          <w:b/>
          <w:color w:val="FF0000"/>
        </w:rPr>
        <w:br/>
        <w:tab/>
        <w:tab/>
        <w:tab/>
        <w:tab/>
        <w:t xml:space="preserve"> August 07, 2026 at 09:00 AM</w:t>
      </w:r>
      <w:r>
        <w:rPr>
          <w:b/>
          <w:color w:val="FF0000"/>
        </w:rPr>
        <w:br/>
        <w:tab/>
        <w:tab/>
        <w:tab/>
        <w:tab/>
        <w:t xml:space="preserve"> August 07, 2026 at 10:37 AM</w:t>
        <w:br/>
        <w:br/>
        <w:br/>
      </w:r>
    </w:p>
    <w:p>
      <w:r>
        <w:t>AUDIO FILE NAME, FILE SIZE:</w:t>
      </w:r>
      <w:r>
        <w:rPr>
          <w:b/>
          <w:color w:val="FF0000"/>
        </w:rPr>
        <w:br/>
        <w:tab/>
        <w:tab/>
        <w:tab/>
        <w:tab/>
        <w:t xml:space="preserve"> WSHC_AC_and_BOS_072226.m4a</w:t>
      </w:r>
      <w:r>
        <w:rPr>
          <w:b/>
          <w:color w:val="FF0000"/>
        </w:rPr>
        <w:br/>
        <w:tab/>
        <w:tab/>
        <w:tab/>
        <w:tab/>
        <w:t xml:space="preserve"> 33883214</w:t>
        <w:br/>
        <w:br/>
        <w:br/>
      </w:r>
    </w:p>
    <w:p>
      <w:r>
        <w:t>DATE AUDIO FILE SUBMITTED TO THE GAT SYSTEM:</w:t>
      </w:r>
      <w:r>
        <w:rPr>
          <w:b/>
          <w:color w:val="FF0000"/>
        </w:rPr>
        <w:br/>
        <w:tab/>
        <w:tab/>
        <w:tab/>
        <w:tab/>
        <w:t xml:space="preserve"> August 19, 2026 at 02:35 PM</w:t>
        <w:br/>
        <w:br/>
        <w:br/>
      </w:r>
    </w:p>
    <w:p>
      <w:r>
        <w:t>DATE AUDIO FILE COMPLETED BY THE GAT SYSTEM:</w:t>
      </w:r>
      <w:r>
        <w:rPr>
          <w:b/>
          <w:color w:val="FF0000"/>
        </w:rPr>
        <w:br/>
        <w:tab/>
        <w:tab/>
        <w:tab/>
        <w:tab/>
        <w:t xml:space="preserve"> August 19, 2026 at 02:35 PM</w:t>
      </w:r>
      <w:r>
        <w:rPr>
          <w:b/>
          <w:color w:val="FF0000"/>
        </w:rPr>
        <w:br/>
        <w:tab/>
        <w:tab/>
        <w:tab/>
        <w:tab/>
        <w:t xml:space="preserve"> 00:43 ELAPSED TIME</w:t>
        <w:br/>
        <w:br/>
        <w:br/>
      </w:r>
    </w:p>
    <w:p>
      <w:r>
        <w:t>MEETING AGENDA:</w:t>
      </w:r>
      <w:r>
        <w:rPr>
          <w:b/>
          <w:color w:val="FF0000"/>
        </w:rPr>
        <w:br/>
        <w:br/>
        <w:br/>
        <w:tab/>
        <w:tab/>
        <w:tab/>
        <w:tab/>
        <w:t xml:space="preserve">  </w:t>
        <w:br/>
        <w:br/>
        <w:br/>
      </w:r>
    </w:p>
    <w:p>
      <w:r>
        <w:t xml:space="preserve">(Speaker A)  All right, Today is Wednesday, July 22, 2026. It's 1:34. Just to note, this meeting was previously noticed for 9:15 and we delayed till 1:15. We did post a notice on the door announcing the later date as well as on the CDD website. Just for the record, it's 1:34. We'll go ahead and call the. Go with the roll call. We have three supervisors present constituting a quorum. Bobby Shockley. I have Henley written down for some very. Shockley, Lindsay Rod and. And Lauren Oakley. And then joining us via Zoom is Rob Bonet. Up first, we are in the audit committee meeting. We solicited proposals for an audit and received four responses. One from Burger Tombs, one from DMHB, one from Ground Associates, and one from McIntosh. I know Bobby has reviewed these proposals and has some suggested rankings for the board, so we'll let her review those. </w:t>
      </w:r>
    </w:p>
    <w:p>
      <w:r>
        <w:t xml:space="preserve">(Speaker B)  So the Burger Tombs and. What is it? </w:t>
      </w:r>
    </w:p>
    <w:p>
      <w:r>
        <w:t xml:space="preserve">(Speaker A)  Dmhb you can go with? Okay, yeah. </w:t>
      </w:r>
    </w:p>
    <w:p>
      <w:r>
        <w:t xml:space="preserve">(Speaker B)  Oh, no, that's. That's. We'll just call the Burger Tunes. The ability, depth for personnel as we gave them 10 points. Experience, 18. Understanding the. The scope of service is 10. And ability to earnings through required services, you basically 10. So this is a total of 75 points. The DMHB ability of the personnel, 20 points. Experience, 20 points. Outstanding scope of work, 20 points. Ability to furnish required services is 20 points. Their total points is 100 points. Ground Associates personnel was 20 points. Experience clearance was 20. Understanding scope of work was 20. Hold on there. Something doesn't add up here. </w:t>
      </w:r>
    </w:p>
    <w:p>
      <w:r>
        <w:t xml:space="preserve">(Speaker A)  What is that? 398. And then 18. </w:t>
      </w:r>
    </w:p>
    <w:p>
      <w:r>
        <w:t xml:space="preserve">(Speaker B)  That cost. How long do I qualify that? I didn't even. I am so sorry. Okay. The furnishes require services. So the price was we gave them 18 points. McIntosh, 20 points for personnel. Experience 19. Understanding. Scope of work, 20. Required services, 20. And the price was 19. So the number one ranking was DMHB with 100 points. Brown and Associates and McIntosh tied for second place. And then Burger and Tunes was fourth ranked. So we're going to go with DMHB. </w:t>
      </w:r>
    </w:p>
    <w:p>
      <w:r>
        <w:t xml:space="preserve">(Speaker A)  Would the board like to make a motion to accept the rankings that Bobby outlined? Is there a second? </w:t>
      </w:r>
    </w:p>
    <w:p>
      <w:r>
        <w:t xml:space="preserve">(Speaker C)  All in favor? </w:t>
      </w:r>
    </w:p>
    <w:p>
      <w:r>
        <w:t xml:space="preserve">(Speaker D)  Any opposed? </w:t>
      </w:r>
    </w:p>
    <w:p>
      <w:r>
        <w:t xml:space="preserve">(Speaker A)  All right, and then do we have a motion to adjourn the audit committee meeting? Is there a second? </w:t>
      </w:r>
    </w:p>
    <w:p>
      <w:r>
        <w:t xml:space="preserve">(Speaker C)  All in favor? </w:t>
      </w:r>
    </w:p>
    <w:p>
      <w:r>
        <w:t xml:space="preserve">(Speaker D)  Any opposed? </w:t>
      </w:r>
    </w:p>
    <w:p>
      <w:r>
        <w:t xml:space="preserve">(Speaker A)  All right, we'll go ahead and call to order the Board of Supervisors portion of the meeting. Again, we have three supervisors present at constituting Quorum. And then Rob Bone joining us via Zoom. We have no members of the public present at this time and no members of the public joining us via Zoom. So we can start with the approval of the Minutes of the April 22, 2026, Board of Supervisors meeting and the audit committee meeting. </w:t>
      </w:r>
    </w:p>
    <w:p>
      <w:r>
        <w:t xml:space="preserve">(Speaker B)  Just for the record. </w:t>
      </w:r>
    </w:p>
    <w:p>
      <w:r>
        <w:t xml:space="preserve">(Speaker A)  Driven. Yeah, see, that's because I wrote it down and then they copied it. So what happens when I've known you. Known you for that long? </w:t>
      </w:r>
    </w:p>
    <w:p>
      <w:r>
        <w:t xml:space="preserve">(Speaker B)  Yep. </w:t>
      </w:r>
    </w:p>
    <w:p>
      <w:r>
        <w:t xml:space="preserve">(Speaker A)  Yeah, I have it written down today. I had. I had Henley and Oprah both. </w:t>
      </w:r>
    </w:p>
    <w:p>
      <w:r>
        <w:t xml:space="preserve">(Speaker C)  Okay. </w:t>
      </w:r>
    </w:p>
    <w:p>
      <w:r>
        <w:t xml:space="preserve">(Speaker B)  I like it. </w:t>
      </w:r>
    </w:p>
    <w:p>
      <w:r>
        <w:t xml:space="preserve">(Speaker A)  My brain's fried. </w:t>
      </w:r>
    </w:p>
    <w:p>
      <w:r>
        <w:t xml:space="preserve">(Speaker B)  We're gonna. </w:t>
      </w:r>
    </w:p>
    <w:p>
      <w:r>
        <w:t xml:space="preserve">(Speaker A)  We're gonna update that. Thank you. Do we have a motion to approve, as amended. </w:t>
      </w:r>
    </w:p>
    <w:p>
      <w:r>
        <w:t xml:space="preserve">(Speaker C)  All in favor? </w:t>
      </w:r>
    </w:p>
    <w:p>
      <w:r>
        <w:t xml:space="preserve">(Speaker D)  Any opposed? </w:t>
      </w:r>
    </w:p>
    <w:p>
      <w:r>
        <w:t xml:space="preserve">(Speaker C)  All right, </w:t>
      </w:r>
    </w:p>
    <w:p>
      <w:r>
        <w:t xml:space="preserve">(Speaker A)  Next we have acceptance of the ranking of the audit committee and authorizing staff to send the notice of intent to award. The audit committee met just prior to the board of supervis and ranked DMHB1. So we'd be looking for a motion to accept those rankings and authorize staff to send the notice of intent to award. </w:t>
      </w:r>
    </w:p>
    <w:p>
      <w:r>
        <w:t xml:space="preserve">(Speaker C)  Second, all in favor? </w:t>
      </w:r>
    </w:p>
    <w:p>
      <w:r>
        <w:t xml:space="preserve">(Speaker D)  Any opposed? </w:t>
      </w:r>
    </w:p>
    <w:p>
      <w:r>
        <w:t xml:space="preserve">(Speaker A)  Next, we have our public hearing on the adoption of the fiscal year 2027 budget. This public hearing has been advertised, and we sent a mail notice to only, I believe it was Winstone. Phase two was the only portion that had an increase going from the admin rate to the full platter rate for phase. So do we have a motion to open the public hearing? </w:t>
      </w:r>
    </w:p>
    <w:p>
      <w:r>
        <w:t xml:space="preserve">(Speaker D)  Second? </w:t>
      </w:r>
    </w:p>
    <w:p>
      <w:r>
        <w:t xml:space="preserve">(Speaker A)  I'm going to go. </w:t>
      </w:r>
    </w:p>
    <w:p>
      <w:r>
        <w:t xml:space="preserve">(Speaker C)  Bobby. </w:t>
      </w:r>
    </w:p>
    <w:p>
      <w:r>
        <w:t xml:space="preserve">(Speaker A)  Bobby for the motion and Lauren for the second. </w:t>
      </w:r>
    </w:p>
    <w:p>
      <w:r>
        <w:t xml:space="preserve">(Speaker C)  All in favor? </w:t>
      </w:r>
    </w:p>
    <w:p>
      <w:r>
        <w:t xml:space="preserve">(Speaker D)  Any opposed? </w:t>
      </w:r>
    </w:p>
    <w:p>
      <w:r>
        <w:t xml:space="preserve">(Speaker C)  All right. </w:t>
      </w:r>
    </w:p>
    <w:p>
      <w:r>
        <w:t xml:space="preserve">(Speaker A)  Resolution 2026 17, adopting the district's fiscal year 2027 budget and appropriating funds is included in the package for review. I will just give a brief review of this. I know you all saw this previously. Most of the adjustments were just based on actuals or any updated contracts, so we adjusted a few items. If you recall, we have three separate assessment areas here. So the budget is broken down into four different sections. The first is the admin portion. Overall, the admin is relatively the same. We did lower the supervisor fees. We're going to propose a bimonthly schedule here and a couple of others which will allow us to lower that admin portion a little bit. Increased attorney a little bit, just based on the actual and legal advertising based on actual as well. So there's an assessment for the admin. And then the next three sections are for Cascades, Brentwood, and Winstone, which are separate assessment areas for all the field and amenity related costs. So Cascades overall, really, most of those updates were to account for the changes in the amenity facility for those updates. So we did increase electric and water, I would say a conservative amount because of the fact we don't really have good data on how that splash pad and the spa is going to impact those two bills. So hoping to be able to bring that down in a future year. But we wanted to make sure that we had enough in the budget to account for that. You know those are typically going to run most of the day street lights. We adjusted up based on actuals water and electric for the field. We were able to reduce down for the field portion just based on actuals. And then I changed the way we have the security staffing and the amenity management staff. If you recall, we had a prior discussion about staffing this facility. So we are. The intent from what we discussed previously was to put an on site person that's going to be shared between all three, probably spend four hours a day at Cascades, two hours at Brentwood, two hours at Winstone so that ultimately they. You will have somebody there during the week year round and then supplement seasonally with security for the weekends. So if you see the large number in amenity management staff, it's. That's because it's. Instead of being done remotely, we're intending to put a person there and then the security is going down because ultimately we're going to reduce their scope to weekends. So that's kind of the biggest change there. Brentwood we have. We were able to adjust the property insurance down. Most of the changes to Brentwood are going to account for that second amenity facility coming online. So you'll see the amounts being higher in the proposed budget than what we are tracking for for that. And that's really because we've got that second amenity facility. And then we also removed the amenity landscaping and moved that it was its own category because the other common areas were being done by the service provider. So we have an increase in the to account for the CDD taking on those common areas that were previously serviced by another entity. So that's kind of the larger increase in the landscape maintenance. And then last one Windstone phase two is going from the admin rate to the platted rate for this year we have the second amenity facility open. It's only been open about a month. So those actuals are still kind of estimates because we don't have really good data. We've only have like a month worth of utility bills for that. That turnover. And then the actual property, the field expenditures. We had to increase water and sewer quite a bit based on some of the actuals we have in place and accounting for phase two as well. And then street lights, we accounted for phase two as well because in the current year the actuals were only for a portion of the year for for that phase. So last page combines the admin portion to the field expenses for each of those cascades. Gross per unit 953.92. That is an increase of three $39.94. That is our cap amount previously noticed. So it's not increasing over the prior notice amount. Brentwood Total 974.38 that one's a $70 increase. That is well below our previously noticed amount. And then Windstone is going to be 90171. It's a $68 increase. So we have some a modest increase for each of the phases this year accounting for kind of additional amenities in the most case whether they're newly opened ones or that. So happy to answer any questions that anybody may have. </w:t>
      </w:r>
    </w:p>
    <w:p>
      <w:r>
        <w:t xml:space="preserve">(Speaker C)  All in favor? </w:t>
      </w:r>
    </w:p>
    <w:p>
      <w:r>
        <w:t xml:space="preserve">(Speaker D)  Any opposed? </w:t>
      </w:r>
    </w:p>
    <w:p>
      <w:r>
        <w:t xml:space="preserve">(Speaker A)  All right. And do we have a motion to close the public hearing on the adoption of the budget? </w:t>
      </w:r>
    </w:p>
    <w:p>
      <w:r>
        <w:t xml:space="preserve">(Speaker D)  Second. </w:t>
      </w:r>
    </w:p>
    <w:p>
      <w:r>
        <w:t xml:space="preserve">(Speaker C)  All in favor? </w:t>
      </w:r>
    </w:p>
    <w:p>
      <w:r>
        <w:t xml:space="preserve">(Speaker D)  Any opposed? </w:t>
      </w:r>
    </w:p>
    <w:p>
      <w:r>
        <w:t xml:space="preserve">(Speaker A)  Next we have a public hearing on the imposition of operations and maintenance special assessments. This was mail notice was sent to phase two of Winstone and a ad was placed. We have a motion to open the public hearing. Is there a second? </w:t>
      </w:r>
    </w:p>
    <w:p>
      <w:r>
        <w:t xml:space="preserve">(Speaker C)  All in favor? </w:t>
      </w:r>
    </w:p>
    <w:p>
      <w:r>
        <w:t xml:space="preserve">(Speaker D)  Any opposed? </w:t>
      </w:r>
    </w:p>
    <w:p>
      <w:r>
        <w:t xml:space="preserve">(Speaker A)  All right. Resolution 2026-18 imposing special assessments and certified assessment rule is included in the package for review. This is going to certify the O and M assessments based on the budget that the board just approved and your previously levied debt assessments. </w:t>
      </w:r>
    </w:p>
    <w:p>
      <w:r>
        <w:t xml:space="preserve">(Speaker D)  Is there a second? </w:t>
      </w:r>
    </w:p>
    <w:p>
      <w:r>
        <w:t xml:space="preserve">(Speaker C)  All in favor? </w:t>
      </w:r>
    </w:p>
    <w:p>
      <w:r>
        <w:t xml:space="preserve">(Speaker D)  Any opposed? </w:t>
      </w:r>
    </w:p>
    <w:p>
      <w:r>
        <w:t xml:space="preserve">(Speaker A)  And do we have a motion to close this public hearing, Sir? </w:t>
      </w:r>
    </w:p>
    <w:p>
      <w:r>
        <w:t xml:space="preserve">(Speaker D)  Second. </w:t>
      </w:r>
    </w:p>
    <w:p>
      <w:r>
        <w:t xml:space="preserve">(Speaker C)  All in favor? </w:t>
      </w:r>
    </w:p>
    <w:p>
      <w:r>
        <w:t xml:space="preserve">(Speaker D)  Any opposed? </w:t>
      </w:r>
    </w:p>
    <w:p>
      <w:r>
        <w:t xml:space="preserve">(Speaker A)  Next we have our public hearing on the adoption of parking and towing for Brentwood only. First, do we have a motion to open the public hearing? Is there a second? </w:t>
      </w:r>
    </w:p>
    <w:p>
      <w:r>
        <w:t xml:space="preserve">(Speaker C)  All in favor? </w:t>
      </w:r>
    </w:p>
    <w:p>
      <w:r>
        <w:t xml:space="preserve">(Speaker D)  Any opposed? </w:t>
      </w:r>
    </w:p>
    <w:p>
      <w:r>
        <w:t xml:space="preserve">(Speaker A)  We talked about this at the last meeting. Resolution 2026-19 adopting parking and towing policies for Brentwood is included in the package for review. We had a lot of provided some photos and a lot of complaints from residents. Brentwood, being a townhome community, has dedicated parking spots that are allocated and there were cars parked pretty much all over the streets of blocking traffic and and just blocking those roadways. So this proposal is essentially allowing for parking in those designated parking spots only. And then there's some regulations regarding the amenity parking. So no overnight parking in those Amenities spots. And then we have some designated 5 minute only spots so that we can make sure that there's mailbox parking allocated. So this would essentially allow for parking in designated spots only. No other street parking would be allowed. </w:t>
      </w:r>
    </w:p>
    <w:p>
      <w:r>
        <w:t xml:space="preserve">(Speaker B)  They can park like I see on here where it says overnight. They all the green. They can still park overnight on those greens. </w:t>
      </w:r>
    </w:p>
    <w:p>
      <w:r>
        <w:t xml:space="preserve">(Speaker A)  Yes, yes, that's. Those are carved out designated parking spots. The only ones that have the restrictions for the amenity parking is the. </w:t>
      </w:r>
    </w:p>
    <w:p>
      <w:r>
        <w:t xml:space="preserve">(Speaker C)  What color is it? </w:t>
      </w:r>
    </w:p>
    <w:p>
      <w:r>
        <w:t xml:space="preserve">(Speaker B)  Purple. </w:t>
      </w:r>
    </w:p>
    <w:p>
      <w:r>
        <w:t xml:space="preserve">(Speaker A)  I gotta flip to the right page. Yeah, let's see. There we go. Sorry, I couldn't find the page. Yeah, the kind of purple color is in front of the amenity. We've got amenity one and amenity two listed there. Essentially no overnight parking. So that's available for parking during the day because otherwise we think people will probably just leave cars there long term. To the extent we want to monitor that and limit maybe a certain number of them later, we can look at that. But essentially this should allow for enough of those spots to be open. </w:t>
      </w:r>
    </w:p>
    <w:p>
      <w:r>
        <w:t xml:space="preserve">(Speaker B)  The same policy from Kane City of street parking. </w:t>
      </w:r>
    </w:p>
    <w:p>
      <w:r>
        <w:t xml:space="preserve">(Speaker A)  Anyways they do. So all this, all this phases have that sign that was required that say no on street parking. We previously did discuss at Cascades not putting a policy in place because of the fact that we are limited to kind of adopt that policy which the board thought was a little bit too restrictive. The difference here is that there's designated parking spots and that us enforcing that policy, that is essentially what Hay and city has in place is a little bit different because of the designated spots that are there than it is anywhere else. So. And I think we have an. I have a note under my report to talk about Cascades parking separately. </w:t>
      </w:r>
    </w:p>
    <w:p>
      <w:r>
        <w:t xml:space="preserve">(Speaker D)  So. </w:t>
      </w:r>
    </w:p>
    <w:p>
      <w:r>
        <w:t xml:space="preserve">(Speaker A)  But that maps in there. Any questions on the map or the policy? Is there a second? </w:t>
      </w:r>
    </w:p>
    <w:p>
      <w:r>
        <w:t xml:space="preserve">(Speaker C)  All in favor? Aye. </w:t>
      </w:r>
    </w:p>
    <w:p>
      <w:r>
        <w:t xml:space="preserve">(Speaker D)  Any opposed? </w:t>
      </w:r>
    </w:p>
    <w:p>
      <w:r>
        <w:t xml:space="preserve">(Speaker C)  All right. </w:t>
      </w:r>
    </w:p>
    <w:p>
      <w:r>
        <w:t xml:space="preserve">(Speaker A)  And we have a motion to close the public hearing on Brentwood parking. Is there a second? </w:t>
      </w:r>
    </w:p>
    <w:p>
      <w:r>
        <w:t xml:space="preserve">(Speaker C)  All in favor? </w:t>
      </w:r>
    </w:p>
    <w:p>
      <w:r>
        <w:t xml:space="preserve">(Speaker D)  Any opposed? </w:t>
      </w:r>
    </w:p>
    <w:p>
      <w:r>
        <w:t xml:space="preserve">(Speaker A)  All right, Meredith, quick question for you. Marshall has a quote for estimate for the signage. But we wanted to get some feedback due to the fact that typically when we're saying it's a designated parking area, it's essentially a side of the street. This is different because we have actual parking spots. Can we do entry signs at all phases that essentially say no street parking parking allowed in designated spots and designated parking spots only and not do individual signs like putting a sign next to a parking spot saying that you can park there. Does that make sense? </w:t>
      </w:r>
    </w:p>
    <w:p>
      <w:r>
        <w:t xml:space="preserve">(Speaker B)  That does make sense. As long as it's Very clear that there's. The spots are the designated parking spots. We should be fine. </w:t>
      </w:r>
    </w:p>
    <w:p>
      <w:r>
        <w:t xml:space="preserve">(Speaker A)  Okay, so what we'll do that's going to drastically reduce the number of signs we need, which is good. So we'll get some language to Meredith and kind of we'll get to the chair and approve this outside of the meeting, because it's going to be relatively few signs. We're just going to have the five minute mail parking, and then we'll have the signs that designate the amenity area and then just kind of the entry signs. So now that we don't have to do those, we can kind of look into that, and we'll get those approved and installed. And then we will send a mail notice to all the residents, notifying them that, you know, this has kind of always been the policy, but the CDD is going to start enforcing it with towing. All right, so that is the signage. Next, we have our public hearing on the adoption of amenity policies and rates for Winstone. Lots of public hearings today. Do we have a motion to open? Is there a second? </w:t>
      </w:r>
    </w:p>
    <w:p>
      <w:r>
        <w:t xml:space="preserve">(Speaker C)  All in favor? </w:t>
      </w:r>
    </w:p>
    <w:p>
      <w:r>
        <w:t xml:space="preserve">(Speaker D)  Any opposed? </w:t>
      </w:r>
    </w:p>
    <w:p>
      <w:r>
        <w:t xml:space="preserve">(Speaker C)  All right. </w:t>
      </w:r>
    </w:p>
    <w:p>
      <w:r>
        <w:t xml:space="preserve">(Speaker A)  Resolution 20, 2620, adopting amenity policies and rates for Windstone is included in the package for review. Standard amenity policies for what's installed out there. This amenity facility opened about a month ago. So this is just putting those policies in place is our second, I think. </w:t>
      </w:r>
    </w:p>
    <w:p>
      <w:r>
        <w:t xml:space="preserve">(Speaker C)  All in favor? </w:t>
      </w:r>
    </w:p>
    <w:p>
      <w:r>
        <w:t xml:space="preserve">(Speaker D)  Any opposed? </w:t>
      </w:r>
    </w:p>
    <w:p>
      <w:r>
        <w:t xml:space="preserve">(Speaker C)  All right. </w:t>
      </w:r>
    </w:p>
    <w:p>
      <w:r>
        <w:t xml:space="preserve">(Speaker A)  And a motion to close that public hearing. Is there a second? </w:t>
      </w:r>
    </w:p>
    <w:p>
      <w:r>
        <w:t xml:space="preserve">(Speaker B)  Second. </w:t>
      </w:r>
    </w:p>
    <w:p>
      <w:r>
        <w:t xml:space="preserve">(Speaker C)  All in favor? </w:t>
      </w:r>
    </w:p>
    <w:p>
      <w:r>
        <w:t xml:space="preserve">(Speaker D)  Any opposed? </w:t>
      </w:r>
    </w:p>
    <w:p>
      <w:r>
        <w:t xml:space="preserve">(Speaker A)  All right, next we have discussion regarding a policy for the pavilion area and cascades. We had this conversation at Bradbury. For those of you who were there, the addition of that pavilion, we wanted some direction because it sort of gives the impression that that is a area that you may be able to host a party. </w:t>
      </w:r>
    </w:p>
    <w:p>
      <w:r>
        <w:t xml:space="preserve">(Speaker B)  Yeah. </w:t>
      </w:r>
    </w:p>
    <w:p>
      <w:r>
        <w:t xml:space="preserve">(Speaker A)  So what we ended up doing at Brentwood is that we said, you know, this is for resident use, guest limits apply, and had a sign there. So that essentially, that was not a reservable space. And it was. That was clear that, you know, residents can use it. They can cook food in there, but guest limits apply. Like, you cannot bring 30 people and just reserve that pavilion area that is just kind of open, and you can use it. Under the pavilion area is okay. And under the covered area, you just can't put food on the pool deck or in the pool. So you can. Like, if you want to bring a public sub and sit down and eat a sub in there, that's totally fine. You can't have open flames. So they can't like barbecue or anything like that. But if you want to have food at like the tables under the pool, like the covered area, that's fine. Those are kind of designated areas where food is allowed that's outlined in the rules. So I think we would treat this area similar to that. We just think the signage and policy, kind of adding it to make that clear is probably a good idea. So. Motion to approve. </w:t>
      </w:r>
    </w:p>
    <w:p>
      <w:r>
        <w:t xml:space="preserve">(Speaker C)  So second. All in favor? </w:t>
      </w:r>
    </w:p>
    <w:p>
      <w:r>
        <w:t xml:space="preserve">(Speaker D)  Any opposed? </w:t>
      </w:r>
    </w:p>
    <w:p>
      <w:r>
        <w:t xml:space="preserve">(Speaker A)  All right, next we have. Where are we consideration for Resolution 202621 adopting amended amenity policies for Brentwood? When we were reviewing the amenity policies, we realized that there was no playground or dog park policies included in Brentwood. So we just added the standard. I think we adopted these pretty early and weren't sure what the plan was from when they were approved, so they just somehow were not in there. So this would just update the existing policies to add the playground and dog park. Is there a second? </w:t>
      </w:r>
    </w:p>
    <w:p>
      <w:r>
        <w:t xml:space="preserve">(Speaker C)  All in favor? </w:t>
      </w:r>
    </w:p>
    <w:p>
      <w:r>
        <w:t xml:space="preserve">(Speaker D)  Any opposed? </w:t>
      </w:r>
    </w:p>
    <w:p>
      <w:r>
        <w:t xml:space="preserve">(Speaker A)  Next we have consideration of Resolution 2026 22. I don't know what that says. Okay, hold on. I think it's a. Yeah. Resolution 202622 designating a regular monthly meeting date, time and location for fiscal year 2027. The proposed date in here is the fourth Thursday. We are moving this to try to break out some of these that we anticipate having residents at to spread those out a little bit. We did move the November meeting due to the holiday and we've got a bi monthly schedule. The idea was we were going to do three meetings on the three on the third Thursday and then on even months and then another set of three on the odd months to kind of stagger those because we're typically only holding meetings every other month. And so this will kind of allow us to do a staggered schedule for </w:t>
      </w:r>
    </w:p>
    <w:p>
      <w:r>
        <w:t xml:space="preserve">(Speaker B)  those and then we would still be </w:t>
      </w:r>
    </w:p>
    <w:p>
      <w:r>
        <w:t xml:space="preserve">(Speaker A)  able to hold a special meeting if something comes up. Yeah, if for some reason we something comes up, we need a meeting sooner, then you know, we could do that. Is there a second? </w:t>
      </w:r>
    </w:p>
    <w:p>
      <w:r>
        <w:t xml:space="preserve">(Speaker B)  Second. </w:t>
      </w:r>
    </w:p>
    <w:p>
      <w:r>
        <w:t xml:space="preserve">(Speaker C)  All in favor? </w:t>
      </w:r>
    </w:p>
    <w:p>
      <w:r>
        <w:t xml:space="preserve">(Speaker D)  Any opposed? </w:t>
      </w:r>
    </w:p>
    <w:p>
      <w:r>
        <w:t xml:space="preserve">(Speaker C)  All right. </w:t>
      </w:r>
    </w:p>
    <w:p>
      <w:r>
        <w:t xml:space="preserve">(Speaker A)  Oh, you sure? </w:t>
      </w:r>
    </w:p>
    <w:p>
      <w:r>
        <w:t xml:space="preserve">(Speaker D)  Okay. </w:t>
      </w:r>
    </w:p>
    <w:p>
      <w:r>
        <w:t xml:space="preserve">(Speaker A)  Next we have a consideration resolution 202623 authorizing the establish of SBA accounts. These are more long term investment accounts with higher interest that we can use move to open to have our funds allocated there to earn more interest. We'll do separate accounts for Brentwood, Cascades and Whetstone. So we're just looking for. Is there a second? </w:t>
      </w:r>
    </w:p>
    <w:p>
      <w:r>
        <w:t xml:space="preserve">(Speaker C)  All in favor? </w:t>
      </w:r>
    </w:p>
    <w:p>
      <w:r>
        <w:t xml:space="preserve">(Speaker D)  Any opposed? </w:t>
      </w:r>
    </w:p>
    <w:p>
      <w:r>
        <w:t xml:space="preserve">(Speaker A)  Next we have ratification of the amended pool maintenance services agreement for both Brentwood and Cascades. This incorporates the temporary fuel surge fuel surcharge that was previously approved. </w:t>
      </w:r>
    </w:p>
    <w:p>
      <w:r>
        <w:t xml:space="preserve">(Speaker D)  The second. </w:t>
      </w:r>
    </w:p>
    <w:p>
      <w:r>
        <w:t xml:space="preserve">(Speaker C)  All in favor? </w:t>
      </w:r>
    </w:p>
    <w:p>
      <w:r>
        <w:t xml:space="preserve">(Speaker D)  Any opposed? </w:t>
      </w:r>
    </w:p>
    <w:p>
      <w:r>
        <w:t xml:space="preserve">(Speaker A)  Next. We have. It says ratification of an irrigation cost share agreement for Brentwood. Meredith drafted this. We sent this to you. I think there's some red lines. We're waiting to come back. So I think we're still working on a couple minor items for that. So I think what we could do is take a motion to approve in substantial form and authorize the chair to execute, if that works. Are you okay with that? Meredith? Are you okay with that, too? </w:t>
      </w:r>
    </w:p>
    <w:p>
      <w:r>
        <w:t xml:space="preserve">(Speaker B)  Yes, that's fine. </w:t>
      </w:r>
    </w:p>
    <w:p>
      <w:r>
        <w:t xml:space="preserve">(Speaker E)  Okay. </w:t>
      </w:r>
    </w:p>
    <w:p>
      <w:r>
        <w:t xml:space="preserve">(Speaker A)  Is there a second? </w:t>
      </w:r>
    </w:p>
    <w:p>
      <w:r>
        <w:t xml:space="preserve">(Speaker D)  Second. </w:t>
      </w:r>
    </w:p>
    <w:p>
      <w:r>
        <w:t xml:space="preserve">(Speaker C)  All in favor? </w:t>
      </w:r>
    </w:p>
    <w:p>
      <w:r>
        <w:t xml:space="preserve">(Speaker D)  Any opposed? </w:t>
      </w:r>
    </w:p>
    <w:p>
      <w:r>
        <w:t xml:space="preserve">(Speaker A)  Next we have consideration of the proposal for the arbitrage rebate services from Amtech for the series 2026 assessment area 3 bonds. This is a report required under the trust indenture. Cost is $450 a year. Is there a second? </w:t>
      </w:r>
    </w:p>
    <w:p>
      <w:r>
        <w:t xml:space="preserve">(Speaker C)  All in favor? </w:t>
      </w:r>
    </w:p>
    <w:p>
      <w:r>
        <w:t xml:space="preserve">(Speaker D)  Any opposed? </w:t>
      </w:r>
    </w:p>
    <w:p>
      <w:r>
        <w:t xml:space="preserve">(Speaker A)  And then we also have presentation of the arbitrage rebate report for the series 2024 assessment area to project bonds. If you look at page four, you'll see the negative arbitrage amount listed, which basically just says we do not earn more interest than we pay on the bonds. We're just looking for a motion to accept. </w:t>
      </w:r>
    </w:p>
    <w:p>
      <w:r>
        <w:t xml:space="preserve">(Speaker B)  Motion to accept. </w:t>
      </w:r>
    </w:p>
    <w:p>
      <w:r>
        <w:t xml:space="preserve">(Speaker A)  Was there a second? </w:t>
      </w:r>
    </w:p>
    <w:p>
      <w:r>
        <w:t xml:space="preserve">(Speaker C)  All in favor? </w:t>
      </w:r>
    </w:p>
    <w:p>
      <w:r>
        <w:t xml:space="preserve">(Speaker D)  Any opposed? </w:t>
      </w:r>
    </w:p>
    <w:p>
      <w:r>
        <w:t xml:space="preserve">(Speaker A)  Next, we have ratification of a quit claim deed for When Stone, and this has already been approved. We're just looking for a motion to ratify. Is there a second? </w:t>
      </w:r>
    </w:p>
    <w:p>
      <w:r>
        <w:t xml:space="preserve">(Speaker C)  All in favor? </w:t>
      </w:r>
    </w:p>
    <w:p>
      <w:r>
        <w:t xml:space="preserve">(Speaker D)  Any opposed? </w:t>
      </w:r>
    </w:p>
    <w:p>
      <w:r>
        <w:t xml:space="preserve">(Speaker A)  Next we have presentation of the fiscal year 2025 audit report. If you look at page 26, there's the report to management. It was a clean audit. There were no instances of non compliance and no findings. And I'm happy to answer any questions, but we are looking for a motion to accept. Is there a second? </w:t>
      </w:r>
    </w:p>
    <w:p>
      <w:r>
        <w:t xml:space="preserve">(Speaker C)  All in favor? </w:t>
      </w:r>
    </w:p>
    <w:p>
      <w:r>
        <w:t xml:space="preserve">(Speaker D)  Any opposed? </w:t>
      </w:r>
    </w:p>
    <w:p>
      <w:r>
        <w:t xml:space="preserve">(Speaker C)  All right. </w:t>
      </w:r>
    </w:p>
    <w:p>
      <w:r>
        <w:t xml:space="preserve">(Speaker A)  Next we have goals and objectives. We have included the fiscal year 2027 goals and objectives as well as the 2026 goals and objectives that we need to review and confirm we've met at the end of the fiscal year. The goals for 2027 are the same as the goals for 2026. So if the board would like, we could take a single motion to approve the 2027 goals and objectives and authorize the chair to work with staff to confirm the goals were met at the end of 2026 and sign off on the form. There's second. </w:t>
      </w:r>
    </w:p>
    <w:p>
      <w:r>
        <w:t xml:space="preserve">(Speaker B)  Second. </w:t>
      </w:r>
    </w:p>
    <w:p>
      <w:r>
        <w:t xml:space="preserve">(Speaker C)  All in favor? </w:t>
      </w:r>
    </w:p>
    <w:p>
      <w:r>
        <w:t xml:space="preserve">(Speaker D)  Any opposed? </w:t>
      </w:r>
    </w:p>
    <w:p>
      <w:r>
        <w:t xml:space="preserve">(Speaker A)  Staff reports. </w:t>
      </w:r>
    </w:p>
    <w:p>
      <w:r>
        <w:t xml:space="preserve">(Speaker D)  Meredith. </w:t>
      </w:r>
    </w:p>
    <w:p>
      <w:r>
        <w:t xml:space="preserve">(Speaker B)  Good afternoon. No specific report from my office, but Happy to answer any questions that the board may have. </w:t>
      </w:r>
    </w:p>
    <w:p>
      <w:r>
        <w:t xml:space="preserve">(Speaker A)  Any questions for Meredith? No. All right, thank you. Our district engineer Ray's on the line. Ray, do you have anything? </w:t>
      </w:r>
    </w:p>
    <w:p>
      <w:r>
        <w:t xml:space="preserve">(Speaker F)  Just want to notice that we're going to be completing the as per the goals and objectives, the facilities inspections and report of all from different communities. And that'll be done before September 1st and provided to the district. And then just to note that next year, as is required for the state, a stormwater needs assessment, which we will be required to complete by July 1st and we'll have it complete hopefully beginning of next year. Other than that, open up for any questions. You have </w:t>
      </w:r>
    </w:p>
    <w:p>
      <w:r>
        <w:t xml:space="preserve">(Speaker A)  any questions? </w:t>
      </w:r>
    </w:p>
    <w:p>
      <w:r>
        <w:t xml:space="preserve">(Speaker C)  Oh, wait. </w:t>
      </w:r>
    </w:p>
    <w:p>
      <w:r>
        <w:t xml:space="preserve">(Speaker A)  Marshall. </w:t>
      </w:r>
    </w:p>
    <w:p>
      <w:r>
        <w:t xml:space="preserve">(Speaker E)  Good afternoon, everybody. That report is provided under separate cover today. I've got handful of proposals and I'm included on the field quote summary. Also included in separate coverage that we can run through as well. Please stop any questions. Overall landscaping services are doing okay. No major points of issue to note at this time. They have finished doing the inventory of plans. We kind of tried to see what would come back. The initial hedges in particular were kind of a key component of that being so widespread and being so hard hit. They have still been hit pretty hard. Some of them are coming back in the roots, but due to durability concerns, given the fact that they were so affected by the frost and the cold weather, while they are still coming back, they're very small in places. What is coming back is very small is going to be very probably delicate, let's say going into the season. This one long term they probably aren't the best choice. They're also fairly expensive compared to the Viburnum proposal that we that the landscaper did put together. The matching the same head would be ballpark was double price. They're more expensive to plan, but obviously less hearty. So between the two, the Viburnum and Durant have matched phase three, which is doing great. But everything on the south side did not do well. </w:t>
      </w:r>
    </w:p>
    <w:p>
      <w:r>
        <w:t xml:space="preserve">(Speaker A)  Yeah, I think the original quote was like a hundred thousand dollars, wasn't it? Yeah. </w:t>
      </w:r>
    </w:p>
    <w:p>
      <w:r>
        <w:t xml:space="preserve">(Speaker E)  That we move all part in death on 6 meters. So this is kind of their. Their adjusted value now for those wall hedges. We've got a number of items in here that kind of broke it down. And so the real key is kind of what did we want to kind of push is this. Some of this just for general information to kind of feel it out, give you an idea. </w:t>
      </w:r>
    </w:p>
    <w:p>
      <w:r>
        <w:t xml:space="preserve">(Speaker A)  We did put $100,000 for landscape replacement in the 2027 budget knowing that this was coming. So that's kind of why we deferred replacing them because of the cost and the amount of damage here. It just wasn't feasible in the current year. So I think the intent today is kind of get a little bit of direction to bring back a proposal for like what we want to do next fiscal year may not be done right away just because we need to. </w:t>
      </w:r>
    </w:p>
    <w:p>
      <w:r>
        <w:t xml:space="preserve">(Speaker E)  You like the viburnum in the duranta and we want to set to a higher budget or want to do it in phases. Maybe you only want to do a couple of walls, you're going to do sections and maybe phase it out. We can talk about that. But this just gives you a better feel for kind of what we are facing. </w:t>
      </w:r>
    </w:p>
    <w:p>
      <w:r>
        <w:t xml:space="preserve">(Speaker B)  What is it when you are out there, what do you think really stands out as being dead or missing there? </w:t>
      </w:r>
    </w:p>
    <w:p>
      <w:r>
        <w:t xml:space="preserve">(Speaker E)  I mean they went through and cleaned it up. I mean they cut the dead out. Yeah, you just had what used to be a good sized plan is now coming back incrementally here. Maybe skip a few, then maybe five and then maybe get a handful. So let's say we really lucky we </w:t>
      </w:r>
    </w:p>
    <w:p>
      <w:r>
        <w:t xml:space="preserve">(Speaker B)  had half of these Hedge placement </w:t>
      </w:r>
    </w:p>
    <w:p>
      <w:r>
        <w:t xml:space="preserve">(Speaker E)  are all the numbers hedge? No, there's different items there. </w:t>
      </w:r>
    </w:p>
    <w:p>
      <w:r>
        <w:t xml:space="preserve">(Speaker B)  Well like along the hedge area is </w:t>
      </w:r>
    </w:p>
    <w:p>
      <w:r>
        <w:t xml:space="preserve">(Speaker A)  that they're all in the same area. </w:t>
      </w:r>
    </w:p>
    <w:p>
      <w:r>
        <w:t xml:space="preserve">(Speaker E)  So the palms I guess would be the one that you would kind of give me some more feedback on. The previous ones obviously we had Sylvester originally didn't do good. Those are very expensive and very touch of metal. So then we went to pox table. Well, we had a bad season this year and foxtail weird. The one weakness they have apparently which is deep hope frost is going to knock Mal. </w:t>
      </w:r>
    </w:p>
    <w:p>
      <w:r>
        <w:t xml:space="preserve">(Speaker A)  So yeah, we, we lost all those. </w:t>
      </w:r>
    </w:p>
    <w:p>
      <w:r>
        <w:t xml:space="preserve">(Speaker E)  So this time around I said no Foxtail, let's steer clear of that. If we can get something that's going to be frost hard if we're going to invest in it, let's make sure that it is going to survive this next season. And the ribbon palms, the ones like you have in Gravestone, there's a handful down the main entrance. I believe you also have some. And north power line road along one side, you've got a mixture of sables in those ribbon palms. So they're a decent looking plant. They're a little more expensive than the queens and the queens also look better than the sables. Both are supposed to be, you know, party relative to the others. So they should survive. The other ones that were installed other places and did okay. So short of sub zero, those ones should hold through a Florida cold. </w:t>
      </w:r>
    </w:p>
    <w:p>
      <w:r>
        <w:t xml:space="preserve">(Speaker B)  Both of these? </w:t>
      </w:r>
    </w:p>
    <w:p>
      <w:r>
        <w:t xml:space="preserve">(Speaker C)  Yeah. </w:t>
      </w:r>
    </w:p>
    <w:p>
      <w:r>
        <w:t xml:space="preserve">(Speaker E)  You've Got different sizes. The 10ft are going to be shorter. So you could do the 10ft on the side of the monument. If you put a ten footer in the back of the monument sign, you are most likely not going to see it for some time. The monument sign is a pretty good size. Looking at kind of an. It doesn't mean we can't do it. But the 16 foot are probably going to be much more of your focal point. You could do the sides this year for example. You could just do palm on each side. The monument signs there 4. </w:t>
      </w:r>
    </w:p>
    <w:p>
      <w:r>
        <w:t xml:space="preserve">(Speaker B)  It's supposed to be how many on each side? </w:t>
      </w:r>
    </w:p>
    <w:p>
      <w:r>
        <w:t xml:space="preserve">(Speaker E)  I believe there's three entrances. Essentially each side has. Each monument sign has three. So 3, 312 total essentially. So we could stagger that directly. </w:t>
      </w:r>
    </w:p>
    <w:p>
      <w:r>
        <w:t xml:space="preserve">(Speaker B)  That gets you to the 24. </w:t>
      </w:r>
    </w:p>
    <w:p>
      <w:r>
        <w:t xml:space="preserve">(Speaker E)  So he just quoted 12 for each location of each type. But we could do smaller ones for example on the sides of the entrance signs and just do those this year and then do the ones in the back next year. Yeah, that way we get a palm tree up at the entrances. But it's not the full price ticket getting hit at the same time. And then next season we can. </w:t>
      </w:r>
    </w:p>
    <w:p>
      <w:r>
        <w:t xml:space="preserve">(Speaker A)  They've already been removed, right? We pulled them. Yeah. </w:t>
      </w:r>
    </w:p>
    <w:p>
      <w:r>
        <w:t xml:space="preserve">(Speaker B)  How much do we have on the </w:t>
      </w:r>
    </w:p>
    <w:p>
      <w:r>
        <w:t xml:space="preserve">(Speaker E)  placement line right now? </w:t>
      </w:r>
    </w:p>
    <w:p>
      <w:r>
        <w:t xml:space="preserve">(Speaker B)  Well no, for a storm. Storm response price. </w:t>
      </w:r>
    </w:p>
    <w:p>
      <w:r>
        <w:t xml:space="preserve">(Speaker E)  Oh well that's jumping into that just yet. </w:t>
      </w:r>
    </w:p>
    <w:p>
      <w:r>
        <w:t xml:space="preserve">(Speaker B)  Sorry. </w:t>
      </w:r>
    </w:p>
    <w:p>
      <w:r>
        <w:t xml:space="preserve">(Speaker A)  But so that was, that was 5500 was the plan for that. So that essentially just would like authorize. It would pre. Authorize Prince to go in and like clear out like debris blocking roads. Things after a hurricane. So not unfortunately not as substantial </w:t>
      </w:r>
    </w:p>
    <w:p>
      <w:r>
        <w:t xml:space="preserve">(Speaker B)  together would be like the nicer palms were very huge. </w:t>
      </w:r>
    </w:p>
    <w:p>
      <w:r>
        <w:t xml:space="preserve">(Speaker E)  That's one way to look at it. You have to get 16ft across everything. You're probably looking at that 100,000 number. That's just for the 7 to 3, 440 plus the 33 3, 106, 7 40. </w:t>
      </w:r>
    </w:p>
    <w:p>
      <w:r>
        <w:t xml:space="preserve">(Speaker B)  Just for the palm per palm. </w:t>
      </w:r>
    </w:p>
    <w:p>
      <w:r>
        <w:t xml:space="preserve">(Speaker E)  No, no, no, no, no. There's a real pipe own. Each was a carryover from a different proposal. </w:t>
      </w:r>
    </w:p>
    <w:p>
      <w:r>
        <w:t xml:space="preserve">(Speaker D)  Okay. </w:t>
      </w:r>
    </w:p>
    <w:p>
      <w:r>
        <w:t xml:space="preserve">(Speaker E)  It's 412. If you look at the handout, the handout is in there. So that price is all 12. All 12. </w:t>
      </w:r>
    </w:p>
    <w:p>
      <w:r>
        <w:t xml:space="preserve">(Speaker D)  Okay. </w:t>
      </w:r>
    </w:p>
    <w:p>
      <w:r>
        <w:t xml:space="preserve">(Speaker B)  I didn't realize that red hitting our $100,000 budget. </w:t>
      </w:r>
    </w:p>
    <w:p>
      <w:r>
        <w:t xml:space="preserve">(Speaker C)  Three. </w:t>
      </w:r>
    </w:p>
    <w:p>
      <w:r>
        <w:t xml:space="preserve">(Speaker B)  Okay. </w:t>
      </w:r>
    </w:p>
    <w:p>
      <w:r>
        <w:t xml:space="preserve">(Speaker E)  So if you look a few pages into your reference packet you'll see here's the queen palms for example. </w:t>
      </w:r>
    </w:p>
    <w:p>
      <w:r>
        <w:t xml:space="preserve">(Speaker B)  I prettier palm. </w:t>
      </w:r>
    </w:p>
    <w:p>
      <w:r>
        <w:t xml:space="preserve">(Speaker C)  Okay. </w:t>
      </w:r>
    </w:p>
    <w:p>
      <w:r>
        <w:t xml:space="preserve">(Speaker E)  These are 16 foots and that's 24,180 or the 12. So they're 18 is with these plus palm s. That gets. </w:t>
      </w:r>
    </w:p>
    <w:p>
      <w:r>
        <w:t xml:space="preserve">(Speaker A)  So if we did the two on the sides for the 10 foot, we could cut that number down. </w:t>
      </w:r>
    </w:p>
    <w:p>
      <w:r>
        <w:t xml:space="preserve">(Speaker E)  I could put a hard number together that's a little tighter. But I just wanted to get a feel for what those would four go. </w:t>
      </w:r>
    </w:p>
    <w:p>
      <w:r>
        <w:t xml:space="preserve">(Speaker B)  Would two palms go here and one from the side? </w:t>
      </w:r>
    </w:p>
    <w:p>
      <w:r>
        <w:t xml:space="preserve">(Speaker E)  Yeah, but yeah. So right now the way a lot of the entrances are, I believe there's one palm to the side here and there's two behind. So you could do the shorter one at the ten foot on the side. And then you want to do the 16 foot probably up back to make them pop over that sign and be clear and visible and have the intended effect. </w:t>
      </w:r>
    </w:p>
    <w:p>
      <w:r>
        <w:t xml:space="preserve">(Speaker A)  How would it look if we did this one? Let's do the big ones. </w:t>
      </w:r>
    </w:p>
    <w:p>
      <w:r>
        <w:t xml:space="preserve">(Speaker B)  Well, you know, builders are selling and yeah. Like the interests need to look nice. </w:t>
      </w:r>
    </w:p>
    <w:p>
      <w:r>
        <w:t xml:space="preserve">(Speaker E)  Yeah. </w:t>
      </w:r>
    </w:p>
    <w:p>
      <w:r>
        <w:t xml:space="preserve">(Speaker B)  Yes. I think we should do the bigger ones also. </w:t>
      </w:r>
    </w:p>
    <w:p>
      <w:r>
        <w:t xml:space="preserve">(Speaker A)  So the 16 foot Queen palms, the 24,180. Look at that. </w:t>
      </w:r>
    </w:p>
    <w:p>
      <w:r>
        <w:t xml:space="preserve">(Speaker B)  It's looking at. That's. That's the queen. Right. It's a little clear looking. Yeah, yeah. Ribbon is like. Oh, I mean it looks like a shred at the top. </w:t>
      </w:r>
    </w:p>
    <w:p>
      <w:r>
        <w:t xml:space="preserve">(Speaker C)  Yeah. </w:t>
      </w:r>
    </w:p>
    <w:p>
      <w:r>
        <w:t xml:space="preserve">(Speaker B)  And they like, they always look like little shredded. </w:t>
      </w:r>
    </w:p>
    <w:p>
      <w:r>
        <w:t xml:space="preserve">(Speaker A)  I feel like those look more like you'd see on like a resort little deck, you know? </w:t>
      </w:r>
    </w:p>
    <w:p>
      <w:r>
        <w:t xml:space="preserve">(Speaker B)  Yeah, no, I think that. And they need to be tall enough to be seen. 16. </w:t>
      </w:r>
    </w:p>
    <w:p>
      <w:r>
        <w:t xml:space="preserve">(Speaker D)  16. Okay. </w:t>
      </w:r>
    </w:p>
    <w:p>
      <w:r>
        <w:t xml:space="preserve">(Speaker A)  So if we go with the 16T queens and then </w:t>
      </w:r>
    </w:p>
    <w:p>
      <w:r>
        <w:t xml:space="preserve">(Speaker C)  the. </w:t>
      </w:r>
    </w:p>
    <w:p>
      <w:r>
        <w:t xml:space="preserve">(Speaker B)  Do we have anything? What's left in our budget for this year? </w:t>
      </w:r>
    </w:p>
    <w:p>
      <w:r>
        <w:t xml:space="preserve">(Speaker A)  This year? That's what I was just checking to see. We've got. </w:t>
      </w:r>
    </w:p>
    <w:p>
      <w:r>
        <w:t xml:space="preserve">(Speaker E)  Check the right one. </w:t>
      </w:r>
    </w:p>
    <w:p>
      <w:r>
        <w:t xml:space="preserve">(Speaker B)  Oh, I'm sorry. </w:t>
      </w:r>
    </w:p>
    <w:p>
      <w:r>
        <w:t xml:space="preserve">(Speaker A)  That one. </w:t>
      </w:r>
    </w:p>
    <w:p>
      <w:r>
        <w:t xml:space="preserve">(Speaker E)  Believe it. That is. </w:t>
      </w:r>
    </w:p>
    <w:p>
      <w:r>
        <w:t xml:space="preserve">(Speaker B)  Oh yeah. Okay. </w:t>
      </w:r>
    </w:p>
    <w:p>
      <w:r>
        <w:t xml:space="preserve">(Speaker E)  These are the reference photos. There's been a height number so you can give it to 16 foot. </w:t>
      </w:r>
    </w:p>
    <w:p>
      <w:r>
        <w:t xml:space="preserve">(Speaker A)  It spent 23,000 of the 25. </w:t>
      </w:r>
    </w:p>
    <w:p>
      <w:r>
        <w:t xml:space="preserve">(Speaker B)  Yeah. </w:t>
      </w:r>
    </w:p>
    <w:p>
      <w:r>
        <w:t xml:space="preserve">(Speaker A)  You have 25,000 for landscape replacement this year and you spent 23,675. I think we did the plants at the entrance after the initial freeze like just to kind of get the dead ones out and put a little. Some of the replacement plants there. But the quote for the rest of it was well over a hundred thousand dollars. </w:t>
      </w:r>
    </w:p>
    <w:p>
      <w:r>
        <w:t xml:space="preserve">(Speaker B)  It was then we wouldn't be able to do this until October. </w:t>
      </w:r>
    </w:p>
    <w:p>
      <w:r>
        <w:t xml:space="preserve">(Speaker A)  We may. Maybe we can get the palms in and not do the fence planting like we wanted to do the palm. I mean if it's 24, 000. Let me look and see what we got here. The only issue is I'm a little bit hesitant because of the Fact that we just reopened the amenity with those other things. </w:t>
      </w:r>
    </w:p>
    <w:p>
      <w:r>
        <w:t xml:space="preserve">(Speaker B)  But. </w:t>
      </w:r>
    </w:p>
    <w:p>
      <w:r>
        <w:t xml:space="preserve">(Speaker A)  And I don't have a great grasp on what those utilities are going to be with the spa going in and that </w:t>
      </w:r>
    </w:p>
    <w:p>
      <w:r>
        <w:t xml:space="preserve">(Speaker E)  hold for a month and that. And then you can put a tighter plan together. Type of do we. </w:t>
      </w:r>
    </w:p>
    <w:p>
      <w:r>
        <w:t xml:space="preserve">(Speaker B)  $38,000 in. </w:t>
      </w:r>
    </w:p>
    <w:p>
      <w:r>
        <w:t xml:space="preserve">(Speaker A)  So this year. So wait, which one? I don't think we have that. </w:t>
      </w:r>
    </w:p>
    <w:p>
      <w:r>
        <w:t xml:space="preserve">(Speaker B)  Love it. </w:t>
      </w:r>
    </w:p>
    <w:p>
      <w:r>
        <w:t xml:space="preserve">(Speaker A)  Oh for all three or whatever. So this. Yeah. So that's gonna be for next year. That's gonna be the next budget anyway that you're looking at. </w:t>
      </w:r>
    </w:p>
    <w:p>
      <w:r>
        <w:t xml:space="preserve">(Speaker C)  Okay. </w:t>
      </w:r>
    </w:p>
    <w:p>
      <w:r>
        <w:t xml:space="preserve">(Speaker B)  Oh, are you saying the 100,000 is in. </w:t>
      </w:r>
    </w:p>
    <w:p>
      <w:r>
        <w:t xml:space="preserve">(Speaker A)  It's in 2020. Yeah. It's so starting. So the one that starts in October. So we anticipated based on getting this proposal that we would need to do the entire fence line and do something about the palms. So we included it for next year. Let me just look and see what we've got for. </w:t>
      </w:r>
    </w:p>
    <w:p>
      <w:r>
        <w:t xml:space="preserve">(Speaker C)  Look. </w:t>
      </w:r>
    </w:p>
    <w:p>
      <w:r>
        <w:t xml:space="preserve">(Speaker A)  Janitorial. </w:t>
      </w:r>
    </w:p>
    <w:p>
      <w:r>
        <w:t xml:space="preserve">(Speaker C)  Yeah. </w:t>
      </w:r>
    </w:p>
    <w:p>
      <w:r>
        <w:t xml:space="preserve">(Speaker A)  We're projecting less in Janitorial. </w:t>
      </w:r>
    </w:p>
    <w:p>
      <w:r>
        <w:t xml:space="preserve">(Speaker B)  Yeah. </w:t>
      </w:r>
    </w:p>
    <w:p>
      <w:r>
        <w:t xml:space="preserve">(Speaker A)  And it was closed for a while. </w:t>
      </w:r>
    </w:p>
    <w:p>
      <w:r>
        <w:t xml:space="preserve">(Speaker B)  Let me see where we are. Where's a maintenance. You. You got 15,000 done. 49. </w:t>
      </w:r>
    </w:p>
    <w:p>
      <w:r>
        <w:t xml:space="preserve">(Speaker D)  Get those done. </w:t>
      </w:r>
    </w:p>
    <w:p>
      <w:r>
        <w:t xml:space="preserve">(Speaker A)  I feel. Let's do this. Do you want to do a motion to approve the 16 foot. 12 of the 16 foot ponds upon confirmation that upon review with maybe staff in the chair that are carry forward to kind of get us through the year is going to be sufficient because let me kind of look and see like what our first quarter operating is going to be. Take a look at the cash flow. I think. I think we'll be able to fit it in. I just without really looking at it. I don't want to say. Say that until I'm sure. But I mean I think we can. I think we can fit it in. </w:t>
      </w:r>
    </w:p>
    <w:p>
      <w:r>
        <w:t xml:space="preserve">(Speaker B)  Okay. Could you do less palms at each entrance like the 16 foot that do three instead of five. </w:t>
      </w:r>
    </w:p>
    <w:p>
      <w:r>
        <w:t xml:space="preserve">(Speaker E)  Excellent. You can mix and match. That's why I had him give me numbers to kind of give us a feel for what it would take to do each one get a feel for the different type of palm greens versus ribbons. And then we can adjust down if we need to value engineer. </w:t>
      </w:r>
    </w:p>
    <w:p>
      <w:r>
        <w:t xml:space="preserve">(Speaker B)  What if you do two 16s and then on the one that's not behind it a smaller graduates. </w:t>
      </w:r>
    </w:p>
    <w:p>
      <w:r>
        <w:t xml:space="preserve">(Speaker A)  Yeah. </w:t>
      </w:r>
    </w:p>
    <w:p>
      <w:r>
        <w:t xml:space="preserve">(Speaker B)  Right. </w:t>
      </w:r>
    </w:p>
    <w:p>
      <w:r>
        <w:t xml:space="preserve">(Speaker A)  So two 16. So two six. It would be six. I think it would be six. Because if we're doing two in the back of the three monuments, it'd be six of the 16s and six of the tens. </w:t>
      </w:r>
    </w:p>
    <w:p>
      <w:r>
        <w:t xml:space="preserve">(Speaker B)  No, right. Four and two at each entrance. Right. </w:t>
      </w:r>
    </w:p>
    <w:p>
      <w:r>
        <w:t xml:space="preserve">(Speaker E)  There's two and then too big one and then two big. So it should be. </w:t>
      </w:r>
    </w:p>
    <w:p>
      <w:r>
        <w:t xml:space="preserve">(Speaker A)  There's four total at each entrance. </w:t>
      </w:r>
    </w:p>
    <w:p>
      <w:r>
        <w:t xml:space="preserve">(Speaker E)  There's four signs that this is relative to. Oh, because there's two entrances that have these. I see an FTC in the corner. Doesn't have a palm. Okay. So there's the southwest entrance and there's the one directly east of the amenity. Those are the two that we have. Each of those two entrances has two signs that are flanked by the palms. So you've got 3, 3, 3 and 30 to get your 12. </w:t>
      </w:r>
    </w:p>
    <w:p>
      <w:r>
        <w:t xml:space="preserve">(Speaker B)  So there's 3. </w:t>
      </w:r>
    </w:p>
    <w:p>
      <w:r>
        <w:t xml:space="preserve">(Speaker E)  So each sign that you would have, you know, shorty on each side. So it'd be four short ones. </w:t>
      </w:r>
    </w:p>
    <w:p>
      <w:r>
        <w:t xml:space="preserve">(Speaker A)  And then the one tall one in the middle. </w:t>
      </w:r>
    </w:p>
    <w:p>
      <w:r>
        <w:t xml:space="preserve">(Speaker E)  Yeah. The other eight would be the 16. </w:t>
      </w:r>
    </w:p>
    <w:p>
      <w:r>
        <w:t xml:space="preserve">(Speaker A)  I think he's saying with the how tall those are that it's barely going to pop up above the </w:t>
      </w:r>
    </w:p>
    <w:p>
      <w:r>
        <w:t xml:space="preserve">(Speaker B)  something in. And then see if you need to put something in after. Like put something in just to make it look good and then see what </w:t>
      </w:r>
    </w:p>
    <w:p>
      <w:r>
        <w:t xml:space="preserve">(Speaker A)  you want to add to it. </w:t>
      </w:r>
    </w:p>
    <w:p>
      <w:r>
        <w:t xml:space="preserve">(Speaker B)  Add after or next year's budget down. </w:t>
      </w:r>
    </w:p>
    <w:p>
      <w:r>
        <w:t xml:space="preserve">(Speaker E)  There. So one palm to the side and then two behind. </w:t>
      </w:r>
    </w:p>
    <w:p>
      <w:r>
        <w:t xml:space="preserve">(Speaker B)  Oh, okay, I see what </w:t>
      </w:r>
    </w:p>
    <w:p>
      <w:r>
        <w:t xml:space="preserve">(Speaker E)  make you get up. So if you did the 110 foot and the 2 16t in the back you cut down because then you get a staggered tiered effect say elevates your look. </w:t>
      </w:r>
    </w:p>
    <w:p>
      <w:r>
        <w:t xml:space="preserve">(Speaker B)  I agree. Yeah. </w:t>
      </w:r>
    </w:p>
    <w:p>
      <w:r>
        <w:t xml:space="preserve">(Speaker E)  But it also is more cost effective that way. </w:t>
      </w:r>
    </w:p>
    <w:p>
      <w:r>
        <w:t xml:space="preserve">(Speaker B)  Yeah, yeah. </w:t>
      </w:r>
    </w:p>
    <w:p>
      <w:r>
        <w:t xml:space="preserve">(Speaker A)  Okay. </w:t>
      </w:r>
    </w:p>
    <w:p>
      <w:r>
        <w:t xml:space="preserve">(Speaker B)  There's four signs and then it's 8 16. But yeah, yeah. </w:t>
      </w:r>
    </w:p>
    <w:p>
      <w:r>
        <w:t xml:space="preserve">(Speaker A)  So 8, 8 and 4. So okay, so we've got eight of these. Four of these. Okay. So let's just do a motion to approve the eight 16 foot queens. The 10, the four 10 foot queens. Pending verification of funds and timing. </w:t>
      </w:r>
    </w:p>
    <w:p>
      <w:r>
        <w:t xml:space="preserve">(Speaker C)  Yeah. </w:t>
      </w:r>
    </w:p>
    <w:p>
      <w:r>
        <w:t xml:space="preserve">(Speaker A)  Motion to there second. </w:t>
      </w:r>
    </w:p>
    <w:p>
      <w:r>
        <w:t xml:space="preserve">(Speaker C)  All in favor? </w:t>
      </w:r>
    </w:p>
    <w:p>
      <w:r>
        <w:t xml:space="preserve">(Speaker D)  Any opposed? </w:t>
      </w:r>
    </w:p>
    <w:p>
      <w:r>
        <w:t xml:space="preserve">(Speaker C)  Okay. </w:t>
      </w:r>
    </w:p>
    <w:p>
      <w:r>
        <w:t xml:space="preserve">(Speaker A)  And then we'll look at the hedges and some of that other stuff as we get into next fiscal year. </w:t>
      </w:r>
    </w:p>
    <w:p>
      <w:r>
        <w:t xml:space="preserve">(Speaker E)  That includes the refresh for the FTC Massey entrance, the mulch, the hedge replacements. And then we talked about the dog park. Is there any direction on that dog park as far as trying to do anything else with it or. We want to push facade and plan accordingly in the future. If you recall, as open cap the dog park it is over in Cascades. It was more like a pocket park with, you know, nice plantings and such. And then the frost took a lot of that out. Plus dogs back and forth have killed most of the plants, not grass. So did we want to long term plan to just clean it all out, get rid of the drip line and then solid it like they kind of presented here. </w:t>
      </w:r>
    </w:p>
    <w:p>
      <w:r>
        <w:t xml:space="preserve">(Speaker B)  I think so. I think they were running through plants. </w:t>
      </w:r>
    </w:p>
    <w:p>
      <w:r>
        <w:t xml:space="preserve">(Speaker E)  For next year as well. </w:t>
      </w:r>
    </w:p>
    <w:p>
      <w:r>
        <w:t xml:space="preserve">(Speaker B)  Yeah. </w:t>
      </w:r>
    </w:p>
    <w:p>
      <w:r>
        <w:t xml:space="preserve">(Speaker A)  Yeah, we're gonna have to look at </w:t>
      </w:r>
    </w:p>
    <w:p>
      <w:r>
        <w:t xml:space="preserve">(Speaker E)  that next year, kind of maximize our cleanup efforts this year. </w:t>
      </w:r>
    </w:p>
    <w:p>
      <w:r>
        <w:t xml:space="preserve">(Speaker A)  Do the entrance at the refresh in the mulch at the entrance. </w:t>
      </w:r>
    </w:p>
    <w:p>
      <w:r>
        <w:t xml:space="preserve">(Speaker C)  The. Yeah. </w:t>
      </w:r>
    </w:p>
    <w:p>
      <w:r>
        <w:t xml:space="preserve">(Speaker A)  Is it gonna be okay till then? That's. I would say the amount of. It's 1200 on the refresh. And then that's my thought. </w:t>
      </w:r>
    </w:p>
    <w:p>
      <w:r>
        <w:t xml:space="preserve">(Speaker B)  Oh, the entrance refresh. </w:t>
      </w:r>
    </w:p>
    <w:p>
      <w:r>
        <w:t xml:space="preserve">(Speaker A)  Yeah, it's 1200 for. It's 1200 for that. And then the cascades mulch it like. </w:t>
      </w:r>
    </w:p>
    <w:p>
      <w:r>
        <w:t xml:space="preserve">(Speaker E)  I mean. </w:t>
      </w:r>
    </w:p>
    <w:p>
      <w:r>
        <w:t xml:space="preserve">(Speaker A)  Yeah, good. </w:t>
      </w:r>
    </w:p>
    <w:p>
      <w:r>
        <w:t xml:space="preserve">(Speaker E)  But I'm sorry, I'll bring it over. </w:t>
      </w:r>
    </w:p>
    <w:p>
      <w:r>
        <w:t xml:space="preserve">(Speaker A)  I feel like we're looking at, like, you know, 3500 bucks if we could. It's probably going to go a long way to fit that in with the. Especially if we're going to put the palms in. We're going to have to do the mulch and stuff like that. Yeah, okay. Yeah. This one and this one. </w:t>
      </w:r>
    </w:p>
    <w:p>
      <w:r>
        <w:t xml:space="preserve">(Speaker C)  Okay. </w:t>
      </w:r>
    </w:p>
    <w:p>
      <w:r>
        <w:t xml:space="preserve">(Speaker A)  And. Okay, so we'll add those two. The first two items there. And then the rest of that we will look at next fiscal year. </w:t>
      </w:r>
    </w:p>
    <w:p>
      <w:r>
        <w:t xml:space="preserve">(Speaker C)  Okay. </w:t>
      </w:r>
    </w:p>
    <w:p>
      <w:r>
        <w:t xml:space="preserve">(Speaker A)  Yeah, we can just add it and we'll kind of loop it into the approval of the rest. </w:t>
      </w:r>
    </w:p>
    <w:p>
      <w:r>
        <w:t xml:space="preserve">(Speaker D)  Okay. </w:t>
      </w:r>
    </w:p>
    <w:p>
      <w:r>
        <w:t xml:space="preserve">(Speaker A)  The parking signs we can disregard because that number is going to change based on the. The feedback. So we'll just go ahead and get chair approval for that once we have a final thing outside the meeting and. And handle it that way. </w:t>
      </w:r>
    </w:p>
    <w:p>
      <w:r>
        <w:t xml:space="preserve">(Speaker E)  This jump into the summary. </w:t>
      </w:r>
    </w:p>
    <w:p>
      <w:r>
        <w:t xml:space="preserve">(Speaker A)  Winstone landscape maybe. </w:t>
      </w:r>
    </w:p>
    <w:p>
      <w:r>
        <w:t xml:space="preserve">(Speaker E)  I think let's keep the summary taken. I'll jump to the other end afterwards. So Windstone, we had the amenity area, nature trail area. If you recall, last time those were still pending signups. So just to make sure that those are all added to that contract. Those are in that packet handouts using the Glance at this one. But this essentially just brings all that together. If you recall, we weren't quite sure how much that nature trail was going to take. So this is a proposed number to try for this year to see if we can make it work within the rains. We have to dial back. We can provide that feedback after the fact that this is our goal. </w:t>
      </w:r>
    </w:p>
    <w:p>
      <w:r>
        <w:t xml:space="preserve">(Speaker A)  Just depending on how much. </w:t>
      </w:r>
    </w:p>
    <w:p>
      <w:r>
        <w:t xml:space="preserve">(Speaker E)  How often we can get it in a year. Yeah, we'll try and get as many mills as we can in. And you can see on the page, it looks right now. </w:t>
      </w:r>
    </w:p>
    <w:p>
      <w:r>
        <w:t xml:space="preserve">(Speaker B)  Yeah. </w:t>
      </w:r>
    </w:p>
    <w:p>
      <w:r>
        <w:t xml:space="preserve">(Speaker A)  And it's. I mean, it's been raining, so. </w:t>
      </w:r>
    </w:p>
    <w:p>
      <w:r>
        <w:t xml:space="preserve">(Speaker B)  Yeah. </w:t>
      </w:r>
    </w:p>
    <w:p>
      <w:r>
        <w:t xml:space="preserve">(Speaker A)  Do you have a motion to approve the. In the additional areas for The Prince contract, the 1680 and the 1290 would be both of. So once for the amenity. Is there a second? </w:t>
      </w:r>
    </w:p>
    <w:p>
      <w:r>
        <w:t xml:space="preserve">(Speaker B)  Second. </w:t>
      </w:r>
    </w:p>
    <w:p>
      <w:r>
        <w:t xml:space="preserve">(Speaker C)  All in favor? </w:t>
      </w:r>
    </w:p>
    <w:p>
      <w:r>
        <w:t xml:space="preserve">(Speaker D)  Any opposed? </w:t>
      </w:r>
    </w:p>
    <w:p>
      <w:r>
        <w:t xml:space="preserve">(Speaker E)  Good. </w:t>
      </w:r>
    </w:p>
    <w:p>
      <w:r>
        <w:t xml:space="preserve">(Speaker A)  The gate? Yeah, yeah, go for it. </w:t>
      </w:r>
    </w:p>
    <w:p>
      <w:r>
        <w:t xml:space="preserve">(Speaker D)  Let's see what it. </w:t>
      </w:r>
    </w:p>
    <w:p>
      <w:r>
        <w:t xml:space="preserve">(Speaker E)  So we have gates installed at Windstone. The, the gates are a little on the low side, so a reasonably robust adolescent has the capacity to swing their arm over and. </w:t>
      </w:r>
    </w:p>
    <w:p>
      <w:r>
        <w:t xml:space="preserve">(Speaker A)  Yeah, sure. </w:t>
      </w:r>
    </w:p>
    <w:p>
      <w:r>
        <w:t xml:space="preserve">(Speaker E)  Yes. So discussed with the. With Henkelman obviously the builder, the K out the pool and they came back with Williams fence and O and P cost coverage totaling 13186. To replace those gates with six foot versions and adjust the planting panel. So you can't just. </w:t>
      </w:r>
    </w:p>
    <w:p>
      <w:r>
        <w:t xml:space="preserve">(Speaker B)  Yeah. </w:t>
      </w:r>
    </w:p>
    <w:p>
      <w:r>
        <w:t xml:space="preserve">(Speaker E)  Go around the side. </w:t>
      </w:r>
    </w:p>
    <w:p>
      <w:r>
        <w:t xml:space="preserve">(Speaker A)  Yeah, we, the amenity opened a little bit later than we anticipated. So we've got a little bit of just excess there in general for all the line items from what we're expecting, like security, you know, obviously wasn't starting the full year, all of that kind of stuff. And we did actually have a reserve transfer here too. So this would be in budget for the Windstone phase if we wanted to do it. </w:t>
      </w:r>
    </w:p>
    <w:p>
      <w:r>
        <w:t xml:space="preserve">(Speaker B)  So we wouldn't be able to just put like a, a hard mesh in between those. </w:t>
      </w:r>
    </w:p>
    <w:p>
      <w:r>
        <w:t xml:space="preserve">(Speaker E)  It's not so much the through that's the concern, it's the height. You go over that, you just do the shade itself and you can just go catty corner it </w:t>
      </w:r>
    </w:p>
    <w:p>
      <w:r>
        <w:t xml:space="preserve">(Speaker A)  because the mesh we'll probably, we'll need the mesh regardless. </w:t>
      </w:r>
    </w:p>
    <w:p>
      <w:r>
        <w:t xml:space="preserve">(Speaker B)  Right. </w:t>
      </w:r>
    </w:p>
    <w:p>
      <w:r>
        <w:t xml:space="preserve">(Speaker A)  For the side typically we have to put that in everywhere just so you can't reach right around it and open. </w:t>
      </w:r>
    </w:p>
    <w:p>
      <w:r>
        <w:t xml:space="preserve">(Speaker B)  Right. </w:t>
      </w:r>
    </w:p>
    <w:p>
      <w:r>
        <w:t xml:space="preserve">(Speaker A)  The issue with this one being a five foot is he can reach over </w:t>
      </w:r>
    </w:p>
    <w:p>
      <w:r>
        <w:t xml:space="preserve">(Speaker E)  and open the top and it's a good ballpark for other locations as well. Just as a reference point, they need to be six. Yeah. </w:t>
      </w:r>
    </w:p>
    <w:p>
      <w:r>
        <w:t xml:space="preserve">(Speaker A)  At least six feet. </w:t>
      </w:r>
    </w:p>
    <w:p>
      <w:r>
        <w:t xml:space="preserve">(Speaker B)  Yeah, yeah. At least a six foot. You think? </w:t>
      </w:r>
    </w:p>
    <w:p>
      <w:r>
        <w:t xml:space="preserve">(Speaker E)  I mean it used to be six. It was a kind of standard when I started. You know, gate would be here. </w:t>
      </w:r>
    </w:p>
    <w:p>
      <w:r>
        <w:t xml:space="preserve">(Speaker B)  Right. </w:t>
      </w:r>
    </w:p>
    <w:p>
      <w:r>
        <w:t xml:space="preserve">(Speaker A)  Can only get, you know. </w:t>
      </w:r>
    </w:p>
    <w:p>
      <w:r>
        <w:t xml:space="preserve">(Speaker E)  Yeah, definitely can get right around it. So it's, it's recommended long term. I mean nothing is Fort Knox at the end of the day. The taller you make the gate, the more likely they're going to be to go through the fence. But I think it was worthwhile as a base deterrent. </w:t>
      </w:r>
    </w:p>
    <w:p>
      <w:r>
        <w:t xml:space="preserve">(Speaker B)  And Hinkelman is 119. Oh no, 1313. </w:t>
      </w:r>
    </w:p>
    <w:p>
      <w:r>
        <w:t xml:space="preserve">(Speaker A)  186. </w:t>
      </w:r>
    </w:p>
    <w:p>
      <w:r>
        <w:t xml:space="preserve">(Speaker E)  Henkelman subbed Williams fence and provided that and they were going to oversee the project. That's their OOT cost. On top of that transparency, you said we got It. </w:t>
      </w:r>
    </w:p>
    <w:p>
      <w:r>
        <w:t xml:space="preserve">(Speaker B)  We're good. </w:t>
      </w:r>
    </w:p>
    <w:p>
      <w:r>
        <w:t xml:space="preserve">(Speaker A)  It's in the. It's in the overall budget, even if it's not this outlined line item. </w:t>
      </w:r>
    </w:p>
    <w:p>
      <w:r>
        <w:t xml:space="preserve">(Speaker B)  Yeah. Motion to approve. </w:t>
      </w:r>
    </w:p>
    <w:p>
      <w:r>
        <w:t xml:space="preserve">(Speaker A)  Is there a second? </w:t>
      </w:r>
    </w:p>
    <w:p>
      <w:r>
        <w:t xml:space="preserve">(Speaker C)  All in favor? </w:t>
      </w:r>
    </w:p>
    <w:p>
      <w:r>
        <w:t xml:space="preserve">(Speaker D)  Any opposed </w:t>
      </w:r>
    </w:p>
    <w:p>
      <w:r>
        <w:t xml:space="preserve">(Speaker E)  swinging back to the top? Because I kind of went past it and talk palms and hedges and such that cascades. In phase three. There is a decent sized pond just above, just with the mailbox in the lift station. And there's also a few pocket areas around the miter bend sections that hold water typically throughout the year. They're just a little bit lower where the miter bend dumps out. The. On vendor, unbeknownst to me, was treating those, but they weren't initially charging. They were kind of doing it on a, you know, we'll do this for you. Make sure things don't go, you know, get out of hand. But they let me know that, you know, we've never actually built a certificate contract. And I said, well, let's get it squared away. So you should have the money to cover that operating expense. I believe there's the existing line item, 18,000 for the year initially. So we kind of over budgeted, probably with that in mind early on. So that little extra there for the $2,280 would cover that extra pond and those mitered end sections on your monthly contract. And if we do it, given the time of year, we're doing it. I also made a note that the vendor's contract, of course, will have a renewal, theoretically. And for the renewal plus that to go into effect as well, with the. So basically write it forward. Start off the 2280 immediately throughout the end of the year, and then start the increase plus that to go into effect in September. I'm sorry, October. </w:t>
      </w:r>
    </w:p>
    <w:p>
      <w:r>
        <w:t xml:space="preserve">(Speaker A)  So the total for next fiscal year would be 12,120. </w:t>
      </w:r>
    </w:p>
    <w:p>
      <w:r>
        <w:t xml:space="preserve">(Speaker E)  Yeah. 14:4. </w:t>
      </w:r>
    </w:p>
    <w:p>
      <w:r>
        <w:t xml:space="preserve">(Speaker A)  Oh, both combined, yeah. Okay. </w:t>
      </w:r>
    </w:p>
    <w:p>
      <w:r>
        <w:t xml:space="preserve">(Speaker E)  So for next fiscal year it'd be 14 4, but we're adding 2280 to the existing right now. Gotcha. </w:t>
      </w:r>
    </w:p>
    <w:p>
      <w:r>
        <w:t xml:space="preserve">(Speaker D)  Is there a second? </w:t>
      </w:r>
    </w:p>
    <w:p>
      <w:r>
        <w:t xml:space="preserve">(Speaker C)  All in favor? </w:t>
      </w:r>
    </w:p>
    <w:p>
      <w:r>
        <w:t xml:space="preserve">(Speaker D)  Any opposed? </w:t>
      </w:r>
    </w:p>
    <w:p>
      <w:r>
        <w:t xml:space="preserve">(Speaker E)  Two other small notes. General. For landscaping, we do have that stormwater we already talked about, which is 5,500. The vendor also has noted a fuel surcharge. It's been kind of frequent to other properties. I can kind of run through that real quick if you want to discuss that a little bit as well. </w:t>
      </w:r>
    </w:p>
    <w:p>
      <w:r>
        <w:t xml:space="preserve">(Speaker A)  The only thing I'm thinking about are debris cleanup here. If we do it, we have separate assessment areas. We probably need to look at them separately rather than a blanket approval, just because of the way that these are assessed and build. So we may need. Maybe we need smaller contracts with like each phase. </w:t>
      </w:r>
    </w:p>
    <w:p>
      <w:r>
        <w:t xml:space="preserve">(Speaker B)  Right. </w:t>
      </w:r>
    </w:p>
    <w:p>
      <w:r>
        <w:t xml:space="preserve">(Speaker A)  Because they bill the phases differently and they're. We kind of need to keep those costs separately. So if they do a 5500 and go clean up all three phases it to. </w:t>
      </w:r>
    </w:p>
    <w:p>
      <w:r>
        <w:t xml:space="preserve">(Speaker B)  Yeah, we're going to have 2500 per phase or 3000 per phase. We could do that would. I mean 5500 megas. </w:t>
      </w:r>
    </w:p>
    <w:p>
      <w:r>
        <w:t xml:space="preserve">(Speaker A)  It's just if you don't. Yeah, I mean if you don't use it, you don't use it. I mean it's wouldn't be incurred at the end of the day if we have storm damage that needs to be removed. </w:t>
      </w:r>
    </w:p>
    <w:p>
      <w:r>
        <w:t xml:space="preserve">(Speaker E)  We're going to pay that 55 per community. Just basically a day to cover each one to clean out them. You've got a number of trees. It would be relative and well you could go down to 84,000 per units to get it off the ground. </w:t>
      </w:r>
    </w:p>
    <w:p>
      <w:r>
        <w:t xml:space="preserve">(Speaker B)  Yeah, I'm just to go and stuff up to charge 5,500 if it didn't necessarily need to be done right away. </w:t>
      </w:r>
    </w:p>
    <w:p>
      <w:r>
        <w:t xml:space="preserve">(Speaker E)  Well to not to exceed. </w:t>
      </w:r>
    </w:p>
    <w:p>
      <w:r>
        <w:t xml:space="preserve">(Speaker B)  Yeah, true. </w:t>
      </w:r>
    </w:p>
    <w:p>
      <w:r>
        <w:t xml:space="preserve">(Speaker E)  So they just go out there and they do $3,000 worth of youtically they're not using the 5,500. Yeah but that 5,500 gives you the option to have them port full dump load, grapple basically. </w:t>
      </w:r>
    </w:p>
    <w:p>
      <w:r>
        <w:t xml:space="preserve">(Speaker C)  Okay. </w:t>
      </w:r>
    </w:p>
    <w:p>
      <w:r>
        <w:t xml:space="preserve">(Speaker E)  It covers a piece of heavy equipment to kind of move and load trees. It comes a five man team and it covers you know a decent number of tree staking if you need to. Whether it's palm or some of the oak trees or craters or whatever it is. So that's where that 5,500 number is a ballpark example came from. I just figured that's a day of solid work to get pretty much area cleaned up. It could be a little less but at least they have the option to bring their equipment in and get it done efficiently if they need to. Not having to go through too many hoops and loops. </w:t>
      </w:r>
    </w:p>
    <w:p>
      <w:r>
        <w:t xml:space="preserve">(Speaker B)  Right. Yeah, that's fine. You guys just want to do 15 for each community? </w:t>
      </w:r>
    </w:p>
    <w:p>
      <w:r>
        <w:t xml:space="preserve">(Speaker C)  Yeah. Motion to approve. </w:t>
      </w:r>
    </w:p>
    <w:p>
      <w:r>
        <w:t xml:space="preserve">(Speaker A)  Is there a second? </w:t>
      </w:r>
    </w:p>
    <w:p>
      <w:r>
        <w:t xml:space="preserve">(Speaker C)  All in favor? </w:t>
      </w:r>
    </w:p>
    <w:p>
      <w:r>
        <w:t xml:space="preserve">(Speaker D)  Any opposed? </w:t>
      </w:r>
    </w:p>
    <w:p>
      <w:r>
        <w:t xml:space="preserve">(Speaker A)  And then we had the fuel surcharge for Prince which I think you guys have seen at every community. We can go through it if you would like or do you want to make a motion to. Is there a second? </w:t>
      </w:r>
    </w:p>
    <w:p>
      <w:r>
        <w:t xml:space="preserve">(Speaker C)  All in favor? </w:t>
      </w:r>
    </w:p>
    <w:p>
      <w:r>
        <w:t xml:space="preserve">(Speaker D)  Any post? </w:t>
      </w:r>
    </w:p>
    <w:p>
      <w:r>
        <w:t xml:space="preserve">(Speaker C)  All right. </w:t>
      </w:r>
    </w:p>
    <w:p>
      <w:r>
        <w:t xml:space="preserve">(Speaker E)  I don't have the holiday proposals printed at this point. I'm happy to go through them if you're interested in seeing them or we </w:t>
      </w:r>
    </w:p>
    <w:p>
      <w:r>
        <w:t xml:space="preserve">(Speaker B)  can defer is they. Are they going to offer like a three year? </w:t>
      </w:r>
    </w:p>
    <w:p>
      <w:r>
        <w:t xml:space="preserve">(Speaker A)  Let's get one, I think. Yeah, let's see if we can get a three year and then. Okay, get it in place. We got a decent discount on the last one for doing that. And then we have somebody engaged who will just do it every year, right? </w:t>
      </w:r>
    </w:p>
    <w:p>
      <w:r>
        <w:t xml:space="preserve">(Speaker E)  Yeah. </w:t>
      </w:r>
    </w:p>
    <w:p>
      <w:r>
        <w:t xml:space="preserve">(Speaker A)  Okay, we'll bring that back. </w:t>
      </w:r>
    </w:p>
    <w:p>
      <w:r>
        <w:t xml:space="preserve">(Speaker D)  I think that was everything, right? </w:t>
      </w:r>
    </w:p>
    <w:p>
      <w:r>
        <w:t xml:space="preserve">(Speaker E)  I can go through the report if you're interested in it, but you can also just read through it, so find it as well. </w:t>
      </w:r>
    </w:p>
    <w:p>
      <w:r>
        <w:t xml:space="preserve">(Speaker A)  Anybody have any questions for Marshall? </w:t>
      </w:r>
    </w:p>
    <w:p>
      <w:r>
        <w:t xml:space="preserve">(Speaker D)  Anything else? </w:t>
      </w:r>
    </w:p>
    <w:p>
      <w:r>
        <w:t xml:space="preserve">(Speaker A)  No? All right, thank you. Scooch back to this page. Let's see, where are we at now? I just have two items. The first is approval of the check register. That's including the packet for review. If anybody has any questions on those invoices, happy to answer. If not, we're just looking for a motion to approve. </w:t>
      </w:r>
    </w:p>
    <w:p>
      <w:r>
        <w:t xml:space="preserve">(Speaker B)  Is there? </w:t>
      </w:r>
    </w:p>
    <w:p>
      <w:r>
        <w:t xml:space="preserve">(Speaker C)  Second? </w:t>
      </w:r>
    </w:p>
    <w:p>
      <w:r>
        <w:t xml:space="preserve">(Speaker B)  Second. </w:t>
      </w:r>
    </w:p>
    <w:p>
      <w:r>
        <w:t xml:space="preserve">(Speaker C)  All in favor? </w:t>
      </w:r>
    </w:p>
    <w:p>
      <w:r>
        <w:t xml:space="preserve">(Speaker D)  Any opposed? </w:t>
      </w:r>
    </w:p>
    <w:p>
      <w:r>
        <w:t xml:space="preserve">(Speaker A)  Financial statements are included in the package for review. If anybody has any questions on those, happy to answer. But there's no action necessary from the board. That's all I have. Anybody have anything else? Is there a second? </w:t>
      </w:r>
    </w:p>
    <w:p>
      <w:r>
        <w:t xml:space="preserve">(Speaker C)  All in favor? </w:t>
      </w:r>
    </w:p>
    <w:p>
      <w:r>
        <w:t xml:space="preserve">(Speaker D)  Any opposed? </w:t>
      </w:r>
    </w:p>
    <w:p>
      <w:r>
        <w:t xml:space="preserve">(Speaker A)  Thanks, everybody on the zoom line. We'll talk to you all later. </w:t>
      </w:r>
    </w:p>
    <w:p>
      <w:r>
        <w:t xml:space="preserve">(Speaker D)  Thank you. </w:t>
      </w:r>
    </w:p>
    <w:p>
      <w:r>
        <w:t xml:space="preserve">(Speaker E)  Thank you.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