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VE_082726_R2.MP3</w:t>
      </w:r>
      <w:r>
        <w:rPr>
          <w:b/>
          <w:color w:val="FF0000"/>
        </w:rPr>
        <w:br/>
        <w:tab/>
        <w:tab/>
        <w:tab/>
        <w:tab/>
        <w:t xml:space="preserve"> 133099384</w:t>
        <w:br/>
        <w:br/>
        <w:br/>
      </w:r>
    </w:p>
    <w:p>
      <w:r>
        <w:t>DATE AUDIO FILE SUBMITTED TO THE GAT SYSTEM:</w:t>
      </w:r>
      <w:r>
        <w:rPr>
          <w:b/>
          <w:color w:val="FF0000"/>
        </w:rPr>
        <w:br/>
        <w:tab/>
        <w:tab/>
        <w:tab/>
        <w:tab/>
        <w:t xml:space="preserve"> August 31, 2026 at 04:03 PM</w:t>
        <w:br/>
        <w:br/>
        <w:br/>
      </w:r>
    </w:p>
    <w:p>
      <w:r>
        <w:t>DATE AUDIO FILE COMPLETED BY THE GAT SYSTEM:</w:t>
      </w:r>
      <w:r>
        <w:rPr>
          <w:b/>
          <w:color w:val="FF0000"/>
        </w:rPr>
        <w:br/>
        <w:tab/>
        <w:tab/>
        <w:tab/>
        <w:tab/>
        <w:t xml:space="preserve"> August 31, 2026 at 04:04 PM</w:t>
      </w:r>
      <w:r>
        <w:rPr>
          <w:b/>
          <w:color w:val="FF0000"/>
        </w:rPr>
        <w:br/>
        <w:tab/>
        <w:tab/>
        <w:tab/>
        <w:tab/>
        <w:t xml:space="preserve"> 01:35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(Speaker A)  All right, everyone, we will go ahead and call the order. The August 27, 2026 meeting of the Viera East Community Development District. We will start with roll call and we'll start on the end with Denise. If each of the board members could introduce themselves. </w:t>
      </w:r>
    </w:p>
    <w:p>
      <w:r>
        <w:t xml:space="preserve">(Speaker B)  Denise Yaldington, Christina Rosine. </w:t>
      </w:r>
    </w:p>
    <w:p>
      <w:r>
        <w:t xml:space="preserve">(Speaker A)  Ron Gristogi, Rob Dale, Jennifer Devries, Jim Moller, Jason Chow. We'll let the record reflect we have five board members present. We'll do our pledge of allegiance. </w:t>
      </w:r>
    </w:p>
    <w:p>
      <w:r>
        <w:t xml:space="preserve">(Speaker B)  To the flag of the United States of America and to the republic for </w:t>
      </w:r>
    </w:p>
    <w:p>
      <w:r>
        <w:t xml:space="preserve">(Speaker C)  which it stands, one nation under God, </w:t>
      </w:r>
    </w:p>
    <w:p>
      <w:r>
        <w:t xml:space="preserve">(Speaker D)  indivisible, with liberty and justice for all. </w:t>
      </w:r>
    </w:p>
    <w:p>
      <w:r>
        <w:t xml:space="preserve">(Speaker A)  And I'll note we've got a lot of friendly faces in the audience tonight, so we will. We'll go to public comment period. I will note that this is also a public hearing both for our rules and rates for the year, as well as the fiscal year budget, which is probably why most of you are here. If you have specific comments on either one of those items, we will hold. Because it is a public hearing, we'll have to take those comments kind of with the agenda items that come up a little later. So you don't necessarily need to do those now. But we do have some other requests to speak forms. We'll start with the first one I received, which is from Pam McKenzie. We'd ask that you just please state your name and address and keep your comments to three minutes. </w:t>
      </w:r>
    </w:p>
    <w:p>
      <w:r>
        <w:t xml:space="preserve">(Speaker E)  Thank you. I'm Pam Kennedy and I live on 1760 Lagomar Boulevard, Grand Aisle. And I'm very happy to see we have a good representation here tonight. I'm here tonight with a concern in the way our lakes, ponds and waterways are being managed. When you drive along Murrell Boulevard or Viera Boulevard, the lakes and waterways appear to be well maintained. But I invite you to go into the Grand Dial neighborhood and look at the same waterways from the perspective of the homeowners who live there. The condition is, quite frankly, atrocious. There are dead trees, excessive and overgrown vegetation, and areas where the plant growth has become so dense that you can barely tell where the water ends and the land begins. It looks neglected and unkempt. And this isn't simply an issue of aesthetic the district's own information states that the Viera East CDD is responsible for the operation and maintenance of its stormwater management system and that waterway management is </w:t>
      </w:r>
    </w:p>
    <w:p>
      <w:r>
        <w:t xml:space="preserve">(Speaker F)  among </w:t>
      </w:r>
    </w:p>
    <w:p>
      <w:r>
        <w:t xml:space="preserve">(Speaker E)  the responsibilities of the District Manager. The District also says that consistent quality control, controlled management helps protect long term property values. So we would like to know what are the actual standards for maintaining these lakes and waterways. And are those standards being consistently applied through the district, including inside Grand Dial? If a homeowner purchased a waterfront property with the expectation of having a visible, attractive waterway, that homeowner should not have to look through dead trees and a wall of vegetation just to see the water. I would be extremely concerned about the impact that inadequate waterway maintenance has on the appearance, enjoyment, and ultimately the value of those properties. </w:t>
      </w:r>
    </w:p>
    <w:p>
      <w:r>
        <w:t xml:space="preserve">(Speaker G)  Jason, could you do me a favor real quick the ground rules on the three, because I don't want people to feel like we're ignoring. </w:t>
      </w:r>
    </w:p>
    <w:p>
      <w:r>
        <w:t xml:space="preserve">(Speaker D)  Sure. </w:t>
      </w:r>
    </w:p>
    <w:p>
      <w:r>
        <w:t xml:space="preserve">(Speaker A)  So. And we'll go over this when we go for public comments on the budget as well. This is not necessarily a question and answer session, so the board will hear your comments. Obviously, Jim's looking it up. We'll take all the public comment and then the board can choose if they want to go or have Jim answer the questions or provide some more feedback. But just with everyone in the room, we want to make sure everybody gets an opportunity to give their public comments. </w:t>
      </w:r>
    </w:p>
    <w:p>
      <w:r>
        <w:t xml:space="preserve">(Speaker G)  I don't want anybody to feel like they're being ignored. We hear you. It's just not a dialogue session because otherwise things kind of get out of control. </w:t>
      </w:r>
    </w:p>
    <w:p>
      <w:r>
        <w:t xml:space="preserve">(Speaker A)  Well, that's what I have is for. </w:t>
      </w:r>
    </w:p>
    <w:p>
      <w:r>
        <w:t xml:space="preserve">(Speaker G)  Those were good comments. </w:t>
      </w:r>
    </w:p>
    <w:p>
      <w:r>
        <w:t xml:space="preserve">(Speaker A)  Hey, Britain. </w:t>
      </w:r>
    </w:p>
    <w:p>
      <w:r>
        <w:t xml:space="preserve">(Speaker C)  That's myself. I also live in Grand Isle. 1406 Grand Isle. I happen to have a water behind me. I've lived there 17 years. It was lovely and I was a proud homeowner when I moved in and paid extra to live on the water. Now I have neighbors walking down the street and saying, what the hell is </w:t>
      </w:r>
    </w:p>
    <w:p>
      <w:r>
        <w:t xml:space="preserve">(Speaker D)  going on back there? </w:t>
      </w:r>
    </w:p>
    <w:p>
      <w:r>
        <w:t xml:space="preserve">(Speaker C)  I said, nothing, absolutely nothing. It's been abandoned. I guess about 10 years ago they used to come in with a flat bottom boat with two men and rakes and haul out all the dead, debris, rot, whatever. And I called, I don't remember his name over there in the golf course building. And he said, oh, they never. They don't do that anymore. It was too labor. Extensive. But yet the other day, a lake between Spyglass and the new building where Watson Realty is. What do I see flatten? Oh, two men and the wagon and the truck to pull out and haul off the debris. It's really embarrassing. Even my cleaning lady who, no disrespect, she's just not educated, she said, tonya, what is happening to your pond? I said, it's been abandoned. </w:t>
      </w:r>
    </w:p>
    <w:p>
      <w:r>
        <w:t xml:space="preserve">(Speaker G)  That's all I can tell you. </w:t>
      </w:r>
    </w:p>
    <w:p>
      <w:r>
        <w:t xml:space="preserve">(Speaker C)  So I don't know why from what happened to be done, but we have other waterways as Bad as mine looks. In fact, you know the white pelicans that used to come seasonally, they used to come into my pond so thick you couldn't see the water. Now they, for the last maybe four or five years refused to even go in there. Something's vitally wrong when even the wildlife is rejecting it. </w:t>
      </w:r>
    </w:p>
    <w:p>
      <w:r>
        <w:t xml:space="preserve">(Speaker H)  So. </w:t>
      </w:r>
    </w:p>
    <w:p>
      <w:r>
        <w:t xml:space="preserve">(Speaker C)  So I just don't know. But mine is not good. But then there are other waterways in our neighborhood. Like off of a street. Keysgate, I guess would be. It looks like a dead canal. I was born and raised in South Florida. We used to have property in the big cypress swamp. Well, we expected it out there. I did not expect it in a neighborhood that is supposed to be proud of being part of Viera. </w:t>
      </w:r>
    </w:p>
    <w:p>
      <w:r>
        <w:t xml:space="preserve">(Speaker A)  Those were the only forms that I had for request to speak. Is there any other audience who'd like to provide general comments at this point? </w:t>
      </w:r>
    </w:p>
    <w:p>
      <w:r>
        <w:t xml:space="preserve">(Speaker H)  My name is Rick Wagner. I live in Grand Isle as well. And. And these people have spoken. And it's not just the, it's just not the aesthetics of the neighborhood that's a major factor, but that, it's my understanding those lakes and all that water system was designed as retention area and support for that development. And now as those areas fill in and there are substantial areas that are filling in with growth and that growth rocks drops down in water and it reduces the area of retention that can be used in that development. Water gets shallow, in fact sections. Somebody said you can, you can't walk on it because it's muck, but it's 30, 40ft out from the bank of what used to be. And I looked at the aerials in 2005 when that development was created, 2004, 2005, there was none of that going on. So the neglect of these waterways is reducing capacity for retention. I think that's a major issue. If that's a St. John's issue, water management district issue. That's something that they should be maintaining as well. I mean, I'm not sure who's responsible if that's an issue. Thank you. </w:t>
      </w:r>
    </w:p>
    <w:p>
      <w:r>
        <w:t xml:space="preserve">(Speaker A)  Any other public comment at this time, just please state your name and address and keep your comments. </w:t>
      </w:r>
    </w:p>
    <w:p>
      <w:r>
        <w:t xml:space="preserve">(Speaker I)  Mitch Robertson. I'm From Grand Isle, 1580 Perdido Court </w:t>
      </w:r>
    </w:p>
    <w:p>
      <w:r>
        <w:t xml:space="preserve">(Speaker A)  here in Melbourne, Florida. Grand Isle community. </w:t>
      </w:r>
    </w:p>
    <w:p>
      <w:r>
        <w:t xml:space="preserve">(Speaker I)  I guess the comments we have over there on the borders of the waterways maintaining the maintenance looks like it's been located slipping a little bit as far as the trees overgrown through the yards. I live over there off the. This is part of the St. John's river, but dead trees down. Been down for A couple weeks. I know there's some other. Other cedars from Grand Isle that feel the same way. You know, we deal with seed water, not you can't see the water. </w:t>
      </w:r>
    </w:p>
    <w:p>
      <w:r>
        <w:t xml:space="preserve">(Speaker G)  That's another issue. </w:t>
      </w:r>
    </w:p>
    <w:p>
      <w:r>
        <w:t xml:space="preserve">(Speaker C)  His waterway was the one that I mentioned off a keyscape. But he, he lives on Perido, which backs up to the other side of that nightmare. </w:t>
      </w:r>
    </w:p>
    <w:p>
      <w:r>
        <w:t xml:space="preserve">(Speaker I)  So I guess the question is, you know, how. How can we get it addressed and when can we get it addressed? </w:t>
      </w:r>
    </w:p>
    <w:p>
      <w:r>
        <w:t xml:space="preserve">(Speaker G)  That's my only. </w:t>
      </w:r>
    </w:p>
    <w:p>
      <w:r>
        <w:t xml:space="preserve">(Speaker I)  That's my. </w:t>
      </w:r>
    </w:p>
    <w:p>
      <w:r>
        <w:t xml:space="preserve">(Speaker A)  Any other audience? </w:t>
      </w:r>
    </w:p>
    <w:p>
      <w:r>
        <w:t xml:space="preserve">(Speaker J)  Yes, my name is Janet Camonetti. I live in osprey of the 100 pointed bill court. I just wanted to echo the sentiments of the former speakers. Also behind in Osprey there's vegetation that's overgrown within the body of water along the walkway. </w:t>
      </w:r>
    </w:p>
    <w:p>
      <w:r>
        <w:t xml:space="preserve">(Speaker G)  Which walkway? </w:t>
      </w:r>
    </w:p>
    <w:p>
      <w:r>
        <w:t xml:space="preserve">(Speaker J)  The sidewalk that goes from Clubhouse Drive to the inside. </w:t>
      </w:r>
    </w:p>
    <w:p>
      <w:r>
        <w:t xml:space="preserve">(Speaker G)  That goes through to the village. East Villages. Yes, that little cart path. </w:t>
      </w:r>
    </w:p>
    <w:p>
      <w:r>
        <w:t xml:space="preserve">(Speaker J)  Precisely. </w:t>
      </w:r>
    </w:p>
    <w:p>
      <w:r>
        <w:t xml:space="preserve">(Speaker G)  I just want to make sure. </w:t>
      </w:r>
    </w:p>
    <w:p>
      <w:r>
        <w:t xml:space="preserve">(Speaker J)  And the water is stagnated green. And you know, our biggest danger in Florida is not the gator or the snakes or other entities. It's the mosquito and that's a breeding ground for mosquitoes. So I echo the sentiments that it's not just one subdivision, it's viera wide. </w:t>
      </w:r>
    </w:p>
    <w:p>
      <w:r>
        <w:t xml:space="preserve">(Speaker G)  Thanks. </w:t>
      </w:r>
    </w:p>
    <w:p>
      <w:r>
        <w:t xml:space="preserve">(Speaker A)  Turn to the board. I don't know if they want Jim to. </w:t>
      </w:r>
    </w:p>
    <w:p>
      <w:r>
        <w:t xml:space="preserve">(Speaker D)  First of all, I want to tell you that I hear. We hear you and we appreciate you bringing us these concerns because frankly, you know, sometimes we don't know. If you don't come and tell us, we don't know. So we appreciate you telling us. And you know, Jim, I know you're kind of looking there about what our responsibilities are and they aren't. I don't know if you have a. </w:t>
      </w:r>
    </w:p>
    <w:p>
      <w:r>
        <w:t xml:space="preserve">(Speaker K)  I mean, without putting eyes on the ground. I mean, I know there's been some tree issues, some lake issues. I can reach out to Eccor. They can only treat within like a 14 day period as far as what they can schedule for algaecides and things like that. I mean, our Lakes are over 30 years old. I know sediment muck builds up over time. </w:t>
      </w:r>
    </w:p>
    <w:p>
      <w:r>
        <w:t xml:space="preserve">(Speaker G)  What would you say the unsees. Because we've been discussing this for about six months now with some of the other communities to include. I live in Osprey, so I know what you're talking about. Is it. I'm not trying to. I want to come up with a solution. But is some of the cause of that the unseasonably warm weather that we've had this year, which causes the algae growth and so on and so forth. </w:t>
      </w:r>
    </w:p>
    <w:p>
      <w:r>
        <w:t xml:space="preserve">(Speaker K)  And that's like with anything. That's just the cyclical nature of a lot of the Florida lakes and ponds is once you get the increased temperature, the increased density. So we figure all of the communities, whether it's osprey, Grand Isle villages, everything flows, flows from the east to the west. So whatever your neighbors putting in their lakes east of you is eventually coming to your lake. So when you have all these nutrient loads just flowing, all these landscapers are discharging all their clippings into the lakes. That's increasing the nitrogen and phosphorus levels which is increasing your algae blooms, the extreme temperatures that causes all that. I know someone had mentioned the white pelicans. I noticed a huge decrease on the golf course. One thing I've noticed and I've researched with white pelicans is they are very carnivorous. They will almost completely deplete a lake of fish. So if there's no food, they're not going to return. It might take a couple years for the populations to rebound and then you'll see them again. I think two years ago, the one lake that was behind your property as you come into the ground golf course, that Lake probably had 20 or 30 white pelicans and anhingas and comrades all just going to town for about two days and then never saw them again. </w:t>
      </w:r>
    </w:p>
    <w:p>
      <w:r>
        <w:t xml:space="preserve">(Speaker L)  So. </w:t>
      </w:r>
    </w:p>
    <w:p>
      <w:r>
        <w:t xml:space="preserve">(Speaker K)  But yeah, I'm taking notes. I'll have E cor and our maintenance guys take a look some of the tree areas in some of the preserve </w:t>
      </w:r>
    </w:p>
    <w:p>
      <w:r>
        <w:t xml:space="preserve">(Speaker I)  areas </w:t>
      </w:r>
    </w:p>
    <w:p>
      <w:r>
        <w:t xml:space="preserve">(Speaker K)  with our ecologists. We're not really supposed to manicure the nature areas we preserves. However, if there is danger to life and property due to limbs and whatnot, then we can, we can take a look at that and have those, those trees removed. </w:t>
      </w:r>
    </w:p>
    <w:p>
      <w:r>
        <w:t xml:space="preserve">(Speaker G)  Some of these sound like they're, they're dead trees if I'm not mistaken. So that's. </w:t>
      </w:r>
    </w:p>
    <w:p>
      <w:r>
        <w:t xml:space="preserve">(Speaker C)  And this hasn't been just a 10 month thing. I've been like I say there 17 years. I got tired of finding it 10 years ago and just stopped because I was getting nowhere. </w:t>
      </w:r>
    </w:p>
    <w:p>
      <w:r>
        <w:t xml:space="preserve">(Speaker G)  I will share with all of you, you have a very sympathetic board to this issue. </w:t>
      </w:r>
    </w:p>
    <w:p>
      <w:r>
        <w:t xml:space="preserve">(Speaker C)  I have watched them laying down for years, totally ignored. It's a tragedy. </w:t>
      </w:r>
    </w:p>
    <w:p>
      <w:r>
        <w:t xml:space="preserve">(Speaker J)  I want to add an addendum that also the drainage pipes, some of the vegetation is including the drainage pipe. So it's not, you know, and that's a flooding issue. </w:t>
      </w:r>
    </w:p>
    <w:p>
      <w:r>
        <w:t xml:space="preserve">(Speaker G)  See that's what's bothering me is I'm hearing that coupled with dead trees and we've actually had that problem. We had the problem a couple Years ago with Somerville in the villages of Viera east, which is kind of connected to some of the stuff that you're talking about here. And we actually had an oak branch that had been cut that lodged itself up against the pipe. All the palm fronds collect on it. It completely blocked it. Somerville started. The streets in Somerville started fluctuating. </w:t>
      </w:r>
    </w:p>
    <w:p>
      <w:r>
        <w:t xml:space="preserve">(Speaker J)  Unless it's causal because of winds. </w:t>
      </w:r>
    </w:p>
    <w:p>
      <w:r>
        <w:t xml:space="preserve">(Speaker G)  Right. </w:t>
      </w:r>
    </w:p>
    <w:p>
      <w:r>
        <w:t xml:space="preserve">(Speaker J)  That's just not regular maintenance. </w:t>
      </w:r>
    </w:p>
    <w:p>
      <w:r>
        <w:t xml:space="preserve">(Speaker G)  Right. </w:t>
      </w:r>
    </w:p>
    <w:p>
      <w:r>
        <w:t xml:space="preserve">(Speaker D)  We have got an understand if you </w:t>
      </w:r>
    </w:p>
    <w:p>
      <w:r>
        <w:t xml:space="preserve">(Speaker C)  can't maintain what you have, why are you planting more in there? And I see that all the time. They come around and they spray and plant. I don't understand putting in when you can't already take care of what you have. </w:t>
      </w:r>
    </w:p>
    <w:p>
      <w:r>
        <w:t xml:space="preserve">(Speaker E)  I think about the water plant and the water along the lakes. </w:t>
      </w:r>
    </w:p>
    <w:p>
      <w:r>
        <w:t xml:space="preserve">(Speaker D)  We don't plant. </w:t>
      </w:r>
    </w:p>
    <w:p>
      <w:r>
        <w:t xml:space="preserve">(Speaker G)  I'd be real curious to know who's planting. </w:t>
      </w:r>
    </w:p>
    <w:p>
      <w:r>
        <w:t xml:space="preserve">(Speaker D)  I'm not sure if we're responsible for the. </w:t>
      </w:r>
    </w:p>
    <w:p>
      <w:r>
        <w:t xml:space="preserve">(Speaker K)  We had a spot in our newsletter two years ago about littoral shelf plantings. I think we only had one, maybe two homeowners reach out and request that. But other than that, we have done no littoral shelf planting. </w:t>
      </w:r>
    </w:p>
    <w:p>
      <w:r>
        <w:t xml:space="preserve">(Speaker C)  Well, there are huge trees that were planted maybe six years ago right adjacent to the weir. So you know what's happening with the weir when you put in massive trees. </w:t>
      </w:r>
    </w:p>
    <w:p>
      <w:r>
        <w:t xml:space="preserve">(Speaker D)  I don't think we're responsive. We'll have to really look at which guys. We're generally not responsible. That would be your. Generally your hoa, </w:t>
      </w:r>
    </w:p>
    <w:p>
      <w:r>
        <w:t xml:space="preserve">(Speaker C)  who puts them in. </w:t>
      </w:r>
    </w:p>
    <w:p>
      <w:r>
        <w:t xml:space="preserve">(Speaker G)  I would like to add a little bit to some of this, though, because the bigger. The big issue that tonight we thought we were going to be addressing, this is a big issue has to do with the CDD fees and those kind of things. And it's confusing as heck. That's why we sent out the letter. We tried to get it so people understood that, yes, we've got to send out the letter because this is going to go up. But the net result is you guys are actually going to be going down in CDD taxes. What happened is a bond came off </w:t>
      </w:r>
    </w:p>
    <w:p>
      <w:r>
        <w:t xml:space="preserve">(Speaker D)  just like a mortgage. </w:t>
      </w:r>
    </w:p>
    <w:p>
      <w:r>
        <w:t xml:space="preserve">(Speaker G)  The reason, and it was about $150 for a residential homeowner. I'm a commercial owner. Also for residential owners is about $150. This board wants to keep 100 of that precisely because of the fact that out of the $500 roughly that we pay for our CDD fee, only 200, only about half of that were we getting. All the rest of it was for the debt service that they took out 15, 20 years ago. </w:t>
      </w:r>
    </w:p>
    <w:p>
      <w:r>
        <w:t xml:space="preserve">(Speaker D)  30 years ago. </w:t>
      </w:r>
    </w:p>
    <w:p>
      <w:r>
        <w:t xml:space="preserve">(Speaker G)  What we are trying to do, the vast majority of that money, the extra hundred that we're going to get, Lake bank restoration. We've got 84 lakes in the district. And I've been. We've been talking to the Osprey people for six. There's a gentleman that lives on that lake and his name is eluding me. But. But we've been talking. We've been dealing with the Osprey stuff for a while. There have been other lakes like that. So what the objective, I believe, of this board is, is to take some of that money and. Or a good chunk of it. And there are. There are worse things going on than what we're talking about right there. There are some areas where what we. I don't want to get into all the details of it, but they call it geotubing. Fill it full of dirt, they restore the lake bank. If you don't do that, then what starts happening as the lake bank becomes more and more steep? And we got a whole bunch of lakes that we got to do this stuff to. And we've been trying to do it, but we only have so much money because there's literally two pots of money. There's the golf course money, and then there's the. The CDD district money and the golf course money. A lot of people get upset about him, need to get into the golf course stuff. But the golf course pays for itself. Right now. That's the way it's been for six years. It produces enough income to take care of itself. That was the objective of this board. We don't feel that people that don't golf should have to be paying for the golf course. So all of the money that we get from CDD fees go into the district, and the extra hundred is exactly what we need to have the money to be able to take care of lake bank restoration. So that coupled with the fact that you're talking about the weir boxes we. We had to replace a few years ago, the flowways for two flowways. Cost us a quarter million dollars. Just two flowways. How many we got, Jim? We got. We did a mapping of them. Something like 100 flowways in this district. 84 lakes. 100 plus. I think it was like 140 or something, 146, something like that. But that's a whole lot of flowways that we've got to take care of. So we hear you. We want to fix what's going on. I don't like hearing we've got dead trees and things like that. That's not acceptable. I want to have Jim get with you guys is kind of the bottom line. And then let's develop a game plan is where I'm going with. But we're not. We're not not hearing you. I also ask for some understanding in that we've had a tough year from. From a heat perspective, like Jim said, that creates a lot more algae blooms. Things aren't as good looking as they've been in the past. But what's not acceptable is if we've got areas that are just. You got trees and growth and we hear you. </w:t>
      </w:r>
    </w:p>
    <w:p>
      <w:r>
        <w:t xml:space="preserve">(Speaker C)  Well, these people do not live on the water. None of them. But they see the deterioration in our community because of the lack of care of the waterways. I happen to live on the water. He lives on the water. The fellow that left and his daughter live on the water. But the majority, Mitch, and they're upset, so. So does that tell you something? </w:t>
      </w:r>
    </w:p>
    <w:p>
      <w:r>
        <w:t xml:space="preserve">(Speaker G)  I understand? </w:t>
      </w:r>
    </w:p>
    <w:p>
      <w:r>
        <w:t xml:space="preserve">(Speaker A)  Again, just for everyone's reference, this is Jim Muller. He's the general manager of both the CDD and the golf course. So he'll be the one to be your primary contact on those issues. His office is up at the golf course if you need to catch him. </w:t>
      </w:r>
    </w:p>
    <w:p>
      <w:r>
        <w:t xml:space="preserve">(Speaker K)  The best way, if it's a lake issue, this way I can get it to our lake vendor is to email me. </w:t>
      </w:r>
    </w:p>
    <w:p>
      <w:r>
        <w:t xml:space="preserve">(Speaker D)  Jim's email is. </w:t>
      </w:r>
    </w:p>
    <w:p>
      <w:r>
        <w:t xml:space="preserve">(Speaker K)  Yeah, so J. Muller. Yeah, I guess. Yeah, it's J. Mahler. J M O L L E R at V E C dashed dot com. </w:t>
      </w:r>
    </w:p>
    <w:p>
      <w:r>
        <w:t xml:space="preserve">(Speaker A)  And I've also left my card back at the back. If for some reason you can't get the gym or you forget his email, email me and I'll get it right. </w:t>
      </w:r>
    </w:p>
    <w:p>
      <w:r>
        <w:t xml:space="preserve">(Speaker C)  At the gym there was an overpass of a, forgive me, redneck fella that worked there. Is he still there? I figured he was. </w:t>
      </w:r>
    </w:p>
    <w:p>
      <w:r>
        <w:t xml:space="preserve">(Speaker D)  He passed away. </w:t>
      </w:r>
    </w:p>
    <w:p>
      <w:r>
        <w:t xml:space="preserve">(Speaker K)  No, no, we're talking about you people. </w:t>
      </w:r>
    </w:p>
    <w:p>
      <w:r>
        <w:t xml:space="preserve">(Speaker C)  He was lovely, but definitely stressed out. </w:t>
      </w:r>
    </w:p>
    <w:p>
      <w:r>
        <w:t xml:space="preserve">(Speaker G)  So just a quick thing, I want to come out and say, ultimately, we have seven people, nine from our development, so a lot of people unfortunately are unhappy. No one from our board, no one from our HOA has brought this to your attention. We're paying for these people and they're not doing their job either. </w:t>
      </w:r>
    </w:p>
    <w:p>
      <w:r>
        <w:t xml:space="preserve">(Speaker K)  Yeah, so actually, I think we talked about it before the movie, the meeting started. Kim had emailed me on a lake back. </w:t>
      </w:r>
    </w:p>
    <w:p>
      <w:r>
        <w:t xml:space="preserve">(Speaker A)  What was it, </w:t>
      </w:r>
    </w:p>
    <w:p>
      <w:r>
        <w:t xml:space="preserve">(Speaker K)  1686. There was like a. Like a compromised geobag tube. So we have our lake, our lake shore restoration guy. As we're getting ready for our next year's allocation, he's going to take a look at that to see if it was something that he did because he has a 15 year warranty on all his geo bags. So if it was one is one of his he can just repair that, work it. If not, that might be war of the ones that we bump up and, and put it on this year schedule because that was like we said, that was one of the reasons why the board left our assessments a little bit higher so we can get caught up </w:t>
      </w:r>
    </w:p>
    <w:p>
      <w:r>
        <w:t xml:space="preserve">(Speaker I)  on a lot of. </w:t>
      </w:r>
    </w:p>
    <w:p>
      <w:r>
        <w:t xml:space="preserve">(Speaker G)  So someone from our HOA and board you said, has been in touch with Kim. </w:t>
      </w:r>
    </w:p>
    <w:p>
      <w:r>
        <w:t xml:space="preserve">(Speaker K)  Kim? </w:t>
      </w:r>
    </w:p>
    <w:p>
      <w:r>
        <w:t xml:space="preserve">(Speaker G)  Yeah, that's what you said. I was hoping, I was hoping they </w:t>
      </w:r>
    </w:p>
    <w:p>
      <w:r>
        <w:t xml:space="preserve">(Speaker A)  did something but, but I want to let you know you don't, you don't have to wait for any of that. You can email me. Email Jim. </w:t>
      </w:r>
    </w:p>
    <w:p>
      <w:r>
        <w:t xml:space="preserve">(Speaker I)  Yeah. </w:t>
      </w:r>
    </w:p>
    <w:p>
      <w:r>
        <w:t xml:space="preserve">(Speaker K)  If it has anything to do with, with a, with a waterway, a lake, a preserve area, shoot me an email and then we'll have, we'll have someone take a look at it. Now I will say if it's a dead tree in the preserve, not a lot we can do with that. That's more of an aesthetics thing and like I said, if it, if it's showing any kind of signs that it could cause damage to life or property then, then we can take care of it. </w:t>
      </w:r>
    </w:p>
    <w:p>
      <w:r>
        <w:t xml:space="preserve">(Speaker G)  So we can go out and do a ground the boots on the ground, take a look. </w:t>
      </w:r>
    </w:p>
    <w:p>
      <w:r>
        <w:t xml:space="preserve">(Speaker A)  And that's why a lot of these issues it's hard to speak to without being on site and taking a look at it. Obviously we're dealing with permits, we're dealing with chemical regulations, we're dealing with conservation areas that also have permits. So without having some eyes on it, it's hard to address them specifically. But Jim will take care of all of it. </w:t>
      </w:r>
    </w:p>
    <w:p>
      <w:r>
        <w:t xml:space="preserve">(Speaker G)  State of Florida gets a little antsy about some of the stuff too. Depending on where it's at, depending whether </w:t>
      </w:r>
    </w:p>
    <w:p>
      <w:r>
        <w:t xml:space="preserve">(Speaker C)  Disney owns it or not. In reserve making a game to swap. </w:t>
      </w:r>
    </w:p>
    <w:p>
      <w:r>
        <w:t xml:space="preserve">(Speaker D)  Here's a gentleman. </w:t>
      </w:r>
    </w:p>
    <w:p>
      <w:r>
        <w:t xml:space="preserve">(Speaker M)  Kim. </w:t>
      </w:r>
    </w:p>
    <w:p>
      <w:r>
        <w:t xml:space="preserve">(Speaker L)  I know you're familiar with this because you're from Osprey. Back at my house there was always a stream. There was always a stream that ran from Clubhouse Drive back behind my house to the. And connected to two lakes. There's a lake as you're driving around, around Sungazer, the houses on sunglasses. </w:t>
      </w:r>
    </w:p>
    <w:p>
      <w:r>
        <w:t xml:space="preserve">(Speaker J)  That's the one to which I was referring. </w:t>
      </w:r>
    </w:p>
    <w:p>
      <w:r>
        <w:t xml:space="preserve">(Speaker G)  Are you talking about the one that comes. It's right by the bike path that would fill up. </w:t>
      </w:r>
    </w:p>
    <w:p>
      <w:r>
        <w:t xml:space="preserve">(Speaker L)  Yes. There's always water flowing from that particular pond to the other one. Now I know that there's three still </w:t>
      </w:r>
    </w:p>
    <w:p>
      <w:r>
        <w:t xml:space="preserve">(Speaker G)  flows, but I don't think that part you're talking about. It was. That's kind of stagnant. </w:t>
      </w:r>
    </w:p>
    <w:p>
      <w:r>
        <w:t xml:space="preserve">(Speaker L)  Yeah, there's three pipes in there that are clogged. </w:t>
      </w:r>
    </w:p>
    <w:p>
      <w:r>
        <w:t xml:space="preserve">(Speaker G)  I go buy it on my golf cart. </w:t>
      </w:r>
    </w:p>
    <w:p>
      <w:r>
        <w:t xml:space="preserve">(Speaker L)  I see it used to be a 24 inch pipe. They called for that, but they never did put a 24 inch pipe in there. They put three smaller pipes and they're clogged and they don't work. I used to have osprey. I used to have all kinds of animals that lived in that water and they've been back there working on it. I've seen them taking it all out. </w:t>
      </w:r>
    </w:p>
    <w:p>
      <w:r>
        <w:t xml:space="preserve">(Speaker G)  I've seen how bad that lake looks. </w:t>
      </w:r>
    </w:p>
    <w:p>
      <w:r>
        <w:t xml:space="preserve">(Speaker L)  Yeah, I spoke to one of the fellows I was doing it. He says, well, they have that on the schedule to take to clear those pipes out, but that's going to be a bit of a job. It shouldn't be three pipes there. It should be the only one big one. But that was the way they designed it. They fell short of what they should have put there and they put something that shouldn't have been there and then now we pay the price for it. </w:t>
      </w:r>
    </w:p>
    <w:p>
      <w:r>
        <w:t xml:space="preserve">(Speaker G)  That and a lot of oak trees that shouldn't have been next to sidewalks, roadways. </w:t>
      </w:r>
    </w:p>
    <w:p>
      <w:r>
        <w:t xml:space="preserve">(Speaker L)  I mean, I know the guys that work back there and so I went back and I was chatting with them and they. One of the fellas that I know said to me that we're supposed to clean that out. So, I mean, but that was. </w:t>
      </w:r>
    </w:p>
    <w:p>
      <w:r>
        <w:t xml:space="preserve">(Speaker G)  Well, and that's a high priority for this board because the world doesn't run back there anymore. </w:t>
      </w:r>
    </w:p>
    <w:p>
      <w:r>
        <w:t xml:space="preserve">(Speaker N)  Thank you. </w:t>
      </w:r>
    </w:p>
    <w:p>
      <w:r>
        <w:t xml:space="preserve">(Speaker G)  The hurricane issue and the flooding potential flooding issue. </w:t>
      </w:r>
    </w:p>
    <w:p>
      <w:r>
        <w:t xml:space="preserve">(Speaker J)  That's what I mentioned when I spoke. The flooding, the vegetation. </w:t>
      </w:r>
    </w:p>
    <w:p>
      <w:r>
        <w:t xml:space="preserve">(Speaker G)  I don't want another one of those. </w:t>
      </w:r>
    </w:p>
    <w:p>
      <w:r>
        <w:t xml:space="preserve">(Speaker J)  You know, there's aesthetics, but that's secondary. You know, the primary. </w:t>
      </w:r>
    </w:p>
    <w:p>
      <w:r>
        <w:t xml:space="preserve">(Speaker L)  We see the water coming up in our backyard. </w:t>
      </w:r>
    </w:p>
    <w:p>
      <w:r>
        <w:t xml:space="preserve">(Speaker J)  Mosquitoes. </w:t>
      </w:r>
    </w:p>
    <w:p>
      <w:r>
        <w:t xml:space="preserve">(Speaker L)  When it rains, it doesn't. It goes up, comes into the backyard. </w:t>
      </w:r>
    </w:p>
    <w:p>
      <w:r>
        <w:t xml:space="preserve">(Speaker G)  Yeah, I, I think there's going to be a lot more discussions. </w:t>
      </w:r>
    </w:p>
    <w:p>
      <w:r>
        <w:t xml:space="preserve">(Speaker K)  What's your physical address? </w:t>
      </w:r>
    </w:p>
    <w:p>
      <w:r>
        <w:t xml:space="preserve">(Speaker L)  Excuse me? </w:t>
      </w:r>
    </w:p>
    <w:p>
      <w:r>
        <w:t xml:space="preserve">(Speaker K)  What's Your physical address? </w:t>
      </w:r>
    </w:p>
    <w:p>
      <w:r>
        <w:t xml:space="preserve">(Speaker L)  5100 Pointed Bill Court. </w:t>
      </w:r>
    </w:p>
    <w:p>
      <w:r>
        <w:t xml:space="preserve">(Speaker J)  When I, when I stood up, I gave the address. </w:t>
      </w:r>
    </w:p>
    <w:p>
      <w:r>
        <w:t xml:space="preserve">(Speaker N)  Good evening. My name is Richard. I live at the greens at Viera East. I live right across the 13th green and I have some of the same issues. But I see when I first moved in, the berm was there and then a couple years ago, dry season and the land mass is growing out about maybe 3 yards and there's a lot of reeds, weeds all green. My question is, who can. Who is. Who's the authority over that? Is that the cdd? Is that the state? </w:t>
      </w:r>
    </w:p>
    <w:p>
      <w:r>
        <w:t xml:space="preserve">(Speaker G)  You can't say all of the time because a lot of it's a patchwork quilt, but most of the time it's us. </w:t>
      </w:r>
    </w:p>
    <w:p>
      <w:r>
        <w:t xml:space="preserve">(Speaker N)  How about at 7 o' clock tonight? Here's some </w:t>
      </w:r>
    </w:p>
    <w:p>
      <w:r>
        <w:t xml:space="preserve">(Speaker D)  math. </w:t>
      </w:r>
    </w:p>
    <w:p>
      <w:r>
        <w:t xml:space="preserve">(Speaker N)  I heard something another young lady said. So there used to be a maintenance crew and now there's no longer a building. </w:t>
      </w:r>
    </w:p>
    <w:p>
      <w:r>
        <w:t xml:space="preserve">(Speaker G)  The flat bottom boat. </w:t>
      </w:r>
    </w:p>
    <w:p>
      <w:r>
        <w:t xml:space="preserve">(Speaker N)  I've had people. </w:t>
      </w:r>
    </w:p>
    <w:p>
      <w:r>
        <w:t xml:space="preserve">(Speaker G)  The flat bottom boat issue was like e cor. </w:t>
      </w:r>
    </w:p>
    <w:p>
      <w:r>
        <w:t xml:space="preserve">(Speaker A)  So I. </w:t>
      </w:r>
    </w:p>
    <w:p>
      <w:r>
        <w:t xml:space="preserve">(Speaker G)  No, that was actually. They were probably going out to work on the pump. </w:t>
      </w:r>
    </w:p>
    <w:p>
      <w:r>
        <w:t xml:space="preserve">(Speaker C)  The older fell that used to be there. </w:t>
      </w:r>
    </w:p>
    <w:p>
      <w:r>
        <w:t xml:space="preserve">(Speaker E)  He knew. </w:t>
      </w:r>
    </w:p>
    <w:p>
      <w:r>
        <w:t xml:space="preserve">(Speaker C)  Exactly. </w:t>
      </w:r>
    </w:p>
    <w:p>
      <w:r>
        <w:t xml:space="preserve">(Speaker G)  But that's where she was talking about. Over by Watson Realty. </w:t>
      </w:r>
    </w:p>
    <w:p>
      <w:r>
        <w:t xml:space="preserve">(Speaker M)  Yeah. </w:t>
      </w:r>
    </w:p>
    <w:p>
      <w:r>
        <w:t xml:space="preserve">(Speaker K)  Oh, I thought that was in Grand Isle. </w:t>
      </w:r>
    </w:p>
    <w:p>
      <w:r>
        <w:t xml:space="preserve">(Speaker G)  Oh, yeah, the black auto boat. </w:t>
      </w:r>
    </w:p>
    <w:p>
      <w:r>
        <w:t xml:space="preserve">(Speaker K)  Yeah, right behind my house. </w:t>
      </w:r>
    </w:p>
    <w:p>
      <w:r>
        <w:t xml:space="preserve">(Speaker C)  Probably about every seven or eight months </w:t>
      </w:r>
    </w:p>
    <w:p>
      <w:r>
        <w:t xml:space="preserve">(Speaker F)  they come in there. </w:t>
      </w:r>
    </w:p>
    <w:p>
      <w:r>
        <w:t xml:space="preserve">(Speaker C)  Flat bottom boat. Yeah, the ropes on them and drag all the junk out. </w:t>
      </w:r>
    </w:p>
    <w:p>
      <w:r>
        <w:t xml:space="preserve">(Speaker G)  I don't know if you've seen the fountain that's in that lake. There's no fountain. </w:t>
      </w:r>
    </w:p>
    <w:p>
      <w:r>
        <w:t xml:space="preserve">(Speaker C)  But I would. I would pay for one. </w:t>
      </w:r>
    </w:p>
    <w:p>
      <w:r>
        <w:t xml:space="preserve">(Speaker A)  Well, my point is solar or run. </w:t>
      </w:r>
    </w:p>
    <w:p>
      <w:r>
        <w:t xml:space="preserve">(Speaker G)  Yeah. My point is that there's one in. In Fawn Ridge that is no longer working. That's probably what the flat bottom boat was out taking care of. </w:t>
      </w:r>
    </w:p>
    <w:p>
      <w:r>
        <w:t xml:space="preserve">(Speaker L)  So. </w:t>
      </w:r>
    </w:p>
    <w:p>
      <w:r>
        <w:t xml:space="preserve">(Speaker F)  So. </w:t>
      </w:r>
    </w:p>
    <w:p>
      <w:r>
        <w:t xml:space="preserve">(Speaker C)  But that it still exists is what I'm saying when I was told it doesn't. </w:t>
      </w:r>
    </w:p>
    <w:p>
      <w:r>
        <w:t xml:space="preserve">(Speaker G)  Oh, yeah. </w:t>
      </w:r>
    </w:p>
    <w:p>
      <w:r>
        <w:t xml:space="preserve">(Speaker D)  To answer your question there. It's a match. </w:t>
      </w:r>
    </w:p>
    <w:p>
      <w:r>
        <w:t xml:space="preserve">(Speaker L)  So there's no maintenance. </w:t>
      </w:r>
    </w:p>
    <w:p>
      <w:r>
        <w:t xml:space="preserve">(Speaker D)  Go ahead. </w:t>
      </w:r>
    </w:p>
    <w:p>
      <w:r>
        <w:t xml:space="preserve">(Speaker N)  I'm sorry, there's no maintenance crew that does any maintenance like that. It's just as you see, as needed or as seen. </w:t>
      </w:r>
    </w:p>
    <w:p>
      <w:r>
        <w:t xml:space="preserve">(Speaker K)  Where are we talking again? Because I heard you say hole 13 by the green. </w:t>
      </w:r>
    </w:p>
    <w:p>
      <w:r>
        <w:t xml:space="preserve">(Speaker N)  If you tee off on the. Yeah, the hole on the. The 13th. It's behind the maintenance shack for the golf course. I live right across that lake. </w:t>
      </w:r>
    </w:p>
    <w:p>
      <w:r>
        <w:t xml:space="preserve">(Speaker J)  So you're wanting specificity with roles and functions. Yes, sorry, you wanted specificity with roles and functions. </w:t>
      </w:r>
    </w:p>
    <w:p>
      <w:r>
        <w:t xml:space="preserve">(Speaker G)  That's our irrigation lake. </w:t>
      </w:r>
    </w:p>
    <w:p>
      <w:r>
        <w:t xml:space="preserve">(Speaker C)  Whose role and functions. </w:t>
      </w:r>
    </w:p>
    <w:p>
      <w:r>
        <w:t xml:space="preserve">(Speaker D)  Yeah, but. </w:t>
      </w:r>
    </w:p>
    <w:p>
      <w:r>
        <w:t xml:space="preserve">(Speaker K)  Yeah, I mean, depending on what the plant species is, whether it's beneficial or not. I. Yeah, I have to take a look at how exactly. I mean, I know we have Cypress all along the 13th. </w:t>
      </w:r>
    </w:p>
    <w:p>
      <w:r>
        <w:t xml:space="preserve">(Speaker N)  Couple pictures. </w:t>
      </w:r>
    </w:p>
    <w:p>
      <w:r>
        <w:t xml:space="preserve">(Speaker A)  Absolutely. Pictures are always helpful because that way we can get it right to our lake folks and they can respond a little quicker. </w:t>
      </w:r>
    </w:p>
    <w:p>
      <w:r>
        <w:t xml:space="preserve">(Speaker C)  Well, I have photos of when I moved in and on that east side there was a few trees. Now there's so many trees and Palms and everything that have intruded onto the that pond that it reduced the pond in itself. </w:t>
      </w:r>
    </w:p>
    <w:p>
      <w:r>
        <w:t xml:space="preserve">(Speaker G)  It got. </w:t>
      </w:r>
    </w:p>
    <w:p>
      <w:r>
        <w:t xml:space="preserve">(Speaker C)  And today is major different flow. </w:t>
      </w:r>
    </w:p>
    <w:p>
      <w:r>
        <w:t xml:space="preserve">(Speaker D)  So public comment here. Any further public comments. </w:t>
      </w:r>
    </w:p>
    <w:p>
      <w:r>
        <w:t xml:space="preserve">(Speaker A)  And again we'll have a separate public comment period both for the rules and rates of the golf course and the budget as well. </w:t>
      </w:r>
    </w:p>
    <w:p>
      <w:r>
        <w:t xml:space="preserve">(Speaker D)  Thank you. </w:t>
      </w:r>
    </w:p>
    <w:p>
      <w:r>
        <w:t xml:space="preserve">(Speaker B)  Thank you. </w:t>
      </w:r>
    </w:p>
    <w:p>
      <w:r>
        <w:t xml:space="preserve">(Speaker A)  Then we can proceed on with the minutes. </w:t>
      </w:r>
    </w:p>
    <w:p>
      <w:r>
        <w:t xml:space="preserve">(Speaker D)  So any comments on the minutes, </w:t>
      </w:r>
    </w:p>
    <w:p>
      <w:r>
        <w:t xml:space="preserve">(Speaker G)  make a motion to accept the minutes. </w:t>
      </w:r>
    </w:p>
    <w:p>
      <w:r>
        <w:t xml:space="preserve">(Speaker B)  I second. </w:t>
      </w:r>
    </w:p>
    <w:p>
      <w:r>
        <w:t xml:space="preserve">(Speaker D)  Okay. Any further discussion? All in favor? </w:t>
      </w:r>
    </w:p>
    <w:p>
      <w:r>
        <w:t xml:space="preserve">(Speaker A)  The next part of our meeting will be the public hearing. So we look for a motion of the board to open the public hearing. </w:t>
      </w:r>
    </w:p>
    <w:p>
      <w:r>
        <w:t xml:space="preserve">(Speaker M)  I'll make a motion to open the public part of meeting. </w:t>
      </w:r>
    </w:p>
    <w:p>
      <w:r>
        <w:t xml:space="preserve">(Speaker G)  I'll second favor. Aye. </w:t>
      </w:r>
    </w:p>
    <w:p>
      <w:r>
        <w:t xml:space="preserve">(Speaker C)  How long before we hear anything back? </w:t>
      </w:r>
    </w:p>
    <w:p>
      <w:r>
        <w:t xml:space="preserve">(Speaker K)  Shoot me an email. </w:t>
      </w:r>
    </w:p>
    <w:p>
      <w:r>
        <w:t xml:space="preserve">(Speaker C)  Pardon? </w:t>
      </w:r>
    </w:p>
    <w:p>
      <w:r>
        <w:t xml:space="preserve">(Speaker K)  Shoot me an email. Send me an email. </w:t>
      </w:r>
    </w:p>
    <w:p>
      <w:r>
        <w:t xml:space="preserve">(Speaker F)  An email. </w:t>
      </w:r>
    </w:p>
    <w:p>
      <w:r>
        <w:t xml:space="preserve">(Speaker G)  Yeah. </w:t>
      </w:r>
    </w:p>
    <w:p>
      <w:r>
        <w:t xml:space="preserve">(Speaker O)  He's got to. </w:t>
      </w:r>
    </w:p>
    <w:p>
      <w:r>
        <w:t xml:space="preserve">(Speaker G)  Got to have your contacted. Make sure he has your contact info. </w:t>
      </w:r>
    </w:p>
    <w:p>
      <w:r>
        <w:t xml:space="preserve">(Speaker C)  Thank you. </w:t>
      </w:r>
    </w:p>
    <w:p>
      <w:r>
        <w:t xml:space="preserve">(Speaker A)  So we're in the public hearing portion. The first part of that is going to be the rules and rates of the golf course. So Jim, I don't know if you want to go through some of the kind of the changes that we made this year. </w:t>
      </w:r>
    </w:p>
    <w:p>
      <w:r>
        <w:t xml:space="preserve">(Speaker N)  Yeah. </w:t>
      </w:r>
    </w:p>
    <w:p>
      <w:r>
        <w:t xml:space="preserve">(Speaker K)  As far as the rates, we just did a 7% increase. The price of everything going up trying to stay in competition with all the other golf courses generally really big major change we made. Like I talked about before, Florida is not so much the seasonal state that. That we're used to. So instead of having our four seasons, we're going to switch to just two seasons, a peak and not peak each. Starting November 1st running through April 30th may not be running from May 1st ending on October 31st. And other than that, basically same thing with the annual passes. They're. They're going to increasing 7% as well. This is the last year that we're offering our annual passes. Anyone who has an annual pass, we grandfathered in to keep them until they forfeit their pass. </w:t>
      </w:r>
    </w:p>
    <w:p>
      <w:r>
        <w:t xml:space="preserve">(Speaker A)  It's also important to note that on the rules side, the only real change that we made was really just indicating that as Jim talked about, we're going to go to more dynamic pricing. So the new rules kind of give some more language to that that the rules that the fees may be a different price per day. We've reflected that in our in the range of rates that it's going to be more of a dynamic pricing schedule. </w:t>
      </w:r>
    </w:p>
    <w:p>
      <w:r>
        <w:t xml:space="preserve">(Speaker G)  Can I just ask for clarification on the comments? This is the last year. In other words, 2026 is the last year. </w:t>
      </w:r>
    </w:p>
    <w:p>
      <w:r>
        <w:t xml:space="preserve">(Speaker H)  So </w:t>
      </w:r>
    </w:p>
    <w:p>
      <w:r>
        <w:t xml:space="preserve">(Speaker K)  if you do not have A annual pass. As of today, you have until September 30th to purchase price. </w:t>
      </w:r>
    </w:p>
    <w:p>
      <w:r>
        <w:t xml:space="preserve">(Speaker M)  That's. </w:t>
      </w:r>
    </w:p>
    <w:p>
      <w:r>
        <w:t xml:space="preserve">(Speaker A)  So at this point, what we can do is open it up for any public comments on the rules and rates of the golf course. Same kind of rules. State your name and address in 3 minutes. Any comments on the rules and rates of the golf course. </w:t>
      </w:r>
    </w:p>
    <w:p>
      <w:r>
        <w:t xml:space="preserve">(Speaker D)  Okay. </w:t>
      </w:r>
    </w:p>
    <w:p>
      <w:r>
        <w:t xml:space="preserve">(Speaker A)  Hearing none. Then we'll return it back to the board for any questions or comments or a motion to approve. </w:t>
      </w:r>
    </w:p>
    <w:p>
      <w:r>
        <w:t xml:space="preserve">(Speaker G)  Make a motion to approve the rules and rates for 2027 as we have been discussing for the past six months. </w:t>
      </w:r>
    </w:p>
    <w:p>
      <w:r>
        <w:t xml:space="preserve">(Speaker B)  I'll second. </w:t>
      </w:r>
    </w:p>
    <w:p>
      <w:r>
        <w:t xml:space="preserve">(Speaker D)  All in favor? </w:t>
      </w:r>
    </w:p>
    <w:p>
      <w:r>
        <w:t xml:space="preserve">(Speaker F)  Aye. </w:t>
      </w:r>
    </w:p>
    <w:p>
      <w:r>
        <w:t xml:space="preserve">(Speaker A)  The next portion of our public hearing will be on the budget. So what I'll do is I'll go through a quick presentation with everyone for those folks. I haven't introduced my. Hello myself. My name is Jason Chow. I serve as district manager. I work for a company called Governmental Management Services. We manage over 100 community development districts in the central Florida area. And I'm fortunate enough to serve as the district manager for Viera East. It may be difficult to see this. I'll note that as soon as I get back to the office, we'll get this posted on the website so you can have your own copy at home. The website is Viera East. So this is kind of a district boundary map, Kind of. Anything in the red is going to be property of the Viera east cdd. This is one of the larger districts in the state of Florida, both in terms of size and in terms of residential units. I know we were talking to some of the folks earlier about how kind of confusing some of the things can be just because the different amount of HOA's, the different amount of organizations. So obviously this is just a complete list. The district has both residential, commercial. The one thing we want to note, although I don't think anyone's here, but Six Mile Creek and Cranes Creek are not within the cbd. So even though we hear from those residents from time to time, they're actually not. Yeah, we tried to clear that up for people, but it still kind of happens. This is kind of just a. An overview of some of the things the district has. So Again, we have 31 communities, over 4,000 residential units, 205 acres of commercial. The district maintains 1,000 acres of wetland and conservation area. We maintain a scrub J habitat as they talked about, 84 ponds. We have five miles worth of sidewalks and bike paths, restaurant, Woodside park with a dog park and a playground. A lot of infrastructure areas, natural area, trails, as well as a Golf course and over 50 staff members of the district. And there's our website again. </w:t>
      </w:r>
    </w:p>
    <w:p>
      <w:r>
        <w:t xml:space="preserve">(Speaker C)  You have nothing to do is to seat up. </w:t>
      </w:r>
    </w:p>
    <w:p>
      <w:r>
        <w:t xml:space="preserve">(Speaker L)  Nope. </w:t>
      </w:r>
    </w:p>
    <w:p>
      <w:r>
        <w:t xml:space="preserve">(Speaker A)  No, that's bedroom. We want to go over some of the accomplishments of the golf course this year. And so Jim added these. Together we did over 60,000 rounds at the golf course. We did turf recovery after the cold winter. They did aerification, venting, fertility projects. They concluded root prunings and improved the environmental sustainability of the fertilizer program. As far as golf and revenue, they increased golf revenue by approximately $125,000. They maintained 63% of the golf course was hooked up. Developed a simple two rate structure which is kind of what Jim talked about earlier. Just to go of simplify the process so it's not such a matrix of rates all year long. Then they improved a lot of tournaments and developed coordinating with food and beverage. Hook and Eagle is the restaurant that's up at the golf course. For those that don't know it's open to the public. You can go there at any time. They hold lots of events there. If you check on the Facebook page, you'll always see a whole bunch of things that are going on at Hook and Eagle. You don't have to golf to go there. </w:t>
      </w:r>
    </w:p>
    <w:p>
      <w:r>
        <w:t xml:space="preserve">(Speaker L)  There. </w:t>
      </w:r>
    </w:p>
    <w:p>
      <w:r>
        <w:t xml:space="preserve">(Speaker A)  They've got great food. This is some of the accomplishments there as well. They recruited and onboarded a new food and beverage manager. They went through and did some processes to improve food safety, storage labeling, improved inventory controls. They're really working on improving the consistency of the food and drink quality. Reduced the cost of food and goods by about $22,000. They're working on the menu and they're strengthening again. The events and tournaments which are proving to be pretty profitable for the district as far as some of the things that the CDD's done. We've improved the fire fire line clearing process. About six years ago, basically the district had to rely on control burns. Yeah, that's the word. To try to maintain some of the fire line areas to reduce the fire hazards throughout the district. The problem with controlled burns is that we could almost never get them done. The weather conditions have to be almost perfect for them to occur. We'd get one scheduled and then the winds would be too high for that day or there'd be rain. There'd be some other conditions. So this board went through the process of purchasing what's called a fecan machine, fecan mulcher. So it's basically just a giant almost shredder. It just kind of goes through and Initially, they were doing basically a third of the fire line every year. And then several years ago, this board went. So we maintain the entire fire line annually. So we turned behind people's houses to try to prevent the fire issues. We've strengthened resident communication using Facebook and social media. And then we've improved shoreline restoration, preserve management, environmental work. Then in terms of just the finances. So we've increased. Increase the revenue for the golf course, approximately $130,000. We've had significant increases in labor, fuel, fertilizer equipment and food. And we'll talk about some of those a little later. Improved monitoring and accountability on the golf operations. We've strengthened department coordination between all the organizations. And then we've updated job descriptions to really improve the way that the staff works up. So really, the reason most of you are here is you got the letter about your assessment increase. So we just wanted to show you kind of how that breaks down, and it matches what's in your letter. So currently, the district has one debt service fund, which is their 2020 bond. That's $108 a year. We're proposing an operations and maintenance of $336 a year. And then there's a recreation fund, which goes. That doesn't have debt anymore. I'll take that off. So that recreation fund really is only for operations. And that's what goes to help with Woodside Park. And again, it's a total decrease of over $51 per home. So you'll actually see your CDD assessment go down. We'll show you this next table here. This is a table that shows you again, very similar to what you saw in the letter. This is a historical assessment table. So your operations and maintenance has remained at 236 since 2022. And so there is $100 proposed increase. And by Florida statutes, whenever there's an increase in the operations portion, that's when we have to send you the mail notice, which is why you got the letter. But you'll also see the debt service, which is. That's the 2020 bond that's dropping still from 139 to 108 just because of the way those bonds were structured. So there's a decrease there. The recreation is the other bond that went away. So. So last year that was $129, and that's going to drop to eight, which again is for Woodside Park. So you'll see there's actually a $50 decrease again on what you'll see on your tax bill when you get your tax Bill, the Viera east is going to be one line at the bottom of your tax bill. It's under the non ad valorem section. And so that'll match what you see there. </w:t>
      </w:r>
    </w:p>
    <w:p>
      <w:r>
        <w:t xml:space="preserve">(Speaker D)  I just want to note, Jason, giving that extra hundred dollars a year is what's going to enable us to do more lake maintenance. Like, exactly the issue that you're all talking about, that's, you know, we needed to accelerate the schedule for that, and now that the fund has paid off, </w:t>
      </w:r>
    </w:p>
    <w:p>
      <w:r>
        <w:t xml:space="preserve">(Speaker G)  we can use that money. </w:t>
      </w:r>
    </w:p>
    <w:p>
      <w:r>
        <w:t xml:space="preserve">(Speaker A)  And so just to show you just kind of on a percentage basis how that works out, obviously now the general fund makes up a much larger part of your budget at 74%. The recreation fund is about 2% and which again, Woodside park, and then the debt service still makes up about 25% of what you pay in assessments. We want to give some important budget notes. There is none of the operations and maintenance or recreation assessment is going to support the golf course. As Rob talked about earlier, the golf course fully operates on its own revenues and operations. The O and M that's increasing is really going to support obviously the lake maintenance fire lines as well as lake base restoration. And then of the $570,000 increase, 191,000 is going to those operating expenses. And then we're putting about 380,000 in reserves. This district did a reserve study several years ago, and that will help bring. Bring our reserves back into what. What was in line with that reserve study. That's problem again, as Rob talked about earlier, that the things the CDD maintains are again, lakes, fire lines and culverts are very, very expensive if we have to repair it. So it's important that we have enough money in reserves so that we don't have to keep coming back to you annually. </w:t>
      </w:r>
    </w:p>
    <w:p>
      <w:r>
        <w:t xml:space="preserve">(Speaker E)  Has anybody thought about getting a grant writer? </w:t>
      </w:r>
    </w:p>
    <w:p>
      <w:r>
        <w:t xml:space="preserve">(Speaker A)  Actually, yes, the district has tried that. I will tell you that CBDs, because we are a governmental agency. </w:t>
      </w:r>
    </w:p>
    <w:p>
      <w:r>
        <w:t xml:space="preserve">(Speaker F)  Does it work? </w:t>
      </w:r>
    </w:p>
    <w:p>
      <w:r>
        <w:t xml:space="preserve">(Speaker A)  There's not a lot out there that supports CD options. It really is. </w:t>
      </w:r>
    </w:p>
    <w:p>
      <w:r>
        <w:t xml:space="preserve">(Speaker G)  We actually hired a grant. </w:t>
      </w:r>
    </w:p>
    <w:p>
      <w:r>
        <w:t xml:space="preserve">(Speaker D)  Yeah. And then we weren't able to get any grants, so. </w:t>
      </w:r>
    </w:p>
    <w:p>
      <w:r>
        <w:t xml:space="preserve">(Speaker A)  Yes, but that's a great idea because </w:t>
      </w:r>
    </w:p>
    <w:p>
      <w:r>
        <w:t xml:space="preserve">(Speaker G)  we're not a city, but we're not an HOA nonprofit. </w:t>
      </w:r>
    </w:p>
    <w:p>
      <w:r>
        <w:t xml:space="preserve">(Speaker A)  We don't really fit neatly into the categories that those grants are really designed. So again, here's kind of just the general fund. So we have general CBD administration, park maintenance, lake maintenance, fire line maintenance, conservation area maintenance. There's obviously a transfer to capital reserves and then your revenues and assessments balance. So our General fund is always balanced to zero. These are some of the things that have actually increased in our general fund. So we have inflationary increases in contracts. Obviously, a lot of our big contracts are environmental. And the cost of chemicals have increased. The cost of gasoline is increased of delivering all of those. And again, this district is increased lake bank restoration. So we can try to keep up with the lake banks as it naturally just erodes. We've added some additional capital projects for sidewalk repairs throughout the district, as well as renovating the restrooms at Woodside park and then again, continuing to fund those capital returns. </w:t>
      </w:r>
    </w:p>
    <w:p>
      <w:r>
        <w:t xml:space="preserve">(Speaker D)  Just note, those sidewalks along oh Strive on the east side of Morel are not out, correct? </w:t>
      </w:r>
    </w:p>
    <w:p>
      <w:r>
        <w:t xml:space="preserve">(Speaker A)  Yeah, yeah. Really? The sidewalks we maintain are with. On the golf course and then at </w:t>
      </w:r>
    </w:p>
    <w:p>
      <w:r>
        <w:t xml:space="preserve">(Speaker J)  Woodside park, where I say you're counting. </w:t>
      </w:r>
    </w:p>
    <w:p>
      <w:r>
        <w:t xml:space="preserve">(Speaker A)  But obviously oak trees tend to play havoc on sidewalks. So we want to make sure we're. We're avoiding trip hazards where we. </w:t>
      </w:r>
    </w:p>
    <w:p>
      <w:r>
        <w:t xml:space="preserve">(Speaker L)  Absolutely. </w:t>
      </w:r>
    </w:p>
    <w:p>
      <w:r>
        <w:t xml:space="preserve">(Speaker D)  All right. And I don't know if you all. I'm going to repeat what Jason said. He's what the sidewalks that were responsible or are in on the golf course going into the golf course and in Windside Park. </w:t>
      </w:r>
    </w:p>
    <w:p>
      <w:r>
        <w:t xml:space="preserve">(Speaker A)  Well, connecting trails, some of the trails. So this will just walk you through some of the golf course facts and figures. And these are all in your budget. So we budgeted the golf course at a gain of about this year as about a net profit of about 168,000 currently through May, where we're showing 366,000 profit. And then it's projected right now at about 5:43. But obviously the summer months old, we've still got a few months to work with there, and that doesn't include the transfer. So what happens with the golf course? Any profits generated from the golf course, they go into a separate reserve for the golf course. So this board tracks those separately. So your general fund reserves are tracked separately from your golf course. And the intent of the board is that they would utilize the golf course reserves for golf course improvements. And then the general fund reserves, reserves for those items such as lakes and lake maintenance. </w:t>
      </w:r>
    </w:p>
    <w:p>
      <w:r>
        <w:t xml:space="preserve">(Speaker G)  And all of the CDD assessments go into the general fund. They'll go into the golf course fund. </w:t>
      </w:r>
    </w:p>
    <w:p>
      <w:r>
        <w:t xml:space="preserve">(Speaker A)  So this is just a budget of our golf course. Again, we propose next year a net income of about 300,000, the Reserve and the golf course revenues over expenses. And then these are some of the categories of the golf course. These are the revenues that we have. So we've got green fees of about 2.4 million, memberships of 100,000 loyalty program, 25,000 driving range Golf lessons. There is a new simulator that's going in. So they're building that now. We expect that to profit approximately $100,000. The board is also segregating those revenues into a separate reserve so that we can track those separately. The restaurant we expect to generate about 1.1 million. Then we have the expense side. So we said General expenses about 212,000. Golf operations 679. Merchandise cost of goods is about 80,000. Obviously the big expense is on the maintenance side, which is about 1.3 million, as well as administrative expenses. Restaurant at about 1.1. And then the rest of the funds just go to reserves. This is the recreation debt again, or recreation fund. I should. I gotta get rid of debt because there's no more debt on that. But that one's about $8 a year. And again that really just goes to fun Woodside Park. The other is the series 2020 mods, which is the $108 again. Those will be fully amortized in 2038 and they're to supposed about 5.4 million. The board also wanted to highlight kind of the annual profits of the golf course. Obviously the board made a significant change in 2021 of how they want to run the golf course and how they want to operate. So you'll see that that's the profits at that time were a stark difference from before. So those boards really operating on the. You know, they really made a priority that the golf course would be self sustaining. </w:t>
      </w:r>
    </w:p>
    <w:p>
      <w:r>
        <w:t xml:space="preserve">(Speaker G)  Can you hold on that? </w:t>
      </w:r>
    </w:p>
    <w:p>
      <w:r>
        <w:t xml:space="preserve">(Speaker D)  We love this slide. </w:t>
      </w:r>
    </w:p>
    <w:p>
      <w:r>
        <w:t xml:space="preserve">(Speaker G)  Yeah, this is my favorite slide. </w:t>
      </w:r>
    </w:p>
    <w:p>
      <w:r>
        <w:t xml:space="preserve">(Speaker B)  It's a great slide. </w:t>
      </w:r>
    </w:p>
    <w:p>
      <w:r>
        <w:t xml:space="preserve">(Speaker G)  You see that big one there in the middle? That's when the new board took over the thing, I will add. You'll see it's got its ups and downs. Some years are better than others. But the bottom line of that in our worst year. This is the part that. Jason, am I out of bounds to say in our worst year, is that more than the sum out of all the 20 years before us? </w:t>
      </w:r>
    </w:p>
    <w:p>
      <w:r>
        <w:t xml:space="preserve">(Speaker A)  I don't have the 20 years. </w:t>
      </w:r>
    </w:p>
    <w:p>
      <w:r>
        <w:t xml:space="preserve">(Speaker G)  I know I can verify 10 years. I believe it's 20 years before us. The sum of 20 years. The reason why it's so that was a big fault fight for a long time. And people don't understand the fundamental change because we're all of that not. You got about a million and a half between a million and a half, $2 million in the bank now that we didn't have before. And if that didn't happen, everybody's taxes wouldn't be going down, they'd be going way up right now. </w:t>
      </w:r>
    </w:p>
    <w:p>
      <w:r>
        <w:t xml:space="preserve">(Speaker D)  The other thing is we had to have a bond because. Because we didn't have reserves and the golf course was almost 30 years old </w:t>
      </w:r>
    </w:p>
    <w:p>
      <w:r>
        <w:t xml:space="preserve">(Speaker C)  and had to do. </w:t>
      </w:r>
    </w:p>
    <w:p>
      <w:r>
        <w:t xml:space="preserve">(Speaker D)  There was a lot of work that needed to be done, which is why the 2020 bond had to be taken out. But our goal is to have those reserves so that when we. And we have a reserve study that shows us how old everything is and when it needs to be replaced so that we have the money in the account to be able to pay for the things when we need them and not have to do a bond or increase your taxes. </w:t>
      </w:r>
    </w:p>
    <w:p>
      <w:r>
        <w:t xml:space="preserve">(Speaker A)  And again, it is important to note that without this profit of the golf course, you know, if we were to reverse and say the golf course lost money, that likely would cause an increase in your assessments. This board can assess for that under that recreation portion by law. But obviously with profits like this, they don't have to do that. So their goal is obviously to again, keep the golf course self sustaining. And this is just kind of a graph that shows the capital projects fund, again since 2020. This is total. So obviously these are, you know, cumulative. But you'll see as proposed 2027, we would add over about $2 million in the bank in the capital project fund. And again, that's divided between golf course and general fund. But that is an accumulation. And then just some of the reasons why we did have to do the O and M increase or we're proposing the OMN increase first again is the additional capital reserve for the district that's important for projects such as lake repairs, culvert repairs. As I've said, we've had contract increases. You know, we spent a lot of money on the lake maintenance. And again, all of that's going up with the cost of chemicals and gasoline. The other big hit that we've had in all of our departments is the minimum wage increases. So obviously there was this. Florida had some mandatory minimum wage increases that it's still ongoing now. But in 2005, it was 6, 15 an hour. And now in 2026 it's $15 an hour. So we've had a, you know, 143% increase just on the minimum wage. So we're having to do that every year to kind of bump that up in accordance with statutes. So with that, we will again go to public comments. Be same as kind of before. We just ask that you state your name and address. Keep your comments to three minutes. And again, it's not necessarily A Q and A session. But certainly the board can address those comments all at the end. </w:t>
      </w:r>
    </w:p>
    <w:p>
      <w:r>
        <w:t xml:space="preserve">(Speaker D)  Sure. </w:t>
      </w:r>
    </w:p>
    <w:p>
      <w:r>
        <w:t xml:space="preserve">(Speaker C)  Antoinette Britton, 1406 Grand Isle Boulevard. I do not have a dog, but I do take care of people's dogs. And I will not take them to Woodside park because it's so dirty and if it rains, it's a mud hole. Is there a reason they can't keep grass there? I tend to take them all the way out on Stadium Parkway past the hospital. That park out there, it's always green. Is it so shaded or something in Woodside? Is that the problem? </w:t>
      </w:r>
    </w:p>
    <w:p>
      <w:r>
        <w:t xml:space="preserve">(Speaker K)  It's all the oak trees. </w:t>
      </w:r>
    </w:p>
    <w:p>
      <w:r>
        <w:t xml:space="preserve">(Speaker C)  Yeah. </w:t>
      </w:r>
    </w:p>
    <w:p>
      <w:r>
        <w:t xml:space="preserve">(Speaker K)  Between the foot traffic of the dogs and the shade from the oak trees, it's impossible to grow Turpin or there. </w:t>
      </w:r>
    </w:p>
    <w:p>
      <w:r>
        <w:t xml:space="preserve">(Speaker G)  I'll expound on that. I spent a year building that park. I was out there every Saturday. We had that place. It was beautiful when it first opened. I've got pictures of the grass and it lasted about a week. </w:t>
      </w:r>
    </w:p>
    <w:p>
      <w:r>
        <w:t xml:space="preserve">(Speaker C)  I don't know. Is Astroturf an answer? I don't know what that. </w:t>
      </w:r>
    </w:p>
    <w:p>
      <w:r>
        <w:t xml:space="preserve">(Speaker A)  Oh, with dog waist. </w:t>
      </w:r>
    </w:p>
    <w:p>
      <w:r>
        <w:t xml:space="preserve">(Speaker G)  It was a partial answer. If you notice the hills, the hills have AstroTurf now. It was able to. That it can stand on the rest of it. No. And actually, and I know you're right, it's. It's mixed in with the dirt. What it. What it really is is sand, but that's mixed in with the dirt on a lot of it. But there's nothing. </w:t>
      </w:r>
    </w:p>
    <w:p>
      <w:r>
        <w:t xml:space="preserve">(Speaker C)  So to put as turf, they probably have the concrete first or something. </w:t>
      </w:r>
    </w:p>
    <w:p>
      <w:r>
        <w:t xml:space="preserve">(Speaker A)  I don't know. </w:t>
      </w:r>
    </w:p>
    <w:p>
      <w:r>
        <w:t xml:space="preserve">(Speaker G)  Well, </w:t>
      </w:r>
    </w:p>
    <w:p>
      <w:r>
        <w:t xml:space="preserve">(Speaker K)  With the astroturf and the way the astroturf is the sublevel bases, then you have the dog waste. </w:t>
      </w:r>
    </w:p>
    <w:p>
      <w:r>
        <w:t xml:space="preserve">(Speaker C)  So there's no way to prove that. </w:t>
      </w:r>
    </w:p>
    <w:p>
      <w:r>
        <w:t xml:space="preserve">(Speaker A)  And I'll let you know. We can get rid of. Our Office manages about 100 districts in Central Florida. And these dog parks are a constant challenge at all of them. People don't treat it as if it's their home or their own backyard. The dogs will tear them up. Most of our. Most of ours, we have to reside them once a year, which requires us to close it for about two months almost to put new sod in and let it grow. So, I mean, there's no real great option when it comes to dog parks. </w:t>
      </w:r>
    </w:p>
    <w:p>
      <w:r>
        <w:t xml:space="preserve">(Speaker G)  Doing the Astroturf on the. On the. On the bridge area and the hills and everything saved, yes, the bridges, but that. That's about all that was feasible to do. </w:t>
      </w:r>
    </w:p>
    <w:p>
      <w:r>
        <w:t xml:space="preserve">(Speaker C)  Okay. It's just. It's a pity. It could be a nice part. </w:t>
      </w:r>
    </w:p>
    <w:p>
      <w:r>
        <w:t xml:space="preserve">(Speaker G)  It breaks. Breaks my heart I'll show you. If ever you want to see them, I'll show you the pictures of how pristine and beautiful it was when we first opened that business. </w:t>
      </w:r>
    </w:p>
    <w:p>
      <w:r>
        <w:t xml:space="preserve">(Speaker C)  Does St. John's Water Management people subsidize at all for the chemical cost that you have to put out, even though it's their waterway? </w:t>
      </w:r>
    </w:p>
    <w:p>
      <w:r>
        <w:t xml:space="preserve">(Speaker A)  Nope, it's our maintenance responsibility. We've got two folks. I don't know which one. </w:t>
      </w:r>
    </w:p>
    <w:p>
      <w:r>
        <w:t xml:space="preserve">(Speaker L)  I've been playing golf at Fiera Golf course for about 21 years, and I have to say, honestly, I've never seen it managed better than it was today than it is today. I was personally involved with that golf course at one time. And the guys who are running it today, Jim, and whoever they got run it there, they do an excellent job of taking care of that golf course because it's 150% better than what it was when I knew when I first got there. And it's worth every penny you pay for it. </w:t>
      </w:r>
    </w:p>
    <w:p>
      <w:r>
        <w:t xml:space="preserve">(Speaker G)  And we agree with you that he has done a heck of a job with his staff. </w:t>
      </w:r>
    </w:p>
    <w:p>
      <w:r>
        <w:t xml:space="preserve">(Speaker L)  Oh, yeah, absolutely. </w:t>
      </w:r>
    </w:p>
    <w:p>
      <w:r>
        <w:t xml:space="preserve">(Speaker O)  My name is Robert Shear. I live in 1702. </w:t>
      </w:r>
    </w:p>
    <w:p>
      <w:r>
        <w:t xml:space="preserve">(Speaker I)  Keys. </w:t>
      </w:r>
    </w:p>
    <w:p>
      <w:r>
        <w:t xml:space="preserve">(Speaker N)  Gate. </w:t>
      </w:r>
    </w:p>
    <w:p>
      <w:r>
        <w:t xml:space="preserve">(Speaker O)  Let me make one comment and then I have three little questions. </w:t>
      </w:r>
    </w:p>
    <w:p>
      <w:r>
        <w:t xml:space="preserve">(Speaker G)  That's grand aisle, right? </w:t>
      </w:r>
    </w:p>
    <w:p>
      <w:r>
        <w:t xml:space="preserve">(Speaker O)  What's that? </w:t>
      </w:r>
    </w:p>
    <w:p>
      <w:r>
        <w:t xml:space="preserve">(Speaker G)  Te. Gate. Key. </w:t>
      </w:r>
    </w:p>
    <w:p>
      <w:r>
        <w:t xml:space="preserve">(Speaker O)  Gate. </w:t>
      </w:r>
    </w:p>
    <w:p>
      <w:r>
        <w:t xml:space="preserve">(Speaker M)  Key. </w:t>
      </w:r>
    </w:p>
    <w:p>
      <w:r>
        <w:t xml:space="preserve">(Speaker O)  Grand Isle. </w:t>
      </w:r>
    </w:p>
    <w:p>
      <w:r>
        <w:t xml:space="preserve">(Speaker G)  Grand Isle. Okay. </w:t>
      </w:r>
    </w:p>
    <w:p>
      <w:r>
        <w:t xml:space="preserve">(Speaker D)  Okay. </w:t>
      </w:r>
    </w:p>
    <w:p>
      <w:r>
        <w:t xml:space="preserve">(Speaker O)  First, I would like to say that I will make sure that I tell everybody because I get tired of people saying I'm paying money to live in a place and I don't golf. It'd be nice to go back to people and say it's not costing you a dime. So that will be something that I will take back to anyone I talk to. So thank you for me learning that today. </w:t>
      </w:r>
    </w:p>
    <w:p>
      <w:r>
        <w:t xml:space="preserve">(Speaker G)  And I just want to add to the. Sometimes on social media and other places you get people that will say things about her. If ever you get. All I'm trying to say is if ever you get into a situation where you're not quite sure if what you're hearing is right, there's your answerman. They got their numbers on everything. Give them a call. They will tell you the straight scoop. If something doesn't sound right. </w:t>
      </w:r>
    </w:p>
    <w:p>
      <w:r>
        <w:t xml:space="preserve">(Speaker O)  Usually it's people who do not attend meetings who do not know what they're talking about. My question be this. I. I'm going to ask a question about the reserves, but what percentage of our budget has to be in reserves? </w:t>
      </w:r>
    </w:p>
    <w:p>
      <w:r>
        <w:t xml:space="preserve">(Speaker K)  Is there amount zero. </w:t>
      </w:r>
    </w:p>
    <w:p>
      <w:r>
        <w:t xml:space="preserve">(Speaker O)  So you don't have to hold anything. </w:t>
      </w:r>
    </w:p>
    <w:p>
      <w:r>
        <w:t xml:space="preserve">(Speaker A)  The Florida statutes does not require reserve. We. Yeah. CDDs are different from HOAs. We do not have to have. We don't have to, obviously. As our, as your district manager, I recommend reserves for every district I manage. </w:t>
      </w:r>
    </w:p>
    <w:p>
      <w:r>
        <w:t xml:space="preserve">(Speaker O)  And you move $379,000 into it this year and I didn't notice it. What is your total reserve at this point? </w:t>
      </w:r>
    </w:p>
    <w:p>
      <w:r>
        <w:t xml:space="preserve">(Speaker A)  So that's going to be. If you look at the budget, it's going to be on. </w:t>
      </w:r>
    </w:p>
    <w:p>
      <w:r>
        <w:t xml:space="preserve">(Speaker O)  I know it'll be in here at some point. </w:t>
      </w:r>
    </w:p>
    <w:p>
      <w:r>
        <w:t xml:space="preserve">(Speaker A)  Yeah, it's on page 10. That's the capital reserve. So at the end of this year they expect to have 1.5 million and then they expect to have a total revenue of over 2 million next year. At the end of the year about one. </w:t>
      </w:r>
    </w:p>
    <w:p>
      <w:r>
        <w:t xml:space="preserve">(Speaker O)  So basically what you're telling me by doing that then is that you're probably going to not outspend your reserve over </w:t>
      </w:r>
    </w:p>
    <w:p>
      <w:r>
        <w:t xml:space="preserve">(Speaker A)  the next 20 or so. </w:t>
      </w:r>
    </w:p>
    <w:p>
      <w:r>
        <w:t xml:space="preserve">(Speaker O)  You're actually looking to increase. That's good. No, that's, that's. </w:t>
      </w:r>
    </w:p>
    <w:p>
      <w:r>
        <w:t xml:space="preserve">(Speaker G)  Well, I'll expand on that. As Jim referenced earlier, we did a 30 year reserve study for the entire district golf course. When we built the irrigation system a couple years ago, that was 3 million bucks. Now an irrigation system is like 4 or 5 million. So we got to have money, we got to start. It's sort of like your home. You got to save money for the roof because you know you're going to have a 25, $30,000 expense at a certain point in time. It's the same thing with the reserve study. The reserve study we update. It's a fluid document. It's actually on the CDD website and we right now are fully on track for our reserves. For the reserves. </w:t>
      </w:r>
    </w:p>
    <w:p>
      <w:r>
        <w:t xml:space="preserve">(Speaker O)  So the 1.5 million that you have right now, is that all on the non golf side or is that included golf? </w:t>
      </w:r>
    </w:p>
    <w:p>
      <w:r>
        <w:t xml:space="preserve">(Speaker A)  So there's actually a breakdown on that page. </w:t>
      </w:r>
    </w:p>
    <w:p>
      <w:r>
        <w:t xml:space="preserve">(Speaker O)  Yeah, I'm not looking it up. </w:t>
      </w:r>
    </w:p>
    <w:p>
      <w:r>
        <w:t xml:space="preserve">(Speaker A)  The general fund is about 370,000 golf courses about local. </w:t>
      </w:r>
    </w:p>
    <w:p>
      <w:r>
        <w:t xml:space="preserve">(Speaker O)  So you have more money in the, in the golf. </w:t>
      </w:r>
    </w:p>
    <w:p>
      <w:r>
        <w:t xml:space="preserve">(Speaker A)  Oh, because it. Well see the golf course kind of, that's where all those profits have accumulated. So we're keeping them separate. So the golf course has generated those profits. </w:t>
      </w:r>
    </w:p>
    <w:p>
      <w:r>
        <w:t xml:space="preserve">(Speaker G)  But that's our big expense general fund </w:t>
      </w:r>
    </w:p>
    <w:p>
      <w:r>
        <w:t xml:space="preserve">(Speaker A)  really doesn't have a whole lot of. Basically it's whatever they don't spend. No, I understand that's where you're looking </w:t>
      </w:r>
    </w:p>
    <w:p>
      <w:r>
        <w:t xml:space="preserve">(Speaker O)  to get this money if you're going to do these lakes and stuff like that. </w:t>
      </w:r>
    </w:p>
    <w:p>
      <w:r>
        <w:t xml:space="preserve">(Speaker A)  And that's, that's kind of. </w:t>
      </w:r>
    </w:p>
    <w:p>
      <w:r>
        <w:t xml:space="preserve">(Speaker O)  You can pull that out of the gulf money though, or not legally. </w:t>
      </w:r>
    </w:p>
    <w:p>
      <w:r>
        <w:t xml:space="preserve">(Speaker A)  Yes, but this foreign's policy right now is that they Want to keep them separate. </w:t>
      </w:r>
    </w:p>
    <w:p>
      <w:r>
        <w:t xml:space="preserve">(Speaker O)  But there's a point when you're going to say that reserve of over one point some million dollars in the golf part of it. </w:t>
      </w:r>
    </w:p>
    <w:p>
      <w:r>
        <w:t xml:space="preserve">(Speaker G)  The issue that we would run into is present day value. I'm a financial planner, so that's. I'll use some of those terms. But in today's dollars to replace all of the things that we, that we would have to. That we've done the study for, it's 4 to 5 million dollars for the golf course versus the rest of the district. Yes, it would be tragic if something happened at Woodside park. But replacing a bathroom at Woodside park is a heck of a lot cheaper than replacing an irrigation system. </w:t>
      </w:r>
    </w:p>
    <w:p>
      <w:r>
        <w:t xml:space="preserve">(Speaker O)  Makes sense. </w:t>
      </w:r>
    </w:p>
    <w:p>
      <w:r>
        <w:t xml:space="preserve">(Speaker G)  You correct in that. </w:t>
      </w:r>
    </w:p>
    <w:p>
      <w:r>
        <w:t xml:space="preserve">(Speaker A)  But to be clear, legally any revenues that the board makes, they can spend on any legal purpose of the district. So they can intermingle the reserves if they chose. But right now they're keeping them segregated. </w:t>
      </w:r>
    </w:p>
    <w:p>
      <w:r>
        <w:t xml:space="preserve">(Speaker O)  If you were going to answer questions. I'm sorry if I jumped ahead. </w:t>
      </w:r>
    </w:p>
    <w:p>
      <w:r>
        <w:t xml:space="preserve">(Speaker A)  No, absolutely. </w:t>
      </w:r>
    </w:p>
    <w:p>
      <w:r>
        <w:t xml:space="preserve">(Speaker N)  Thank you. </w:t>
      </w:r>
    </w:p>
    <w:p>
      <w:r>
        <w:t xml:space="preserve">(Speaker A)  Yes, sir. </w:t>
      </w:r>
    </w:p>
    <w:p>
      <w:r>
        <w:t xml:space="preserve">(Speaker I)  Again, Ms. Robertson, I've just repeat on that. </w:t>
      </w:r>
    </w:p>
    <w:p>
      <w:r>
        <w:t xml:space="preserve">(Speaker A)  Yeah, you're good. </w:t>
      </w:r>
    </w:p>
    <w:p>
      <w:r>
        <w:t xml:space="preserve">(Speaker I)  1580 for GF. </w:t>
      </w:r>
    </w:p>
    <w:p>
      <w:r>
        <w:t xml:space="preserve">(Speaker A)  Four grand off. </w:t>
      </w:r>
    </w:p>
    <w:p>
      <w:r>
        <w:t xml:space="preserve">(Speaker I)  How much money do we have aside for. I mean, what do you allot for taking care of the lakes and the inside the preserves? I know there's rules and regulations, you know, we're not allowed to touch any of the. </w:t>
      </w:r>
    </w:p>
    <w:p>
      <w:r>
        <w:t xml:space="preserve">(Speaker A)  I mean, but the height and the </w:t>
      </w:r>
    </w:p>
    <w:p>
      <w:r>
        <w:t xml:space="preserve">(Speaker I)  abundance of it has grown to a large point. Now how do you approach that, you know, and what kind of funds are we setting? Do we have funds set aside for that? </w:t>
      </w:r>
    </w:p>
    <w:p>
      <w:r>
        <w:t xml:space="preserve">(Speaker G)  What did we spend last year? Because this board actually tried to move the timetable up on a lot of lakes that were. We actually took some money out of reserves to do some of that. </w:t>
      </w:r>
    </w:p>
    <w:p>
      <w:r>
        <w:t xml:space="preserve">(Speaker A)  Yeah, we spent 164,000 this year on just the lake bank restoration. We anticipate about 150,000. Just on top of that of just the treatment of the lakes on a monthly basis. And then there's also canal maintenance, there's midge control, fire line maintenance. I mean there's a lot of environmental. That's the big portion of your general budget. </w:t>
      </w:r>
    </w:p>
    <w:p>
      <w:r>
        <w:t xml:space="preserve">(Speaker G)  So between adding all the stuff that I just heard between 320 and 350. </w:t>
      </w:r>
    </w:p>
    <w:p>
      <w:r>
        <w:t xml:space="preserve">(Speaker A)  Yeah, the environment, the maintenance expenditures, which is all that environmental stuff, is projected at 355 for this year. </w:t>
      </w:r>
    </w:p>
    <w:p>
      <w:r>
        <w:t xml:space="preserve">(Speaker N)  I want to piggyback on that. Is that money spent or that money, that work. Excuse me, Is that work done by current workers or that contracted out? </w:t>
      </w:r>
    </w:p>
    <w:p>
      <w:r>
        <w:t xml:space="preserve">(Speaker F)  Both. </w:t>
      </w:r>
    </w:p>
    <w:p>
      <w:r>
        <w:t xml:space="preserve">(Speaker N)  50. 50. </w:t>
      </w:r>
    </w:p>
    <w:p>
      <w:r>
        <w:t xml:space="preserve">(Speaker A)  So actually most of that is done </w:t>
      </w:r>
    </w:p>
    <w:p>
      <w:r>
        <w:t xml:space="preserve">(Speaker K)  by Contract, I mean, you know, I would say 955. </w:t>
      </w:r>
    </w:p>
    <w:p>
      <w:r>
        <w:t xml:space="preserve">(Speaker N)  5. </w:t>
      </w:r>
    </w:p>
    <w:p>
      <w:r>
        <w:t xml:space="preserve">(Speaker K)  It's contracted out. So whether it's EOR Lake Bender or American Shoreline Restoration, does our lake banks okay? </w:t>
      </w:r>
    </w:p>
    <w:p>
      <w:r>
        <w:t xml:space="preserve">(Speaker N)  Thank you. </w:t>
      </w:r>
    </w:p>
    <w:p>
      <w:r>
        <w:t xml:space="preserve">(Speaker G)  But yeah, if we have an emergency issue, </w:t>
      </w:r>
    </w:p>
    <w:p>
      <w:r>
        <w:t xml:space="preserve">(Speaker I)  you're okay? </w:t>
      </w:r>
    </w:p>
    <w:p>
      <w:r>
        <w:t xml:space="preserve">(Speaker K)  That's a good question. </w:t>
      </w:r>
    </w:p>
    <w:p>
      <w:r>
        <w:t xml:space="preserve">(Speaker I)  So as it's gotten thicker, I mean, is the plan the complaint? I hear, and I'm in real estate, so I hear this a lot. </w:t>
      </w:r>
    </w:p>
    <w:p>
      <w:r>
        <w:t xml:space="preserve">(Speaker L)  I. </w:t>
      </w:r>
    </w:p>
    <w:p>
      <w:r>
        <w:t xml:space="preserve">(Speaker I)  When I bought here, I could see the water. Now I can't see the water is are there regulations that stop us? </w:t>
      </w:r>
    </w:p>
    <w:p>
      <w:r>
        <w:t xml:space="preserve">(Speaker A)  Yes, it depends on what the property is. So if it's go in and if it only grows is out, if it's a conservation area, then the only thing we can do is remove invasives. And if there's a tree that would potentially that we can look at and somebody would reasonably say it can damage property, if it's a conservation area designated, then we almost can't touch almost anything. Even. They even want you. Even in those conservation areas, if there's a tree that looks bad, they almost want you to cut it and push it the other way. </w:t>
      </w:r>
    </w:p>
    <w:p>
      <w:r>
        <w:t xml:space="preserve">(Speaker M)  Habitat. </w:t>
      </w:r>
    </w:p>
    <w:p>
      <w:r>
        <w:t xml:space="preserve">(Speaker O)  Yeah. </w:t>
      </w:r>
    </w:p>
    <w:p>
      <w:r>
        <w:t xml:space="preserve">(Speaker I)  And just simply if you do have a like here lately, there's a pretty good sized tree that's been down for a couple weeks. Then I. Somebody in the community could just call. Who do you call? </w:t>
      </w:r>
    </w:p>
    <w:p>
      <w:r>
        <w:t xml:space="preserve">(Speaker A)  You call. </w:t>
      </w:r>
    </w:p>
    <w:p>
      <w:r>
        <w:t xml:space="preserve">(Speaker L)  I gave my. </w:t>
      </w:r>
    </w:p>
    <w:p>
      <w:r>
        <w:t xml:space="preserve">(Speaker A)  I don't know if you were here </w:t>
      </w:r>
    </w:p>
    <w:p>
      <w:r>
        <w:t xml:space="preserve">(Speaker K)  yet, but I gave my email address. Any issues with lakes or conservation areas, shoot me an email. Your address. Just so I know the general area I'm looking at. Pictures help great too. </w:t>
      </w:r>
    </w:p>
    <w:p>
      <w:r>
        <w:t xml:space="preserve">(Speaker A)  But again, depending on what the definition and how that property is platted and permitted, we may not be able to do all of them. Yeah, just. I want to give everybody fair expectations. </w:t>
      </w:r>
    </w:p>
    <w:p>
      <w:r>
        <w:t xml:space="preserve">(Speaker G)  Michelle, can we do a post, feel the contact info. The lovely lady back here also manages the Facebook page. </w:t>
      </w:r>
    </w:p>
    <w:p>
      <w:r>
        <w:t xml:space="preserve">(Speaker C)  Yes. </w:t>
      </w:r>
    </w:p>
    <w:p>
      <w:r>
        <w:t xml:space="preserve">(Speaker K)  I apologize because I think I've been. I've been working here for five years and general manager for three and I don't think I've really ever seen people in the audience, so I didn't write business cards. </w:t>
      </w:r>
    </w:p>
    <w:p>
      <w:r>
        <w:t xml:space="preserve">(Speaker A)  Okay. Mine are back there. So if you want to get all. If you don't write Jim's email down. </w:t>
      </w:r>
    </w:p>
    <w:p>
      <w:r>
        <w:t xml:space="preserve">(Speaker E)  In the budget for a canal. Where's the canal? </w:t>
      </w:r>
    </w:p>
    <w:p>
      <w:r>
        <w:t xml:space="preserve">(Speaker A)  So that's a shared canal with the Viera company. </w:t>
      </w:r>
    </w:p>
    <w:p>
      <w:r>
        <w:t xml:space="preserve">(Speaker K)  Yes. </w:t>
      </w:r>
    </w:p>
    <w:p>
      <w:r>
        <w:t xml:space="preserve">(Speaker N)  What are we talking? </w:t>
      </w:r>
    </w:p>
    <w:p>
      <w:r>
        <w:t xml:space="preserve">(Speaker G)  The Bay Tree flowway. </w:t>
      </w:r>
    </w:p>
    <w:p>
      <w:r>
        <w:t xml:space="preserve">(Speaker A)  Yes. Yes. </w:t>
      </w:r>
    </w:p>
    <w:p>
      <w:r>
        <w:t xml:space="preserve">(Speaker G)  So they have a special flowway for the district. There's three primary flowways that go through to 95. Actually you could go off. Yes. It was well but you could go off Morel and you'll see it. And that flowway is really the main. If we get a ton of water, you want that thing working because that's the only thing that moves it from here to the St. Johns. </w:t>
      </w:r>
    </w:p>
    <w:p>
      <w:r>
        <w:t xml:space="preserve">(Speaker A)  And just so the residents. Just so you guys are aware, the board has beat this budget up for about the last three months. So they. They kind of are aware of it. I know you guys are a little newer, so. But there's an item description on each of these account lines. So we try to describe each account line. So with that particular one. Yeah. There are canals both east and west of 95. We have an agreement where actually the Duda company actually maintains those, but there is a split cost between the cdd because we maintain them on this side and they maintain them on the other side. So we snubbed the cost by agreement. They sent us an invoice. </w:t>
      </w:r>
    </w:p>
    <w:p>
      <w:r>
        <w:t xml:space="preserve">(Speaker K)  Yeah, it's not. It's not the base. </w:t>
      </w:r>
    </w:p>
    <w:p>
      <w:r>
        <w:t xml:space="preserve">(Speaker A)  It's not the bail. </w:t>
      </w:r>
    </w:p>
    <w:p>
      <w:r>
        <w:t xml:space="preserve">(Speaker K)  The canal that runs basically parallel to 95. </w:t>
      </w:r>
    </w:p>
    <w:p>
      <w:r>
        <w:t xml:space="preserve">(Speaker G)  Right. </w:t>
      </w:r>
    </w:p>
    <w:p>
      <w:r>
        <w:t xml:space="preserve">(Speaker D)  Okay. </w:t>
      </w:r>
    </w:p>
    <w:p>
      <w:r>
        <w:t xml:space="preserve">(Speaker A)  Oh, so. And that's described in that. </w:t>
      </w:r>
    </w:p>
    <w:p>
      <w:r>
        <w:t xml:space="preserve">(Speaker G)  Well, the reason why I thought that is. I remember the year we had. You'll remember, I think this was back when Tim was. But it was the Bay Hill flowway. </w:t>
      </w:r>
    </w:p>
    <w:p>
      <w:r>
        <w:t xml:space="preserve">(Speaker N)  Yeah. </w:t>
      </w:r>
    </w:p>
    <w:p>
      <w:r>
        <w:t xml:space="preserve">(Speaker G)  That we had to drop about 20 grand on that one. Because it was. </w:t>
      </w:r>
    </w:p>
    <w:p>
      <w:r>
        <w:t xml:space="preserve">(Speaker A)  Yeah, we had to clear that one out. But this was a separate. This is a separate contract with him with the company. </w:t>
      </w:r>
    </w:p>
    <w:p>
      <w:r>
        <w:t xml:space="preserve">(Speaker L)  Okay. </w:t>
      </w:r>
    </w:p>
    <w:p>
      <w:r>
        <w:t xml:space="preserve">(Speaker J)  I have one question. You know, there's a lot of scuttlebutt that goes on with next door. </w:t>
      </w:r>
    </w:p>
    <w:p>
      <w:r>
        <w:t xml:space="preserve">(Speaker A)  Actually, I don't. I'm not on it, so. But you can ask whatever question. </w:t>
      </w:r>
    </w:p>
    <w:p>
      <w:r>
        <w:t xml:space="preserve">(Speaker G)  We actually have an official policy that we don't go on next door. </w:t>
      </w:r>
    </w:p>
    <w:p>
      <w:r>
        <w:t xml:space="preserve">(Speaker J)  That's a good thing. Just wanted to be respectful of a source of knowledge. Again, my name is Janet Kim at a 5100 Point Bill Court in Osprey. So I. I want to consider the source of knowledge. So I want to ask you guys, what is the damage, the fiscal damage control for my understanding of what happened with the pickleball court? </w:t>
      </w:r>
    </w:p>
    <w:p>
      <w:r>
        <w:t xml:space="preserve">(Speaker A)  Oh, that. That would not be this board. We do not have a pickleball. That's not us. </w:t>
      </w:r>
    </w:p>
    <w:p>
      <w:r>
        <w:t xml:space="preserve">(Speaker J)  Okay. Okay. So that's not. That is not in wood sign or. </w:t>
      </w:r>
    </w:p>
    <w:p>
      <w:r>
        <w:t xml:space="preserve">(Speaker G)  No, no. All the. All the tree issue on Clubhouse. Not us. But we. We tend to get lumped in with that stuff sometimes. </w:t>
      </w:r>
    </w:p>
    <w:p>
      <w:r>
        <w:t xml:space="preserve">(Speaker J)  And that's what happens. Absolutely. </w:t>
      </w:r>
    </w:p>
    <w:p>
      <w:r>
        <w:t xml:space="preserve">(Speaker D)  And many people don't know who manages what. And very understandably so. When I came on this board, I made I made it like a four column table. And actually that's available on the website too. But Michael, who manages what so good. </w:t>
      </w:r>
    </w:p>
    <w:p>
      <w:r>
        <w:t xml:space="preserve">(Speaker J)  And that's why I don't want to say anything to other people because I'm trying to say, well, what's your source of knowledge? </w:t>
      </w:r>
    </w:p>
    <w:p>
      <w:r>
        <w:t xml:space="preserve">(Speaker G)  You know. </w:t>
      </w:r>
    </w:p>
    <w:p>
      <w:r>
        <w:t xml:space="preserve">(Speaker J)  Oh, well, I heard from Joe Smith across the street. Oh, really? </w:t>
      </w:r>
    </w:p>
    <w:p>
      <w:r>
        <w:t xml:space="preserve">(Speaker N)  Yeah. </w:t>
      </w:r>
    </w:p>
    <w:p>
      <w:r>
        <w:t xml:space="preserve">(Speaker J)  Was that a randomized study? So thank you. That clears that up. </w:t>
      </w:r>
    </w:p>
    <w:p>
      <w:r>
        <w:t xml:space="preserve">(Speaker C)  With the rapid growth in Vieira and do you foresee being that there seems to be. We can't keep up with the infrastructure, whether it's being water or reclaimed water or any of the services, the roads. Do you foresee a moratorium in Viera </w:t>
      </w:r>
    </w:p>
    <w:p>
      <w:r>
        <w:t xml:space="preserve">(Speaker A)  well, for the cdd, I mean, for the area overall, again, that would be more of a county or city question. For the cdd, we assess property whether it's vacant. So even the vacant commercial areas that were. That sat vacant for a while that are in the cdd, they're paying their assessment and our infrastructure is already built and completed. So for the CDD portion, we're not really impacted by the growth. But obviously that overall of an economic level that'd be more of something that the county or the cities would have. </w:t>
      </w:r>
    </w:p>
    <w:p>
      <w:r>
        <w:t xml:space="preserve">(Speaker C)  It just seems like we're going through condominia every time. I saw that when I lived in Orlando, I saw that when I lived in Miami. And it's a nightmare down the road. </w:t>
      </w:r>
    </w:p>
    <w:p>
      <w:r>
        <w:t xml:space="preserve">(Speaker D)  Thank goodness we're fully built. Pretty much fully built. </w:t>
      </w:r>
    </w:p>
    <w:p>
      <w:r>
        <w:t xml:space="preserve">(Speaker G)  I will just add to. You mentioned the reclaimed water issue. This is something we've talked about a bunch. We've actually had meetings with our county commissioner. Rob Feltner has been exceptionally gracious working with us on different things for Viera East. But one of the main things that he's done, they have built a well. There are three things that they've done for the reclaimed water situation. We didn't run into it this year because we got plenty of rain. But for the years that we don't get as much rain, they have dug a well that will help augment the reclaimed water. The second thing that they have done is they have already connected from the west side of Viera underneath to the golf course area is kind of like the northern boundary of the reclaimed water situation. So they're like last on the line. And they've connected from the west side over to north Viera. I don't think it's connected yet, but they've dug, they've dug the line. I would imagine it's all going to be connected by next season. It's Usually April, May, time frame that we run into the issues. And then the other thing that they're doing, that's a third thing, is from North Melbourne. Apparently North Melbourne has plenty of reclaimed water and, well, we said the Fisher felt, well, we'd love to buy it from you. So they are running, I think it's about a mile connection that they have to do from North Melbourne to the Suntree area. So that's going to provide more for the area. So you got like three different things going on. </w:t>
      </w:r>
    </w:p>
    <w:p>
      <w:r>
        <w:t xml:space="preserve">(Speaker A)  I'm hopeful that we'll have enough projection in our lifetime. </w:t>
      </w:r>
    </w:p>
    <w:p>
      <w:r>
        <w:t xml:space="preserve">(Speaker G)  No, I think most of it's gonna be done by next season, which is. </w:t>
      </w:r>
    </w:p>
    <w:p>
      <w:r>
        <w:t xml:space="preserve">(Speaker C)  Can new communities feed off of that or are they no longer allowing new </w:t>
      </w:r>
    </w:p>
    <w:p>
      <w:r>
        <w:t xml:space="preserve">(Speaker G)  communities to the west? Actually, the west side has its own. </w:t>
      </w:r>
    </w:p>
    <w:p>
      <w:r>
        <w:t xml:space="preserve">(Speaker K)  From what I understand, the west side, they're having individual. Don't quote me on this, but I thought I heard that the west side, they're having individual wells for irrigation. </w:t>
      </w:r>
    </w:p>
    <w:p>
      <w:r>
        <w:t xml:space="preserve">(Speaker G)  Yeah, yeah. Is my understanding. So I'm. I'm hopeful. </w:t>
      </w:r>
    </w:p>
    <w:p>
      <w:r>
        <w:t xml:space="preserve">(Speaker L)  I can't. </w:t>
      </w:r>
    </w:p>
    <w:p>
      <w:r>
        <w:t xml:space="preserve">(Speaker G)  I mean, it's. That's above my pay grade. But from what I've spoken to the commissioner about, I think they've been proactive about fixing things. I'm hopeful that there will be enough in place to be able to handle the load going forward. They got to connect the stuff from North Melbourne and the 95. But there are three very positive things that they've done on that front. </w:t>
      </w:r>
    </w:p>
    <w:p>
      <w:r>
        <w:t xml:space="preserve">(Speaker K)  It was four households. Gray water, irrigate, one wall. </w:t>
      </w:r>
    </w:p>
    <w:p>
      <w:r>
        <w:t xml:space="preserve">(Speaker B)  Yeah. </w:t>
      </w:r>
    </w:p>
    <w:p>
      <w:r>
        <w:t xml:space="preserve">(Speaker K)  Ratios just won't work. </w:t>
      </w:r>
    </w:p>
    <w:p>
      <w:r>
        <w:t xml:space="preserve">(Speaker G)  Right, Right. </w:t>
      </w:r>
    </w:p>
    <w:p>
      <w:r>
        <w:t xml:space="preserve">(Speaker D)  Just a reminder, this is the budget. The budget conversation with our public comments. So look, if there are any further comments or questions about the budget. Yeah. </w:t>
      </w:r>
    </w:p>
    <w:p>
      <w:r>
        <w:t xml:space="preserve">(Speaker H)  Sir, my name is Rick Wagner. I live at 1436 Grand Isle Boulevard in Grand Isle. Another call question about the lifestyle and amenity promotions. I'm not. </w:t>
      </w:r>
    </w:p>
    <w:p>
      <w:r>
        <w:t xml:space="preserve">(Speaker C)  I see. </w:t>
      </w:r>
    </w:p>
    <w:p>
      <w:r>
        <w:t xml:space="preserve">(Speaker H)  This is something to do with promotional stuff. I look at the budget and looks like over the last two years it went from somewhere around, which jumped all over the place. Really. </w:t>
      </w:r>
    </w:p>
    <w:p>
      <w:r>
        <w:t xml:space="preserve">(Speaker D)  That's 150. </w:t>
      </w:r>
    </w:p>
    <w:p>
      <w:r>
        <w:t xml:space="preserve">(Speaker H)  50,000, which is 35,000 up from previous 26. What are we promoting? </w:t>
      </w:r>
    </w:p>
    <w:p>
      <w:r>
        <w:t xml:space="preserve">(Speaker D)  That's 150,000. We're promoting the entire East Community Development District. So it's everything that we do. Golf course, our farmer's market, our. The dog park, all the events that happen at the golf course, the Hook and Eagle restaurant. Now we're going to. Actually, one of the reasons for the increase is because we're going to have a simulator. So we're going to have to promote the simulator now as well. And we. Michelle by the way does all of that right now. And so one of the things that has. So she has to promote the simulator as well. She did a great presentation maybe a couple months ago where she showed a. The things that what she did with the marketing and advertising and then what revenue levels. So a lot of that profit that you saw on that sheet is because of the marketing that we do. When we go out and we market what we do, that's what brings people in. And so that's a lot of what that is. Now another thing that you're right to say that it's a little nebulous and jumping all over the place because there have been a lot of conversations about what actually goes in that budget. So you know, I can tell you some things that are clearly in that budget and that are those are things like we do articles actually I'm trying to like there's been advertisements in the Viera voice. Those go in there. We do advertisements on Facebook, we do advertisements on Google. You know, we print up a newsletter once a year and shelf could probably pee. </w:t>
      </w:r>
    </w:p>
    <w:p>
      <w:r>
        <w:t xml:space="preserve">(Speaker F)  So a lot of the marketing people always ask about this. So the average ad, one ad in your voice is over $400. Okay. This is one we have. We have the garbage market. We have a cooking eagle tavern. We have the golf course. If you start putting in magazines to get them district wide and outside of </w:t>
      </w:r>
    </w:p>
    <w:p>
      <w:r>
        <w:t xml:space="preserve">(Speaker D)  Brevard county it's even more expensive. </w:t>
      </w:r>
    </w:p>
    <w:p>
      <w:r>
        <w:t xml:space="preserve">(Speaker F)  So you cost the ads up just for ads after. Because when they hired me to come in to help them, those figures of how do we get this from being $18,000 to 400 some odd thousand dollars is because we sat down and we wrote a marketing plan to get the word out that we're not a private club. And that was a huge barrier for this district because the hooky legal and well, we didn't have hooky eagle at the time but very stop first way known as a private club and you couldn't get in. So that was a big change. So things had a lot of investments. Now the $18,000 that they had the first year was what they paid for me. So if you take my what I do for them and with my business unique web consulting they get a 68% decrease in cost for what I did. </w:t>
      </w:r>
    </w:p>
    <w:p>
      <w:r>
        <w:t xml:space="preserve">(Speaker H)  So on this budget item. </w:t>
      </w:r>
    </w:p>
    <w:p>
      <w:r>
        <w:t xml:space="preserve">(Speaker M)  Yeah. </w:t>
      </w:r>
    </w:p>
    <w:p>
      <w:r>
        <w:t xml:space="preserve">(Speaker H)  How much of this 150,000 is related to the golf course and how much of it is related to other property? </w:t>
      </w:r>
    </w:p>
    <w:p>
      <w:r>
        <w:t xml:space="preserve">(Speaker C)  Well, you have. </w:t>
      </w:r>
    </w:p>
    <w:p>
      <w:r>
        <w:t xml:space="preserve">(Speaker F)  I mean we have a chance for the farmers market. You have that so there's different ads that are being pushed out on Facebook. There's different ads being pushed out on Google. There's different ads being pushed out. So it's per ad. So if I run a ad in tier four voice, it's a 400 year and a 400 year. So it's $800 a month just for two ads and VR voice. So then you put that in a quarterly magazine. Then we're talking 700, $800 now per entity to run an ad in a magazine. So you know, you trump $1,800 a month. Actually trump a little over $3,000 a month just to run basic ads and two different magazines this area. So you want to get in the golfing ads and talk even higher to get into the golf magazine or the golf course. So as we've grown and we're growing, we want to keep spreading out because it's not just people that Boulevard county won't want to come visit. We're getting very popular even in Orange County, Daytona, they're getting to know us. </w:t>
      </w:r>
    </w:p>
    <w:p>
      <w:r>
        <w:t xml:space="preserve">(Speaker D)  So we're spreading the tour people from rural. </w:t>
      </w:r>
    </w:p>
    <w:p>
      <w:r>
        <w:t xml:space="preserve">(Speaker F)  We want out to all things. So as I start adding these things to bring them in and they're at different areas, the cost does go up. Now we also do. I don't know if you've ever been there. Part of my budget is also on a patio. So as I hire people to come sing. So people come and eat and the revenues for the restaurant go up because more people are coming because we're hiring Johnny Danger to come and sing at the Hook and Eagle. They come up and they cost our revenue, our revenues for what we market for karaoke night and just music on a patio bring probably what. How much of our revenue? </w:t>
      </w:r>
    </w:p>
    <w:p>
      <w:r>
        <w:t xml:space="preserve">(Speaker G)  More than a third of our. </w:t>
      </w:r>
    </w:p>
    <w:p>
      <w:r>
        <w:t xml:space="preserve">(Speaker F)  So if I don't market that stuff, people don't know. And I still to this day, trust me, I'm all over. </w:t>
      </w:r>
    </w:p>
    <w:p>
      <w:r>
        <w:t xml:space="preserve">(Speaker D)  I work with. </w:t>
      </w:r>
    </w:p>
    <w:p>
      <w:r>
        <w:t xml:space="preserve">(Speaker F)  This is a part time job, but </w:t>
      </w:r>
    </w:p>
    <w:p>
      <w:r>
        <w:t xml:space="preserve">(Speaker B)  I work with a. </w:t>
      </w:r>
    </w:p>
    <w:p>
      <w:r>
        <w:t xml:space="preserve">(Speaker F)  Our public schools and I still talk about the various golf courses. I still have them say, oh, isn't </w:t>
      </w:r>
    </w:p>
    <w:p>
      <w:r>
        <w:t xml:space="preserve">(Speaker D)  that a private club? </w:t>
      </w:r>
    </w:p>
    <w:p>
      <w:r>
        <w:t xml:space="preserve">(Speaker F)  And I'm like, no, it's not. </w:t>
      </w:r>
    </w:p>
    <w:p>
      <w:r>
        <w:t xml:space="preserve">(Speaker A)  I mean we had some of the folks here tonight when we first got here. </w:t>
      </w:r>
    </w:p>
    <w:p>
      <w:r>
        <w:t xml:space="preserve">(Speaker B)  Yeah. </w:t>
      </w:r>
    </w:p>
    <w:p>
      <w:r>
        <w:t xml:space="preserve">(Speaker F)  So they think the restaurants private. They don't think that they can come any of the restaurants. </w:t>
      </w:r>
    </w:p>
    <w:p>
      <w:r>
        <w:t xml:space="preserve">(Speaker A)  The important part is the more, the more. </w:t>
      </w:r>
    </w:p>
    <w:p>
      <w:r>
        <w:t xml:space="preserve">(Speaker G)  Can I just add to this real quick because I want to be real blunt and clear. To answer Rick's question, the majority of that marketing budget is for district expenses. And the reason for that, when I was first elected, some of you might have been in here for a while. You might remember the CCD for the CDD thing and everything. Well, I'm the D in the CCD and those were the initials of the three people running and we took over the board at that time. And one of the top three things that we ran on was more amenities because not everybody golfs. I don't golf, but I like going over to the club and having a hamburger on hamburger night, which I just had before this meeting. And we like going to karaoke. But my point, my point is the majority of that money is. And I think it's a very important, I would say probably two thirds of that budget is not spent on golf. It's spent on the district. I will also point out that the budget of 150,000 is new and the reason the budget for the past year was 116. And we're going to come in a little under that, I think for marketing. But what started happening is most golf courses in Most districts spend 10 to 20% of their budget. 5 to 10, so say 10% of their budget. What is gross revenue? </w:t>
      </w:r>
    </w:p>
    <w:p>
      <w:r>
        <w:t xml:space="preserve">(Speaker D)  So for reference, our gross, let's add GROSS Revenues are 4 million. </w:t>
      </w:r>
    </w:p>
    <w:p>
      <w:r>
        <w:t xml:space="preserve">(Speaker G)  You know that which is the case. That'd be a $400,000 marketing budget. We are well below what everybody else is doing on something like that. The reason we do that is it takes a little bit of money sometimes to make more money is really what it boils down to. </w:t>
      </w:r>
    </w:p>
    <w:p>
      <w:r>
        <w:t xml:space="preserve">(Speaker D)  Come out. </w:t>
      </w:r>
    </w:p>
    <w:p>
      <w:r>
        <w:t xml:space="preserve">(Speaker F)  You want to get a six pack, we give you that cooler that has us, our branding on it. We may never see that cooler back. It only cost us maybe $3 per cooler because it's considered advertising. Because you're going to walk around with that and go like, oh, did you get that from where? Right. It's conversation T shirts, we have that. Those are all considered advertising. So it's not just people say, well, </w:t>
      </w:r>
    </w:p>
    <w:p>
      <w:r>
        <w:t xml:space="preserve">(Speaker A)  why are you spending this much? </w:t>
      </w:r>
    </w:p>
    <w:p>
      <w:r>
        <w:t xml:space="preserve">(Speaker F)  Well, sometimes we get our revenue back and it's what sometimes people don't see in that 150,000. I'm also doing sponsorships at the dog park, which brings income back. I'm also running the farmers market second Saturday of every month up there. So in our two, we're having a pop up one this Saturday because it got rained out the last time. A lot of families said, hey, we'd </w:t>
      </w:r>
    </w:p>
    <w:p>
      <w:r>
        <w:t xml:space="preserve">(Speaker N)  really like the back. </w:t>
      </w:r>
    </w:p>
    <w:p>
      <w:r>
        <w:t xml:space="preserve">(Speaker F)  So you're going to be there this Saturday, come and see us. But that's bringing, we even though it says 150. I'm also doing things that bring money back into the district from those things that I'm advertising and developing, so just let you know. That's kind of advertising. Yeah, it's really big. But we're also bringing revenue in from that advertising. If it wasn't there, any of these things would. </w:t>
      </w:r>
    </w:p>
    <w:p>
      <w:r>
        <w:t xml:space="preserve">(Speaker D)  End the questions. I. </w:t>
      </w:r>
    </w:p>
    <w:p>
      <w:r>
        <w:t xml:space="preserve">(Speaker C)  On the budget, you do the sidewalk all the way down to the airport? </w:t>
      </w:r>
    </w:p>
    <w:p>
      <w:r>
        <w:t xml:space="preserve">(Speaker D)  No, we only do the sidewalk in the Parkside park and the golf course. </w:t>
      </w:r>
    </w:p>
    <w:p>
      <w:r>
        <w:t xml:space="preserve">(Speaker H)  Yeah. </w:t>
      </w:r>
    </w:p>
    <w:p>
      <w:r>
        <w:t xml:space="preserve">(Speaker A)  And the trails. </w:t>
      </w:r>
    </w:p>
    <w:p>
      <w:r>
        <w:t xml:space="preserve">(Speaker C)  Is that Ceseda? Because they don't seem to maintain it. </w:t>
      </w:r>
    </w:p>
    <w:p>
      <w:r>
        <w:t xml:space="preserve">(Speaker K)  If it's a sidewalk that runs along Morel, that's better. </w:t>
      </w:r>
    </w:p>
    <w:p>
      <w:r>
        <w:t xml:space="preserve">(Speaker C)  It's along the water. But at the bridge, they seem to stop. There's no trash. </w:t>
      </w:r>
    </w:p>
    <w:p>
      <w:r>
        <w:t xml:space="preserve">(Speaker G)  That's the interior of the park. </w:t>
      </w:r>
    </w:p>
    <w:p>
      <w:r>
        <w:t xml:space="preserve">(Speaker C)  They don't. It's Becca. </w:t>
      </w:r>
    </w:p>
    <w:p>
      <w:r>
        <w:t xml:space="preserve">(Speaker G)  They said. </w:t>
      </w:r>
    </w:p>
    <w:p>
      <w:r>
        <w:t xml:space="preserve">(Speaker A)  Yeah, yeah. </w:t>
      </w:r>
    </w:p>
    <w:p>
      <w:r>
        <w:t xml:space="preserve">(Speaker C)  But I done. I got to thinking. They never maintain that. So is it part of Cesado or not? I don't know whose it is. </w:t>
      </w:r>
    </w:p>
    <w:p>
      <w:r>
        <w:t xml:space="preserve">(Speaker K)  Yeah, ours. The only thing that we have is the lake. </w:t>
      </w:r>
    </w:p>
    <w:p>
      <w:r>
        <w:t xml:space="preserve">(Speaker F)  Okay, thank you. </w:t>
      </w:r>
    </w:p>
    <w:p>
      <w:r>
        <w:t xml:space="preserve">(Speaker A)  We'll bring it back to the board for consideration. And again, I think there's. There were some great questions there, so. So I just want to make it clear for both the board, who hasn't been through this process, and the residents, if the board approves the budget tonight, you're not approving. You're not saying, okay, let's go spend all this money. This is just the financial plan. We're essentially saying, this is what we want the revenues to be, and this is our plan to spend it. But the board has full flexibility throughout the year to make adjustments, make changes. And you'll see in our financials that, you know, whatever revenues are not spent in the general fund, they just get recouped in reserves. So with that, if there's no other public comments, we'll just return it to the board for any questions or comments or a motion. </w:t>
      </w:r>
    </w:p>
    <w:p>
      <w:r>
        <w:t xml:space="preserve">(Speaker G)  I will make a motion to approve the 2027 budget. </w:t>
      </w:r>
    </w:p>
    <w:p>
      <w:r>
        <w:t xml:space="preserve">(Speaker L)  Oh, second that. </w:t>
      </w:r>
    </w:p>
    <w:p>
      <w:r>
        <w:t xml:space="preserve">(Speaker D)  Any further comment? All in favor? </w:t>
      </w:r>
    </w:p>
    <w:p>
      <w:r>
        <w:t xml:space="preserve">(Speaker M)  Aye. </w:t>
      </w:r>
    </w:p>
    <w:p>
      <w:r>
        <w:t xml:space="preserve">(Speaker D)  A teenager. </w:t>
      </w:r>
    </w:p>
    <w:p>
      <w:r>
        <w:t xml:space="preserve">(Speaker A)  So the second part of that, and we'll do another public hearing here quickly, if there's interest. Is Resolution 2026 06. Mechanically, this is the resolution that actually levies the assessments on the tax bill. So they just attach to this exhibit. Attached to this resolution will be the adopted budget you just approved. And then this giant Excel spreadsheet I have if anybody wants to look at it. But this is what we transmit to the tax collector so that those assessments get levied on your property tax. So with that again, we'll open it up for any questions or comments from the audience on the assessments. </w:t>
      </w:r>
    </w:p>
    <w:p>
      <w:r>
        <w:t xml:space="preserve">(Speaker O)  We're real happy. </w:t>
      </w:r>
    </w:p>
    <w:p>
      <w:r>
        <w:t xml:space="preserve">(Speaker D)  Thanks for going down. Absolutely. </w:t>
      </w:r>
    </w:p>
    <w:p>
      <w:r>
        <w:t xml:space="preserve">(Speaker O)  With that. </w:t>
      </w:r>
    </w:p>
    <w:p>
      <w:r>
        <w:t xml:space="preserve">(Speaker A)  Then we'll return it back to the board for consideration. </w:t>
      </w:r>
    </w:p>
    <w:p>
      <w:r>
        <w:t xml:space="preserve">(Speaker D)  Anyone want to make a motion for approval or have any thought comments? </w:t>
      </w:r>
    </w:p>
    <w:p>
      <w:r>
        <w:t xml:space="preserve">(Speaker B)  I make a motion to it approve. </w:t>
      </w:r>
    </w:p>
    <w:p>
      <w:r>
        <w:t xml:space="preserve">(Speaker D)  Okay. </w:t>
      </w:r>
    </w:p>
    <w:p>
      <w:r>
        <w:t xml:space="preserve">(Speaker F)  Second. </w:t>
      </w:r>
    </w:p>
    <w:p>
      <w:r>
        <w:t xml:space="preserve">(Speaker D)  All right, all in favor. </w:t>
      </w:r>
    </w:p>
    <w:p>
      <w:r>
        <w:t xml:space="preserve">(Speaker B)  I unanimous. </w:t>
      </w:r>
    </w:p>
    <w:p>
      <w:r>
        <w:t xml:space="preserve">(Speaker G)  I didn't want to be a motion. </w:t>
      </w:r>
    </w:p>
    <w:p>
      <w:r>
        <w:t xml:space="preserve">(Speaker B)  Yeah, I will listen. </w:t>
      </w:r>
    </w:p>
    <w:p>
      <w:r>
        <w:t xml:space="preserve">(Speaker D)  You do it. So. </w:t>
      </w:r>
    </w:p>
    <w:p>
      <w:r>
        <w:t xml:space="preserve">(Speaker B)  All right. </w:t>
      </w:r>
    </w:p>
    <w:p>
      <w:r>
        <w:t xml:space="preserve">(Speaker D)  Motion to public close public hearing. Who wants to make that? </w:t>
      </w:r>
    </w:p>
    <w:p>
      <w:r>
        <w:t xml:space="preserve">(Speaker M)  I'll make a motion </w:t>
      </w:r>
    </w:p>
    <w:p>
      <w:r>
        <w:t xml:space="preserve">(Speaker D)  seconding. All right, all in favor. </w:t>
      </w:r>
    </w:p>
    <w:p>
      <w:r>
        <w:t xml:space="preserve">(Speaker A)  Thanks for coming out. </w:t>
      </w:r>
    </w:p>
    <w:p>
      <w:r>
        <w:t xml:space="preserve">(Speaker B)  Thank you for coming. </w:t>
      </w:r>
    </w:p>
    <w:p>
      <w:r>
        <w:t xml:space="preserve">(Speaker O)  You guys get to spend a lot of extra time here tonight. </w:t>
      </w:r>
    </w:p>
    <w:p>
      <w:r>
        <w:t xml:space="preserve">(Speaker G)  We got a little more. But you guys, we very much appreciate you talking to us about. </w:t>
      </w:r>
    </w:p>
    <w:p>
      <w:r>
        <w:t xml:space="preserve">(Speaker B)  Absolutely. </w:t>
      </w:r>
    </w:p>
    <w:p>
      <w:r>
        <w:t xml:space="preserve">(Speaker G)  Some of that. </w:t>
      </w:r>
    </w:p>
    <w:p>
      <w:r>
        <w:t xml:space="preserve">(Speaker A)  We were come to our next meeting </w:t>
      </w:r>
    </w:p>
    <w:p>
      <w:r>
        <w:t xml:space="preserve">(Speaker D)  actually. </w:t>
      </w:r>
    </w:p>
    <w:p>
      <w:r>
        <w:t xml:space="preserve">(Speaker O)  I enjoy. </w:t>
      </w:r>
    </w:p>
    <w:p>
      <w:r>
        <w:t xml:space="preserve">(Speaker N)  Good. </w:t>
      </w:r>
    </w:p>
    <w:p>
      <w:r>
        <w:t xml:space="preserve">(Speaker G)  That's good. </w:t>
      </w:r>
    </w:p>
    <w:p>
      <w:r>
        <w:t xml:space="preserve">(Speaker A)  The next item we have for board consideration is the eco agreement for FISB Air 2626. It's important to note that we do already. This was already factored into the bus. So we already have considered all of these amounts. I think we're pretty happy with ecor </w:t>
      </w:r>
    </w:p>
    <w:p>
      <w:r>
        <w:t xml:space="preserve">(Speaker G)  for the most part. </w:t>
      </w:r>
    </w:p>
    <w:p>
      <w:r>
        <w:t xml:space="preserve">(Speaker A)  I know it's been a tough year. Lake wise maintenance, not only with your lakes, but with every lake that we managed in Florida. Just the high temperatures and we. Actually the last few weeks has been a little different. But for most of the summer we haven't had the rain that we normally expect. So it's been challenging in all over our district. </w:t>
      </w:r>
    </w:p>
    <w:p>
      <w:r>
        <w:t xml:space="preserve">(Speaker I)  So. </w:t>
      </w:r>
    </w:p>
    <w:p>
      <w:r>
        <w:t xml:space="preserve">(Speaker K)  No, I think they're very responsive. They do a great job within the boundaries of their application windows. Yeah. Higher gravitation. Actually, I came across a product that we're going to be doing a test on a couple of our ponds using salicylic acid, which basically helps the microalgae, which increases. </w:t>
      </w:r>
    </w:p>
    <w:p>
      <w:r>
        <w:t xml:space="preserve">(Speaker M)  Yeah, that's what I use on my face. </w:t>
      </w:r>
    </w:p>
    <w:p>
      <w:r>
        <w:t xml:space="preserve">(Speaker B)  Right. Are we putting that in our pond? </w:t>
      </w:r>
    </w:p>
    <w:p>
      <w:r>
        <w:t xml:space="preserve">(Speaker G)  That's acid. </w:t>
      </w:r>
    </w:p>
    <w:p>
      <w:r>
        <w:t xml:space="preserve">(Speaker M)  I could go wash my face in the pond. </w:t>
      </w:r>
    </w:p>
    <w:p>
      <w:r>
        <w:t xml:space="preserve">(Speaker K)  Salicic acid. </w:t>
      </w:r>
    </w:p>
    <w:p>
      <w:r>
        <w:t xml:space="preserve">(Speaker D)  Okay. </w:t>
      </w:r>
    </w:p>
    <w:p>
      <w:r>
        <w:t xml:space="preserve">(Speaker K)  So basically what that does, it kind of helps feed the little microalgae which in turn releases oxygen so they kind of oxygenate the waters. So we're going to do some trials with that and see if that. That helps with that. </w:t>
      </w:r>
    </w:p>
    <w:p>
      <w:r>
        <w:t xml:space="preserve">(Speaker G)  I'm going to leave you with one other word. Fish. </w:t>
      </w:r>
    </w:p>
    <w:p>
      <w:r>
        <w:t xml:space="preserve">(Speaker A)  Yeah, actually that's in the agenda as well. So there's a proposal for $2,000 for them to restock the grass carp in accordance with our permit. </w:t>
      </w:r>
    </w:p>
    <w:p>
      <w:r>
        <w:t xml:space="preserve">(Speaker G)  We might want to expand that and let's talk about their lakes. I mean, should we give you a little bit of latitude? Doesn't mean you have to spend the money. But I don't want you to go another month when we would be able to take action on something. </w:t>
      </w:r>
    </w:p>
    <w:p>
      <w:r>
        <w:t xml:space="preserve">(Speaker M)  Well, that's. </w:t>
      </w:r>
    </w:p>
    <w:p>
      <w:r>
        <w:t xml:space="preserve">(Speaker K)  I mean, that's the thing with the grass carp permit, bro. We only have so many fish left </w:t>
      </w:r>
    </w:p>
    <w:p>
      <w:r>
        <w:t xml:space="preserve">(Speaker A)  with the original permit. So we're basically just fulfilling the process with this. Is that they actually go out, they look at every lake in the district, they do a survey of the grass carp that are there, and then they look at our permit and if it says we can add 10, they add 10. So this is the. This is all we're legally allowed to add. With the grass carpet, we've got a </w:t>
      </w:r>
    </w:p>
    <w:p>
      <w:r>
        <w:t xml:space="preserve">(Speaker G)  number that we're in. </w:t>
      </w:r>
    </w:p>
    <w:p>
      <w:r>
        <w:t xml:space="preserve">(Speaker A)  Correct. </w:t>
      </w:r>
    </w:p>
    <w:p>
      <w:r>
        <w:t xml:space="preserve">(Speaker G)  Well, should we farm some of it? Their direction? </w:t>
      </w:r>
    </w:p>
    <w:p>
      <w:r>
        <w:t xml:space="preserve">(Speaker K)  It depends on what the issue. </w:t>
      </w:r>
    </w:p>
    <w:p>
      <w:r>
        <w:t xml:space="preserve">(Speaker A)  We're not. </w:t>
      </w:r>
    </w:p>
    <w:p>
      <w:r>
        <w:t xml:space="preserve">(Speaker G)  We can't. We don't need to decide that. Yes, I'm just. </w:t>
      </w:r>
    </w:p>
    <w:p>
      <w:r>
        <w:t xml:space="preserve">(Speaker A)  Yeah, yeah, it's. </w:t>
      </w:r>
    </w:p>
    <w:p>
      <w:r>
        <w:t xml:space="preserve">(Speaker G)  I. Let's look at all aspects is all I'm saying. </w:t>
      </w:r>
    </w:p>
    <w:p>
      <w:r>
        <w:t xml:space="preserve">(Speaker D)  White pelicans like grass cut. </w:t>
      </w:r>
    </w:p>
    <w:p>
      <w:r>
        <w:t xml:space="preserve">(Speaker M)  Yes, that's what I was going to ask. So if they come to the lakes and they eat up all those fish. They're. They're. </w:t>
      </w:r>
    </w:p>
    <w:p>
      <w:r>
        <w:t xml:space="preserve">(Speaker D)  And then we get. </w:t>
      </w:r>
    </w:p>
    <w:p>
      <w:r>
        <w:t xml:space="preserve">(Speaker M)  We can't restock them for a certain period of time. </w:t>
      </w:r>
    </w:p>
    <w:p>
      <w:r>
        <w:t xml:space="preserve">(Speaker D)  Correct. </w:t>
      </w:r>
    </w:p>
    <w:p>
      <w:r>
        <w:t xml:space="preserve">(Speaker G)  Would anything else besides grass carp be beneficial? </w:t>
      </w:r>
    </w:p>
    <w:p>
      <w:r>
        <w:t xml:space="preserve">(Speaker A)  No. </w:t>
      </w:r>
    </w:p>
    <w:p>
      <w:r>
        <w:t xml:space="preserve">(Speaker G)  We've cleaned up a lot of tilapia. </w:t>
      </w:r>
    </w:p>
    <w:p>
      <w:r>
        <w:t xml:space="preserve">(Speaker A)  I mean. Yeah, yeah, yeah. </w:t>
      </w:r>
    </w:p>
    <w:p>
      <w:r>
        <w:t xml:space="preserve">(Speaker K)  The tilapia, they will regenerate. The grass carp bar snare. </w:t>
      </w:r>
    </w:p>
    <w:p>
      <w:r>
        <w:t xml:space="preserve">(Speaker A)  Yeah, yeah. They're genetically engineered to basically just eat algae and plants, right? Yeah. </w:t>
      </w:r>
    </w:p>
    <w:p>
      <w:r>
        <w:t xml:space="preserve">(Speaker K)  You can tell once the grasshopper gets to a certain size. And they basically have kind of eaten everything in that lake. You can see them start to hang out around the edges as the grass kind of grows over. They'll start once. Once you start seeing that, that means they've got. </w:t>
      </w:r>
    </w:p>
    <w:p>
      <w:r>
        <w:t xml:space="preserve">(Speaker G)  On the course there. </w:t>
      </w:r>
    </w:p>
    <w:p>
      <w:r>
        <w:t xml:space="preserve">(Speaker K)  Yeah, we got some 14. </w:t>
      </w:r>
    </w:p>
    <w:p>
      <w:r>
        <w:t xml:space="preserve">(Speaker G)  Three. Yeah. </w:t>
      </w:r>
    </w:p>
    <w:p>
      <w:r>
        <w:t xml:space="preserve">(Speaker B)  Is it like a supply and demand kind of thing? Why we can't. Why there's a certain amount of time? Or is it like a wildlife kind of. </w:t>
      </w:r>
    </w:p>
    <w:p>
      <w:r>
        <w:t xml:space="preserve">(Speaker A)  FWC Florida Wildlife grants us a permit that is a certain number of grass carp. </w:t>
      </w:r>
    </w:p>
    <w:p>
      <w:r>
        <w:t xml:space="preserve">(Speaker H)  Okay. </w:t>
      </w:r>
    </w:p>
    <w:p>
      <w:r>
        <w:t xml:space="preserve">(Speaker A)  Wow. And so again, they have. They do a survey. They almost do a census of every lake to determine. Okay, we can add some here, we can add some here and still fit within your permit. </w:t>
      </w:r>
    </w:p>
    <w:p>
      <w:r>
        <w:t xml:space="preserve">(Speaker K)  And every single one of our rear boxes that will exit the property, we have to have the proper fish rating. So fish cannot leave our property. </w:t>
      </w:r>
    </w:p>
    <w:p>
      <w:r>
        <w:t xml:space="preserve">(Speaker N)  Correct. </w:t>
      </w:r>
    </w:p>
    <w:p>
      <w:r>
        <w:t xml:space="preserve">(Speaker A)  So you'll notice on some of the outflows there's like a. It's PVC pipes that are kind of placed on each outflow so that the fish can't get out. </w:t>
      </w:r>
    </w:p>
    <w:p>
      <w:r>
        <w:t xml:space="preserve">(Speaker G)  Are these things really prolific? Is that what it is? </w:t>
      </w:r>
    </w:p>
    <w:p>
      <w:r>
        <w:t xml:space="preserve">(Speaker K)  And they're sterile? They can't cross breed? </w:t>
      </w:r>
    </w:p>
    <w:p>
      <w:r>
        <w:t xml:space="preserve">(Speaker H)  I don't. </w:t>
      </w:r>
    </w:p>
    <w:p>
      <w:r>
        <w:t xml:space="preserve">(Speaker A)  No, they don't breed. But they will eat. They will eat. So they're designed to stay in each individual lake. So when they put them in a lake, they're not supposed to leave that </w:t>
      </w:r>
    </w:p>
    <w:p>
      <w:r>
        <w:t xml:space="preserve">(Speaker G)  lake when we get them. They're not babies. </w:t>
      </w:r>
    </w:p>
    <w:p>
      <w:r>
        <w:t xml:space="preserve">(Speaker K)  Oh, yeah, they're fingerlings. They're probably about yay big size. </w:t>
      </w:r>
    </w:p>
    <w:p>
      <w:r>
        <w:t xml:space="preserve">(Speaker M)  How big do they get? </w:t>
      </w:r>
    </w:p>
    <w:p>
      <w:r>
        <w:t xml:space="preserve">(Speaker K)  About as big as this table. </w:t>
      </w:r>
    </w:p>
    <w:p>
      <w:r>
        <w:t xml:space="preserve">(Speaker M)  Really? </w:t>
      </w:r>
    </w:p>
    <w:p>
      <w:r>
        <w:t xml:space="preserve">(Speaker K)  There are monsters. </w:t>
      </w:r>
    </w:p>
    <w:p>
      <w:r>
        <w:t xml:space="preserve">(Speaker G)  Yeah, yeah. The two over and. </w:t>
      </w:r>
    </w:p>
    <w:p>
      <w:r>
        <w:t xml:space="preserve">(Speaker H)  Yeah, and that's. </w:t>
      </w:r>
    </w:p>
    <w:p>
      <w:r>
        <w:t xml:space="preserve">(Speaker K)  And they're fishing. They will not bite a hook. You don't have to worry about anyone catching them unless they snare him. But yeah, they won't, they won't bite a hook or anything like that. So once they're in, they're in. Unless a predator gets them. </w:t>
      </w:r>
    </w:p>
    <w:p>
      <w:r>
        <w:t xml:space="preserve">(Speaker D)  Like the white pelican. </w:t>
      </w:r>
    </w:p>
    <w:p>
      <w:r>
        <w:t xml:space="preserve">(Speaker K)  Like the white pelican. </w:t>
      </w:r>
    </w:p>
    <w:p>
      <w:r>
        <w:t xml:space="preserve">(Speaker M)  But a white pelican, you can't eat one that's the size of the table. </w:t>
      </w:r>
    </w:p>
    <w:p>
      <w:r>
        <w:t xml:space="preserve">(Speaker K)  No, no, they're not doing. </w:t>
      </w:r>
    </w:p>
    <w:p>
      <w:r>
        <w:t xml:space="preserve">(Speaker M)  I mean, so can we stock them when they're older so they can't get eaten by the pelicans? We have to take them as the little guys. </w:t>
      </w:r>
    </w:p>
    <w:p>
      <w:r>
        <w:t xml:space="preserve">(Speaker I)  Wow. </w:t>
      </w:r>
    </w:p>
    <w:p>
      <w:r>
        <w:t xml:space="preserve">(Speaker C)  Yeah. </w:t>
      </w:r>
    </w:p>
    <w:p>
      <w:r>
        <w:t xml:space="preserve">(Speaker A)  It's all governed by the FWC program </w:t>
      </w:r>
    </w:p>
    <w:p>
      <w:r>
        <w:t xml:space="preserve">(Speaker M)  and floor and so FWC doesn't have any other options for us besides just that fish. </w:t>
      </w:r>
    </w:p>
    <w:p>
      <w:r>
        <w:t xml:space="preserve">(Speaker A)  Well, I mean we do the monthly treat, the treatments of lakes too. So this is designed just to supplement that </w:t>
      </w:r>
    </w:p>
    <w:p>
      <w:r>
        <w:t xml:space="preserve">(Speaker N)  as well. </w:t>
      </w:r>
    </w:p>
    <w:p>
      <w:r>
        <w:t xml:space="preserve">(Speaker A)  They can, yeah, they can do. I mean if you have Mitch control. They use a different fish, the gambusia. </w:t>
      </w:r>
    </w:p>
    <w:p>
      <w:r>
        <w:t xml:space="preserve">(Speaker K)  They use little catfish. </w:t>
      </w:r>
    </w:p>
    <w:p>
      <w:r>
        <w:t xml:space="preserve">(Speaker A)  Yeah. </w:t>
      </w:r>
    </w:p>
    <w:p>
      <w:r>
        <w:t xml:space="preserve">(Speaker G)  So. </w:t>
      </w:r>
    </w:p>
    <w:p>
      <w:r>
        <w:t xml:space="preserve">(Speaker A)  But for, for what we experience in our lakes, the, the, the grass carp are the best. </w:t>
      </w:r>
    </w:p>
    <w:p>
      <w:r>
        <w:t xml:space="preserve">(Speaker K)  Yes. </w:t>
      </w:r>
    </w:p>
    <w:p>
      <w:r>
        <w:t xml:space="preserve">(Speaker M)  It just seems like we're so limited and we're having all these complaints and issues and like we have to come up with another solution somehow. </w:t>
      </w:r>
    </w:p>
    <w:p>
      <w:r>
        <w:t xml:space="preserve">(Speaker K)  Yes. Full disclosure, I have looked at some of the lakes we've had calls on. It's not a swamp as what it's being related as. Yes, there are, there are massive algae. As the wind blows, it accumulates to one side. </w:t>
      </w:r>
    </w:p>
    <w:p>
      <w:r>
        <w:t xml:space="preserve">(Speaker M)  I understand that, but we don't have one person claiming it. I mean that was a room full of people all saying. Saying the same thing. </w:t>
      </w:r>
    </w:p>
    <w:p>
      <w:r>
        <w:t xml:space="preserve">(Speaker D)  Yeah. </w:t>
      </w:r>
    </w:p>
    <w:p>
      <w:r>
        <w:t xml:space="preserve">(Speaker M)  So that there must be some truth to that because they wouldn't all Just come defend one person. </w:t>
      </w:r>
    </w:p>
    <w:p>
      <w:r>
        <w:t xml:space="preserve">(Speaker L)  Yeah. </w:t>
      </w:r>
    </w:p>
    <w:p>
      <w:r>
        <w:t xml:space="preserve">(Speaker K)  There are certain times where they get pretty bad. Like, like on the, on the golf course on hole five. That lake is kind of almost like a little stagnant landlocked lake. That lake gets really bad, really bad. </w:t>
      </w:r>
    </w:p>
    <w:p>
      <w:r>
        <w:t xml:space="preserve">(Speaker B)  And I would imagine that. I'm sorry, just that the cold from the winter that we had that probably killed a lot of stuff. </w:t>
      </w:r>
    </w:p>
    <w:p>
      <w:r>
        <w:t xml:space="preserve">(Speaker K)  We really did. We didn't experience really any, any fish kills. As far as some of the dead trees. Yeah, I do know there was some. There was some ficus trees that were growing in the preserve and actually there's a ficus tree in your neck of the woods in the villages that we're gonna have to take down, but we're gonna approach the home. So if you go just east of your house heading to Ralph Williams, it's on, it's on the north side on the left hand side. It's almost like right behind someone's house. There's that brick, that wall. </w:t>
      </w:r>
    </w:p>
    <w:p>
      <w:r>
        <w:t xml:space="preserve">(Speaker B)  Yeah. </w:t>
      </w:r>
    </w:p>
    <w:p>
      <w:r>
        <w:t xml:space="preserve">(Speaker K)  There's a bike tree there. I know that top is dead. We need to get that taken care of. I mean, it's on our. It's on the CBD property. It's by lake, but with all the trees that were just removing along clubhouse. We want to make sure that the homeowners are like, we need to remove this. It's not an oak. It's like it's in a dam. </w:t>
      </w:r>
    </w:p>
    <w:p>
      <w:r>
        <w:t xml:space="preserve">(Speaker M)  Yeah. </w:t>
      </w:r>
    </w:p>
    <w:p>
      <w:r>
        <w:t xml:space="preserve">(Speaker B)  This is not doing anything for you. </w:t>
      </w:r>
    </w:p>
    <w:p>
      <w:r>
        <w:t xml:space="preserve">(Speaker M)  I mean, if, if we have. I guess what I'm wondering about our lakes and ponds. If we have certain ones that are problematic for the rest that are downstream of it, can we troubleshoot that one pond in a way that it benefits everybody else down the line? Like, do we know which ones are the most problematic? </w:t>
      </w:r>
    </w:p>
    <w:p>
      <w:r>
        <w:t xml:space="preserve">(Speaker K)  Yes. Yeah. We have with us and equals. We do have a running list of different lake numbers that tend to get the most calls on and the most retreatments. Again, you have the nutrient load, </w:t>
      </w:r>
    </w:p>
    <w:p>
      <w:r>
        <w:t xml:space="preserve">(Speaker G)  you </w:t>
      </w:r>
    </w:p>
    <w:p>
      <w:r>
        <w:t xml:space="preserve">(Speaker K)  have the sediment problems, the muck problems of 30, 40 years of lake as the lake ages. Yes, you could drench these lakes. Now we're talking big money. </w:t>
      </w:r>
    </w:p>
    <w:p>
      <w:r>
        <w:t xml:space="preserve">(Speaker M)  Right. But I mean, if, obviously dredging the lakes is not where I want to go, but I mean, if we did something to the most problematic lakes, whatever that something is, whether it's fish, I don't know. An aerator. </w:t>
      </w:r>
    </w:p>
    <w:p>
      <w:r>
        <w:t xml:space="preserve">(Speaker K)  Aerators would be probably one of the next ones. Hoping this, this trial shows some. </w:t>
      </w:r>
    </w:p>
    <w:p>
      <w:r>
        <w:t xml:space="preserve">(Speaker M)  Yeah, the trial. Some solution in those would hopefully benefit everybody down the line from there, but I don't know where Those are. I mean, is there, like, a diagram where you can show us which ones are the. Do we have a map of this? Like, how they all connect? </w:t>
      </w:r>
    </w:p>
    <w:p>
      <w:r>
        <w:t xml:space="preserve">(Speaker K)  That map right behind my desk. Yes, That's a map of all of our lakes. </w:t>
      </w:r>
    </w:p>
    <w:p>
      <w:r>
        <w:t xml:space="preserve">(Speaker G)  It's also on the CDD site. </w:t>
      </w:r>
    </w:p>
    <w:p>
      <w:r>
        <w:t xml:space="preserve">(Speaker M)  Yeah. And it shows how they're all connected to each other somewhat. </w:t>
      </w:r>
    </w:p>
    <w:p>
      <w:r>
        <w:t xml:space="preserve">(Speaker D)  It's much easier to read. And Jim's office. </w:t>
      </w:r>
    </w:p>
    <w:p>
      <w:r>
        <w:t xml:space="preserve">(Speaker K)  But, yes, we have been talking with e corps of different options and viability of what we can do. I know we're starting to see more and more eelgrass in some of our lakes on the south side of the district. And I think that's where a lot of people see what they think is a floating mass. It's actually a submerged weed that's growing up, and then once it reaches the surface, it's still there. Now, here's the catch 22. If we chemically treat the eelgrass now, that. Now the desiccation and die off just creates nutrient load. We have an algae, so it's kind of like we can treat it, but then we have to treat it with an algaecide. And it's just like a constant cycle that. </w:t>
      </w:r>
    </w:p>
    <w:p>
      <w:r>
        <w:t xml:space="preserve">(Speaker G)  But what these folks. What these folks need, I would say, out of anything that doesn't cost us a dime, is a couple visits, a little TLC from. From our staff, you and Tom. And to explain stuff like that. And in conjunction with that, there may be trees and things like that that aren't supposed to be there. That. </w:t>
      </w:r>
    </w:p>
    <w:p>
      <w:r>
        <w:t xml:space="preserve">(Speaker K)  Yeah, we just. We just had one, which I looked at another issue, but someone called that. There was some pepper trees, and it's kind of like a little wetland area behind our home, Grand Grand Island. It had some. Some vines growing on it. So Tom went out there. I'm like, it's invasive. Let's go. Take care. </w:t>
      </w:r>
    </w:p>
    <w:p>
      <w:r>
        <w:t xml:space="preserve">(Speaker G)  Right. </w:t>
      </w:r>
    </w:p>
    <w:p>
      <w:r>
        <w:t xml:space="preserve">(Speaker K)  You know, if it was an oak tree that was blocking her view of the lake. </w:t>
      </w:r>
    </w:p>
    <w:p>
      <w:r>
        <w:t xml:space="preserve">(Speaker G)  Sorry. </w:t>
      </w:r>
    </w:p>
    <w:p>
      <w:r>
        <w:t xml:space="preserve">(Speaker D)  Right. </w:t>
      </w:r>
    </w:p>
    <w:p>
      <w:r>
        <w:t xml:space="preserve">(Speaker G)  Yeah, but I get it. </w:t>
      </w:r>
    </w:p>
    <w:p>
      <w:r>
        <w:t xml:space="preserve">(Speaker K)  Yeah. </w:t>
      </w:r>
    </w:p>
    <w:p>
      <w:r>
        <w:t xml:space="preserve">(Speaker I)  Or. </w:t>
      </w:r>
    </w:p>
    <w:p>
      <w:r>
        <w:t xml:space="preserve">(Speaker G)  Or, you know, cattails. </w:t>
      </w:r>
    </w:p>
    <w:p>
      <w:r>
        <w:t xml:space="preserve">(Speaker D)  Just thought you could. Kim from the hoa, Ask her when they're HOA meetings. Okay. Okay. </w:t>
      </w:r>
    </w:p>
    <w:p>
      <w:r>
        <w:t xml:space="preserve">(Speaker C)  I don't know. </w:t>
      </w:r>
    </w:p>
    <w:p>
      <w:r>
        <w:t xml:space="preserve">(Speaker K)  I've never. </w:t>
      </w:r>
    </w:p>
    <w:p>
      <w:r>
        <w:t xml:space="preserve">(Speaker D)  Okay, well, whatever. Just say you could go to their HOA meeting and say, talk about the lake. </w:t>
      </w:r>
    </w:p>
    <w:p>
      <w:r>
        <w:t xml:space="preserve">(Speaker G)  But when did you hear from them? Just. </w:t>
      </w:r>
    </w:p>
    <w:p>
      <w:r>
        <w:t xml:space="preserve">(Speaker D)  Okay. </w:t>
      </w:r>
    </w:p>
    <w:p>
      <w:r>
        <w:t xml:space="preserve">(Speaker G)  So in other words, all of this. We had no foreknowledge. </w:t>
      </w:r>
    </w:p>
    <w:p>
      <w:r>
        <w:t xml:space="preserve">(Speaker K)  Yeah, I think you were. </w:t>
      </w:r>
    </w:p>
    <w:p>
      <w:r>
        <w:t xml:space="preserve">(Speaker A)  I don't think so. We're in a bunch of seasons, though, </w:t>
      </w:r>
    </w:p>
    <w:p>
      <w:r>
        <w:t xml:space="preserve">(Speaker D)  because, like, that, you could kill the line of birds. Blue and stone, maybe. But then again, a lot of People don't come to the enjoyment. So. </w:t>
      </w:r>
    </w:p>
    <w:p>
      <w:r>
        <w:t xml:space="preserve">(Speaker A)  If we. What we'd like is a motion to approve the ECoR agreement along with the grass. </w:t>
      </w:r>
    </w:p>
    <w:p>
      <w:r>
        <w:t xml:space="preserve">(Speaker G)  I will make that motion. </w:t>
      </w:r>
    </w:p>
    <w:p>
      <w:r>
        <w:t xml:space="preserve">(Speaker B)  I will second. </w:t>
      </w:r>
    </w:p>
    <w:p>
      <w:r>
        <w:t xml:space="preserve">(Speaker D)  Okay. Any further discussion? We discussed fish enough. Okay. All in favor? </w:t>
      </w:r>
    </w:p>
    <w:p>
      <w:r>
        <w:t xml:space="preserve">(Speaker C)  Aye. </w:t>
      </w:r>
    </w:p>
    <w:p>
      <w:r>
        <w:t xml:space="preserve">(Speaker A)  We did have the habitat agreement with Irwin on here, but he did not was available provide us with an agreement yet. So we'll hold that for the next meeting. And then the other one we have is that Rob and I met with a Volk law and so we've got a ratification of the agreement to represent the district with that. </w:t>
      </w:r>
    </w:p>
    <w:p>
      <w:r>
        <w:t xml:space="preserve">(Speaker D)  Do we talk about that? </w:t>
      </w:r>
    </w:p>
    <w:p>
      <w:r>
        <w:t xml:space="preserve">(Speaker G)  I mean, we talk about it at the workshop, but we're not going to spend money unless we need to. But the main thing is we think coming up with a good community standard for social media is not unreasonable. And then also if we run into other problems, then we've got. It seems my impression is that there are things that we can do that perhaps Correct. Schutz and Bowman wasn't necessarily recommending. </w:t>
      </w:r>
    </w:p>
    <w:p>
      <w:r>
        <w:t xml:space="preserve">(Speaker A)  Correct. </w:t>
      </w:r>
    </w:p>
    <w:p>
      <w:r>
        <w:t xml:space="preserve">(Speaker G)  Yeah, but he's still reviewing that. And right now all we've spent is 200. </w:t>
      </w:r>
    </w:p>
    <w:p>
      <w:r>
        <w:t xml:space="preserve">(Speaker A)  I think 250 on that first meeting. But he's reviewing everything that we have. So he'll come up with something. The agreement required no retainer, so we didn't put up any money up front. He's not requiring a retainer, so he'll just invoice us for whatever work he does on a kind of as needed basis. </w:t>
      </w:r>
    </w:p>
    <w:p>
      <w:r>
        <w:t xml:space="preserve">(Speaker G)  So, yeah, I think he knows we're good for it. </w:t>
      </w:r>
    </w:p>
    <w:p>
      <w:r>
        <w:t xml:space="preserve">(Speaker O)  Yeah. </w:t>
      </w:r>
    </w:p>
    <w:p>
      <w:r>
        <w:t xml:space="preserve">(Speaker A)  So we just look for a motion to ratify. It's already been approved because we had to sign it to make sure nobody else would be able to retain it on similar issues. </w:t>
      </w:r>
    </w:p>
    <w:p>
      <w:r>
        <w:t xml:space="preserve">(Speaker G)  Right. It's in the documents. I think it wound up being 400 for him or something like that. Yeah. </w:t>
      </w:r>
    </w:p>
    <w:p>
      <w:r>
        <w:t xml:space="preserve">(Speaker D)  Okay. </w:t>
      </w:r>
    </w:p>
    <w:p>
      <w:r>
        <w:t xml:space="preserve">(Speaker B)  All right. </w:t>
      </w:r>
    </w:p>
    <w:p>
      <w:r>
        <w:t xml:space="preserve">(Speaker D)  And anyone want to make a motion on that? </w:t>
      </w:r>
    </w:p>
    <w:p>
      <w:r>
        <w:t xml:space="preserve">(Speaker B)  I'll make a motion too. </w:t>
      </w:r>
    </w:p>
    <w:p>
      <w:r>
        <w:t xml:space="preserve">(Speaker D)  Okay. </w:t>
      </w:r>
    </w:p>
    <w:p>
      <w:r>
        <w:t xml:space="preserve">(Speaker G)  Time will second. </w:t>
      </w:r>
    </w:p>
    <w:p>
      <w:r>
        <w:t xml:space="preserve">(Speaker H)  Okay. </w:t>
      </w:r>
    </w:p>
    <w:p>
      <w:r>
        <w:t xml:space="preserve">(Speaker D)  Any further discussion? </w:t>
      </w:r>
    </w:p>
    <w:p>
      <w:r>
        <w:t xml:space="preserve">(Speaker B)  No. </w:t>
      </w:r>
    </w:p>
    <w:p>
      <w:r>
        <w:t xml:space="preserve">(Speaker H)  No. </w:t>
      </w:r>
    </w:p>
    <w:p>
      <w:r>
        <w:t xml:space="preserve">(Speaker D)  All in favor? </w:t>
      </w:r>
    </w:p>
    <w:p>
      <w:r>
        <w:t xml:space="preserve">(Speaker M)  Aye. </w:t>
      </w:r>
    </w:p>
    <w:p>
      <w:r>
        <w:t xml:space="preserve">(Speaker A)  We'll quickly go through action items. So again, kind of the same thing. I know Michelle and Jim are working on the park improvements, including the sign and the clubhouse and the simulator and then the water warriors. I know they're still kind of trying to work on some things with Becca and how they're going to get access through Sustainable Park. </w:t>
      </w:r>
    </w:p>
    <w:p>
      <w:r>
        <w:t xml:space="preserve">(Speaker K)  So on our plan portion. </w:t>
      </w:r>
    </w:p>
    <w:p>
      <w:r>
        <w:t xml:space="preserve">(Speaker A)  So with that we'll turn it over to. </w:t>
      </w:r>
    </w:p>
    <w:p>
      <w:r>
        <w:t xml:space="preserve">(Speaker O)  All right, </w:t>
      </w:r>
    </w:p>
    <w:p>
      <w:r>
        <w:t xml:space="preserve">(Speaker K)  start with CDD maintenance. Go side park. We have some more vandalism at the park weekend before last. Did file a Police report captured individuals on video, not get the police to come back out and pick up the video edits. </w:t>
      </w:r>
    </w:p>
    <w:p>
      <w:r>
        <w:t xml:space="preserve">(Speaker E)  3. </w:t>
      </w:r>
    </w:p>
    <w:p>
      <w:r>
        <w:t xml:space="preserve">(Speaker K)  I left three voicemails with them to try to get them to do that. Did reach out to our insurance company just to see if it was worth a claim for damage. I estimated damage to about $2,500 between sinks and the toilets and benches and the tampa and whatnot. But that's basically where inductive work is. So I didn't see making a claim to do that. </w:t>
      </w:r>
    </w:p>
    <w:p>
      <w:r>
        <w:t xml:space="preserve">(Speaker H)  So. </w:t>
      </w:r>
    </w:p>
    <w:p>
      <w:r>
        <w:t xml:space="preserve">(Speaker K)  Yeah. </w:t>
      </w:r>
    </w:p>
    <w:p>
      <w:r>
        <w:t xml:space="preserve">(Speaker M)  Do we know who they are? </w:t>
      </w:r>
    </w:p>
    <w:p>
      <w:r>
        <w:t xml:space="preserve">(Speaker K)  We put a post on social media. </w:t>
      </w:r>
    </w:p>
    <w:p>
      <w:r>
        <w:t xml:space="preserve">(Speaker G)  It's on the cdd. </w:t>
      </w:r>
    </w:p>
    <w:p>
      <w:r>
        <w:t xml:space="preserve">(Speaker M)  I saw that. But did anybody respond? </w:t>
      </w:r>
    </w:p>
    <w:p>
      <w:r>
        <w:t xml:space="preserve">(Speaker K)  I have not received any, any inquiries on that at all. Palm Ridge Fountain. The guys pulled the motor out, bench test it. Came to the conclusion that it's. It's basically shorted out. We reached out to the manufacturer. It is actually a five year warranty. </w:t>
      </w:r>
    </w:p>
    <w:p>
      <w:r>
        <w:t xml:space="preserve">(Speaker H)  Good. </w:t>
      </w:r>
    </w:p>
    <w:p>
      <w:r>
        <w:t xml:space="preserve">(Speaker K)  See if they're going to honor that. </w:t>
      </w:r>
    </w:p>
    <w:p>
      <w:r>
        <w:t xml:space="preserve">(Speaker L)  So that's. </w:t>
      </w:r>
    </w:p>
    <w:p>
      <w:r>
        <w:t xml:space="preserve">(Speaker K)  That's where we're at. </w:t>
      </w:r>
    </w:p>
    <w:p>
      <w:r>
        <w:t xml:space="preserve">(Speaker G)  But that's within our expertise to be able to replace that. Yeah, yeah, yeah. </w:t>
      </w:r>
    </w:p>
    <w:p>
      <w:r>
        <w:t xml:space="preserve">(Speaker K)  Tom and Pete, they pulled it out. I think that's where the confusion was with the flat dog boat. They weren't removing anything. And that's the thing. I'd gotten no reports from before that we had done any vegetation removal or </w:t>
      </w:r>
    </w:p>
    <w:p>
      <w:r>
        <w:t xml:space="preserve">(Speaker A)  anything like that or additions or planting. So. </w:t>
      </w:r>
    </w:p>
    <w:p>
      <w:r>
        <w:t xml:space="preserve">(Speaker G)  Yeah. </w:t>
      </w:r>
    </w:p>
    <w:p>
      <w:r>
        <w:t xml:space="preserve">(Speaker K)  Oh, definitely not. </w:t>
      </w:r>
    </w:p>
    <w:p>
      <w:r>
        <w:t xml:space="preserve">(Speaker A)  Yeah. </w:t>
      </w:r>
    </w:p>
    <w:p>
      <w:r>
        <w:t xml:space="preserve">(Speaker G)  The only time we did that was that main hill flow wave. And that was four years ago. </w:t>
      </w:r>
    </w:p>
    <w:p>
      <w:r>
        <w:t xml:space="preserve">(Speaker I)  Five years ago. </w:t>
      </w:r>
    </w:p>
    <w:p>
      <w:r>
        <w:t xml:space="preserve">(Speaker K)  Yeah. We did the. The patrol shop at. @cesE with the cord grass eons ago. </w:t>
      </w:r>
    </w:p>
    <w:p>
      <w:r>
        <w:t xml:space="preserve">(Speaker B)  Right. </w:t>
      </w:r>
    </w:p>
    <w:p>
      <w:r>
        <w:t xml:space="preserve">(Speaker K)  I think we did the tour shop at Club Clubhouse park or something like that. That was before many, but those were the only ones. And I think there was two residents that reached out after that one newsletter that we had. And that's. That's pretty much </w:t>
      </w:r>
    </w:p>
    <w:p>
      <w:r>
        <w:t xml:space="preserve">(Speaker A)  so. </w:t>
      </w:r>
    </w:p>
    <w:p>
      <w:r>
        <w:t xml:space="preserve">(Speaker K)  Anyway. So if by some chance it's not under warranty that that motor and pump is $5,000, worst case scenario, if they do a partial one, they will just buy a new one and have one as a backup. So we don't have any time on the ground anymore. </w:t>
      </w:r>
    </w:p>
    <w:p>
      <w:r>
        <w:t xml:space="preserve">(Speaker I)  So </w:t>
      </w:r>
    </w:p>
    <w:p>
      <w:r>
        <w:t xml:space="preserve">(Speaker K)  other than that, Thomas guys are just going through doing normal maintenance, continuing to check culverts. I know some of the ones that brought up. I know some of those are kind of like dry areas that are more or less overflow. They're not really meant to hold water year round. </w:t>
      </w:r>
    </w:p>
    <w:p>
      <w:r>
        <w:t xml:space="preserve">(Speaker G)  But </w:t>
      </w:r>
    </w:p>
    <w:p>
      <w:r>
        <w:t xml:space="preserve">(Speaker K)  what's your fear? </w:t>
      </w:r>
    </w:p>
    <w:p>
      <w:r>
        <w:t xml:space="preserve">(Speaker G)  Well, but we were talking about like the Osprey one. They had the three of them. It sounds like it's pretty nice. They're going to be clearing those out. Is that what I'm hearing? </w:t>
      </w:r>
    </w:p>
    <w:p>
      <w:r>
        <w:t xml:space="preserve">(Speaker K)  I've double checked with Tom but that was one of the ones we talked about before. But I think I know that one area. I think that's usually dry. </w:t>
      </w:r>
    </w:p>
    <w:p>
      <w:r>
        <w:t xml:space="preserve">(Speaker G)  Well the area that he was talking it never. That's just small blue earth where he talked about right next to the path. But there are three culverts that go through to flow through. If they're all plugged up with guns, we don't. Oh man, that'd be nasty for that area. </w:t>
      </w:r>
    </w:p>
    <w:p>
      <w:r>
        <w:t xml:space="preserve">(Speaker H)  Yeah. </w:t>
      </w:r>
    </w:p>
    <w:p>
      <w:r>
        <w:t xml:space="preserve">(Speaker K)  And it's not like the guys have been out there recently anyway, so. </w:t>
      </w:r>
    </w:p>
    <w:p>
      <w:r>
        <w:t xml:space="preserve">(Speaker N)  Yeah. </w:t>
      </w:r>
    </w:p>
    <w:p>
      <w:r>
        <w:t xml:space="preserve">(Speaker G)  Because that would affect clubhouse and everything. A bad location. Denise will be yelling at us. </w:t>
      </w:r>
    </w:p>
    <w:p>
      <w:r>
        <w:t xml:space="preserve">(Speaker K)  Other than that, everybody talked about the study with the the lakes golf course maintenance guys kick butt again. This, this air vacation air by the greens. Did some more work on teas fairways, some other little areas west and two guys there's on all four. There's an area that's next to the sky blue teas that everyone likes to pull up and park on the side of the tee box which has been beating that down. We're g. A little shell bed there's. So he just cut out two little areas, expanded the shell bed out. So now they can just pull their golf cart off on the shell bed and not have to destroy the turf. With that the guys. Like I said, the guys kick butt all summer with all of our verifications. So we've come to the conclusion that we are going to cancel our September verification. This was our last basically coring of the grains this year year. So we weren't on corn. We were just going to go through and just do some odds and ends. But we were able to verify the fairways twice, the tees four times, greens twice as far as cores. Anything else that we need to do, they can work on it. So we're going to forego that last one and then we're going to restructure our case together for next summer as well. So it's going to limit our downtime in the summer. </w:t>
      </w:r>
    </w:p>
    <w:p>
      <w:r>
        <w:t xml:space="preserve">(Speaker G)  By the way, I love that comment from that gentleman. The best that he's ever seen. </w:t>
      </w:r>
    </w:p>
    <w:p>
      <w:r>
        <w:t xml:space="preserve">(Speaker K)  I hear that at least once or twice a day just walking through it. And I played again this past Tuesday with the and we got a damn fine course. Pardon the language, but I agree. Financials, July numbers, typical summer month. Same thing with June. We still finished up putting a lot of money into the back into the into the golf course. Golf had a $35,000 loss. Restaurant actually turned a $3,000 profit. So in total we lost 32,000 in July. Still puts us at 287,000 fiscal year. So it's going to be real close to our $250,000 annual goal. </w:t>
      </w:r>
    </w:p>
    <w:p>
      <w:r>
        <w:t xml:space="preserve">(Speaker G)  We're a little higher than 27, unless </w:t>
      </w:r>
    </w:p>
    <w:p>
      <w:r>
        <w:t xml:space="preserve">(Speaker K)  it was adjusted last time I looked. </w:t>
      </w:r>
    </w:p>
    <w:p>
      <w:r>
        <w:t xml:space="preserve">(Speaker G)  But there is that adjustment from some of the, the issues you were working on. Right. </w:t>
      </w:r>
    </w:p>
    <w:p>
      <w:r>
        <w:t xml:space="preserve">(Speaker K)  That won't, that won't be realized till next month as far as in the financials. </w:t>
      </w:r>
    </w:p>
    <w:p>
      <w:r>
        <w:t xml:space="preserve">(Speaker G)  Okay, I, I get what you're saying. All right. </w:t>
      </w:r>
    </w:p>
    <w:p>
      <w:r>
        <w:t xml:space="preserve">(Speaker O)  Yeah. </w:t>
      </w:r>
    </w:p>
    <w:p>
      <w:r>
        <w:t xml:space="preserve">(Speaker K)  So like I said, we just put it back into, into the golf course. So I think that with the improvements we made this year, we'll have a, a strong profitable year next year. As long as the El Nino weather patterns are, are in our favor and not flooding us out this, this season. </w:t>
      </w:r>
    </w:p>
    <w:p>
      <w:r>
        <w:t xml:space="preserve">(Speaker M)  Is that the first time the golf courses had a loss while the rush on how to profit. </w:t>
      </w:r>
    </w:p>
    <w:p>
      <w:r>
        <w:t xml:space="preserve">(Speaker B)  Because that should be celebrated. </w:t>
      </w:r>
    </w:p>
    <w:p>
      <w:r>
        <w:t xml:space="preserve">(Speaker H)  Right. </w:t>
      </w:r>
    </w:p>
    <w:p>
      <w:r>
        <w:t xml:space="preserve">(Speaker K)  I want to say yes. </w:t>
      </w:r>
    </w:p>
    <w:p>
      <w:r>
        <w:t xml:space="preserve">(Speaker D)  Look at the restaurant. </w:t>
      </w:r>
    </w:p>
    <w:p>
      <w:r>
        <w:t xml:space="preserve">(Speaker B)  That's a big deal. </w:t>
      </w:r>
    </w:p>
    <w:p>
      <w:r>
        <w:t xml:space="preserve">(Speaker K)  Yeah. So far this all. Exactly. Yeah. He's, he's, he's killing it. I mean, with, with the air vacation and the wetness. It was a ghost town in that restaurant. And there's, it was basically Ajay and Joe running by themselves. So, I mean, you can't get much more streamlined labor than that. </w:t>
      </w:r>
    </w:p>
    <w:p>
      <w:r>
        <w:t xml:space="preserve">(Speaker H)  So. </w:t>
      </w:r>
    </w:p>
    <w:p>
      <w:r>
        <w:t xml:space="preserve">(Speaker G)  And that is all we can add. That is something that's been bothering me for years. He's taking them all by the horns on that one. Yeah, you gotta keep the doors open. You gotta do it with the skeleton crew sometimes. But I'm proud of him for seeing that. And it, the whole trick to the August and the September months is managing your expenses and try not to lose as much as. </w:t>
      </w:r>
    </w:p>
    <w:p>
      <w:r>
        <w:t xml:space="preserve">(Speaker N)  Yeah. </w:t>
      </w:r>
    </w:p>
    <w:p>
      <w:r>
        <w:t xml:space="preserve">(Speaker K)  This weather pattern this week is kind of irritating because I was looking at last August and I'm like, yes, we're going to really make up some ground because this week last August we were closed three days for rain. And then we had. Yesterday we were close to rain. Today we're only open the, only able to open the back line. </w:t>
      </w:r>
    </w:p>
    <w:p>
      <w:r>
        <w:t xml:space="preserve">(Speaker D)  And then I was gonna ask that. Yeah, Yes, I know we were closed yesterday. </w:t>
      </w:r>
    </w:p>
    <w:p>
      <w:r>
        <w:t xml:space="preserve">(Speaker K)  Yeah. So we just had the back night open today. </w:t>
      </w:r>
    </w:p>
    <w:p>
      <w:r>
        <w:t xml:space="preserve">(Speaker M)  So will these rains help with the water situation that was being talked about here tonight, by the way? </w:t>
      </w:r>
    </w:p>
    <w:p>
      <w:r>
        <w:t xml:space="preserve">(Speaker K)  Yes, because it's, it's, it's like a parking lot. So as, as the water rises in this pond on the east side, everything just kind of Flows, Flows down. </w:t>
      </w:r>
    </w:p>
    <w:p>
      <w:r>
        <w:t xml:space="preserve">(Speaker J)  That's. </w:t>
      </w:r>
    </w:p>
    <w:p>
      <w:r>
        <w:t xml:space="preserve">(Speaker A)  We were talking about this at our, our office today because it's. Again, all of our districts are experiencing the same thing and people are saying, well, the lake's not moving. Well, each lake has a control structure that's designed at a certain height, so if the water doesn't get above that structure, it's. They're correct. It's not moving because it's, it's just staying there. So once it gets over the control, that's when it moves to the next part in the system. So until we get enough rain that everything here get our stuff, everything moves, moves through, then it is, they're right. It is just sitting there. And that's just the fact of how it's been this summer in almost all of our properties. We're having the same issue. </w:t>
      </w:r>
    </w:p>
    <w:p>
      <w:r>
        <w:t xml:space="preserve">(Speaker K)  We have no control over lake levels. We can't make the lakes rise and </w:t>
      </w:r>
    </w:p>
    <w:p>
      <w:r>
        <w:t xml:space="preserve">(Speaker A)  we can't make them drop. </w:t>
      </w:r>
    </w:p>
    <w:p>
      <w:r>
        <w:t xml:space="preserve">(Speaker G)  Is that worth a social media post or are we gonna get too beat up on it or. I don't know or what other. </w:t>
      </w:r>
    </w:p>
    <w:p>
      <w:r>
        <w:t xml:space="preserve">(Speaker A)  Typically, I think that's something that's good to put out if there's a hurricane coming. That's good before because that's when we get the calls that say, hey, can you, can you lower my lake? </w:t>
      </w:r>
    </w:p>
    <w:p>
      <w:r>
        <w:t xml:space="preserve">(Speaker G)  Yes, we still have that one. </w:t>
      </w:r>
    </w:p>
    <w:p>
      <w:r>
        <w:t xml:space="preserve">(Speaker L)  Yeah. </w:t>
      </w:r>
    </w:p>
    <w:p>
      <w:r>
        <w:t xml:space="preserve">(Speaker A)  So no, no, we can't do that. So I, I would say that's generally something that's good to put out in advance of anything, any major storm event. But when the lakes don't look very good, it's not, it's not really comforting to be. </w:t>
      </w:r>
    </w:p>
    <w:p>
      <w:r>
        <w:t xml:space="preserve">(Speaker G)  Well, there's only so much can do. Spray the stuff again. You can only spray it every couple weeks. </w:t>
      </w:r>
    </w:p>
    <w:p>
      <w:r>
        <w:t xml:space="preserve">(Speaker A)  And I will say to Jim's point, most of the pictures that we get, when I see the complaints in the email and then I look at the picture, it's not nearly as bad as the complaint would indicate based on what I've seen. </w:t>
      </w:r>
    </w:p>
    <w:p>
      <w:r>
        <w:t xml:space="preserve">(Speaker M)  In my experience, maybe the picture doesn't capture it. </w:t>
      </w:r>
    </w:p>
    <w:p>
      <w:r>
        <w:t xml:space="preserve">(Speaker A)  Well, I don't know. </w:t>
      </w:r>
    </w:p>
    <w:p>
      <w:r>
        <w:t xml:space="preserve">(Speaker M)  Eyes on in person is always better. </w:t>
      </w:r>
    </w:p>
    <w:p>
      <w:r>
        <w:t xml:space="preserve">(Speaker A)  But we really haven't heard about Grand </w:t>
      </w:r>
    </w:p>
    <w:p>
      <w:r>
        <w:t xml:space="preserve">(Speaker G)  Isle for a long time. </w:t>
      </w:r>
    </w:p>
    <w:p>
      <w:r>
        <w:t xml:space="preserve">(Speaker D)  And then they all come at once. </w:t>
      </w:r>
    </w:p>
    <w:p>
      <w:r>
        <w:t xml:space="preserve">(Speaker A)  Well, we did send Everybody. I mean, 4,000 people got a letter, </w:t>
      </w:r>
    </w:p>
    <w:p>
      <w:r>
        <w:t xml:space="preserve">(Speaker G)  so yes, yes, </w:t>
      </w:r>
    </w:p>
    <w:p>
      <w:r>
        <w:t xml:space="preserve">(Speaker A)  it's kind of to be expected. </w:t>
      </w:r>
    </w:p>
    <w:p>
      <w:r>
        <w:t xml:space="preserve">(Speaker K)  All right, so August numbers so far as of yesterday round revenue golf said 111. Last year this time we were at 100. So golf's up 11 grand over last August and food bearers at 54,000. Last year we were at 57. So Food Bears run about three grand behind last August. But again, I think we're controlling our labor and things like that when you're at a restaurant. So August is going to be another break even. They lose 10 to 20 grand. So we'll see how we go. But we're trying to really limit what we're doing. I know we had a request from golf operations on our fleet carts that we needed some tires. They're not May pops. They can last till October 1st. So October 1st we replaced some of the tires. I think there's like six or eight tires that need to be replaced. </w:t>
      </w:r>
    </w:p>
    <w:p>
      <w:r>
        <w:t xml:space="preserve">(Speaker L)  But </w:t>
      </w:r>
    </w:p>
    <w:p>
      <w:r>
        <w:t xml:space="preserve">(Speaker K)  again, if they were going to cause downtime on a cart and who would replace them? But since they can hand out that 40, 45 days, then we'll push that off because of the budget meeting, everything like that. I didn't, I didn't ask the guys for, for reports or anything like that. Just real quick, just golf operations. September 18th we have the Junior Achievement charity outing, which we've had a couple years now. It's a really good event, I think as the last, Last time I heard they were up to 136 players. So they'll probably be maxed out by the time that happens. We got the Dr. Horton September or October 22nd got to the bottom of it. YDR Hearn's having a golf tournament here. They love our course. There's. It's the Palm Bay office. This is their kind of appreciation to all their subcontractors and vendors and stuff like that. They eat the restaurant, they play golf. </w:t>
      </w:r>
    </w:p>
    <w:p>
      <w:r>
        <w:t xml:space="preserve">(Speaker G)  Which is why we need a bigger patio because we're starting to attract. </w:t>
      </w:r>
    </w:p>
    <w:p>
      <w:r>
        <w:t xml:space="preserve">(Speaker K)  I talked to, I talked to Larry. They came out today. I said, won't happen for the October tournament, but next year we can have everybody on the patio. We're like, oh my God, that's. That's great. </w:t>
      </w:r>
    </w:p>
    <w:p>
      <w:r>
        <w:t xml:space="preserve">(Speaker A)  That's great. </w:t>
      </w:r>
    </w:p>
    <w:p>
      <w:r>
        <w:t xml:space="preserve">(Speaker K)  So they might rent a tent and kind of do what the Shepherd's Men have done before in the past, but we're second. </w:t>
      </w:r>
    </w:p>
    <w:p>
      <w:r>
        <w:t xml:space="preserve">(Speaker G)  That's close to November 1st. </w:t>
      </w:r>
    </w:p>
    <w:p>
      <w:r>
        <w:t xml:space="preserve">(Speaker K)  Yeah, we pushed it. I'm not going to make any promises yet. </w:t>
      </w:r>
    </w:p>
    <w:p>
      <w:r>
        <w:t xml:space="preserve">(Speaker G)  You can't promise, but there's a chance. </w:t>
      </w:r>
    </w:p>
    <w:p>
      <w:r>
        <w:t xml:space="preserve">(Speaker F)  Chance. </w:t>
      </w:r>
    </w:p>
    <w:p>
      <w:r>
        <w:t xml:space="preserve">(Speaker K)  We have the Shepherd's Men in November. Then we have the superintendent event in November as well. Other than that, Sim room is still under Delays met with with Doug and Mike Seal, the, I want to say engineer, but is the architect on options to get around some of the issues that we're dealing with with the fire marshal. I think he has Some. Some answers. So I think Monday he's going to meet with the fire marshal and just see if our response is adequate to the passes. Has to do with the firewall, trusses and things like that. </w:t>
      </w:r>
    </w:p>
    <w:p>
      <w:r>
        <w:t xml:space="preserve">(Speaker G)  So not the overlapping issue that's been. </w:t>
      </w:r>
    </w:p>
    <w:p>
      <w:r>
        <w:t xml:space="preserve">(Speaker K)  That's been fixed. So basically we have a two hour firewall. Our firewall is built around the trusses. </w:t>
      </w:r>
    </w:p>
    <w:p>
      <w:r>
        <w:t xml:space="preserve">(Speaker G)  Right. </w:t>
      </w:r>
    </w:p>
    <w:p>
      <w:r>
        <w:t xml:space="preserve">(Speaker K)  Which can break through. But we only have a. </w:t>
      </w:r>
    </w:p>
    <w:p>
      <w:r>
        <w:t xml:space="preserve">(Speaker G)  But the same thing could be said. </w:t>
      </w:r>
    </w:p>
    <w:p>
      <w:r>
        <w:t xml:space="preserve">(Speaker K)  But we have a very small room less than 200ft away from the exit door. </w:t>
      </w:r>
    </w:p>
    <w:p>
      <w:r>
        <w:t xml:space="preserve">(Speaker L)  Right. </w:t>
      </w:r>
    </w:p>
    <w:p>
      <w:r>
        <w:t xml:space="preserve">(Speaker K)  I don't. There's no safety issues there. So he did find some things in the code that we can. Let's work around. I know we were trying to brainstorm him like wait, can we just treat the trusses with a fireproof material or some kind of. But anyway, I think he's come up with something. </w:t>
      </w:r>
    </w:p>
    <w:p>
      <w:r>
        <w:t xml:space="preserve">(Speaker G)  So the rest of the building doesn't have the firewall. I watched it when we did the renovation. It's silly. </w:t>
      </w:r>
    </w:p>
    <w:p>
      <w:r>
        <w:t xml:space="preserve">(Speaker K)  Please do not apply logic. That survey for the patio has been done. I know Doug submitted the permit to the county and I think he's just waiting to hear back on that. Talked about Ajay and how he controls labor. That's pretty much it in a nutshell. </w:t>
      </w:r>
    </w:p>
    <w:p>
      <w:r>
        <w:t xml:space="preserve">(Speaker G)  Does more than control the. We watched him work in his rear off tonight running food and expediting and </w:t>
      </w:r>
    </w:p>
    <w:p>
      <w:r>
        <w:t xml:space="preserve">(Speaker K)  Yeah, I mean he's come up with some great things. You know, he's working on the reverse, you know, the reverse budget to, you know, control costs in this way that controls your ordering. They got the par levels of what, what and when to order labor reports. He's watching labor on a daily weekly basis. So Yeah, I just know I talk about it every two weeks, so trying to. </w:t>
      </w:r>
    </w:p>
    <w:p>
      <w:r>
        <w:t xml:space="preserve">(Speaker D)  So I guess moving on to Jason. </w:t>
      </w:r>
    </w:p>
    <w:p>
      <w:r>
        <w:t xml:space="preserve">(Speaker N)  Yes. </w:t>
      </w:r>
    </w:p>
    <w:p>
      <w:r>
        <w:t xml:space="preserve">(Speaker A)  We've got a couple things for you tonight. More housekeeping items. So the first is just your meeting schedule for fiscal year 27. So we put basically the same type of schedule out. We have added a couple. Couple days on your workshops for the Hook and Eagle. So we presented that to you again. That doesn't mean you have to meet all those times, but they are. You are required to advertise an annual meeting schedule. So we would just look for a motion of the board to approve or take any changes that you'd like to see on that. That's on page 176 in here. </w:t>
      </w:r>
    </w:p>
    <w:p>
      <w:r>
        <w:t xml:space="preserve">(Speaker D)  Just try to get one. Yeah, but I noticed the one for Hook and Eagle is like January 5th. So these are the hook and eagle one on a Wednesday instead of a Thursday. </w:t>
      </w:r>
    </w:p>
    <w:p>
      <w:r>
        <w:t xml:space="preserve">(Speaker A)  Yeah, because I have conflicts. </w:t>
      </w:r>
    </w:p>
    <w:p>
      <w:r>
        <w:t xml:space="preserve">(Speaker D)  But then there was still a Thursday meeting on the. </w:t>
      </w:r>
    </w:p>
    <w:p>
      <w:r>
        <w:t xml:space="preserve">(Speaker A)  Yeah, we've done that every time. We've scheduled the same workshop, and then we just typically have canceled them. </w:t>
      </w:r>
    </w:p>
    <w:p>
      <w:r>
        <w:t xml:space="preserve">(Speaker M)  Use the bookmark icon. You can get right there. </w:t>
      </w:r>
    </w:p>
    <w:p>
      <w:r>
        <w:t xml:space="preserve">(Speaker D)  Oh, there it is. </w:t>
      </w:r>
    </w:p>
    <w:p>
      <w:r>
        <w:t xml:space="preserve">(Speaker M)  Yeah. </w:t>
      </w:r>
    </w:p>
    <w:p>
      <w:r>
        <w:t xml:space="preserve">(Speaker G)  Yep. </w:t>
      </w:r>
    </w:p>
    <w:p>
      <w:r>
        <w:t xml:space="preserve">(Speaker A)  It'll take it right there. </w:t>
      </w:r>
    </w:p>
    <w:p>
      <w:r>
        <w:t xml:space="preserve">(Speaker D)  All right, thank you. All right, so. Yeah, then we cancel the one. </w:t>
      </w:r>
    </w:p>
    <w:p>
      <w:r>
        <w:t xml:space="preserve">(Speaker G)  Yep. </w:t>
      </w:r>
    </w:p>
    <w:p>
      <w:r>
        <w:t xml:space="preserve">(Speaker D)  Okay. May 6th, and then what is the one we cancel? </w:t>
      </w:r>
    </w:p>
    <w:p>
      <w:r>
        <w:t xml:space="preserve">(Speaker A)  Oh, well, that would be the May 13th. Again, I've got. There's. Because of the way the. The meeting schedules fall. I would have a conflict on. Typically, your. Your workshop would be the 13th, but I can't. I have a conflict that Tuesday. You can't do it just depends on the schedule. </w:t>
      </w:r>
    </w:p>
    <w:p>
      <w:r>
        <w:t xml:space="preserve">(Speaker D)  Any other. Any comments on the meeting schedule? Don't need to vote on it or anything. </w:t>
      </w:r>
    </w:p>
    <w:p>
      <w:r>
        <w:t xml:space="preserve">(Speaker A)  We'd look for. Yeah, we have noticed. </w:t>
      </w:r>
    </w:p>
    <w:p>
      <w:r>
        <w:t xml:space="preserve">(Speaker D)  Okay, make a motion. </w:t>
      </w:r>
    </w:p>
    <w:p>
      <w:r>
        <w:t xml:space="preserve">(Speaker B)  I'll make a motion to approve. </w:t>
      </w:r>
    </w:p>
    <w:p>
      <w:r>
        <w:t xml:space="preserve">(Speaker D)  Okay, I'll second. All right. Any further discussion? All in favor? </w:t>
      </w:r>
    </w:p>
    <w:p>
      <w:r>
        <w:t xml:space="preserve">(Speaker M)  Aye. </w:t>
      </w:r>
    </w:p>
    <w:p>
      <w:r>
        <w:t xml:space="preserve">(Speaker A)  And then just behind that, obviously, a couple years ago, we were required to do goals and objectives for the district by the Florida legislature. So we prepared your fiscal year 27 goals. They match your 26 goals. We'll achieve all the 26 goals. These are all minimum. Minimum compliance requirements. So if the board's. Okay, we'd like to get a motion to approve the 27 goals and also to have the chair execute the 26 goals. </w:t>
      </w:r>
    </w:p>
    <w:p>
      <w:r>
        <w:t xml:space="preserve">(Speaker D)  To make a motion. </w:t>
      </w:r>
    </w:p>
    <w:p>
      <w:r>
        <w:t xml:space="preserve">(Speaker M)  I don't know how to say it, or I would make a motion. </w:t>
      </w:r>
    </w:p>
    <w:p>
      <w:r>
        <w:t xml:space="preserve">(Speaker F)  You say. </w:t>
      </w:r>
    </w:p>
    <w:p>
      <w:r>
        <w:t xml:space="preserve">(Speaker A)  So moved, huh? </w:t>
      </w:r>
    </w:p>
    <w:p>
      <w:r>
        <w:t xml:space="preserve">(Speaker M)  So moved. </w:t>
      </w:r>
    </w:p>
    <w:p>
      <w:r>
        <w:t xml:space="preserve">(Speaker N)  So moved. </w:t>
      </w:r>
    </w:p>
    <w:p>
      <w:r>
        <w:t xml:space="preserve">(Speaker M)  There you go. </w:t>
      </w:r>
    </w:p>
    <w:p>
      <w:r>
        <w:t xml:space="preserve">(Speaker G)  Second. </w:t>
      </w:r>
    </w:p>
    <w:p>
      <w:r>
        <w:t xml:space="preserve">(Speaker H)  Second. </w:t>
      </w:r>
    </w:p>
    <w:p>
      <w:r>
        <w:t xml:space="preserve">(Speaker J)  All right. </w:t>
      </w:r>
    </w:p>
    <w:p>
      <w:r>
        <w:t xml:space="preserve">(Speaker D)  All in favor. </w:t>
      </w:r>
    </w:p>
    <w:p>
      <w:r>
        <w:t xml:space="preserve">(Speaker A)  I know Christina hasn't been through this process yet, but these are required by the state. They don't really go anywhere. They just get posted on our website. So no one's really reviewing them other than people on our website. </w:t>
      </w:r>
    </w:p>
    <w:p>
      <w:r>
        <w:t xml:space="preserve">(Speaker D)  And they're all things that we just do anyway, Correct? </w:t>
      </w:r>
    </w:p>
    <w:p>
      <w:r>
        <w:t xml:space="preserve">(Speaker A)  Yeah. And these are the same ones we're using for all of our districts. Just because, again, we don't find a whole lot of value in making goals that you have a hard time achieving if they're not required. </w:t>
      </w:r>
    </w:p>
    <w:p>
      <w:r>
        <w:t xml:space="preserve">(Speaker B)  Makes sense. </w:t>
      </w:r>
    </w:p>
    <w:p>
      <w:r>
        <w:t xml:space="preserve">(Speaker A)  We've got lifestyle marketing. </w:t>
      </w:r>
    </w:p>
    <w:p>
      <w:r>
        <w:t xml:space="preserve">(Speaker F)  Well, I came. Was expecting to do different tonight, so I'm very happy that that was all that I had to do. So pop up market is this Saturday because we had all the vendors who wanted to but thought it was going to be a sunny Saturday on second or the second Saturday of the month. And I said there's no rain planned. At all until like 3 o' clock and 11:30. Amanda sent me a video of a downpour and so they're going to do a pop up market this Saturday. So go out there and do it, you know, support them. You might have seen Odie, my new blogger. I don't know if you've read her her blogs, but she's kind of humorous. I will say that ever since she started blogging, we have 4,000 viewers who don't normally follow us. Following us really. So whatever she's doing, she's bringing people to our page. </w:t>
      </w:r>
    </w:p>
    <w:p>
      <w:r>
        <w:t xml:space="preserve">(Speaker B)  That's awesome. </w:t>
      </w:r>
    </w:p>
    <w:p>
      <w:r>
        <w:t xml:space="preserve">(Speaker F)  The last seven days we've had over 7160 views. So that's up 37%. That's on the golf course page. Just that over the last 28 days it's been up 30,269. So that's up 145%. So it is bringing people to the page real quick. </w:t>
      </w:r>
    </w:p>
    <w:p>
      <w:r>
        <w:t xml:space="preserve">(Speaker G)  For the first couple years, the golf course page, like how many additional likes did we get? </w:t>
      </w:r>
    </w:p>
    <w:p>
      <w:r>
        <w:t xml:space="preserve">(Speaker F)  It didn't move it. </w:t>
      </w:r>
    </w:p>
    <w:p>
      <w:r>
        <w:t xml:space="preserve">(Speaker G)  It didn't budge at all. </w:t>
      </w:r>
    </w:p>
    <w:p>
      <w:r>
        <w:t xml:space="preserve">(Speaker F)  And then what's funny is like right now, the page, 69% who follow the page are non followers. So they're not our typical people. In our community following our page, only 31 are our followers. So that means that they're, you know, there's people out there watching, very eager and we get new people in. There's times when I walk in the Hook and Eagle for karaoke, I'm like, I don't know anybody in there except I don't know how to know any of these people. But before everybody would do. But now it's like all these new people. So it's, you know, when they want to know why the marketing ends up. Well, that's the way I look at marketing. So whatever we're putting up on the page and how the following is. And then I can see it in the restaurant. Those are all signs. Do they say, oh, is it because of your Facebook ad? Of course not. Of course we don't ask that question either. But I will tell you, even Amanda did a video last week. She had 11,503 views on that video. Within itself, the highest one so far in the last two months has been the Rain run off video. Oh, funny. </w:t>
      </w:r>
    </w:p>
    <w:p>
      <w:r>
        <w:t xml:space="preserve">(Speaker B)  Yeah. </w:t>
      </w:r>
    </w:p>
    <w:p>
      <w:r>
        <w:t xml:space="preserve">(Speaker F)  For 79,300. </w:t>
      </w:r>
    </w:p>
    <w:p>
      <w:r>
        <w:t xml:space="preserve">(Speaker D)  Oh my gosh. </w:t>
      </w:r>
    </w:p>
    <w:p>
      <w:r>
        <w:t xml:space="preserve">(Speaker G)  Like the one coming off all 80s. </w:t>
      </w:r>
    </w:p>
    <w:p>
      <w:r>
        <w:t xml:space="preserve">(Speaker D)  And the award goes to. </w:t>
      </w:r>
    </w:p>
    <w:p>
      <w:r>
        <w:t xml:space="preserve">(Speaker G)  That was my video. </w:t>
      </w:r>
    </w:p>
    <w:p>
      <w:r>
        <w:t xml:space="preserve">(Speaker F)  So, you know, this is what I watch on a daily basis. We put up posts, I look at them to see. So on average our increase on both, but it has gone up a lot more. So like I said, 145% increase over the last 28 days tells me that what we're doing with the videos and Odie's blogs and that are getting more people to pay attention to the page. Hook and Eagle, they've been always, they've always kind of had views 21,660 in the last seven days. So it's up 53% as well. Been on average over the last 28 days it was 63,580. So it's only at 4% over 28, 28 day period. Average views per post is around 1800, 1900. Burger night gets exceptional. They get like 2400 views. Trivia night winner got 2,800. So it just kind of tells you that these posts aren't just like 100, they are in the thousands. And even that page we have 68% non followers and only 32% followers. So that kind of tells you on our two main pages </w:t>
      </w:r>
    </w:p>
    <w:p>
      <w:r>
        <w:t xml:space="preserve">(Speaker E)  what we are. </w:t>
      </w:r>
    </w:p>
    <w:p>
      <w:r>
        <w:t xml:space="preserve">(Speaker F)  We're trying to do more new things, more fun things, especially serve summer just trying to get the movement and going. We did just finish the summer trivia. We had four teams that regularly came and very committed to coming. When we walked, I was expected to be packed and it was packed Tuesday night, which I'm so happy because it rained. And Wednesday we barely had anybody. So those are positive times when people say you have all these events. Well, the events sometimes cover when it's worse. So that's why I like we love the snouts, the great people. Everybody had fun. So I always liked coming in there to see our events that are very positive oriented. So we have a full. We have our music on a patio booked through December. So there's. I get constantly calls this Friday or this Saturday we have somebody new, Josh Keels. It took me a year and a half to get him, so I'm hoping he's really well because he's got a full schedule </w:t>
      </w:r>
    </w:p>
    <w:p>
      <w:r>
        <w:t xml:space="preserve">(Speaker M)  and I think that's it. </w:t>
      </w:r>
    </w:p>
    <w:p>
      <w:r>
        <w:t xml:space="preserve">(Speaker F)  Just Kind of give you a little bit of understanding of how things work a little bit. </w:t>
      </w:r>
    </w:p>
    <w:p>
      <w:r>
        <w:t xml:space="preserve">(Speaker B)  That's a lot. </w:t>
      </w:r>
    </w:p>
    <w:p>
      <w:r>
        <w:t xml:space="preserve">(Speaker M)  That's great. </w:t>
      </w:r>
    </w:p>
    <w:p>
      <w:r>
        <w:t xml:space="preserve">(Speaker G)  I predict Josh is going to be packed too. Like the guy that we were that was in the table behind us, Adam, who's actually, I didn't realize was on the Rockwood City Council, but he follows Josh and they're going to be there. He's like, yeah, we're coming for this one. </w:t>
      </w:r>
    </w:p>
    <w:p>
      <w:r>
        <w:t xml:space="preserve">(Speaker F)  He's very popular with a probably 30 to 40 age group that follow him around. So it might be a different type of people coming up. But like I said, it's taking me a year and a half to get them. </w:t>
      </w:r>
    </w:p>
    <w:p>
      <w:r>
        <w:t xml:space="preserve">(Speaker D)  Wow. </w:t>
      </w:r>
    </w:p>
    <w:p>
      <w:r>
        <w:t xml:space="preserve">(Speaker F)  So I'm looking forward to seeing him, hopefully. And then, so, like I said, you know, we're trying to bring energy, those that bring in a couple new people, trying to get them, bringing them in, weeding out some of the others that are just not our common. The ones that really bug me to come and do. I try to bring them out areas that are like, maybe have two big ones. And then down night, just for a staff. </w:t>
      </w:r>
    </w:p>
    <w:p>
      <w:r>
        <w:t xml:space="preserve">(Speaker D)  We have. </w:t>
      </w:r>
    </w:p>
    <w:p>
      <w:r>
        <w:t xml:space="preserve">(Speaker F)  We have a good lineup. </w:t>
      </w:r>
    </w:p>
    <w:p>
      <w:r>
        <w:t xml:space="preserve">(Speaker M)  So who manages the website for the restaurant? </w:t>
      </w:r>
    </w:p>
    <w:p>
      <w:r>
        <w:t xml:space="preserve">(Speaker F)  I do. </w:t>
      </w:r>
    </w:p>
    <w:p>
      <w:r>
        <w:t xml:space="preserve">(Speaker M)  You do? </w:t>
      </w:r>
    </w:p>
    <w:p>
      <w:r>
        <w:t xml:space="preserve">(Speaker F)  Yeah. </w:t>
      </w:r>
    </w:p>
    <w:p>
      <w:r>
        <w:t xml:space="preserve">(Speaker M)  I had a couple of things I noticed when I was on there. I was just on there looking at planning an event, you know, and there's just a couple of, like, maybe old times for karaoke. Like, it showed 6 to 11 instead of 6 to 10, so you may want to adjust that. And then I think there were just some old ads showing up somewhere. I'll have to find it again and </w:t>
      </w:r>
    </w:p>
    <w:p>
      <w:r>
        <w:t xml:space="preserve">(Speaker B)  show you what I was talking about. </w:t>
      </w:r>
    </w:p>
    <w:p>
      <w:r>
        <w:t xml:space="preserve">(Speaker F)  Well, some of them are repeated ones because, like, if it's trivia, I'm not. I go in and put trivia for six months out. </w:t>
      </w:r>
    </w:p>
    <w:p>
      <w:r>
        <w:t xml:space="preserve">(Speaker M)  Yeah. </w:t>
      </w:r>
    </w:p>
    <w:p>
      <w:r>
        <w:t xml:space="preserve">(Speaker F)  So it's just gonna be the same, like, real. So, yeah, it may look old, but maybe it's not. I mean, it's the same one, but. </w:t>
      </w:r>
    </w:p>
    <w:p>
      <w:r>
        <w:t xml:space="preserve">(Speaker M)  Yeah. Well, definitely look at the hours to make sure that's still accurate. </w:t>
      </w:r>
    </w:p>
    <w:p>
      <w:r>
        <w:t xml:space="preserve">(Speaker F)  Yeah, sometimes they'll catch those a little bit. </w:t>
      </w:r>
    </w:p>
    <w:p>
      <w:r>
        <w:t xml:space="preserve">(Speaker B)  Thank you. </w:t>
      </w:r>
    </w:p>
    <w:p>
      <w:r>
        <w:t xml:space="preserve">(Speaker D)  Anything else for Michelle? Okay, moving on to treasurer's report. Sure. </w:t>
      </w:r>
    </w:p>
    <w:p>
      <w:r>
        <w:t xml:space="preserve">(Speaker A)  We've got in your general fund checks 5979 through 6033, capital reserve check 225, and golf course checks 33785 through 33878, for a total of $413,704.43. And Jim and I can answer any questions you might have on those invoices. </w:t>
      </w:r>
    </w:p>
    <w:p>
      <w:r>
        <w:t xml:space="preserve">(Speaker D)  I have one question. I noticed that we paid. We had, like, four charges from Spectrum. They were on the region's bank, and they were added up to about $2,300. </w:t>
      </w:r>
    </w:p>
    <w:p>
      <w:r>
        <w:t xml:space="preserve">(Speaker M)  Was that like new phones? </w:t>
      </w:r>
    </w:p>
    <w:p>
      <w:r>
        <w:t xml:space="preserve">(Speaker D)  Was that. </w:t>
      </w:r>
    </w:p>
    <w:p>
      <w:r>
        <w:t xml:space="preserve">(Speaker G)  Yes. </w:t>
      </w:r>
    </w:p>
    <w:p>
      <w:r>
        <w:t xml:space="preserve">(Speaker K)  We got rid of Fusion. </w:t>
      </w:r>
    </w:p>
    <w:p>
      <w:r>
        <w:t xml:space="preserve">(Speaker D)  Okay. </w:t>
      </w:r>
    </w:p>
    <w:p>
      <w:r>
        <w:t xml:space="preserve">(Speaker K)  And we switched to Spectrum, and it's much cheaper. A month, I think, by the time we pay off the hardware, I think we pay off, like, six months. </w:t>
      </w:r>
    </w:p>
    <w:p>
      <w:r>
        <w:t xml:space="preserve">(Speaker D)  Okay, so those are hardware charges. </w:t>
      </w:r>
    </w:p>
    <w:p>
      <w:r>
        <w:t xml:space="preserve">(Speaker K)  It's hardware, yeah. Mostly phones, installation, things like that. </w:t>
      </w:r>
    </w:p>
    <w:p>
      <w:r>
        <w:t xml:space="preserve">(Speaker F)  Okay. </w:t>
      </w:r>
    </w:p>
    <w:p>
      <w:r>
        <w:t xml:space="preserve">(Speaker D)  New phones New wireless hardware, new phones. </w:t>
      </w:r>
    </w:p>
    <w:p>
      <w:r>
        <w:t xml:space="preserve">(Speaker K)  We got to get some switches. </w:t>
      </w:r>
    </w:p>
    <w:p>
      <w:r>
        <w:t xml:space="preserve">(Speaker L)  Yeah. </w:t>
      </w:r>
    </w:p>
    <w:p>
      <w:r>
        <w:t xml:space="preserve">(Speaker D)  We're gonna own it. </w:t>
      </w:r>
    </w:p>
    <w:p>
      <w:r>
        <w:t xml:space="preserve">(Speaker G)  So then that it's ours. </w:t>
      </w:r>
    </w:p>
    <w:p>
      <w:r>
        <w:t xml:space="preserve">(Speaker K)  Yeah, yeah. We had the option of buying it outright. We're paying X amount of dollars a month and like. </w:t>
      </w:r>
    </w:p>
    <w:p>
      <w:r>
        <w:t xml:space="preserve">(Speaker D)  Okay. I don't know. Well, hopefully they answer the good stuff. You know, I'm picky about my Internet equipment, so. </w:t>
      </w:r>
    </w:p>
    <w:p>
      <w:r>
        <w:t xml:space="preserve">(Speaker K)  Yes. </w:t>
      </w:r>
    </w:p>
    <w:p>
      <w:r>
        <w:t xml:space="preserve">(Speaker D)  So hopefully they got. </w:t>
      </w:r>
    </w:p>
    <w:p>
      <w:r>
        <w:t xml:space="preserve">(Speaker K)  Because we had some bugs in the beginning, but we got it all working. </w:t>
      </w:r>
    </w:p>
    <w:p>
      <w:r>
        <w:t xml:space="preserve">(Speaker G)  It was left over from 2006. That's what I'm saying. </w:t>
      </w:r>
    </w:p>
    <w:p>
      <w:r>
        <w:t xml:space="preserve">(Speaker D)  They don't usually give you the best stuff, so. And they're not the cheapest, so. </w:t>
      </w:r>
    </w:p>
    <w:p>
      <w:r>
        <w:t xml:space="preserve">(Speaker N)  But. </w:t>
      </w:r>
    </w:p>
    <w:p>
      <w:r>
        <w:t xml:space="preserve">(Speaker D)  Okay, got it. Thank you for answering. That's it for my questions. Anybody else have questions about the check register? </w:t>
      </w:r>
    </w:p>
    <w:p>
      <w:r>
        <w:t xml:space="preserve">(Speaker L)  No. </w:t>
      </w:r>
    </w:p>
    <w:p>
      <w:r>
        <w:t xml:space="preserve">(Speaker M)  Is this the check register that had the US bank issue or. No, that was the last one. </w:t>
      </w:r>
    </w:p>
    <w:p>
      <w:r>
        <w:t xml:space="preserve">(Speaker A)  I think that was the last one, yeah. </w:t>
      </w:r>
    </w:p>
    <w:p>
      <w:r>
        <w:t xml:space="preserve">(Speaker M)  Nothing's happened on that, Jason? </w:t>
      </w:r>
    </w:p>
    <w:p>
      <w:r>
        <w:t xml:space="preserve">(Speaker A)  No, not yet. </w:t>
      </w:r>
    </w:p>
    <w:p>
      <w:r>
        <w:t xml:space="preserve">(Speaker O)  No. </w:t>
      </w:r>
    </w:p>
    <w:p>
      <w:r>
        <w:t xml:space="preserve">(Speaker A)  Let me follow up on that. But yeah, they're supposed to issue us. The guy was requesting a credit. It was. I mean, it is a charge based on the bonds closing, which was allowable under the bond indenture </w:t>
      </w:r>
    </w:p>
    <w:p>
      <w:r>
        <w:t xml:space="preserve">(Speaker B)  last year. </w:t>
      </w:r>
    </w:p>
    <w:p>
      <w:r>
        <w:t xml:space="preserve">(Speaker D)  Thank you. </w:t>
      </w:r>
    </w:p>
    <w:p>
      <w:r>
        <w:t xml:space="preserve">(Speaker M)  Yeah. </w:t>
      </w:r>
    </w:p>
    <w:p>
      <w:r>
        <w:t xml:space="preserve">(Speaker A)  But I will find out again. </w:t>
      </w:r>
    </w:p>
    <w:p>
      <w:r>
        <w:t xml:space="preserve">(Speaker O)  Okay. </w:t>
      </w:r>
    </w:p>
    <w:p>
      <w:r>
        <w:t xml:space="preserve">(Speaker M)  We're hoping to recover a thousand dollars from U. S Bank, so we're following that. All right. </w:t>
      </w:r>
    </w:p>
    <w:p>
      <w:r>
        <w:t xml:space="preserve">(Speaker D)  If no further comments, a motion to approve the check register. </w:t>
      </w:r>
    </w:p>
    <w:p>
      <w:r>
        <w:t xml:space="preserve">(Speaker M)  I'd like the motion to approve the check register. </w:t>
      </w:r>
    </w:p>
    <w:p>
      <w:r>
        <w:t xml:space="preserve">(Speaker B)  I'll second. </w:t>
      </w:r>
    </w:p>
    <w:p>
      <w:r>
        <w:t xml:space="preserve">(Speaker D)  Okay. Any further discussion? All in favor? </w:t>
      </w:r>
    </w:p>
    <w:p>
      <w:r>
        <w:t xml:space="preserve">(Speaker A)  Aye, Just on the balance sheet and income statement. Again, no action required by the board. Everything's gone up pretty well. General fund, we're about 46,000. Better than budget to actual. So that's good. And then we are at 101% collected on our assessment, so great shape there. </w:t>
      </w:r>
    </w:p>
    <w:p>
      <w:r>
        <w:t xml:space="preserve">(Speaker G)  Just GLAD we're at 101 finally. </w:t>
      </w:r>
    </w:p>
    <w:p>
      <w:r>
        <w:t xml:space="preserve">(Speaker A)  And then with that, that's all we've got. So we've got supervisor requests. </w:t>
      </w:r>
    </w:p>
    <w:p>
      <w:r>
        <w:t xml:space="preserve">(Speaker D)  Denise, anything? Any supervisor request? </w:t>
      </w:r>
    </w:p>
    <w:p>
      <w:r>
        <w:t xml:space="preserve">(Speaker M)  Oh, no, thank you. </w:t>
      </w:r>
    </w:p>
    <w:p>
      <w:r>
        <w:t xml:space="preserve">(Speaker B)  I have a supervisor request. So I have been speaking with Terry Motts about these Stormwater Rangers purpose program, and I've also talked to Commissioner Feltner. </w:t>
      </w:r>
    </w:p>
    <w:p>
      <w:r>
        <w:t xml:space="preserve">(Speaker M)  He is more than happy to come </w:t>
      </w:r>
    </w:p>
    <w:p>
      <w:r>
        <w:t xml:space="preserve">(Speaker B)  and help out with that day. Now, I want to sit down with Ms. Mott and give her a call and just really see, because she is saying that there should be 75 guests coming to this event. And she has an invoice for us from Cora's island Cafe for $537 for juices and coffee and assorted mini pastries, three per person. And she has said that if the board does not wish to purchase this, if we don't want to cover, because she would like this to go in our name, us as the purchasers. But if not, if we don't want to cover it, she'd be happy to give Coors Island Cafe a check to be held in Escort, and then she'll get donations for the event. So I just. I'm just curious if she really expects 75 people to come to the event and otherwise are we paying $537 for. I mean, y' all can come up and we'll pass out pastries, but I'm just wondering exactly how many is she planning on rsvp? How many folks are going to come? She has the guest speakers for the VECDD Ranger program that she has. She also has an online education course that she would like us to consider having some of our maintenance people go through. </w:t>
      </w:r>
    </w:p>
    <w:p>
      <w:r>
        <w:t xml:space="preserve">(Speaker G)  What day is this again? </w:t>
      </w:r>
    </w:p>
    <w:p>
      <w:r>
        <w:t xml:space="preserve">(Speaker B)  This is October 24th. It's on a Saturday, 8:30am Ralph Williams Elementary. </w:t>
      </w:r>
    </w:p>
    <w:p>
      <w:r>
        <w:t xml:space="preserve">(Speaker G)  Michelle, isn't there something. </w:t>
      </w:r>
    </w:p>
    <w:p>
      <w:r>
        <w:t xml:space="preserve">(Speaker H)  Yes. </w:t>
      </w:r>
    </w:p>
    <w:p>
      <w:r>
        <w:t xml:space="preserve">(Speaker G)  Beer voice. The beer voice. The scarecrow stroll that they do every year. That's the date that the harvest. </w:t>
      </w:r>
    </w:p>
    <w:p>
      <w:r>
        <w:t xml:space="preserve">(Speaker B)  Is that October 24th? </w:t>
      </w:r>
    </w:p>
    <w:p>
      <w:r>
        <w:t xml:space="preserve">(Speaker G)  October 24th. </w:t>
      </w:r>
    </w:p>
    <w:p>
      <w:r>
        <w:t xml:space="preserve">(Speaker M)  Oh. </w:t>
      </w:r>
    </w:p>
    <w:p>
      <w:r>
        <w:t xml:space="preserve">(Speaker G)  Not that that affects this, absolutely, but something to consider. </w:t>
      </w:r>
    </w:p>
    <w:p>
      <w:r>
        <w:t xml:space="preserve">(Speaker A)  Two different crowds. </w:t>
      </w:r>
    </w:p>
    <w:p>
      <w:r>
        <w:t xml:space="preserve">(Speaker G)  I'm just saying we're gonna have a few plates in the air that day. </w:t>
      </w:r>
    </w:p>
    <w:p>
      <w:r>
        <w:t xml:space="preserve">(Speaker B)  Right. </w:t>
      </w:r>
    </w:p>
    <w:p>
      <w:r>
        <w:t xml:space="preserve">(Speaker D)  I would say that this board has generally said, no, we're not paying for. Okay, you can use our facilities. You can work with Christina. </w:t>
      </w:r>
    </w:p>
    <w:p>
      <w:r>
        <w:t xml:space="preserve">(Speaker B)  Happy to do so. </w:t>
      </w:r>
    </w:p>
    <w:p>
      <w:r>
        <w:t xml:space="preserve">(Speaker D)  But we generally are not paying for this. And even if we were, we have a restaurant, like, so I don't see any reason we would pay another restaurant. </w:t>
      </w:r>
    </w:p>
    <w:p>
      <w:r>
        <w:t xml:space="preserve">(Speaker B)  Okay, I will definitely relay that my answer. </w:t>
      </w:r>
    </w:p>
    <w:p>
      <w:r>
        <w:t xml:space="preserve">(Speaker D)  I don't know what the rest of the board thinks, but that's okay. Rob's giving me a high five. </w:t>
      </w:r>
    </w:p>
    <w:p>
      <w:r>
        <w:t xml:space="preserve">(Speaker M)  Well, I mean, if the restaurant were the vendor for her event, I mean, </w:t>
      </w:r>
    </w:p>
    <w:p>
      <w:r>
        <w:t xml:space="preserve">(Speaker D)  she could she raise donations for our restaurant to pay our restaurant and we'd give her the. I mean, I'm not willing to do it at cost for her. </w:t>
      </w:r>
    </w:p>
    <w:p>
      <w:r>
        <w:t xml:space="preserve">(Speaker B)  She seems very excited by Cora's Island Cafe for the Stormwater Rangers program. </w:t>
      </w:r>
    </w:p>
    <w:p>
      <w:r>
        <w:t xml:space="preserve">(Speaker K)  So this is kind of like what her and Pete have worked on for years. </w:t>
      </w:r>
    </w:p>
    <w:p>
      <w:r>
        <w:t xml:space="preserve">(Speaker M)  I don't have it in my budget this year. </w:t>
      </w:r>
    </w:p>
    <w:p>
      <w:r>
        <w:t xml:space="preserve">(Speaker K)  It's a great. </w:t>
      </w:r>
    </w:p>
    <w:p>
      <w:r>
        <w:t xml:space="preserve">(Speaker D)  No, no, we're not going to spend more. She would have to raise donations to pay for the. But generally speaking, the. We don't want to. </w:t>
      </w:r>
    </w:p>
    <w:p>
      <w:r>
        <w:t xml:space="preserve">(Speaker M)  Okay. </w:t>
      </w:r>
    </w:p>
    <w:p>
      <w:r>
        <w:t xml:space="preserve">(Speaker D)  Expend any of our budget for this restaurant. Chairman. Right. </w:t>
      </w:r>
    </w:p>
    <w:p>
      <w:r>
        <w:t xml:space="preserve">(Speaker G)  I. I Probably would. Well, I. No, they've got the location and everything. But in terms of it being extra work for Ajay, I mean, because we don't carry pastries and stuff like that. </w:t>
      </w:r>
    </w:p>
    <w:p>
      <w:r>
        <w:t xml:space="preserve">(Speaker D)  Okay, I get you. </w:t>
      </w:r>
    </w:p>
    <w:p>
      <w:r>
        <w:t xml:space="preserve">(Speaker B)  Yeah. </w:t>
      </w:r>
    </w:p>
    <w:p>
      <w:r>
        <w:t xml:space="preserve">(Speaker G)  I would probably not put Ajay through that. Just is going to create a lot of work for him. </w:t>
      </w:r>
    </w:p>
    <w:p>
      <w:r>
        <w:t xml:space="preserve">(Speaker B)  That's a lot of work if it's an expected 75, but that doesn't necessarily </w:t>
      </w:r>
    </w:p>
    <w:p>
      <w:r>
        <w:t xml:space="preserve">(Speaker M)  easily get pastries from Costco. Yeah, she doesn't need a vendor for </w:t>
      </w:r>
    </w:p>
    <w:p>
      <w:r>
        <w:t xml:space="preserve">(Speaker G)  those items, and that's all that Ajay would do. So. </w:t>
      </w:r>
    </w:p>
    <w:p>
      <w:r>
        <w:t xml:space="preserve">(Speaker B)  Yeah. </w:t>
      </w:r>
    </w:p>
    <w:p>
      <w:r>
        <w:t xml:space="preserve">(Speaker D)  Dunkin Donuts. </w:t>
      </w:r>
    </w:p>
    <w:p>
      <w:r>
        <w:t xml:space="preserve">(Speaker M)  Yeah, you can easily pick up muffins and stuff. </w:t>
      </w:r>
    </w:p>
    <w:p>
      <w:r>
        <w:t xml:space="preserve">(Speaker B)  Well, I mean, we've got coffee, we've got orange juice, we have mango juice and assorted pastries. </w:t>
      </w:r>
    </w:p>
    <w:p>
      <w:r>
        <w:t xml:space="preserve">(Speaker F)  It's going to be an event. </w:t>
      </w:r>
    </w:p>
    <w:p>
      <w:r>
        <w:t xml:space="preserve">(Speaker D)  Well, mango juice, orange juice, and assorted pastries can all come from Costco. </w:t>
      </w:r>
    </w:p>
    <w:p>
      <w:r>
        <w:t xml:space="preserve">(Speaker B)  I will relay the information. </w:t>
      </w:r>
    </w:p>
    <w:p>
      <w:r>
        <w:t xml:space="preserve">(Speaker D)  As far as, like, coffee, I think Dunkin Donuts have, like, these gallon thingies. </w:t>
      </w:r>
    </w:p>
    <w:p>
      <w:r>
        <w:t xml:space="preserve">(Speaker B)  They do, they do. </w:t>
      </w:r>
    </w:p>
    <w:p>
      <w:r>
        <w:t xml:space="preserve">(Speaker D)  But no, we're not out of our budget. </w:t>
      </w:r>
    </w:p>
    <w:p>
      <w:r>
        <w:t xml:space="preserve">(Speaker B)  Sounds good. </w:t>
      </w:r>
    </w:p>
    <w:p>
      <w:r>
        <w:t xml:space="preserve">(Speaker E)  Thank you. </w:t>
      </w:r>
    </w:p>
    <w:p>
      <w:r>
        <w:t xml:space="preserve">(Speaker D)  Anything else? </w:t>
      </w:r>
    </w:p>
    <w:p>
      <w:r>
        <w:t xml:space="preserve">(Speaker B)  That's all I have. </w:t>
      </w:r>
    </w:p>
    <w:p>
      <w:r>
        <w:t xml:space="preserve">(Speaker D)  Ron, do you have a supervisor? </w:t>
      </w:r>
    </w:p>
    <w:p>
      <w:r>
        <w:t xml:space="preserve">(Speaker G)  No, I'm fine. </w:t>
      </w:r>
    </w:p>
    <w:p>
      <w:r>
        <w:t xml:space="preserve">(Speaker D)  Okay. </w:t>
      </w:r>
    </w:p>
    <w:p>
      <w:r>
        <w:t xml:space="preserve">(Speaker G)  Rob, I got one thing that I </w:t>
      </w:r>
    </w:p>
    <w:p>
      <w:r>
        <w:t xml:space="preserve">(Speaker I)  wanted to go over. </w:t>
      </w:r>
    </w:p>
    <w:p>
      <w:r>
        <w:t xml:space="preserve">(Speaker G)  I just want to say after four or five months of doing all this budget work, that I appreciate this board. You guys spent a lot of time discussing stuff. We had some questions tonight. I actually enjoyed tonight. This is the first time we've had questions about stuff for a long time, and it was nice being able to tell people things face to face. So I thoroughly enjoyed that. But for all the work that you guys have done, I'm very appreciative. And for our staff, Jim, that's very sincere about how good the force is in shape right now. And Jace, I don't know how you do what you do, my friend. </w:t>
      </w:r>
    </w:p>
    <w:p>
      <w:r>
        <w:t xml:space="preserve">(Speaker A)  Things I don't even know 100%. </w:t>
      </w:r>
    </w:p>
    <w:p>
      <w:r>
        <w:t xml:space="preserve">(Speaker G)  I actually was talking. Talking to Jim about this the other day. I was like, how does Jason do it? He's got, like, dozens of these things, you know, appreciative. Thank you. </w:t>
      </w:r>
    </w:p>
    <w:p>
      <w:r>
        <w:t xml:space="preserve">(Speaker A)  I appreciate that. </w:t>
      </w:r>
    </w:p>
    <w:p>
      <w:r>
        <w:t xml:space="preserve">(Speaker G)  Thank you all. That's all I wanted to say. </w:t>
      </w:r>
    </w:p>
    <w:p>
      <w:r>
        <w:t xml:space="preserve">(Speaker F)  Can I say one thing before I know I'm not you guys. </w:t>
      </w:r>
    </w:p>
    <w:p>
      <w:r>
        <w:t xml:space="preserve">(Speaker D)  Wait. I know the supervisor. </w:t>
      </w:r>
    </w:p>
    <w:p>
      <w:r>
        <w:t xml:space="preserve">(Speaker F)  I know, but I don't think you heard the lady when she left. And I wanted to let you know because she told me that she appreciates this board, and she was very happy with the way you guys communicated tonight. And I said when I first walked in, and I said, well, when I walked in with 14 people here. I was a little worried. And she said, no, no, we love this board, so just let you know that this wasn't. </w:t>
      </w:r>
    </w:p>
    <w:p>
      <w:r>
        <w:t xml:space="preserve">(Speaker G)  No, no, that was. </w:t>
      </w:r>
    </w:p>
    <w:p>
      <w:r>
        <w:t xml:space="preserve">(Speaker B)  They were great. </w:t>
      </w:r>
    </w:p>
    <w:p>
      <w:r>
        <w:t xml:space="preserve">(Speaker G)  And I think that's where the majority of this district is. </w:t>
      </w:r>
    </w:p>
    <w:p>
      <w:r>
        <w:t xml:space="preserve">(Speaker B)  Yes. </w:t>
      </w:r>
    </w:p>
    <w:p>
      <w:r>
        <w:t xml:space="preserve">(Speaker F)  Yeah. I recommended you guys, so I know you didn't, because they were walking out and you guys were doing it. But I want to make sure that's on the record. I mean, thank the people that were here. 14 of them. There was 14 people. </w:t>
      </w:r>
    </w:p>
    <w:p>
      <w:r>
        <w:t xml:space="preserve">(Speaker A)  Very positive for the board's information. So we obviously sent out, you know, the 4200 letters. We got about 10 phone calls in our office, because I checked with everyone. And then you had the 14 people showing up today. So, again, that's. That's 99.8% of people who were either happy or not upset. What's happening here? </w:t>
      </w:r>
    </w:p>
    <w:p>
      <w:r>
        <w:t xml:space="preserve">(Speaker G)  Yeah. </w:t>
      </w:r>
    </w:p>
    <w:p>
      <w:r>
        <w:t xml:space="preserve">(Speaker A)  So, again, I think that's an indication of a good job. </w:t>
      </w:r>
    </w:p>
    <w:p>
      <w:r>
        <w:t xml:space="preserve">(Speaker F)  That's awesome. </w:t>
      </w:r>
    </w:p>
    <w:p>
      <w:r>
        <w:t xml:space="preserve">(Speaker G)  And the 10 calls, would you say the majority of them were. </w:t>
      </w:r>
    </w:p>
    <w:p>
      <w:r>
        <w:t xml:space="preserve">(Speaker A)  I would say eight of them were more just confusion, wanted clarification. And those are typical with those letters. They go, hey, is this an extra bill? How do I pay it? It's just kind of walk them through. </w:t>
      </w:r>
    </w:p>
    <w:p>
      <w:r>
        <w:t xml:space="preserve">(Speaker G)  Right. </w:t>
      </w:r>
    </w:p>
    <w:p>
      <w:r>
        <w:t xml:space="preserve">(Speaker A)  But they were mostly clarification, so really </w:t>
      </w:r>
    </w:p>
    <w:p>
      <w:r>
        <w:t xml:space="preserve">(Speaker G)  only a couple people. </w:t>
      </w:r>
    </w:p>
    <w:p>
      <w:r>
        <w:t xml:space="preserve">(Speaker A)  Only about two that were kind of people that were upset. </w:t>
      </w:r>
    </w:p>
    <w:p>
      <w:r>
        <w:t xml:space="preserve">(Speaker B)  Yeah. </w:t>
      </w:r>
    </w:p>
    <w:p>
      <w:r>
        <w:t xml:space="preserve">(Speaker G)  And I know who one of them is on my. On the commercial side. </w:t>
      </w:r>
    </w:p>
    <w:p>
      <w:r>
        <w:t xml:space="preserve">(Speaker D)  Well, I have only one, and it's moving into my next step. But I noticed the numbers weren't on the resolution for me to sign, so I want to make sure. When I saw the mint. Maybe they are now. I just want to make sure the numbers are on the resolution that you </w:t>
      </w:r>
    </w:p>
    <w:p>
      <w:r>
        <w:t xml:space="preserve">(Speaker L)  want me to see. </w:t>
      </w:r>
    </w:p>
    <w:p>
      <w:r>
        <w:t xml:space="preserve">(Speaker G)  Yeah, they're there. </w:t>
      </w:r>
    </w:p>
    <w:p>
      <w:r>
        <w:t xml:space="preserve">(Speaker D)  Okay. That's my only supervisory, so I'll take a motion to adjourn. </w:t>
      </w:r>
    </w:p>
    <w:p>
      <w:r>
        <w:t xml:space="preserve">(Speaker G)  I will make a motion to adjourn. </w:t>
      </w:r>
    </w:p>
    <w:p>
      <w:r>
        <w:t xml:space="preserve">(Speaker B)  I'll second. </w:t>
      </w:r>
    </w:p>
    <w:p>
      <w:r>
        <w:t xml:space="preserve">(Speaker D)  All in favor? </w:t>
      </w:r>
    </w:p>
    <w:p>
      <w:r>
        <w:t xml:space="preserve">(Speaker B)  Aye.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