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 xml:space="preserve">                                                                            Transcript                                                                          </w:t>
      </w:r>
    </w:p>
    <w:p>
      <w:r>
        <w: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w:t>
      </w:r>
    </w:p>
    <w:p>
      <w:r>
        <w:t xml:space="preserve">&gt;&gt;&gt;&gt;&gt;&gt;&gt;&gt;&gt;&gt;&gt;&gt;&gt;  </w:t>
      </w:r>
      <w:r>
        <w:rPr>
          <w:b/>
          <w:color w:val="FF0000"/>
        </w:rPr>
        <w:t>GAT BEGINNING OF FILE</w:t>
      </w:r>
      <w:r>
        <w:rPr>
          <w:b w:val="0"/>
          <w:color w:val="000000"/>
        </w:rPr>
        <w:t xml:space="preserve">  &gt;&gt;&gt;&gt;&gt;&gt;&gt;&gt;&gt;&gt;&gt;&gt;&gt;&gt;&gt;&gt;&gt;&gt;&gt;&gt;&gt;&gt;&gt;&gt;&gt;&gt;&gt;&gt;&gt;&gt;&gt;&gt;&gt;&gt;&gt;&gt;&gt;&gt;&gt;&gt;&gt;&gt;&gt;&gt;&gt;&gt;&gt;&gt;&gt;&gt;&gt;&gt;&gt;&gt;&gt;&gt;&gt;&gt;&gt;&gt;&gt;&gt;&gt;&gt;&gt;&gt;&gt;&gt;&gt;&gt;&gt;&gt;&gt;&gt;&gt;&gt;&gt;&gt;&gt;&gt;&gt;&gt;&gt;&gt;&gt;&gt;&gt;&gt;&gt;&gt;&gt;&gt;&gt;&gt;&gt;&gt;&gt;&gt;&gt;&gt;&gt;&gt;&gt;&gt;&gt;&gt;&gt;&gt;&gt;&gt;&gt;&gt;&gt;&gt;&gt;&gt;&gt;&gt;&gt;&gt;&gt;&gt;</w:t>
      </w:r>
    </w:p>
    <w:p>
      <w:r>
        <w: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w:t>
        <w:br/>
        <w:br/>
        <w:br/>
      </w:r>
    </w:p>
    <w:p>
      <w:r>
        <w:t>CDD NAME:</w:t>
      </w:r>
      <w:r>
        <w:rPr>
          <w:b/>
          <w:color w:val="FF0000"/>
        </w:rPr>
        <w:br/>
        <w:tab/>
        <w:tab/>
        <w:tab/>
        <w:tab/>
        <w:t xml:space="preserve"> Towne park</w:t>
        <w:br/>
        <w:br/>
        <w:br/>
      </w:r>
    </w:p>
    <w:p>
      <w:r>
        <w:t>START AND END TIME OF THE CDD MEETING FILE:</w:t>
      </w:r>
      <w:r>
        <w:rPr>
          <w:b/>
          <w:color w:val="FF0000"/>
        </w:rPr>
        <w:br/>
        <w:tab/>
        <w:tab/>
        <w:tab/>
        <w:tab/>
        <w:t xml:space="preserve"> August 04, 2026 at 09:00 AM</w:t>
      </w:r>
      <w:r>
        <w:rPr>
          <w:b/>
          <w:color w:val="FF0000"/>
        </w:rPr>
        <w:br/>
        <w:tab/>
        <w:tab/>
        <w:tab/>
        <w:tab/>
        <w:t xml:space="preserve"> August 04, 2026 at 11:06 AM</w:t>
        <w:br/>
        <w:br/>
        <w:br/>
      </w:r>
    </w:p>
    <w:p>
      <w:r>
        <w:t>AUDIO FILE NAME, FILE SIZE:</w:t>
      </w:r>
      <w:r>
        <w:rPr>
          <w:b/>
          <w:color w:val="FF0000"/>
        </w:rPr>
        <w:br/>
        <w:tab/>
        <w:tab/>
        <w:tab/>
        <w:tab/>
        <w:t xml:space="preserve"> South_Bay_8-12-26.m4a</w:t>
      </w:r>
      <w:r>
        <w:rPr>
          <w:b/>
          <w:color w:val="FF0000"/>
        </w:rPr>
        <w:br/>
        <w:tab/>
        <w:tab/>
        <w:tab/>
        <w:tab/>
        <w:t xml:space="preserve"> 117334281</w:t>
        <w:br/>
        <w:br/>
        <w:br/>
      </w:r>
    </w:p>
    <w:p>
      <w:r>
        <w:t>DATE AUDIO FILE SUBMITTED TO THE GAT SYSTEM:</w:t>
      </w:r>
      <w:r>
        <w:rPr>
          <w:b/>
          <w:color w:val="FF0000"/>
        </w:rPr>
        <w:br/>
        <w:tab/>
        <w:tab/>
        <w:tab/>
        <w:tab/>
        <w:t xml:space="preserve"> August 28, 2026 at 12:38 PM</w:t>
        <w:br/>
        <w:br/>
        <w:br/>
      </w:r>
    </w:p>
    <w:p>
      <w:r>
        <w:t>DATE AUDIO FILE COMPLETED BY THE GAT SYSTEM:</w:t>
      </w:r>
      <w:r>
        <w:rPr>
          <w:b/>
          <w:color w:val="FF0000"/>
        </w:rPr>
        <w:br/>
        <w:tab/>
        <w:tab/>
        <w:tab/>
        <w:tab/>
        <w:t xml:space="preserve"> August 28, 2026 at 12:40 PM</w:t>
      </w:r>
      <w:r>
        <w:rPr>
          <w:b/>
          <w:color w:val="FF0000"/>
        </w:rPr>
        <w:br/>
        <w:tab/>
        <w:tab/>
        <w:tab/>
        <w:tab/>
        <w:t xml:space="preserve"> 02:15 ELAPSED TIME</w:t>
        <w:br/>
        <w:br/>
        <w:br/>
      </w:r>
    </w:p>
    <w:p>
      <w:r>
        <w:t>MEETING AGENDA:</w:t>
      </w:r>
      <w:r>
        <w:rPr>
          <w:b/>
          <w:color w:val="FF0000"/>
        </w:rPr>
        <w:br/>
        <w:br/>
        <w:br/>
        <w:tab/>
        <w:tab/>
        <w:tab/>
        <w:tab/>
        <w:t xml:space="preserve"> Towne Park Community Development District Meeting Agenda  Tuesday                                                                                                                   Amenity Center #1 August 4, 2026                                                                                                       3883 White Ibis Road 6:00 P.M.                                                                                                               Lakeland, FL 33811  Board of Supervisors Meeting  1. Roll Call Greg Jones, Chair Jennifer Tidwell, Vice Chair via Zoom Tom Zimmerman Roger Runyon Zabrina Sides  Tricia Adams, District Manager Patrick Collins, District Counsel Alan Rayl, District Engineer Allen Bailey, Field Services Manager  2. Public Comment Period 3. Approval of Minutes of the June 2, 2026, Board of Supervisors Meeting GJ, TZ - AIF 4. Public Hearing open GJ, RR -AIF Close GJ, RR - AIF       A.  Consideration of Resolution 2026-09 Adopting Fiscal Year 2027 Approved             Budget and Appropriating Funds GJ, RR -  AIF       B.  Consideration of Resolution 2026-10 Imposing Fiscal 2027 Special Assessments              and Certifying Assessment Roll GJ, ZS - AIF 5. Consideration of Resolution 2026-11 Declaring Seat No. 2 Board Vacancy GJ, TZ - AIF 6. Ratification of Addendum to Agreement for Security Equipment Installation TZ, ZS - AIF 7. Presentation of Fiscal Year 2025 Financial Audit GJ, RR - AIF        8.   Staff Reports A. Attorney B. Engineer         i.  Review of Wood Thrush, Britton Beach Erosion, Peregrine Way and Medulla erosion        ii.  Approval of Work Authorization 2026-03 -  C. Field Manager’s Report          i.  Consideration of Proposals for Dog Park Fence – no board action                     a.  AJ Fence Inc.                     b.  My Fence Co.        ii.  Consideration of Proposal for Pool Filter Replacement GJ, TZ - AIF       iii.  Consideration of Proposal for Soil Treatment – no board action       iv.  Consideration of Proposals for Pool Resurfacing- Amenity 1 &amp; 2 – no board action                     a.  ASP- America’s Swimming Pool Co.- Paver Work                     b.  NV Pools LLC                     c.  Pulexa                      d.  Arinton         v.  Resident Request for Pool Umbrellas – Board confirmed they are declining to budget for pool umbrellas                    D.  District Manager’s Report                                  i.  Approval of Check Register GJ, RR - AIF                                 ii.  Balance Sheet &amp; Income Statement •                                iii.  Approval of Fiscal Year 2027 Meeting Schedule - FY2027 Meeting Schedule: All 12 meetings set at 4 p.m., first Tuesday of each month; evening meetings eliminated.  ZS, GJ - AIF                                iv.  District Goals and Objectives                                              a.  Adoption of the Fiscal Year 2027 Goals &amp; Objectives GJ, RR - AIF                                              b.  Review of Approved Fiscal Year 2026 Goals &amp; Objectives                                                     Authorizing Chair to Execute Final Form  ZS, TZ - AIF        9.   Supervisors Requests      10.   Closed Security Session      11.   Board Action Related to Security Services – Approval of Current Demands proposal for $3505.62 (one time) and $160 monthly service Board directed staff to facilitate palm trimming      12.   Adjournment GJ, RR - AIF   Brittany – this item as under ER with no back up – please determine if it needs to be on a future agenda:        ii.  Approval of Work Authorization 2026-03  Action Items • Brittany – note change to FY 27 meeting schedule • Tricia: Send 45-day notice to homeowner at 5220 Wood Thrush to remove/relocate fence encroaching into district access easement. • District Engineer (Alan): Return next meeting with erosion repair measurements and contractor pricing for Britton Beach, Wood Thrush, Peregrine Way, and Medulla. • Field Manager (Allen): Clarify fence repair proposals (tie spacing, linear footage, pricing breakdown) and bring back for board approval.  • Tricia / Chair: Work with Current Demands to produce camera placement schematic for Towne Park pool; chair to approve final proposal. Patrick agreement needed when final. • Field Manager (Allen): Monitor playground gate access; escalate to mechanical lock solution if issues recur.  • Field Manager: Follow up with Solitude on exposed erosion sock repair at the main lake.    </w:t>
        <w:br/>
        <w:br/>
        <w:br/>
      </w:r>
    </w:p>
    <w:p>
      <w:r>
        <w:t xml:space="preserve">(Speaker A)  All right, like to call order to the South Bay Community Development District Board of Supervisors meeting. Today is Wednesday, August 12, 2026. The time is 1pm we're going to go ahead and get started with roll call. I'll start with myself. </w:t>
      </w:r>
    </w:p>
    <w:p>
      <w:r>
        <w:t xml:space="preserve">(Speaker B)  Move to my right. </w:t>
      </w:r>
    </w:p>
    <w:p>
      <w:r>
        <w:t xml:space="preserve">(Speaker C)  Brian Young, gms Ryan De District Council, </w:t>
      </w:r>
    </w:p>
    <w:p>
      <w:r>
        <w:t xml:space="preserve">(Speaker B)  Ian Brown, Mary Madden, John Aldrich, Lovey, Nicholas. </w:t>
      </w:r>
    </w:p>
    <w:p>
      <w:r>
        <w:t xml:space="preserve">(Speaker A)  We also have Clayton Smith with GMS as well as Richard Berlinsky with Bowman Engineering. </w:t>
      </w:r>
    </w:p>
    <w:p>
      <w:r>
        <w:t xml:space="preserve">(Speaker B)  Sorry about that, Rick. </w:t>
      </w:r>
    </w:p>
    <w:p>
      <w:r>
        <w:t xml:space="preserve">(Speaker A)  Sorry. Next up, we do have audience comments. These are related to agenda items only and they're limited to three minutes. I will go ahead before we get into that and just say we do have discussion of the budget on here, but we are going to be going in depth on that later. Our our account will be on the line as well. So if you have any questions to that, we will be opening it up to audience comments at that time as </w:t>
      </w:r>
    </w:p>
    <w:p>
      <w:r>
        <w:t xml:space="preserve">(Speaker B)  well as it is a public hearing. </w:t>
      </w:r>
    </w:p>
    <w:p>
      <w:r>
        <w:t xml:space="preserve">(Speaker A)  So just keep that in mind when we go through this. So at this time, are there any audience comments related to the agenda? </w:t>
      </w:r>
    </w:p>
    <w:p>
      <w:r>
        <w:t xml:space="preserve">(Speaker D)  Oh, all right, Steve, this is I'm gonna have some other comments later about the budget, but seems like four or five months ago one of the super superintendents, supervisors, maybe it was John, but anyways requested had to do with the bonds, understanding the bonds and for a lot of our residents in the CBD to be able to understand what's going on with the series 2005 bonds and the 2015 bonds. And as these empty parcels, these vacant parcels are being purchased, does that pay down the bond debt and therefore our assessment goes down? So lots of people have been asking that. And so I spent a couple of hours reading all kinds of different reports </w:t>
      </w:r>
    </w:p>
    <w:p>
      <w:r>
        <w:t xml:space="preserve">(Speaker B)  about the bonds that I couldn't figure I wouldn't be able to explain it to somebody else. </w:t>
      </w:r>
    </w:p>
    <w:p>
      <w:r>
        <w:t xml:space="preserve">(Speaker D)  So I'm just wondering is this was before your time, but someone asked, I </w:t>
      </w:r>
    </w:p>
    <w:p>
      <w:r>
        <w:t xml:space="preserve">(Speaker A)  think I did ask that. I would like to see something in layman's terms to have some simplicity so we can tell it you all the members of when the bond will be, when is it in how long's going on, what's getting paid off because it's just impossible to understand it. Well, your, your budget, if you guys all have that copy of that in front of you, I think one of the last pages provides you with an amortization schedule. The last date on that is going to be when you're when it matures. </w:t>
      </w:r>
    </w:p>
    <w:p>
      <w:r>
        <w:t xml:space="preserve">(Speaker E)  Is this all the bonds or just </w:t>
      </w:r>
    </w:p>
    <w:p>
      <w:r>
        <w:t xml:space="preserve">(Speaker A)  that's all of your bonds, all of our bonds, The budget just right up there for everyone. So. And we can, we can look into it a little bit more. </w:t>
      </w:r>
    </w:p>
    <w:p>
      <w:r>
        <w:t xml:space="preserve">(Speaker E)  Yeah, I asked numerous times from the other management company too, and they just. </w:t>
      </w:r>
    </w:p>
    <w:p>
      <w:r>
        <w:t xml:space="preserve">(Speaker A)  Sure, yeah, no, I mean, I can definitely get an answer for you. I just don't have it off the top of my head. </w:t>
      </w:r>
    </w:p>
    <w:p>
      <w:r>
        <w:t xml:space="preserve">(Speaker E)  No, that's fine. </w:t>
      </w:r>
    </w:p>
    <w:p>
      <w:r>
        <w:t xml:space="preserve">(Speaker A)  So I wrote it down. </w:t>
      </w:r>
    </w:p>
    <w:p>
      <w:r>
        <w:t xml:space="preserve">(Speaker D)  Did I add one more thing on that? </w:t>
      </w:r>
    </w:p>
    <w:p>
      <w:r>
        <w:t xml:space="preserve">(Speaker B)  Yes. </w:t>
      </w:r>
    </w:p>
    <w:p>
      <w:r>
        <w:t xml:space="preserve">(Speaker D)  You keep reading about the CBD is in default or default on our bonds because back in 2009, one of the landowners couldn't make their payments. </w:t>
      </w:r>
    </w:p>
    <w:p>
      <w:r>
        <w:t xml:space="preserve">(Speaker C)  And. </w:t>
      </w:r>
    </w:p>
    <w:p>
      <w:r>
        <w:t xml:space="preserve">(Speaker D)  And I was trying to understand, are we still in default? You know, why some of this new money that's coming in land sales, why doesn't that pay down Cleared the default. </w:t>
      </w:r>
    </w:p>
    <w:p>
      <w:r>
        <w:t xml:space="preserve">(Speaker B)  So I could. </w:t>
      </w:r>
    </w:p>
    <w:p>
      <w:r>
        <w:t xml:space="preserve">(Speaker D)  I couldn't figure that out. So I spent a couple hours trying. </w:t>
      </w:r>
    </w:p>
    <w:p>
      <w:r>
        <w:t xml:space="preserve">(Speaker A)  It'd be nice if we could see like just a one page document, you know, that's in layman's terms. So everybody. That might be a question that Leah can answer. Leah's been with your district on and off again. So, you know, she's going to be on the line here in a little bit and, you know, it might be a good question asked her during the budget discussion and if she can kind of break it down a little bit more, go ahead. </w:t>
      </w:r>
    </w:p>
    <w:p>
      <w:r>
        <w:t xml:space="preserve">(Speaker C)  And I'm happy to, you know, talk about it or address it now or in the future or bring back an attempt at a one pager. I think that you've seen all the bond documents. It might be a big ask to get it down to one page, but I can try to get into layman's terms or just have a conversation. </w:t>
      </w:r>
    </w:p>
    <w:p>
      <w:r>
        <w:t xml:space="preserve">(Speaker A)  It'd be nice. Just have something even. It's not one page. There something that we could share with our. The community? </w:t>
      </w:r>
    </w:p>
    <w:p>
      <w:r>
        <w:t xml:space="preserve">(Speaker C)  Yeah, absolutely. </w:t>
      </w:r>
    </w:p>
    <w:p>
      <w:r>
        <w:t xml:space="preserve">(Speaker D)  Where everything is and when it would be done. </w:t>
      </w:r>
    </w:p>
    <w:p>
      <w:r>
        <w:t xml:space="preserve">(Speaker C)  Let me know. Yeah, let me know when you want me to address it. I'm happy to do so. I can do it later today too, if you want. </w:t>
      </w:r>
    </w:p>
    <w:p>
      <w:r>
        <w:t xml:space="preserve">(Speaker A)  All right, it sounds like it might get addressed here in this meeting today. All right, beautiful. Any other audience comments related to the agenda? Seeing none in the room. Just going to jump for our Zoom here. Do we have anyone on Zoom that has any audience comments related to the agenda? I see one resident online. If you just use the raise your hand feature at the bottom of the screen, please. </w:t>
      </w:r>
    </w:p>
    <w:p>
      <w:r>
        <w:t xml:space="preserve">(Speaker F)  Okay. </w:t>
      </w:r>
    </w:p>
    <w:p>
      <w:r>
        <w:t xml:space="preserve">(Speaker A)  Seeing none. Just for the record, Leah Papelka, district accountant, has joined the Zoom. So we're just going to go ahead and move on. </w:t>
      </w:r>
    </w:p>
    <w:p>
      <w:r>
        <w:t xml:space="preserve">(Speaker E)  Welcome. </w:t>
      </w:r>
    </w:p>
    <w:p>
      <w:r>
        <w:t xml:space="preserve">(Speaker A)  Le. I'm going to make you a co host so you can mute and unmute yourself as needed. </w:t>
      </w:r>
    </w:p>
    <w:p>
      <w:r>
        <w:t xml:space="preserve">(Speaker G)  Wonderful. Thank you. </w:t>
      </w:r>
    </w:p>
    <w:p>
      <w:r>
        <w:t xml:space="preserve">(Speaker B)  All right, with that, we're going to </w:t>
      </w:r>
    </w:p>
    <w:p>
      <w:r>
        <w:t xml:space="preserve">(Speaker A)  move on to organizational matters. First up, we do have acceptance of Supervisor Campbell's resignation. As you all know, Supervisor Campbell resigned mid monon about. They ended up selling the rest of their property, so he no longer has an interest. So he went ahead and resigned. So at this very moment, you guys do have a vacancy on your. </w:t>
      </w:r>
    </w:p>
    <w:p>
      <w:r>
        <w:t xml:space="preserve">(Speaker B)  On your board. </w:t>
      </w:r>
    </w:p>
    <w:p>
      <w:r>
        <w:t xml:space="preserve">(Speaker A)  So with that, we just be looking for a motion to accept Supervisor Campbell. </w:t>
      </w:r>
    </w:p>
    <w:p>
      <w:r>
        <w:t xml:space="preserve">(Speaker F)  I'll make the motion. </w:t>
      </w:r>
    </w:p>
    <w:p>
      <w:r>
        <w:t xml:space="preserve">(Speaker A)  First from Mary. </w:t>
      </w:r>
    </w:p>
    <w:p>
      <w:r>
        <w:t xml:space="preserve">(Speaker E)  I'll second. </w:t>
      </w:r>
    </w:p>
    <w:p>
      <w:r>
        <w:t xml:space="preserve">(Speaker B)  Second. </w:t>
      </w:r>
    </w:p>
    <w:p>
      <w:r>
        <w:t xml:space="preserve">(Speaker A)  All in favor? All right, motion passes four to zero. Next up, we have discussion of seat vacancy. So the board actually has a couple of options here. You can either choose to leave the seat vacant until the November election, which then someone will obviously be appointed or elected into that position, or you can go ahead and fill the vacancy. Right now, the problem with filling the vacancy is that if the vote goes a different way in November, they're going to have to come off the board in November and that other person is going to have to retain the seat. So it's. It's up to the board completely. I think coming from a management perspective, it might be easier to just wait till the November cycle because whoever you put in, we're going to be training them on CDB business, getting them up to speed, and they may not need it two months later in November. So it might be just easier to wait for that November schedule and just let whoever wins come out of the board and go to business as usual from there. </w:t>
      </w:r>
    </w:p>
    <w:p>
      <w:r>
        <w:t xml:space="preserve">(Speaker C)  But again, up to the board and </w:t>
      </w:r>
    </w:p>
    <w:p>
      <w:r>
        <w:t xml:space="preserve">(Speaker A)  how they want to handle it up for discussion at this time. </w:t>
      </w:r>
    </w:p>
    <w:p>
      <w:r>
        <w:t xml:space="preserve">(Speaker F)  Okay, so I have a question. So then it leaves us with four people, two and two. In case there's a tie. </w:t>
      </w:r>
    </w:p>
    <w:p>
      <w:r>
        <w:t xml:space="preserve">(Speaker B)  Then what happens if there's a tie voted? </w:t>
      </w:r>
    </w:p>
    <w:p>
      <w:r>
        <w:t xml:space="preserve">(Speaker A)  Right. So that's. That's another thing that you have to consider, right? You have a 22 board right now. If you have a 2, 2 vote, it's a failed vote. Does not pass you guys. I think wait two months until on those types of decisions for that fifth board member and at that time bring it back up to wait for that final vote. </w:t>
      </w:r>
    </w:p>
    <w:p>
      <w:r>
        <w:t xml:space="preserve">(Speaker B)  I would just as well wait. </w:t>
      </w:r>
    </w:p>
    <w:p>
      <w:r>
        <w:t xml:space="preserve">(Speaker F)  I think I would like to have an odd number. </w:t>
      </w:r>
    </w:p>
    <w:p>
      <w:r>
        <w:t xml:space="preserve">(Speaker B)  Ian, any thoughts? </w:t>
      </w:r>
    </w:p>
    <w:p>
      <w:r>
        <w:t xml:space="preserve">(Speaker A)  I can go either way. </w:t>
      </w:r>
    </w:p>
    <w:p>
      <w:r>
        <w:t xml:space="preserve">(Speaker E)  I understand advantages disadvantages of both. </w:t>
      </w:r>
    </w:p>
    <w:p>
      <w:r>
        <w:t xml:space="preserve">(Speaker A)  I'd like to make a nomination. </w:t>
      </w:r>
    </w:p>
    <w:p>
      <w:r>
        <w:t xml:space="preserve">(Speaker D)  I think. </w:t>
      </w:r>
    </w:p>
    <w:p>
      <w:r>
        <w:t xml:space="preserve">(Speaker A)  I think the. </w:t>
      </w:r>
    </w:p>
    <w:p>
      <w:r>
        <w:t xml:space="preserve">(Speaker B)  Has been. </w:t>
      </w:r>
    </w:p>
    <w:p>
      <w:r>
        <w:t xml:space="preserve">(Speaker A)  The fancy has been involved every other aspect of this community and has a good finger on it. I think I would make a nomination to have him Fill the vacant speeds. That's. So that would be a motion then, if that's the case. So we do have a. Would you like that? Make that motion, John? </w:t>
      </w:r>
    </w:p>
    <w:p>
      <w:r>
        <w:t xml:space="preserve">(Speaker C)  Yes. </w:t>
      </w:r>
    </w:p>
    <w:p>
      <w:r>
        <w:t xml:space="preserve">(Speaker B)  Coin, Steve. </w:t>
      </w:r>
    </w:p>
    <w:p>
      <w:r>
        <w:t xml:space="preserve">(Speaker A)  Fancy. </w:t>
      </w:r>
    </w:p>
    <w:p>
      <w:r>
        <w:t xml:space="preserve">(Speaker H)  See? </w:t>
      </w:r>
    </w:p>
    <w:p>
      <w:r>
        <w:t xml:space="preserve">(Speaker A)  Do I have a second to that motion? </w:t>
      </w:r>
    </w:p>
    <w:p>
      <w:r>
        <w:t xml:space="preserve">(Speaker F)  Second. </w:t>
      </w:r>
    </w:p>
    <w:p>
      <w:r>
        <w:t xml:space="preserve">(Speaker A)  All right. So unfortunately, motion will not go through. </w:t>
      </w:r>
    </w:p>
    <w:p>
      <w:r>
        <w:t xml:space="preserve">(Speaker F)  Okay. I'm going to make a motion for Rebecca. I would like another female on the board. Not that I think that we're of such a patriarchal society for that. </w:t>
      </w:r>
    </w:p>
    <w:p>
      <w:r>
        <w:t xml:space="preserve">(Speaker A)  What is Rebecca's last name? </w:t>
      </w:r>
    </w:p>
    <w:p>
      <w:r>
        <w:t xml:space="preserve">(Speaker F)  Matt. How do I spell it? Matto. M A T S C O, M </w:t>
      </w:r>
    </w:p>
    <w:p>
      <w:r>
        <w:t xml:space="preserve">(Speaker A)  A T S. Pretty good. </w:t>
      </w:r>
    </w:p>
    <w:p>
      <w:r>
        <w:t xml:space="preserve">(Speaker H)  And. </w:t>
      </w:r>
    </w:p>
    <w:p>
      <w:r>
        <w:t xml:space="preserve">(Speaker A)  All right, so that's a motion from Mary to appoint Rebecca Matco to the vacant seat. Do I have a second for that? </w:t>
      </w:r>
    </w:p>
    <w:p>
      <w:r>
        <w:t xml:space="preserve">(Speaker E)  I'll second. </w:t>
      </w:r>
    </w:p>
    <w:p>
      <w:r>
        <w:t xml:space="preserve">(Speaker A)  All right, have a second from Ian. Any further discussion? </w:t>
      </w:r>
    </w:p>
    <w:p>
      <w:r>
        <w:t xml:space="preserve">(Speaker B)  I think to Brian's point, if the change is over in November, we're just redoing all this work. I know they have to do now. And like, I don't want to appoint one. And then if Steve comes in and it's just. It's unfair. I. I think it's unfair to pick one person over another right now. </w:t>
      </w:r>
    </w:p>
    <w:p>
      <w:r>
        <w:t xml:space="preserve">(Speaker E)  I kind of have a problem with that too. </w:t>
      </w:r>
    </w:p>
    <w:p>
      <w:r>
        <w:t xml:space="preserve">(Speaker B)  And I think. And also I'm worried about if it creates bad blood. I don't want to do that either. I don't want. I want to be. </w:t>
      </w:r>
    </w:p>
    <w:p>
      <w:r>
        <w:t xml:space="preserve">(Speaker A)  I'm kind of siding with Logan now. </w:t>
      </w:r>
    </w:p>
    <w:p>
      <w:r>
        <w:t xml:space="preserve">(Speaker B)  Yeah. Thing to do is just wait. </w:t>
      </w:r>
    </w:p>
    <w:p>
      <w:r>
        <w:t xml:space="preserve">(Speaker A)  We only got a couple months. I mean, then the. Whoever's elected. So we do have a motion and a second. So we're going to do an all in favor and everyone just yay or nay and whatever we got to, that's going to be the decision. So all in favor, Ian? </w:t>
      </w:r>
    </w:p>
    <w:p>
      <w:r>
        <w:t xml:space="preserve">(Speaker C)  Sure. </w:t>
      </w:r>
    </w:p>
    <w:p>
      <w:r>
        <w:t xml:space="preserve">(Speaker A)  Yay, Mary. </w:t>
      </w:r>
    </w:p>
    <w:p>
      <w:r>
        <w:t xml:space="preserve">(Speaker F)  Yay. </w:t>
      </w:r>
    </w:p>
    <w:p>
      <w:r>
        <w:t xml:space="preserve">(Speaker A)  N. All right, so motion does not pass. All right, so at this time, the seat's going to stay vacant next month. We can talk about it again. If you guys have a change of heart and want to appoint somebody, you can absolutely do so at that time. If not, we would be waiting till the November election cycle and during all that. </w:t>
      </w:r>
    </w:p>
    <w:p>
      <w:r>
        <w:t xml:space="preserve">(Speaker F)  And then we wait till January. </w:t>
      </w:r>
    </w:p>
    <w:p>
      <w:r>
        <w:t xml:space="preserve">(Speaker A)  No, ma'. </w:t>
      </w:r>
    </w:p>
    <w:p>
      <w:r>
        <w:t xml:space="preserve">(Speaker G)  Am. </w:t>
      </w:r>
    </w:p>
    <w:p>
      <w:r>
        <w:t xml:space="preserve">(Speaker A)  No November election is done. They can join the board. </w:t>
      </w:r>
    </w:p>
    <w:p>
      <w:r>
        <w:t xml:space="preserve">(Speaker B)  Okay. They like literally the week after the election is there. So we have to have a meeting. </w:t>
      </w:r>
    </w:p>
    <w:p>
      <w:r>
        <w:t xml:space="preserve">(Speaker A)  Yeah. </w:t>
      </w:r>
    </w:p>
    <w:p>
      <w:r>
        <w:t xml:space="preserve">(Speaker C)  Yeah. </w:t>
      </w:r>
    </w:p>
    <w:p>
      <w:r>
        <w:t xml:space="preserve">(Speaker A)  It's not too. Too much of a lag there, so </w:t>
      </w:r>
    </w:p>
    <w:p>
      <w:r>
        <w:t xml:space="preserve">(Speaker B)  I'd rather just keep it. </w:t>
      </w:r>
    </w:p>
    <w:p>
      <w:r>
        <w:t xml:space="preserve">(Speaker A)  Absolutely. You guys have been all. Been involved and know what's going on. So there's some stuff that we got </w:t>
      </w:r>
    </w:p>
    <w:p>
      <w:r>
        <w:t xml:space="preserve">(Speaker D)  to take care of. </w:t>
      </w:r>
    </w:p>
    <w:p>
      <w:r>
        <w:t xml:space="preserve">(Speaker A)  And I think we're prepared to do so with the board members we have currently. So. All right, so moving on, we do have staff reports. First up, we do have the landscape manager, who I do not see in attendance. </w:t>
      </w:r>
    </w:p>
    <w:p>
      <w:r>
        <w:t xml:space="preserve">(Speaker C)  It doesn't look like they showed up here. </w:t>
      </w:r>
    </w:p>
    <w:p>
      <w:r>
        <w:t xml:space="preserve">(Speaker A)  Probably didn't. I mean, if we're going to be honest, probably for the best. You know, no one wants to come here and get beat up. </w:t>
      </w:r>
    </w:p>
    <w:p>
      <w:r>
        <w:t xml:space="preserve">(Speaker C)  Right. </w:t>
      </w:r>
    </w:p>
    <w:p>
      <w:r>
        <w:t xml:space="preserve">(Speaker A)  Which was probably was going to happen. We're not too happy with them either at this time. I know last month we, we came to you guys and we, we kind of had a little bit of back and forth about letting us work with them. We made every attempt to do so and it was only, what, last week that we finally got some traction from their regional branch manager who actually finally reached out and we actually met them on site and got a little bit of work done before your meeting, but just not up to GMS standard and certainly shouldn't be up to South Bay standard. So at this time we would absolutely entertain. Go ahead. </w:t>
      </w:r>
    </w:p>
    <w:p>
      <w:r>
        <w:t xml:space="preserve">(Speaker B)  Yeah, yeah. </w:t>
      </w:r>
    </w:p>
    <w:p>
      <w:r>
        <w:t xml:space="preserve">(Speaker D)  Give some background on all that. So working with your landscape landscaper, first off, their contract currently, as it was written, however your legal team previously or manager did it, it literally does not have a scope attached to it at all. It is just a contract. And then the price and a couple of maps are really hard to understand. So this makes it very difficult to hold them to any sort of specific standards. You know, I think we brought up specific fertilization standards for specific types of palms, things like that. Whether that was in the RFP document or not, that went out when they did their bid. That's, that's another story. But the written contract does not have any of it. This is why I made these maps and everything for you today. So that's where I give them some grace. </w:t>
      </w:r>
    </w:p>
    <w:p>
      <w:r>
        <w:t xml:space="preserve">(Speaker E)  Okay. </w:t>
      </w:r>
    </w:p>
    <w:p>
      <w:r>
        <w:t xml:space="preserve">(Speaker D)  Now the other issue is, yes, Brian stated, I sent them numerous questions and clarifications on different items. It took them three and a half weeks to get back to me. They have within the last week gotten back to me with a lot of good information that I'm still going through and trying to process and whatnot. I was on site here and I met with an account manager who actually works in the Wesley Chapel area. </w:t>
      </w:r>
    </w:p>
    <w:p>
      <w:r>
        <w:t xml:space="preserve">(Speaker B)  Currently. </w:t>
      </w:r>
    </w:p>
    <w:p>
      <w:r>
        <w:t xml:space="preserve">(Speaker D)  What they have over your site is an enhancement manager who's not an account manager. It's kind of the primary contact for your site. That's Jason. He's the one who made these reports. I do like these reports better than what they were doing previously, but I don't. I don't know why he's not here. I don't know why he even doesn't even really reach out to me. I haven't spoken to Jason and since the last meet. So these are kind of just the facts of the matters around Russell. The reality is, I think without your contract having good maps, good scopes and them basically openly admitting that they have way underbid the project, I, I do think it is probably prudent to redo a landscape bid and of course you can include Russell and you know, if Russell remains or whatever, then that's fine. But I do think it might be prudent at this point, sort of open it up because of these other factors involved as well, you know. And then of course everything else Brian says they we have had, they've clearly got some scrambling going around. I think they changed a branch manager, they've changed a few things. They've got a lot of scrambling going around. And I will say because you guys are the underbid project, you're probably one of the least of their concerns. And that's just my professional assessment of the situation. Dealt with it before you guys were a million dollar contract, it would be different but you're like a $60,000 contract. </w:t>
      </w:r>
    </w:p>
    <w:p>
      <w:r>
        <w:t xml:space="preserve">(Speaker E)  So. </w:t>
      </w:r>
    </w:p>
    <w:p>
      <w:r>
        <w:t xml:space="preserve">(Speaker D)  And you know, so that's just. I don't know if there's any feedback about the landscaper. They sent me some landscape irrigation proposals that don't really clarify exactly where they are. So I'm trying to get that sort of information. Finally, they've sent me a zone map. So I would expect that every single irrigation proposal going forward would have a specific zone number on it. So I could see that it's CD owned or whatever and those type of things, you know. So there is some potential to continue to work with them. It's just I do feel there is a slight lack of attentiveness. For example, I told them to clean up parking lot area over there and it looks like somebody picked up the palm fronds. I don't, I don't know if it was them, but nobody mowed over there, so it's still a mess. </w:t>
      </w:r>
    </w:p>
    <w:p>
      <w:r>
        <w:t xml:space="preserve">(Speaker B)  We did. </w:t>
      </w:r>
    </w:p>
    <w:p>
      <w:r>
        <w:t xml:space="preserve">(Speaker A)  Yeah, I figured it. </w:t>
      </w:r>
    </w:p>
    <w:p>
      <w:r>
        <w:t xml:space="preserve">(Speaker B)  I figured it wasn't about every three weeks they trade off with John with </w:t>
      </w:r>
    </w:p>
    <w:p>
      <w:r>
        <w:t xml:space="preserve">(Speaker D)  his tractor and I figured it wasn't Russell who got to it. When I saw that it also hadn't been mowed too. They had mowers and whatnot. Yeah, yeah. So that's why I kind of figured it wasn't then when I saw that just the debris had been removed. So that's Just kind of my assessment. </w:t>
      </w:r>
    </w:p>
    <w:p>
      <w:r>
        <w:t xml:space="preserve">(Speaker A)  Remember here who was the second vendor on the. </w:t>
      </w:r>
    </w:p>
    <w:p>
      <w:r>
        <w:t xml:space="preserve">(Speaker C)  When we was at. </w:t>
      </w:r>
    </w:p>
    <w:p>
      <w:r>
        <w:t xml:space="preserve">(Speaker B)  Was it. </w:t>
      </w:r>
    </w:p>
    <w:p>
      <w:r>
        <w:t xml:space="preserve">(Speaker F)  Oh, I don't have that notebook. </w:t>
      </w:r>
    </w:p>
    <w:p>
      <w:r>
        <w:t xml:space="preserve">(Speaker A)  I'm on a new notebook and I </w:t>
      </w:r>
    </w:p>
    <w:p>
      <w:r>
        <w:t xml:space="preserve">(Speaker E)  know that POA and HOAS are having similar problems. </w:t>
      </w:r>
    </w:p>
    <w:p>
      <w:r>
        <w:t xml:space="preserve">(Speaker B)  Yeah, yeah. They called me on that as well. </w:t>
      </w:r>
    </w:p>
    <w:p>
      <w:r>
        <w:t xml:space="preserve">(Speaker E)  See. </w:t>
      </w:r>
    </w:p>
    <w:p>
      <w:r>
        <w:t xml:space="preserve">(Speaker A)  And that's. </w:t>
      </w:r>
    </w:p>
    <w:p>
      <w:r>
        <w:t xml:space="preserve">(Speaker D)  That's unfortunate because obviously the whole entire property together has got to be a significant amount and we have a completely different. </w:t>
      </w:r>
    </w:p>
    <w:p>
      <w:r>
        <w:t xml:space="preserve">(Speaker B)  Not to interrupt, but he's ghosting us right now. That sunset and we have bought. </w:t>
      </w:r>
    </w:p>
    <w:p>
      <w:r>
        <w:t xml:space="preserve">(Speaker A)  It's just. And you guys have the same landscaper. </w:t>
      </w:r>
    </w:p>
    <w:p>
      <w:r>
        <w:t xml:space="preserve">(Speaker B)  Oh, got it. Whole different. Oh. </w:t>
      </w:r>
    </w:p>
    <w:p>
      <w:r>
        <w:t xml:space="preserve">(Speaker A)  All landscapers in this community are just </w:t>
      </w:r>
    </w:p>
    <w:p>
      <w:r>
        <w:t xml:space="preserve">(Speaker B)  the guys look at it. </w:t>
      </w:r>
    </w:p>
    <w:p>
      <w:r>
        <w:t xml:space="preserve">(Speaker A)  I mean I feel like we should consider chat with our previous landscaper. They knew the community wanted to start over again. Hein Lake is who you had previously. </w:t>
      </w:r>
    </w:p>
    <w:p>
      <w:r>
        <w:t xml:space="preserve">(Speaker B)  Yeah, I would not. </w:t>
      </w:r>
    </w:p>
    <w:p>
      <w:r>
        <w:t xml:space="preserve">(Speaker D)  I would not recommend. </w:t>
      </w:r>
    </w:p>
    <w:p>
      <w:r>
        <w:t xml:space="preserve">(Speaker E)  I think we should just go up from new bids again. </w:t>
      </w:r>
    </w:p>
    <w:p>
      <w:r>
        <w:t xml:space="preserve">(Speaker A)  Start from scratch. </w:t>
      </w:r>
    </w:p>
    <w:p>
      <w:r>
        <w:t xml:space="preserve">(Speaker B)  Yeah. I mean now that we have your roller. </w:t>
      </w:r>
    </w:p>
    <w:p>
      <w:r>
        <w:t xml:space="preserve">(Speaker E)  Yeah, now that. Yeah, yeah. And you can do a proper. </w:t>
      </w:r>
    </w:p>
    <w:p>
      <w:r>
        <w:t xml:space="preserve">(Speaker C)  Yeah. </w:t>
      </w:r>
    </w:p>
    <w:p>
      <w:r>
        <w:t xml:space="preserve">(Speaker D)  And I'll make sure all this goes. I'll work. You know, obviously Ryan is very familiar with this. You know, we'll make sure your contract is good for you guys. I can do the proposal of course finally can bid if you'd like, but I can reach out to them. But we also have some other really good landscapers that would want to make sure can get you a bid for the property who are really going to take care of the property. </w:t>
      </w:r>
    </w:p>
    <w:p>
      <w:r>
        <w:t xml:space="preserve">(Speaker A)  My biggest concern is that it is. There's a huge learning curve as you see in this irrigation and it's. It's ultimately costing a community money to. To go back and retrain again another one. But I mean I can endorse going back. I think we need to have a correct bid package and the correct contract tied to the bin package. </w:t>
      </w:r>
    </w:p>
    <w:p>
      <w:r>
        <w:t xml:space="preserve">(Speaker D)  And I completely agree with you that when we. When we do bring the bids back and we look at them that irrigation and their personnel and who takes care of irrigation should be a significant, you know, question selling point. We want to make sure that they are really able to just figure stuff out, which I do know a few companies who've been able to do that. We have a company come in after Yellowstone in a different property and you know, within about 60 days they had figured out stuff that Yellowstone had figured out in the four years that they were there. So there's some other really good irrigation teams out there. </w:t>
      </w:r>
    </w:p>
    <w:p>
      <w:r>
        <w:t xml:space="preserve">(Speaker F)  So a separate irrigation team that would come in and look at everything here. </w:t>
      </w:r>
    </w:p>
    <w:p>
      <w:r>
        <w:t xml:space="preserve">(Speaker D)  I would say no you, you rely on picking a landscaper who has a good irrigation team. </w:t>
      </w:r>
    </w:p>
    <w:p>
      <w:r>
        <w:t xml:space="preserve">(Speaker F)  Okay. </w:t>
      </w:r>
    </w:p>
    <w:p>
      <w:r>
        <w:t xml:space="preserve">(Speaker D)  You can sub out the irrigation but that usually gets way more costly and there's kind of sometimes some finger pointing and it can be coordinated. I've done it before, but I also know some landscapers who really have good irrigation teams who can figure it out. </w:t>
      </w:r>
    </w:p>
    <w:p>
      <w:r>
        <w:t xml:space="preserve">(Speaker A)  Okay, so do we need to make a motion to. </w:t>
      </w:r>
    </w:p>
    <w:p>
      <w:r>
        <w:t xml:space="preserve">(Speaker E)  Yeah. </w:t>
      </w:r>
    </w:p>
    <w:p>
      <w:r>
        <w:t xml:space="preserve">(Speaker A)  You have something you wanted to add? </w:t>
      </w:r>
    </w:p>
    <w:p>
      <w:r>
        <w:t xml:space="preserve">(Speaker B)  Yeah. So on the irrigation part, what about. Because obviously we have a variety of irrigation issues at the moment. What about having a dedicated irrigation team that brings it all up to where it needs to be fully work condition, upgraded, whatever. And then they hand off to the irrigation team at landscaping. But we have a dedicated. In this in between time, a dedicated irrigation company that all they do, that's all they focus on. We can get the best price for it. They go and fix everything and then they do handoff training, whatever they need to do and then they don't touch it anymore. </w:t>
      </w:r>
    </w:p>
    <w:p>
      <w:r>
        <w:t xml:space="preserve">(Speaker D)  Now I have done that in another community where they basically had a similar situation where they didn't know where there was wiring, they didn't know that where their valves were. So we did, we brought in. I can't think of their name right </w:t>
      </w:r>
    </w:p>
    <w:p>
      <w:r>
        <w:t xml:space="preserve">(Speaker C)  off the top of my head. </w:t>
      </w:r>
    </w:p>
    <w:p>
      <w:r>
        <w:t xml:space="preserve">(Speaker D)  But they're just. They're basically an irrigation specialist company and they come out and they inventory. They weren't cheap. They ended up spamming around 25 grand to get their irrigation all figured out. But they also fixed it all with that too. They had it all 100 running and then exactly as you said. They met with the landscaper, sort of explained it and then left it. I can definitely get with some irrigation consulting companies and stuff like that to. To get some proposals for that. And we'd have to cost share it </w:t>
      </w:r>
    </w:p>
    <w:p>
      <w:r>
        <w:t xml:space="preserve">(Speaker E)  with the hoas poa. </w:t>
      </w:r>
    </w:p>
    <w:p>
      <w:r>
        <w:t xml:space="preserve">(Speaker D)  Yes. </w:t>
      </w:r>
    </w:p>
    <w:p>
      <w:r>
        <w:t xml:space="preserve">(Speaker E)  I mean it's all. </w:t>
      </w:r>
    </w:p>
    <w:p>
      <w:r>
        <w:t xml:space="preserve">(Speaker A)  Yeah, it might be worth having integrated mesh. </w:t>
      </w:r>
    </w:p>
    <w:p>
      <w:r>
        <w:t xml:space="preserve">(Speaker B)  Correct. I think it's worthwhile. I do too. And then, then they just do the hand handoff training and yeah, they know that that that new landscape team has are. They are inheriting a perfect system and anything that goes sideways from there is now their responsibility. </w:t>
      </w:r>
    </w:p>
    <w:p>
      <w:r>
        <w:t xml:space="preserve">(Speaker D)  Well, they might have some maps and locations and data and information so they're not having to figure everything out. And you think that would help rather than like you said, like keeping them on long term because they're going to be pretty expensive. </w:t>
      </w:r>
    </w:p>
    <w:p>
      <w:r>
        <w:t xml:space="preserve">(Speaker B)  Yeah. </w:t>
      </w:r>
    </w:p>
    <w:p>
      <w:r>
        <w:t xml:space="preserve">(Speaker D)  Just you might not need to, you know, as long as you do pick a landscaper who has a good irrigation team. I think after it's we brought up the snap they spilled. </w:t>
      </w:r>
    </w:p>
    <w:p>
      <w:r>
        <w:t xml:space="preserve">(Speaker B)  Maintain it. </w:t>
      </w:r>
    </w:p>
    <w:p>
      <w:r>
        <w:t xml:space="preserve">(Speaker D)  Yeah. So if the board did want to go in the direction of doing a landscape bid right now, I mean, you're only at like $60, so it's definitely an informal bid. So we don't have to do the whole formalized process. I wouldn't think that it's going to be formal for the amount of areas that which is over 195, I don't think it's going to be anywhere near that. So at the next meeting, what I'll do is I just kind of bring you the packet for your review and you would have any feedback that you put or scope adjustments, whatever, and then it would go out. </w:t>
      </w:r>
    </w:p>
    <w:p>
      <w:r>
        <w:t xml:space="preserve">(Speaker C)  I have no problem with that. </w:t>
      </w:r>
    </w:p>
    <w:p>
      <w:r>
        <w:t xml:space="preserve">(Speaker B)  So do we need to make two motions, one for irrigation, one for landscape? </w:t>
      </w:r>
    </w:p>
    <w:p>
      <w:r>
        <w:t xml:space="preserve">(Speaker A)  I think Clayton has good direction to find, especially since grabbing you guys some quotes and at the next minute you guys. But right now, if you guys are all on board, I think we'd be looking for a motion to go out to RFP for landscape service. </w:t>
      </w:r>
    </w:p>
    <w:p>
      <w:r>
        <w:t xml:space="preserve">(Speaker B)  I'll make that motion. Second. </w:t>
      </w:r>
    </w:p>
    <w:p>
      <w:r>
        <w:t xml:space="preserve">(Speaker A)  First from John, second from Logan. </w:t>
      </w:r>
    </w:p>
    <w:p>
      <w:r>
        <w:t xml:space="preserve">(Speaker C)  Any further discussion? </w:t>
      </w:r>
    </w:p>
    <w:p>
      <w:r>
        <w:t xml:space="preserve">(Speaker A)  All in favor? All right, motion passes, 4 to 0. So just like Clayton said, you know, by next month, you guys will look at the scope. We'll make any changes or visions that you guys see. We'll go ahead and put that RFE out once approved and once Ryan takes a look and then gets involved from there. What do you say, Clayton? </w:t>
      </w:r>
    </w:p>
    <w:p>
      <w:r>
        <w:t xml:space="preserve">(Speaker C)  Two months? </w:t>
      </w:r>
    </w:p>
    <w:p>
      <w:r>
        <w:t xml:space="preserve">(Speaker A)  We think in October is when we're going to be reviewing those proposals. </w:t>
      </w:r>
    </w:p>
    <w:p>
      <w:r>
        <w:t xml:space="preserve">(Speaker B)  Or we think in November </w:t>
      </w:r>
    </w:p>
    <w:p>
      <w:r>
        <w:t xml:space="preserve">(Speaker D)  we review the scope. Honestly, as small as the property is, as long as there's not a ton of changes to the scope, we could potentially review it. </w:t>
      </w:r>
    </w:p>
    <w:p>
      <w:r>
        <w:t xml:space="preserve">(Speaker C)  Yeah. </w:t>
      </w:r>
    </w:p>
    <w:p>
      <w:r>
        <w:t xml:space="preserve">(Speaker D)  In October. </w:t>
      </w:r>
    </w:p>
    <w:p>
      <w:r>
        <w:t xml:space="preserve">(Speaker A)  October. </w:t>
      </w:r>
    </w:p>
    <w:p>
      <w:r>
        <w:t xml:space="preserve">(Speaker D)  So we'll review the scope in September and then it really only need about three weeks to bid property like this. I would say in a non formal process, I think should be. Normally I like to give them as much time as possible, but I think that's fine. </w:t>
      </w:r>
    </w:p>
    <w:p>
      <w:r>
        <w:t xml:space="preserve">(Speaker F)  Okay. </w:t>
      </w:r>
    </w:p>
    <w:p>
      <w:r>
        <w:t xml:space="preserve">(Speaker A)  And then obviously next month we'll have those irrigation specialists. </w:t>
      </w:r>
    </w:p>
    <w:p>
      <w:r>
        <w:t xml:space="preserve">(Speaker B)  Yeah, that's the perfect time. Since it's raining all the time. Yeah, yeah. We don't need things better for that simple reason. </w:t>
      </w:r>
    </w:p>
    <w:p>
      <w:r>
        <w:t xml:space="preserve">(Speaker E)  They are. Yeah, yeah. </w:t>
      </w:r>
    </w:p>
    <w:p>
      <w:r>
        <w:t xml:space="preserve">(Speaker D)  But there's. </w:t>
      </w:r>
    </w:p>
    <w:p>
      <w:r>
        <w:t xml:space="preserve">(Speaker A)  There's things. </w:t>
      </w:r>
    </w:p>
    <w:p>
      <w:r>
        <w:t xml:space="preserve">(Speaker D)  We could talk about the map more. Well, I guess it is landscape related, but I mean there's things on this that I want to add to the scope. Like I think your landscaper should be walking your parking lots and picking up debris. They should be walking Your beach, picking up debris, breaking holes out if they need to. </w:t>
      </w:r>
    </w:p>
    <w:p>
      <w:r>
        <w:t xml:space="preserve">(Speaker C)  You know, they. </w:t>
      </w:r>
    </w:p>
    <w:p>
      <w:r>
        <w:t xml:space="preserve">(Speaker D)  There's a lot that they could be doing for the community that you know is within a landscape scope to reasonably expect. I don't like to have landscape vendors do things that you wouldn't normally have a landscape vendor do, but those kind of things I think are well within </w:t>
      </w:r>
    </w:p>
    <w:p>
      <w:r>
        <w:t xml:space="preserve">(Speaker B)  reason to have them do. </w:t>
      </w:r>
    </w:p>
    <w:p>
      <w:r>
        <w:t xml:space="preserve">(Speaker C)  And for the current contract with Russell, I mean there's. I have to review the, the old agreement a little bit more in depth, but there's a contract termination. You know, time period. </w:t>
      </w:r>
    </w:p>
    <w:p>
      <w:r>
        <w:t xml:space="preserve">(Speaker B)  It's 30 days, I think. </w:t>
      </w:r>
    </w:p>
    <w:p>
      <w:r>
        <w:t xml:space="preserve">(Speaker C)  Yeah, it's usually 30 days but sometimes it's 60 to give more time to get a new person on board. But I think one thing when Clayton, you're getting your bids together is how soon can those new companies start? Then you kind of. You want to time your. Your termination and your new contract start date so that you know, you don't have a gap. </w:t>
      </w:r>
    </w:p>
    <w:p>
      <w:r>
        <w:t xml:space="preserve">(Speaker B)  Makes sense. </w:t>
      </w:r>
    </w:p>
    <w:p>
      <w:r>
        <w:t xml:space="preserve">(Speaker C)  But yeah, we'll just. I guess something you're probably gonna. That's something you typically does and information will be able to present next meeting </w:t>
      </w:r>
    </w:p>
    <w:p>
      <w:r>
        <w:t xml:space="preserve">(Speaker A)  about anything else on the landscape. There is one place on this map. I'm not sure it's missed or it's a POA thing, but there's this area right here. The end of Sea Grape. </w:t>
      </w:r>
    </w:p>
    <w:p>
      <w:r>
        <w:t xml:space="preserve">(Speaker B)  Yes. </w:t>
      </w:r>
    </w:p>
    <w:p>
      <w:r>
        <w:t xml:space="preserve">(Speaker D)  So that actually reflects as not DVD ownership. </w:t>
      </w:r>
    </w:p>
    <w:p>
      <w:r>
        <w:t xml:space="preserve">(Speaker B)  I did. </w:t>
      </w:r>
    </w:p>
    <w:p>
      <w:r>
        <w:t xml:space="preserve">(Speaker D)  I. I'm. We're still working with Ryan and Rich. </w:t>
      </w:r>
    </w:p>
    <w:p>
      <w:r>
        <w:t xml:space="preserve">(Speaker A)  I'm a Lenar still making sure it's </w:t>
      </w:r>
    </w:p>
    <w:p>
      <w:r>
        <w:t xml:space="preserve">(Speaker D)  all accurate and that those are our responsibility. But yeah, as far as right now it currently does not show our ownership. I don't know to be long term. </w:t>
      </w:r>
    </w:p>
    <w:p>
      <w:r>
        <w:t xml:space="preserve">(Speaker B)  That is, that is owned by Lennar. So Yeah. So in the lot right next to </w:t>
      </w:r>
    </w:p>
    <w:p>
      <w:r>
        <w:t xml:space="preserve">(Speaker D)  it is the county, the lift station. </w:t>
      </w:r>
    </w:p>
    <w:p>
      <w:r>
        <w:t xml:space="preserve">(Speaker B)  Yeah. Yeah. </w:t>
      </w:r>
    </w:p>
    <w:p>
      <w:r>
        <w:t xml:space="preserve">(Speaker D)  So now we, we would mow around the lift station. </w:t>
      </w:r>
    </w:p>
    <w:p>
      <w:r>
        <w:t xml:space="preserve">(Speaker H)  That's. </w:t>
      </w:r>
    </w:p>
    <w:p>
      <w:r>
        <w:t xml:space="preserve">(Speaker D)  That's pretty standard for the CD to mow around station. </w:t>
      </w:r>
    </w:p>
    <w:p>
      <w:r>
        <w:t xml:space="preserve">(Speaker A)  Somebody's maintaining that lot now. Who's doing that? </w:t>
      </w:r>
    </w:p>
    <w:p>
      <w:r>
        <w:t xml:space="preserve">(Speaker B)  You know cdd. </w:t>
      </w:r>
    </w:p>
    <w:p>
      <w:r>
        <w:t xml:space="preserve">(Speaker C)  Yeah, yeah, yeah. Was maintaining it. </w:t>
      </w:r>
    </w:p>
    <w:p>
      <w:r>
        <w:t xml:space="preserve">(Speaker A)  So yeah. </w:t>
      </w:r>
    </w:p>
    <w:p>
      <w:r>
        <w:t xml:space="preserve">(Speaker D)  Now I mean, I don't know what you think. I don't want to add it on. It's not our property. </w:t>
      </w:r>
    </w:p>
    <w:p>
      <w:r>
        <w:t xml:space="preserve">(Speaker C)  No, I mean it. I brought this up or Clayton and I were talking a little bit about this but throw a wrench and everything. But sometimes when you have minimal CD property just based on square footage in a community like this, you have HOA and POA responsibilities. Sometimes it makes sense to have either the HOA or the POA have the contract for everything. And the CDD and HOA to come into an agreement where the HOA will maintain the CD property. You know, from a. It's a contractual perspective, you have one contract for everything. You know, there's one bill that, you know, be factored into only one entity's budget as opposed to two. So from a residence perspective, you're. You really. You're paying for it one way or another. Just depends on which bucket is coming from. </w:t>
      </w:r>
    </w:p>
    <w:p>
      <w:r>
        <w:t xml:space="preserve">(Speaker E)  Yes and no. Because the retail entities aren't part of the poa. </w:t>
      </w:r>
    </w:p>
    <w:p>
      <w:r>
        <w:t xml:space="preserve">(Speaker C)  They're not part. </w:t>
      </w:r>
    </w:p>
    <w:p>
      <w:r>
        <w:t xml:space="preserve">(Speaker E)  And that's why we had this. That's why we had to do what we did. Because at one point in time, the CDD was POA Property owners associations. That's just for residents. And at one point in time, the POA was taking care of it all </w:t>
      </w:r>
    </w:p>
    <w:p>
      <w:r>
        <w:t xml:space="preserve">(Speaker C)  and the CBB was giving a, like a stipend kind of thing. Oh, they were contributing. </w:t>
      </w:r>
    </w:p>
    <w:p>
      <w:r>
        <w:t xml:space="preserve">(Speaker D)  Yeah. </w:t>
      </w:r>
    </w:p>
    <w:p>
      <w:r>
        <w:t xml:space="preserve">(Speaker E)  But it just worked out where the entities weren't. </w:t>
      </w:r>
    </w:p>
    <w:p>
      <w:r>
        <w:t xml:space="preserve">(Speaker D)  The retail entities weren't paying their fair share. </w:t>
      </w:r>
    </w:p>
    <w:p>
      <w:r>
        <w:t xml:space="preserve">(Speaker C)  Yeah. Okay. Well, yeah, so that situation doesn't work for here as we're putting this map together. It was kind of. When you see the scope of, of knowledge of your property, it was something at least think about. But that's, that's good historical information. So there's nothing wrong with having separate contracts as long as your, your vendors are communicating, if you have different vendors. </w:t>
      </w:r>
    </w:p>
    <w:p>
      <w:r>
        <w:t xml:space="preserve">(Speaker B)  But </w:t>
      </w:r>
    </w:p>
    <w:p>
      <w:r>
        <w:t xml:space="preserve">(Speaker C)  yeah, we'll definitely keep working on the map. I don't see any. Shouldn't be maintaining property it doesn't own or doesn't have an easement. Right, right. </w:t>
      </w:r>
    </w:p>
    <w:p>
      <w:r>
        <w:t xml:space="preserve">(Speaker E)  And. And also the retail entity shouldn't be paying for POA stuff. </w:t>
      </w:r>
    </w:p>
    <w:p>
      <w:r>
        <w:t xml:space="preserve">(Speaker B)  Right. </w:t>
      </w:r>
    </w:p>
    <w:p>
      <w:r>
        <w:t xml:space="preserve">(Speaker E)  Because it's, you know. </w:t>
      </w:r>
    </w:p>
    <w:p>
      <w:r>
        <w:t xml:space="preserve">(Speaker A)  Yeah. </w:t>
      </w:r>
    </w:p>
    <w:p>
      <w:r>
        <w:t xml:space="preserve">(Speaker D)  What's reflected on here, highlighted in yellow are landscape areas that show CDD ownership. </w:t>
      </w:r>
    </w:p>
    <w:p>
      <w:r>
        <w:t xml:space="preserve">(Speaker B)  So when you go, when you go up to rfp, it'll be what's on this map. </w:t>
      </w:r>
    </w:p>
    <w:p>
      <w:r>
        <w:t xml:space="preserve">(Speaker H)  Yeah. </w:t>
      </w:r>
    </w:p>
    <w:p>
      <w:r>
        <w:t xml:space="preserve">(Speaker B)  Okay, so that brings us to the elephant of the room of 32nd Street. </w:t>
      </w:r>
    </w:p>
    <w:p>
      <w:r>
        <w:t xml:space="preserve">(Speaker F)  Right. </w:t>
      </w:r>
    </w:p>
    <w:p>
      <w:r>
        <w:t xml:space="preserve">(Speaker B)  Which is not owned by the CDD, but we maintain entrance. Oh, the entrance. </w:t>
      </w:r>
    </w:p>
    <w:p>
      <w:r>
        <w:t xml:space="preserve">(Speaker E)  The entrance. </w:t>
      </w:r>
    </w:p>
    <w:p>
      <w:r>
        <w:t xml:space="preserve">(Speaker D)  It's. It's county. </w:t>
      </w:r>
    </w:p>
    <w:p>
      <w:r>
        <w:t xml:space="preserve">(Speaker F)  Yeah. He'll grow until we get to the cobblestone. Right. And then cobblestone. </w:t>
      </w:r>
    </w:p>
    <w:p>
      <w:r>
        <w:t xml:space="preserve">(Speaker E)  Right. </w:t>
      </w:r>
    </w:p>
    <w:p>
      <w:r>
        <w:t xml:space="preserve">(Speaker F)  Becomes us. </w:t>
      </w:r>
    </w:p>
    <w:p>
      <w:r>
        <w:t xml:space="preserve">(Speaker D)  And obviously, Ryan can explain this, but us maintaining other government properties is not unusual. Like we have county right aways that we maintain all the time. You know, I think it's. I don't know if there's an agreement or not, but. </w:t>
      </w:r>
    </w:p>
    <w:p>
      <w:r>
        <w:t xml:space="preserve">(Speaker A)  No, I doubt. </w:t>
      </w:r>
    </w:p>
    <w:p>
      <w:r>
        <w:t xml:space="preserve">(Speaker C)  Yeah. </w:t>
      </w:r>
    </w:p>
    <w:p>
      <w:r>
        <w:t xml:space="preserve">(Speaker E)  But can you imagine if they didn't, </w:t>
      </w:r>
    </w:p>
    <w:p>
      <w:r>
        <w:t xml:space="preserve">(Speaker A)  if we didn't no, it wouldn't. </w:t>
      </w:r>
    </w:p>
    <w:p>
      <w:r>
        <w:t xml:space="preserve">(Speaker C)  Wouldn't surprise me. Yeah. If they're like a linear kind of progression development, most times you'd have easement rights to go on the county property maintain, but I'd have to look specifically in those areas and if we don't, we can reach out to the county and just make sure we have permission on their property. </w:t>
      </w:r>
    </w:p>
    <w:p>
      <w:r>
        <w:t xml:space="preserve">(Speaker B)  It's. </w:t>
      </w:r>
    </w:p>
    <w:p>
      <w:r>
        <w:t xml:space="preserve">(Speaker C)  They're not going to care. </w:t>
      </w:r>
    </w:p>
    <w:p>
      <w:r>
        <w:t xml:space="preserve">(Speaker A)  They're gonna. </w:t>
      </w:r>
    </w:p>
    <w:p>
      <w:r>
        <w:t xml:space="preserve">(Speaker C)  They'll be fine with that. </w:t>
      </w:r>
    </w:p>
    <w:p>
      <w:r>
        <w:t xml:space="preserve">(Speaker B)  But irrigation and everything that's going down there too. And a sprinkler I think was broken the other day. </w:t>
      </w:r>
    </w:p>
    <w:p>
      <w:r>
        <w:t xml:space="preserve">(Speaker E)  Two days. </w:t>
      </w:r>
    </w:p>
    <w:p>
      <w:r>
        <w:t xml:space="preserve">(Speaker H)  Yeah. Yeah. </w:t>
      </w:r>
    </w:p>
    <w:p>
      <w:r>
        <w:t xml:space="preserve">(Speaker B)  So I don't know whose water that was that was coming out, but there's </w:t>
      </w:r>
    </w:p>
    <w:p>
      <w:r>
        <w:t xml:space="preserve">(Speaker C)  irrigation in the county property. </w:t>
      </w:r>
    </w:p>
    <w:p>
      <w:r>
        <w:t xml:space="preserve">(Speaker B)  Property. Bdd. Well water. </w:t>
      </w:r>
    </w:p>
    <w:p>
      <w:r>
        <w:t xml:space="preserve">(Speaker A)  Well water though. </w:t>
      </w:r>
    </w:p>
    <w:p>
      <w:r>
        <w:t xml:space="preserve">(Speaker H)  Yeah. Yeah. </w:t>
      </w:r>
    </w:p>
    <w:p>
      <w:r>
        <w:t xml:space="preserve">(Speaker D)  So obviously that's not on here, but I could, you know, impose a little side photo over here in the corner that shows the 30. </w:t>
      </w:r>
    </w:p>
    <w:p>
      <w:r>
        <w:t xml:space="preserve">(Speaker F)  32nd street because the county comes in and sprays the weeds behind the grass and they go all the way into Antigua Cove and spray. So they do do something. </w:t>
      </w:r>
    </w:p>
    <w:p>
      <w:r>
        <w:t xml:space="preserve">(Speaker D)  Oh, I know. </w:t>
      </w:r>
    </w:p>
    <w:p>
      <w:r>
        <w:t xml:space="preserve">(Speaker F)  Not a lot, but they do something. </w:t>
      </w:r>
    </w:p>
    <w:p>
      <w:r>
        <w:t xml:space="preserve">(Speaker B)  Maybe we should get this figured out legally and get easements and whatever else we need to get that way. It's done. Move forward with it. </w:t>
      </w:r>
    </w:p>
    <w:p>
      <w:r>
        <w:t xml:space="preserve">(Speaker E)  Thea warned you before you took over social. </w:t>
      </w:r>
    </w:p>
    <w:p>
      <w:r>
        <w:t xml:space="preserve">(Speaker F)  How complicated. </w:t>
      </w:r>
    </w:p>
    <w:p>
      <w:r>
        <w:t xml:space="preserve">(Speaker A)  All right, any other questions on the landscape manager reports from the board? </w:t>
      </w:r>
    </w:p>
    <w:p>
      <w:r>
        <w:t xml:space="preserve">(Speaker B)  No. Anything else to report, Clayton? </w:t>
      </w:r>
    </w:p>
    <w:p>
      <w:r>
        <w:t xml:space="preserve">(Speaker A)  All right, with that, we'll go ahead and move on. We do have your district engineer who's up next? </w:t>
      </w:r>
    </w:p>
    <w:p>
      <w:r>
        <w:t xml:space="preserve">(Speaker B)  Rick, take the floor. </w:t>
      </w:r>
    </w:p>
    <w:p>
      <w:r>
        <w:t xml:space="preserve">(Speaker H)  All right, Storm Sur maintenance, that's ongoing. They're starting over Ant Cove and working west and they had to demobilize, but they're coming back here in somewhere around two weeks. Is what. What we understand associated with that. Lennar has been doing storm sort maintenance on a portion of their N code in compliance with the water management district. So that's another company doing that portion. Now there was some reports of some flooding along Bahita Beach Boulevard. I think we figured out the area. It's due to the mangroves growing up at the outlets. The pipes from the roadway exit and come over to the pad walls, turn to the seawalls and the mangroves have just overtaken some of the pipe openings. So we're going to try to get the landscape ward border with the landscape landscape group to come out here and remove the mangrove roots that are clogging the plant. </w:t>
      </w:r>
    </w:p>
    <w:p>
      <w:r>
        <w:t xml:space="preserve">(Speaker D)  I'm just gonna have my. I'm actually gonna have my maintenance team because I can get to it tomorrow because I Think that's an urgent issue? </w:t>
      </w:r>
    </w:p>
    <w:p>
      <w:r>
        <w:t xml:space="preserve">(Speaker E)  It is. </w:t>
      </w:r>
    </w:p>
    <w:p>
      <w:r>
        <w:t xml:space="preserve">(Speaker B)  I guarantee it's probably flooded. Right. </w:t>
      </w:r>
    </w:p>
    <w:p>
      <w:r>
        <w:t xml:space="preserve">(Speaker D)  I'll have my guys here tomorrow. </w:t>
      </w:r>
    </w:p>
    <w:p>
      <w:r>
        <w:t xml:space="preserve">(Speaker B)  There. </w:t>
      </w:r>
    </w:p>
    <w:p>
      <w:r>
        <w:t xml:space="preserve">(Speaker H)  Yeah. Because they started maintaining the storm store pipe and they went like 120ft and then it's blocked. And then they came from the other end and went five feet in that block. So it's right at the end, right </w:t>
      </w:r>
    </w:p>
    <w:p>
      <w:r>
        <w:t xml:space="preserve">(Speaker F)  where the mangroves are.465. It's behind 465. </w:t>
      </w:r>
    </w:p>
    <w:p>
      <w:r>
        <w:t xml:space="preserve">(Speaker A)  Yeah. </w:t>
      </w:r>
    </w:p>
    <w:p>
      <w:r>
        <w:t xml:space="preserve">(Speaker B)  Right over there by the parking lot. </w:t>
      </w:r>
    </w:p>
    <w:p>
      <w:r>
        <w:t xml:space="preserve">(Speaker A)  Yeah, yeah, yeah. </w:t>
      </w:r>
    </w:p>
    <w:p>
      <w:r>
        <w:t xml:space="preserve">(Speaker E)  That's where it's flood. </w:t>
      </w:r>
    </w:p>
    <w:p>
      <w:r>
        <w:t xml:space="preserve">(Speaker H)  We have completed the roadway inspections. We gave plans and quantities to Clayton. We're working out with and Brian as well. But we're working on some process to move that forward to go and figure out where the reserves are, what needs to be done to do safety improvements, make sure all signs are appropriate, meet regulations, paper markings are appropriate. We address broken curb trip hazards on the sidewalks and anything else related to inlets or pavement failures or anything like that. And then also we guesstimated what the lifetime stand for. Service life for these roadways are where they're going to need milling and overlay to rejuvenate the asphalt pavement. So now we have that ammunition to work out with your budget on what that would be over the next. We worked out somewhere around 10 years to rebuild and take the roadways, </w:t>
      </w:r>
    </w:p>
    <w:p>
      <w:r>
        <w:t xml:space="preserve">(Speaker F)  the </w:t>
      </w:r>
    </w:p>
    <w:p>
      <w:r>
        <w:t xml:space="preserve">(Speaker H)  buoys, and came out here and installed all but one. So next time he's out, he's. He ran out of materials, but he'll do that last one. I. I know that the reason was that some of the. Some of the materials corroded too quickly, so they had to get some stainless steel materials to substitute and that should work fine. And the permit, from what I understand, is still stuck in regulatory hell. </w:t>
      </w:r>
    </w:p>
    <w:p>
      <w:r>
        <w:t xml:space="preserve">(Speaker I)  And. </w:t>
      </w:r>
    </w:p>
    <w:p>
      <w:r>
        <w:t xml:space="preserve">(Speaker H)  And he's going to make some calls as soon as he gets in next week with contacts. He has to try to track that one down. That's it for me on my list. </w:t>
      </w:r>
    </w:p>
    <w:p>
      <w:r>
        <w:t xml:space="preserve">(Speaker F)  Did they look at the sewer boxes too? Because I talked to James Murray, the guy that was digging out the mangroves, and he said that the sewer boxes need to be cleaned out also. </w:t>
      </w:r>
    </w:p>
    <w:p>
      <w:r>
        <w:t xml:space="preserve">(Speaker B)  Yes. </w:t>
      </w:r>
    </w:p>
    <w:p>
      <w:r>
        <w:t xml:space="preserve">(Speaker H)  Yeah. </w:t>
      </w:r>
    </w:p>
    <w:p>
      <w:r>
        <w:t xml:space="preserve">(Speaker F)  Okay. I just want to make sure. Yeah. </w:t>
      </w:r>
    </w:p>
    <w:p>
      <w:r>
        <w:t xml:space="preserve">(Speaker H)  We just haven't gotten to all of it yet, but they've done a. Like I said, they've done a majority into the west side. I mean, on the east side. </w:t>
      </w:r>
    </w:p>
    <w:p>
      <w:r>
        <w:t xml:space="preserve">(Speaker B)  Quick question. Just a. Driving here was thinking about it. That stop sign, that is unnecessary. Do we. What's the. What do we do with that? We just leave it or. I mean, we've left it thus far. But now, I mean that road now, now we have a sense of what's going to happen with that property. We know that that stop sign is never going to be a three way stop. Did we remove it? Do we leave it and just have a random stop there? What do we do? </w:t>
      </w:r>
    </w:p>
    <w:p>
      <w:r>
        <w:t xml:space="preserve">(Speaker H)  Well, for right now it's acting like a traffic calming measure. Right. Somebody has to stop there. So that's one thing that you can consider just leaving in place until that development proceeds with development and then get rid of the sign or do something else, do some other track the traffic calming measure. So it's entirely up to you. I don't even think, I don't think we noted it on our plan. That's not necessary. But that's. It certainly is not necessary when, if we ever mill and overlay that road we could go and at that time get rid of the stop sign or stop bar and stop sign and then change that around a little bit with a different traffic marking. Okay. </w:t>
      </w:r>
    </w:p>
    <w:p>
      <w:r>
        <w:t xml:space="preserve">(Speaker B)  Yeah. </w:t>
      </w:r>
    </w:p>
    <w:p>
      <w:r>
        <w:t xml:space="preserve">(Speaker H)  Right now there's a driveway up to that side. It's not being used, it's blocked but it's still there. </w:t>
      </w:r>
    </w:p>
    <w:p>
      <w:r>
        <w:t xml:space="preserve">(Speaker B)  Yeah, I mean obviously fine. Leaving it now just more so curious out of anything because it's absolutely right. </w:t>
      </w:r>
    </w:p>
    <w:p>
      <w:r>
        <w:t xml:space="preserve">(Speaker H)  It's not necessary. </w:t>
      </w:r>
    </w:p>
    <w:p>
      <w:r>
        <w:t xml:space="preserve">(Speaker B)  Okay, cool, thank you. </w:t>
      </w:r>
    </w:p>
    <w:p>
      <w:r>
        <w:t xml:space="preserve">(Speaker C)  Anything else for Rick at this time board members? </w:t>
      </w:r>
    </w:p>
    <w:p>
      <w:r>
        <w:t xml:space="preserve">(Speaker D)  No. </w:t>
      </w:r>
    </w:p>
    <w:p>
      <w:r>
        <w:t xml:space="preserve">(Speaker B)  Anything else Rick? </w:t>
      </w:r>
    </w:p>
    <w:p>
      <w:r>
        <w:t xml:space="preserve">(Speaker H)  No. </w:t>
      </w:r>
    </w:p>
    <w:p>
      <w:r>
        <w:t xml:space="preserve">(Speaker B)  All right, we're going to go ahead and move on. </w:t>
      </w:r>
    </w:p>
    <w:p>
      <w:r>
        <w:t xml:space="preserve">(Speaker A)  Thank you Rick. </w:t>
      </w:r>
    </w:p>
    <w:p>
      <w:r>
        <w:t xml:space="preserve">(Speaker B)  Appreciate it. </w:t>
      </w:r>
    </w:p>
    <w:p>
      <w:r>
        <w:t xml:space="preserve">(Speaker A)  Next up we do have district council Ryan take it away. </w:t>
      </w:r>
    </w:p>
    <w:p>
      <w:r>
        <w:t xml:space="preserve">(Speaker C)  Yeah, thanks Brian. Two pretty large items on today's agenda. The first one, discussion on the long hour project closeout. Yesterday we received I guess drafts of the necessary closeout documents from Lenar's council. I tried to review them and get a revised draft before today's meeting but it just wasn't enough time. I've sent back comments because they weren't in the proper form and I think also a lot of this project closeout process was dependent on having our water management district permit in hand and resolve. So sent back comments to them. It's not ready for any actions at today's meeting. So we kind of table that I'm happy to discuss further or we can kind of have more of a full report at the next meeting. The board's com with it. We can kind of move on to the next item. All right, so the next item is we received a updated memo from for the AC project request. As you know at the last meeting we have representatives from the developers council come and present a memo outlining the Requests. The board essentially relayed a request that, you know, they demonstrate a exchange of value back for the property rights that they're asking the district to give up. In the memo on the agenda, the requests are essentially the same of what they're asking of the district. The, the biggest change or the biggest new discussion point is a. An outline of property value offerings. Some are tied to each of their four requests or tied to their request. But I think you can think about them, you know, as a whole or separately. I can walk through them and give a description, but I think the memo does a pretty good job of summarizing exactly what they're offering. I know a lot of these requests that they're asking of the district have been discussed and prior meetings. The list of new offerings here, something we can definitely talk about and go through and get the board's feedback on. But in addition to what's in the. In the memo, what I think would be helpful is if the board essentially communicates what it would take to get to a yes on these items. And whatever that is, or if the answer is, it's always going to be a no on either one or all these items that they're requesting, I think it's appropriate or be reasonable or fair to communicate that back to. To the development team. You're not under any obligation to grant any of these easing requests. The exchange of value is really up to you. So whatever you would think would be fair. But, you know, that's one way you can approach it today or after the meeting. You know, good. Have that communication back. Maybe almost calling it one final offer of say, okay, this is what it would take to give you what you're asking for. You can kind of set those parameters for however you like, or if you can just say no, this is a definite no, no matter what. I think that would be appropriate. Or you can consider it further and talk about at the next meeting. There's not any deadline on your end. But just considering the history before, you know, we came on and since we've been on, you know, we've had discussions about it, and a lot of this stuff isn't changing. But that's kind of my thought. And aside from what's in the memo, and then I'll stop rambling. I've had recent conversations as of this morning when I was driving down about, you know, potential additional offerings. You know, one request from the last meeting from the board was talking about the, the peer and the dock request. They, you know, the board ideas about, you know, maybe potentially shifting the, the pier of the dock north or you know, making other changes to that. And, and this morning the developers council relayed that one of the additional considerations that they'd be willing to do is shift that dock and pier to the northern side of the property. Essentially what I understand it to be, you know, 20ft from the, the, from the property boundary line. So it wouldn't not be smack dab in the middle of the beach, it would just be on the northern end. It would still be in a like a T design, if you will. And so they're not just, they're not just only shifting the, the pier, they're shifting the whole thing north. So you would end up with an L where you still have all the docks in the middle of the beach. Everything essentially would be shifted north. So hopefully that would minimize the impact or enjoyment of the beach. </w:t>
      </w:r>
    </w:p>
    <w:p>
      <w:r>
        <w:t xml:space="preserve">(Speaker B)  So then that the T, the right side of the T, if you're looking out, would be in front of like those, the townhomes or condos, the high adult down here. </w:t>
      </w:r>
    </w:p>
    <w:p>
      <w:r>
        <w:t xml:space="preserve">(Speaker C)  Yeah, I'm just picturing in a map just if you literally just kind of shifted up north and I don't have specifics but they said, you know, within 20ft or so of the property line. The other thing is a request. I've had some communication about other public benefits. One was being a dog park. They said they would be willing to, you know, the email I got back was it was the building instructed dog park on district property, exactly where that would be. That's, that's up for analysis. But regardless of what the parameters are that they said in there in the memo or what I just verbally discussed with you, I think if you told me Elisa said, okay, we want the dock north, we want the landscaping, irrigation offering, we want them to maintain the seawalls on their properties, we want them to build a dog park on their property. You know, whatever it is, if you feel like that's a, or the soft gates want them to fully fund it, whatever it is, you know, if you think that's something you can get to a point of letting me know we can relate to them and then kind of have the conversation, I'll have to drag on further and further back and forth again, not, you don't even have to stick to that, but willing to go there today and have that conversation. I can take these notes and relay that back to them and see what the response is. Maybe one more turn of a back and forth and just kind of everyone just see what, see where we end up. I'll stop there, see if any questions or further discussion. </w:t>
      </w:r>
    </w:p>
    <w:p>
      <w:r>
        <w:t xml:space="preserve">(Speaker B)  Are they on? </w:t>
      </w:r>
    </w:p>
    <w:p>
      <w:r>
        <w:t xml:space="preserve">(Speaker A)  We do have Savannah Hancock on the line listening in. </w:t>
      </w:r>
    </w:p>
    <w:p>
      <w:r>
        <w:t xml:space="preserve">(Speaker H)  Yes. </w:t>
      </w:r>
    </w:p>
    <w:p>
      <w:r>
        <w:t xml:space="preserve">(Speaker F)  You want to go first? No. </w:t>
      </w:r>
    </w:p>
    <w:p>
      <w:r>
        <w:t xml:space="preserve">(Speaker B)  You guys. </w:t>
      </w:r>
    </w:p>
    <w:p>
      <w:r>
        <w:t xml:space="preserve">(Speaker F)  Okay. So when Savannah was here last week because I looked back over the minutes just to make sure. So we asked for the beach renourishment. He said no to that. We asked for the bridge, he said no to that. And we asked him to make it ADA compliant going down to the beach. And he said no to all of those three things. </w:t>
      </w:r>
    </w:p>
    <w:p>
      <w:r>
        <w:t xml:space="preserve">(Speaker C)  And I don't want to cut you off just for what I understood in communications on the beach year nourishment and the bridge, you're correct, the response was no. And it wasn't just a flat no. They did spend a little time looking into it. And what was communicated back to me is the beach. I guess the way that the approvals of how it's set up according to the Army Corps I could be getting this wrong. But the approvals they would need to do that. It would essentially equate to creating a new beach. Even though we can obviously all see that there's sand and it's a beach there, that it wouldn't be treated as a beach renourishment which is easier and cheaper to do. Kind of. It's not cheap, but cheaper. It would be treated as having to regulatorily create a new beach which is. It's just not financially feasible. And as far as creating the bridge, again that's something they did look into or ask. And I think just the approvals, the process necessary for that is not something they viewed as feasible but steps or access to the, to the north beach from where the eason is being shifted. That is something that they agreed to to make it the beach or the access ADA accessible and ADA compliant. </w:t>
      </w:r>
    </w:p>
    <w:p>
      <w:r>
        <w:t xml:space="preserve">(Speaker B)  So I don't understand the beach part. So Army Corps of Engineers saying that that beach is not actually a beach. It is, it is a nothing. </w:t>
      </w:r>
    </w:p>
    <w:p>
      <w:r>
        <w:t xml:space="preserve">(Speaker C)  Yeah, this, this is again verbal was communicated to me and it could be getting it wrong with, with pointing out the Army Corps but wherever approvals they would need to do a beach renourishment, they the message I was relayed to developers council that it's not necessarily wouldn't be treated as beach renourishment and it'd be treated as creating a new beach. </w:t>
      </w:r>
    </w:p>
    <w:p>
      <w:r>
        <w:t xml:space="preserve">(Speaker E)  So even this if the CDD were to do still wouldn't be beach for nourishment. It would be. </w:t>
      </w:r>
    </w:p>
    <w:p>
      <w:r>
        <w:t xml:space="preserve">(Speaker C)  Yeah. Outside of my wheelhouse, I, I would, I think we would have to look into it further. </w:t>
      </w:r>
    </w:p>
    <w:p>
      <w:r>
        <w:t xml:space="preserve">(Speaker B)  But Rick, is that Something that you would be able to just. </w:t>
      </w:r>
    </w:p>
    <w:p>
      <w:r>
        <w:t xml:space="preserve">(Speaker H)  We would have to look into it, but yeah, we could find out. </w:t>
      </w:r>
    </w:p>
    <w:p>
      <w:r>
        <w:t xml:space="preserve">(Speaker B)  I think. Let's just see what. Like get a second opinion. </w:t>
      </w:r>
    </w:p>
    <w:p>
      <w:r>
        <w:t xml:space="preserve">(Speaker C)  Yeah, that's, that's reasonable because I do. </w:t>
      </w:r>
    </w:p>
    <w:p>
      <w:r>
        <w:t xml:space="preserve">(Speaker B)  I mean it's, it's in gis. It's here you guys have a highlight. Like it's, it's an area that is owned by, by us and it goes out to the water. Like I would interpret that as, as a beach, but I'd like for Rick and his team to maybe dive into that a little bit more to at least understand that. </w:t>
      </w:r>
    </w:p>
    <w:p>
      <w:r>
        <w:t xml:space="preserve">(Speaker A)  I mean also you have other council on the line. If you guys like to ask them questions directly. </w:t>
      </w:r>
    </w:p>
    <w:p>
      <w:r>
        <w:t xml:space="preserve">(Speaker B)  Yeah. They can provide the documentation. That would also be helpful too. So we can provide it to Rick so we can see it and ask questions at. Whatever he needs to do to get us understanding. </w:t>
      </w:r>
    </w:p>
    <w:p>
      <w:r>
        <w:t xml:space="preserve">(Speaker C)  Yeah, we can definitely work with Rick on. I'm sure whatever you. If you need information from them, we can work with them. </w:t>
      </w:r>
    </w:p>
    <w:p>
      <w:r>
        <w:t xml:space="preserve">(Speaker B)  I feel like that's maybe another issue that is even beyond outside of this. Like just for our own knowledge of all of the rest of this. Like, what is that entity right there? Like, is it anything, is it nothing classified as. What is it classified as? I think we need to know that because we do. </w:t>
      </w:r>
    </w:p>
    <w:p>
      <w:r>
        <w:t xml:space="preserve">(Speaker E)  Because that would mean. Right decision on. </w:t>
      </w:r>
    </w:p>
    <w:p>
      <w:r>
        <w:t xml:space="preserve">(Speaker A)  Exactly. If you can't do anything with it, then. </w:t>
      </w:r>
    </w:p>
    <w:p>
      <w:r>
        <w:t xml:space="preserve">(Speaker E)  Correct. Right. </w:t>
      </w:r>
    </w:p>
    <w:p>
      <w:r>
        <w:t xml:space="preserve">(Speaker B)  Yeah. Then what is it then the easement, I guess, loses any value. </w:t>
      </w:r>
    </w:p>
    <w:p>
      <w:r>
        <w:t xml:space="preserve">(Speaker A)  Right. </w:t>
      </w:r>
    </w:p>
    <w:p>
      <w:r>
        <w:t xml:space="preserve">(Speaker B)  What's the value then if it can't do anything with it? Correct, Correct. Correct. I think it's worthwhile to dig into that as a next step. Before we go really any further with that discussion on the pier. Let's figure out what's going on with, with air quote speech, we want to call it that and see what's going on there. Okay. </w:t>
      </w:r>
    </w:p>
    <w:p>
      <w:r>
        <w:t xml:space="preserve">(Speaker C)  We, we can table the, the pier and the doc discussion, kind of pull that out and address the other issue separately while we're on the topic. I, I guess the shifting the dock and the fear north, you know, if we're coming up with a list of must haves or requests, is that something that you know. Yeah, moves a needle. </w:t>
      </w:r>
    </w:p>
    <w:p>
      <w:r>
        <w:t xml:space="preserve">(Speaker B)  It's helpful. </w:t>
      </w:r>
    </w:p>
    <w:p>
      <w:r>
        <w:t xml:space="preserve">(Speaker C)  And you would want to include on your list of requests. </w:t>
      </w:r>
    </w:p>
    <w:p>
      <w:r>
        <w:t xml:space="preserve">(Speaker B)  I would say it's helpful. </w:t>
      </w:r>
    </w:p>
    <w:p>
      <w:r>
        <w:t xml:space="preserve">(Speaker H)  Yes. </w:t>
      </w:r>
    </w:p>
    <w:p>
      <w:r>
        <w:t xml:space="preserve">(Speaker C)  I agree. </w:t>
      </w:r>
    </w:p>
    <w:p>
      <w:r>
        <w:t xml:space="preserve">(Speaker D)  We're talking about this little north beach up here. </w:t>
      </w:r>
    </w:p>
    <w:p>
      <w:r>
        <w:t xml:space="preserve">(Speaker E)  Yeah. </w:t>
      </w:r>
    </w:p>
    <w:p>
      <w:r>
        <w:t xml:space="preserve">(Speaker H)  Yeah. </w:t>
      </w:r>
    </w:p>
    <w:p>
      <w:r>
        <w:t xml:space="preserve">(Speaker C)  Maybe we can all see what it is. I guess there's more regulatory approval on what it's called. </w:t>
      </w:r>
    </w:p>
    <w:p>
      <w:r>
        <w:t xml:space="preserve">(Speaker B)  Yeah. Because then it's like, do we need, do we Need. Can it be done Buoys? Do we like, you know, what is this? How does this change what we can do in that space? If anything we can do with that space. </w:t>
      </w:r>
    </w:p>
    <w:p>
      <w:r>
        <w:t xml:space="preserve">(Speaker C)  Yeah, understandable. I'm happy to kind of drive the conversation and go one by one through these. Or if you guys want to just jump wherever you want to go to next, let me know how you. </w:t>
      </w:r>
    </w:p>
    <w:p>
      <w:r>
        <w:t xml:space="preserve">(Speaker B)  I'm good. One alone, but I don't want to. </w:t>
      </w:r>
    </w:p>
    <w:p>
      <w:r>
        <w:t xml:space="preserve">(Speaker E)  I'm good with the pier. I got other things, so. </w:t>
      </w:r>
    </w:p>
    <w:p>
      <w:r>
        <w:t xml:space="preserve">(Speaker B)  Yeah, do you have other things you want to talk about for the year or. </w:t>
      </w:r>
    </w:p>
    <w:p>
      <w:r>
        <w:t xml:space="preserve">(Speaker E)  No, not Pierre. </w:t>
      </w:r>
    </w:p>
    <w:p>
      <w:r>
        <w:t xml:space="preserve">(Speaker B)  So. </w:t>
      </w:r>
    </w:p>
    <w:p>
      <w:r>
        <w:t xml:space="preserve">(Speaker A)  Okay, we can move on. </w:t>
      </w:r>
    </w:p>
    <w:p>
      <w:r>
        <w:t xml:space="preserve">(Speaker B)  Yeah, I'm good. I'm good. Moving on. Okay. Well, we have more information about the beach </w:t>
      </w:r>
    </w:p>
    <w:p>
      <w:r>
        <w:t xml:space="preserve">(Speaker C)  discussion. Want to get the board's thoughts on, like, adding a public dog park to the community one. If that's something that again, you want, you would need in order to get to a. Yes. </w:t>
      </w:r>
    </w:p>
    <w:p>
      <w:r>
        <w:t xml:space="preserve">(Speaker E)  DOA already has one and we have no land to put one on. </w:t>
      </w:r>
    </w:p>
    <w:p>
      <w:r>
        <w:t xml:space="preserve">(Speaker C)  Yeah, right. </w:t>
      </w:r>
    </w:p>
    <w:p>
      <w:r>
        <w:t xml:space="preserve">(Speaker F)  And the Antigua Cove already has adult. </w:t>
      </w:r>
    </w:p>
    <w:p>
      <w:r>
        <w:t xml:space="preserve">(Speaker B)  What I'm thinking this is. This was a request made by me who does not own a dog, but I see many dogs walking. </w:t>
      </w:r>
    </w:p>
    <w:p>
      <w:r>
        <w:t xml:space="preserve">(Speaker F)  You can borrow. </w:t>
      </w:r>
    </w:p>
    <w:p>
      <w:r>
        <w:t xml:space="preserve">(Speaker B)  Yeah, yeah, there's many dogs I can borrow. But, like, you know, we have. The area that I'm thinking about where I think would be a good spot for a dog park is right over by that bus station next to basically that stop sign that I just mentioned a second ago. Like right there on the. </w:t>
      </w:r>
    </w:p>
    <w:p>
      <w:r>
        <w:t xml:space="preserve">(Speaker E)  The one that the apartment complex is using already. </w:t>
      </w:r>
    </w:p>
    <w:p>
      <w:r>
        <w:t xml:space="preserve">(Speaker B)  Yes, but making that into a formal dog park right there where it's already landscaped. Just put a fence up there, put a dog station, whatever you do for dogs, because it's centrally located for where all this property is going to be coming in. It's an area where people walk past the dogs anyway. It's convenient for the. For the apartments. It's convenient for the town homes. It's going to be convenient for the new properties that he's going to put in. We obviously can't put it on the townhome side because it's obviously not possible. But that corner right there is already. I don't know what his plans are for that corner, but it's landscaped. It's already done. All you had to do is put a fence that ends it. </w:t>
      </w:r>
    </w:p>
    <w:p>
      <w:r>
        <w:t xml:space="preserve">(Speaker E)  Is that part of the apartment complex? </w:t>
      </w:r>
    </w:p>
    <w:p>
      <w:r>
        <w:t xml:space="preserve">(Speaker B)  Well, that's Carter's former Carter's property, now Solo's property. </w:t>
      </w:r>
    </w:p>
    <w:p>
      <w:r>
        <w:t xml:space="preserve">(Speaker C)  Yeah, that's right. </w:t>
      </w:r>
    </w:p>
    <w:p>
      <w:r>
        <w:t xml:space="preserve">(Speaker B)  And. </w:t>
      </w:r>
    </w:p>
    <w:p>
      <w:r>
        <w:t xml:space="preserve">(Speaker C)  And I think the. The response back I got this morning was the desire to have it on. On district property just for liability concerns. So I think if. </w:t>
      </w:r>
    </w:p>
    <w:p>
      <w:r>
        <w:t xml:space="preserve">(Speaker B)  If. </w:t>
      </w:r>
    </w:p>
    <w:p>
      <w:r>
        <w:t xml:space="preserve">(Speaker C)  If that was a dog park in that location was a requirement. I think the request would entail taking fee title ownership to whatever that area is that carving out a piece of it. So if you wanted it there, it had to be there. </w:t>
      </w:r>
    </w:p>
    <w:p>
      <w:r>
        <w:t xml:space="preserve">(Speaker D)  Right here. </w:t>
      </w:r>
    </w:p>
    <w:p>
      <w:r>
        <w:t xml:space="preserve">(Speaker B)  I think it's best placed there. But I mean as you can see from like there's no. There's no place to put a dog park on. On any of these highlighted spots. So you mentioned. </w:t>
      </w:r>
    </w:p>
    <w:p>
      <w:r>
        <w:t xml:space="preserve">(Speaker C)  You mentioned right by the gate house. Or are they a little square right there? Yeah. I haven't again looked at it. </w:t>
      </w:r>
    </w:p>
    <w:p>
      <w:r>
        <w:t xml:space="preserve">(Speaker B)  Yeah. Yeah. </w:t>
      </w:r>
    </w:p>
    <w:p>
      <w:r>
        <w:t xml:space="preserve">(Speaker E)  Right now the only place you physically could put it, I think is the apex where. Where the two roads. </w:t>
      </w:r>
    </w:p>
    <w:p>
      <w:r>
        <w:t xml:space="preserve">(Speaker B)  But that's. I mean that's still so small. And I, I would say I would rather put landscaping enhancements there than. Than a dog park. I think that's why that stops. </w:t>
      </w:r>
    </w:p>
    <w:p>
      <w:r>
        <w:t xml:space="preserve">(Speaker C)  That's the gate house. </w:t>
      </w:r>
    </w:p>
    <w:p>
      <w:r>
        <w:t xml:space="preserve">(Speaker B)  Yeah. </w:t>
      </w:r>
    </w:p>
    <w:p>
      <w:r>
        <w:t xml:space="preserve">(Speaker C)  And that's a retention pond. Retention big time retention pond. </w:t>
      </w:r>
    </w:p>
    <w:p>
      <w:r>
        <w:t xml:space="preserve">(Speaker A)  Yeah. Maybe he's thinking about the opposite side that. Maybe he's thinking there though. </w:t>
      </w:r>
    </w:p>
    <w:p>
      <w:r>
        <w:t xml:space="preserve">(Speaker C)  Show. </w:t>
      </w:r>
    </w:p>
    <w:p>
      <w:r>
        <w:t xml:space="preserve">(Speaker B)  Oh right. Yeah. </w:t>
      </w:r>
    </w:p>
    <w:p>
      <w:r>
        <w:t xml:space="preserve">(Speaker A)  I'm talking about the other side of the gate. </w:t>
      </w:r>
    </w:p>
    <w:p>
      <w:r>
        <w:t xml:space="preserve">(Speaker B)  Like the tooth. Not. </w:t>
      </w:r>
    </w:p>
    <w:p>
      <w:r>
        <w:t xml:space="preserve">(Speaker A)  Not yellow. </w:t>
      </w:r>
    </w:p>
    <w:p>
      <w:r>
        <w:t xml:space="preserve">(Speaker B)  Opposite side. Yeah. </w:t>
      </w:r>
    </w:p>
    <w:p>
      <w:r>
        <w:t xml:space="preserve">(Speaker C)  What he's born to. </w:t>
      </w:r>
    </w:p>
    <w:p>
      <w:r>
        <w:t xml:space="preserve">(Speaker E)  That's all that </w:t>
      </w:r>
    </w:p>
    <w:p>
      <w:r>
        <w:t xml:space="preserve">(Speaker B)  like the only closed on right now. </w:t>
      </w:r>
    </w:p>
    <w:p>
      <w:r>
        <w:t xml:space="preserve">(Speaker F)  Hammerhead and Dust. </w:t>
      </w:r>
    </w:p>
    <w:p>
      <w:r>
        <w:t xml:space="preserve">(Speaker E)  Well, he hasn't closed on those yet. </w:t>
      </w:r>
    </w:p>
    <w:p>
      <w:r>
        <w:t xml:space="preserve">(Speaker A)  I don't think he's closed on P. Which is. </w:t>
      </w:r>
    </w:p>
    <w:p>
      <w:r>
        <w:t xml:space="preserve">(Speaker F)  I'm just curious whether or not he </w:t>
      </w:r>
    </w:p>
    <w:p>
      <w:r>
        <w:t xml:space="preserve">(Speaker B)  closed on this </w:t>
      </w:r>
    </w:p>
    <w:p>
      <w:r>
        <w:t xml:space="preserve">(Speaker C)  this month or last month. </w:t>
      </w:r>
    </w:p>
    <w:p>
      <w:r>
        <w:t xml:space="preserve">(Speaker B)  They closed. </w:t>
      </w:r>
    </w:p>
    <w:p>
      <w:r>
        <w:t xml:space="preserve">(Speaker C)  It was pretty imminent. </w:t>
      </w:r>
    </w:p>
    <w:p>
      <w:r>
        <w:t xml:space="preserve">(Speaker E)  Okay. On the big one and then the big one. </w:t>
      </w:r>
    </w:p>
    <w:p>
      <w:r>
        <w:t xml:space="preserve">(Speaker C)  Oh yeah. </w:t>
      </w:r>
    </w:p>
    <w:p>
      <w:r>
        <w:t xml:space="preserve">(Speaker B)  He's just. </w:t>
      </w:r>
    </w:p>
    <w:p>
      <w:r>
        <w:t xml:space="preserve">(Speaker E)  He's still. </w:t>
      </w:r>
    </w:p>
    <w:p>
      <w:r>
        <w:t xml:space="preserve">(Speaker C)  Yeah. </w:t>
      </w:r>
    </w:p>
    <w:p>
      <w:r>
        <w:t xml:space="preserve">(Speaker F)  Because that's where according to his. </w:t>
      </w:r>
    </w:p>
    <w:p>
      <w:r>
        <w:t xml:space="preserve">(Speaker E)  He closed on that one. </w:t>
      </w:r>
    </w:p>
    <w:p>
      <w:r>
        <w:t xml:space="preserve">(Speaker C)  P I N N K. Yeah. </w:t>
      </w:r>
    </w:p>
    <w:p>
      <w:r>
        <w:t xml:space="preserve">(Speaker F)  Yeah. So he was looking to put one of the observation towers. </w:t>
      </w:r>
    </w:p>
    <w:p>
      <w:r>
        <w:t xml:space="preserve">(Speaker C)  Yeah. </w:t>
      </w:r>
    </w:p>
    <w:p>
      <w:r>
        <w:t xml:space="preserve">(Speaker F)  Down here. </w:t>
      </w:r>
    </w:p>
    <w:p>
      <w:r>
        <w:t xml:space="preserve">(Speaker C)  That's a good point. I probably breeze over that too quickly. The last conversation we had, the memo only covered parts pin. This is including a discussion of the Bahia beach parcels. I think it's listed as like bb. Yeah. </w:t>
      </w:r>
    </w:p>
    <w:p>
      <w:r>
        <w:t xml:space="preserve">(Speaker F)  Right. </w:t>
      </w:r>
    </w:p>
    <w:p>
      <w:r>
        <w:t xml:space="preserve">(Speaker B)  We call them the Hammerhead. </w:t>
      </w:r>
    </w:p>
    <w:p>
      <w:r>
        <w:t xml:space="preserve">(Speaker F)  Hammerhead and the Dust Bowl. </w:t>
      </w:r>
    </w:p>
    <w:p>
      <w:r>
        <w:t xml:space="preserve">(Speaker B)  Yeah. Neighborhood. </w:t>
      </w:r>
    </w:p>
    <w:p>
      <w:r>
        <w:t xml:space="preserve">(Speaker C)  The reason why they added that in discussion is when we had the request for showing an exchange of value, they thought it would be helpful to, you know, include in your future plans for. For that. Even though the development of those partials is maybe a little lags a little bit behind the other ones. Potentially they wanted to show other areas where value could be given back to the district. So the observation platforms, four of them. Throughout the community. Some of them on those tracks. The pedestrian connectivity, sidewalks are all on portions of those tracks. </w:t>
      </w:r>
    </w:p>
    <w:p>
      <w:r>
        <w:t xml:space="preserve">(Speaker B)  So this. So then I guess, correct me if I'm wrong, this. So those are Hammerhead Dust bowl. Hammerhead is parcel BB7. Dust Bowl BB4. 5. Just for everyone to be aware of. Yeah. BB4. 5 is the dust bowl. So he does not own those yet. And his total value is based on what he plans to do if and when he owns that property, but cannot make commitments on that property as of yet because he does not currently fold it. Is that correct? I'm sorry. </w:t>
      </w:r>
    </w:p>
    <w:p>
      <w:r>
        <w:t xml:space="preserve">(Speaker C)  I believe that's right. Savannah, do you. If you're on, do you know about the property ownership of the HA beach parcel? </w:t>
      </w:r>
    </w:p>
    <w:p>
      <w:r>
        <w:t xml:space="preserve">(Speaker I)  That closing date hasn't come yet. I can ask for the specific date in which they're supposed to close. </w:t>
      </w:r>
    </w:p>
    <w:p>
      <w:r>
        <w:t xml:space="preserve">(Speaker C)  Okay, thanks. And just jump in if I'm. If I'm mischaracterizing anything or summarizing incorrectly. </w:t>
      </w:r>
    </w:p>
    <w:p>
      <w:r>
        <w:t xml:space="preserve">(Speaker I)  Okay. </w:t>
      </w:r>
    </w:p>
    <w:p>
      <w:r>
        <w:t xml:space="preserve">(Speaker B)  Just. </w:t>
      </w:r>
    </w:p>
    <w:p>
      <w:r>
        <w:t xml:space="preserve">(Speaker C)  So play middle ground. </w:t>
      </w:r>
    </w:p>
    <w:p>
      <w:r>
        <w:t xml:space="preserve">(Speaker B)  Yeah. I know it's complicated, but I think it's good to understand what. </w:t>
      </w:r>
    </w:p>
    <w:p>
      <w:r>
        <w:t xml:space="preserve">(Speaker C)  Yeah. </w:t>
      </w:r>
    </w:p>
    <w:p>
      <w:r>
        <w:t xml:space="preserve">(Speaker B)  Is controlled and what is. </w:t>
      </w:r>
    </w:p>
    <w:p>
      <w:r>
        <w:t xml:space="preserve">(Speaker C)  Yeah, absolutely. </w:t>
      </w:r>
    </w:p>
    <w:p>
      <w:r>
        <w:t xml:space="preserve">(Speaker F)  So when he made the first presentation to us, he told us that they had $1.2 million to do for landscape enhancement. I'm going to say that what he's looking to do in landscape, amount of money he needs to do for his own properties, to sell his own properties. It's not that he's doing it for our benefit. He's doing it primarily for his own benefit. And then we're the secondary. So I don't feel like that's a big give. I think that he's asking us to go from 20ft to 10ft and not really looking to give us anything in return. I'm not happy with. </w:t>
      </w:r>
    </w:p>
    <w:p>
      <w:r>
        <w:t xml:space="preserve">(Speaker C)  And just. </w:t>
      </w:r>
    </w:p>
    <w:p>
      <w:r>
        <w:t xml:space="preserve">(Speaker F)  That's my own personal opinion. </w:t>
      </w:r>
    </w:p>
    <w:p>
      <w:r>
        <w:t xml:space="preserve">(Speaker C)  Yeah, absolutely. </w:t>
      </w:r>
    </w:p>
    <w:p>
      <w:r>
        <w:t xml:space="preserve">(Speaker B)  The. Well, as a board member. </w:t>
      </w:r>
    </w:p>
    <w:p>
      <w:r>
        <w:t xml:space="preserve">(Speaker F)  As a board member. Sorry. Thank you. </w:t>
      </w:r>
    </w:p>
    <w:p>
      <w:r>
        <w:t xml:space="preserve">(Speaker A)  He's also asking us to change the egress. </w:t>
      </w:r>
    </w:p>
    <w:p>
      <w:r>
        <w:t xml:space="preserve">(Speaker C)  So he's. </w:t>
      </w:r>
    </w:p>
    <w:p>
      <w:r>
        <w:t xml:space="preserve">(Speaker A)  He's wanting us to go, doc, basically, seawall side. Giving up the seawall side easement to give us the roadside easement. </w:t>
      </w:r>
    </w:p>
    <w:p>
      <w:r>
        <w:t xml:space="preserve">(Speaker E)  Correct. And that's where my situation. </w:t>
      </w:r>
    </w:p>
    <w:p>
      <w:r>
        <w:t xml:space="preserve">(Speaker D)  That's where. </w:t>
      </w:r>
    </w:p>
    <w:p>
      <w:r>
        <w:t xml:space="preserve">(Speaker A)  That's where we're all. </w:t>
      </w:r>
    </w:p>
    <w:p>
      <w:r>
        <w:t xml:space="preserve">(Speaker D)  I'm having a problem with. </w:t>
      </w:r>
    </w:p>
    <w:p>
      <w:r>
        <w:t xml:space="preserve">(Speaker E)  And we're talking 20ft along all those things. So if you go to page 98, which shows what it is currently. </w:t>
      </w:r>
    </w:p>
    <w:p>
      <w:r>
        <w:t xml:space="preserve">(Speaker C)  Gotta go that way. </w:t>
      </w:r>
    </w:p>
    <w:p>
      <w:r>
        <w:t xml:space="preserve">(Speaker B)  If you click on the number. </w:t>
      </w:r>
    </w:p>
    <w:p>
      <w:r>
        <w:t xml:space="preserve">(Speaker C)  Yeah. </w:t>
      </w:r>
    </w:p>
    <w:p>
      <w:r>
        <w:t xml:space="preserve">(Speaker B)  And you can just type in 98, I'll take you right to it. </w:t>
      </w:r>
    </w:p>
    <w:p>
      <w:r>
        <w:t xml:space="preserve">(Speaker F)  Thank you. I knew I had you for a reason. </w:t>
      </w:r>
    </w:p>
    <w:p>
      <w:r>
        <w:t xml:space="preserve">(Speaker B)  Okay, the, the only. </w:t>
      </w:r>
    </w:p>
    <w:p>
      <w:r>
        <w:t xml:space="preserve">(Speaker E)  Okay, so we all see that, right? </w:t>
      </w:r>
    </w:p>
    <w:p>
      <w:r>
        <w:t xml:space="preserve">(Speaker A)  Yeah. He's wanting us to give all that. </w:t>
      </w:r>
    </w:p>
    <w:p>
      <w:r>
        <w:t xml:space="preserve">(Speaker E)  Now go to page 40. </w:t>
      </w:r>
    </w:p>
    <w:p>
      <w:r>
        <w:t xml:space="preserve">(Speaker F)  Right. </w:t>
      </w:r>
    </w:p>
    <w:p>
      <w:r>
        <w:t xml:space="preserve">(Speaker E)  And look at the little itty bitty wits. </w:t>
      </w:r>
    </w:p>
    <w:p>
      <w:r>
        <w:t xml:space="preserve">(Speaker A)  Oh man. </w:t>
      </w:r>
    </w:p>
    <w:p>
      <w:r>
        <w:t xml:space="preserve">(Speaker E)  I mean he's looking to see where the star is behind. </w:t>
      </w:r>
    </w:p>
    <w:p>
      <w:r>
        <w:t xml:space="preserve">(Speaker H)  Yeah. </w:t>
      </w:r>
    </w:p>
    <w:p>
      <w:r>
        <w:t xml:space="preserve">(Speaker E)  See that little yellow? That's it for all that. That goes around. Just that little yellow. </w:t>
      </w:r>
    </w:p>
    <w:p>
      <w:r>
        <w:t xml:space="preserve">(Speaker C)  Yeah, that, that's essentially right. And, and what's not reflected is any necessary, you know, either walkway or easement rights to get from those observation decks to either a public or CD owned or CD owned area. So it, there have to be some sort of connection because we don't own all the property that connects from the road to there. So it would go somewhere they're not shown here. But all the spots where you see the observation deck there would have to be a connection to city property or the road. </w:t>
      </w:r>
    </w:p>
    <w:p>
      <w:r>
        <w:t xml:space="preserve">(Speaker B)  Sorry, I want to take a pause for a second. So there's a QR code back there that'll take you to the website. On the website, within the documents around the link to the event. For this page is our meeting is the meeting packet. You guys can follow along in the meeting packet. Yeah. And you'll see we've called out. We're on page 40 right now. If you go back, I believe we have a guarantee with our peace with the Port of Tampa at 15 foot all the way around our sick merge land base along with seawall easement or right away egress ingress. So that would work. And then on top of that, </w:t>
      </w:r>
    </w:p>
    <w:p>
      <w:r>
        <w:t xml:space="preserve">(Speaker C)  they </w:t>
      </w:r>
    </w:p>
    <w:p>
      <w:r>
        <w:t xml:space="preserve">(Speaker B)  can't put a observation tower next to the boats over there. I'm sure the owner would just love checking it out in their yachts. </w:t>
      </w:r>
    </w:p>
    <w:p>
      <w:r>
        <w:t xml:space="preserve">(Speaker H)  Yes, yes. </w:t>
      </w:r>
    </w:p>
    <w:p>
      <w:r>
        <w:t xml:space="preserve">(Speaker B)  How do they get to their boat? I guess because there's that gate right there. Are they going to lose access to that gate? Well, they can't lose access to that gate legally. Nobody can take that access away from us. We're supposed to have a 15 foot. If you look at a. There's a, it's a funky J that kind of goes around and comes back up along the, this side of, of the basin that we have a submerged land lease from Port Tampa. All along the, all along the land on there we have a guaranteed 15 foot easement from, from the point of the SE. </w:t>
      </w:r>
    </w:p>
    <w:p>
      <w:r>
        <w:t xml:space="preserve">(Speaker C)  This is in the channel right next to the end. </w:t>
      </w:r>
    </w:p>
    <w:p>
      <w:r>
        <w:t xml:space="preserve">(Speaker E)  And then if you look at Hammerhead, we have an easement currently all around the whole island and he's just doing a sidewalk down the middle of it. </w:t>
      </w:r>
    </w:p>
    <w:p>
      <w:r>
        <w:t xml:space="preserve">(Speaker F)  Benefit then it's not to benefit. </w:t>
      </w:r>
    </w:p>
    <w:p>
      <w:r>
        <w:t xml:space="preserve">(Speaker E)  I mean, I Just I'm trying to think of. </w:t>
      </w:r>
    </w:p>
    <w:p>
      <w:r>
        <w:t xml:space="preserve">(Speaker H)  Of. </w:t>
      </w:r>
    </w:p>
    <w:p>
      <w:r>
        <w:t xml:space="preserve">(Speaker E)  Of the people who live here. Does that make it. Does that give them more or does it give them less? </w:t>
      </w:r>
    </w:p>
    <w:p>
      <w:r>
        <w:t xml:space="preserve">(Speaker D)  And I think it's giving them a lot less. </w:t>
      </w:r>
    </w:p>
    <w:p>
      <w:r>
        <w:t xml:space="preserve">(Speaker E)  That's my personal opinion. </w:t>
      </w:r>
    </w:p>
    <w:p>
      <w:r>
        <w:t xml:space="preserve">(Speaker C)  Yeah. </w:t>
      </w:r>
    </w:p>
    <w:p>
      <w:r>
        <w:t xml:space="preserve">(Speaker B)  And the chairman </w:t>
      </w:r>
    </w:p>
    <w:p>
      <w:r>
        <w:t xml:space="preserve">(Speaker E)  heard. </w:t>
      </w:r>
    </w:p>
    <w:p>
      <w:r>
        <w:t xml:space="preserve">(Speaker C)  Absolutely heard on that. And, you know, we could speak from the CDD of, Of how it impacts our easements, but I think that's an absolute valid question of, you know, there's obviously other property interests in the community that, you know, would need to be worked out, you know, by the developer. It wouldn't be responsible of the district, however, and we can make any agreements that we. That you gave contingent on, you know, all other property interests that are impacted being resolved. It's kind of, you know, we can go however you want to go here. </w:t>
      </w:r>
    </w:p>
    <w:p>
      <w:r>
        <w:t xml:space="preserve">(Speaker B)  The. </w:t>
      </w:r>
    </w:p>
    <w:p>
      <w:r>
        <w:t xml:space="preserve">(Speaker C)  You're. You're obviously changing your easement walkway rights. If you go kind of walkway connectivity, you know, what you're giving up and what, what's being proposed. Maybe if you can outline if there is a situation where. </w:t>
      </w:r>
    </w:p>
    <w:p>
      <w:r>
        <w:t xml:space="preserve">(Speaker B)  What. </w:t>
      </w:r>
    </w:p>
    <w:p>
      <w:r>
        <w:t xml:space="preserve">(Speaker C)  What would be. Make you comfortable for that aspect or what would you want or need to see? It's either like, leave it alone. No, I'm. I'm not willing to give that up. Or yeah, the viewing for viewing platforms with enhanced sidewalks and the ADA access to north beach, that seems to be what is currently being offered. Is there something more that's missing with respect to the connectivity and the sidewalks and the walkability of the neighborhood? You know, if there's anything in. Any input you'd like to. For me to relay back to them, this is. </w:t>
      </w:r>
    </w:p>
    <w:p>
      <w:r>
        <w:t xml:space="preserve">(Speaker H)  Would. </w:t>
      </w:r>
    </w:p>
    <w:p>
      <w:r>
        <w:t xml:space="preserve">(Speaker C)  That would be helpful in this conversation. </w:t>
      </w:r>
    </w:p>
    <w:p>
      <w:r>
        <w:t xml:space="preserve">(Speaker B)  Can we break these down to like. Let's just talk about one. One request at a time. Sri, not including the. Because we've already, We've already discussed that. So just one aspect of this at a time. What are they asking for? What do we want? </w:t>
      </w:r>
    </w:p>
    <w:p>
      <w:r>
        <w:t xml:space="preserve">(Speaker C)  Yeah, that'd be great. </w:t>
      </w:r>
    </w:p>
    <w:p>
      <w:r>
        <w:t xml:space="preserve">(Speaker B)  Simple. Just moving forward like that and just not. And if, and if there's nothing that we. If there's nothing that'll get there, then let's just decide that now. </w:t>
      </w:r>
    </w:p>
    <w:p>
      <w:r>
        <w:t xml:space="preserve">(Speaker C)  I agree. Okay, great. We'll go by the requests we talked about. Parcel I, that's a doc. And beef access. We're going to table that for now. Something Ian just touched on is parcels N and K. If you have the map. 98 or. </w:t>
      </w:r>
    </w:p>
    <w:p>
      <w:r>
        <w:t xml:space="preserve">(Speaker E)  Yeah, 40 or 98. </w:t>
      </w:r>
    </w:p>
    <w:p>
      <w:r>
        <w:t xml:space="preserve">(Speaker B)  38 also covers it. </w:t>
      </w:r>
    </w:p>
    <w:p>
      <w:r>
        <w:t xml:space="preserve">(Speaker E)  Okay. </w:t>
      </w:r>
    </w:p>
    <w:p>
      <w:r>
        <w:t xml:space="preserve">(Speaker C)  For. For visual of showing where it is. </w:t>
      </w:r>
    </w:p>
    <w:p>
      <w:r>
        <w:t xml:space="preserve">(Speaker B)  But the. </w:t>
      </w:r>
    </w:p>
    <w:p>
      <w:r>
        <w:t xml:space="preserve">(Speaker C)  This is the request to essentially modify the pedestrian access to where it currently runs as shown on the map and essentially remove it or replace it with the. The viewing platforms that are the four viewing platforms that are along the areas identified in the exhibit. In the, in the memo. In their memo they're outlining what their ask is, is to give up those pedestrian access that run along the boundary or the outside of the properties. You know, their consideration is partially landscaping enhancements on district property in those areas for you know, $50,000 and however you want to use it. And also the way I view it is those viewing platforms that don't necessarily equate to what you're giving up, but it's a. An exchange and a value back to the community. The exact depiction of those platforms I I think you know we. It was not presented but I think there's a. An opportunity to provide input on exactly what that looks like. It's not going to just be a railing along the you know, water it be an actual platform or something. You can use the. There's this discussion about landscaping, irrigation enhancements. You know, there's $150,000. They give it up in the zones. But I think there's flexibility there too. If you thought that you wanted to use those funds for other things or you wanted to use it in one zone versus the other, I think there's definitely room there if you wanted to modify that or request something else. So maybe let's talk about that. Is, is this a something that is a hard no that you're not willing to give up or is there something that they could offer or do to make it acceptable to the district? </w:t>
      </w:r>
    </w:p>
    <w:p>
      <w:r>
        <w:t xml:space="preserve">(Speaker A)  I mean would it be consideration to do instead of having the 20 foot </w:t>
      </w:r>
    </w:p>
    <w:p>
      <w:r>
        <w:t xml:space="preserve">(Speaker C)  easement in the rear to reduce it to a walkable boardwalk 10 foot easement </w:t>
      </w:r>
    </w:p>
    <w:p>
      <w:r>
        <w:t xml:space="preserve">(Speaker D)  line on the same outline. </w:t>
      </w:r>
    </w:p>
    <w:p>
      <w:r>
        <w:t xml:space="preserve">(Speaker A)  In other words, you kind of follow what I'm saying. Right in the back of. On the seawall they currently have 20 foot. That's Destin Eastman. If we had a 10 foot walkable boardwalk there that have a value to </w:t>
      </w:r>
    </w:p>
    <w:p>
      <w:r>
        <w:t xml:space="preserve">(Speaker B)  the community and the same everything we </w:t>
      </w:r>
    </w:p>
    <w:p>
      <w:r>
        <w:t xml:space="preserve">(Speaker A)  currently already just have a. </w:t>
      </w:r>
    </w:p>
    <w:p>
      <w:r>
        <w:t xml:space="preserve">(Speaker E)  So to expand on that. So a 10 foot walkway on currently what we have now with the same things. He's the 150, the this right. The, the. </w:t>
      </w:r>
    </w:p>
    <w:p>
      <w:r>
        <w:t xml:space="preserve">(Speaker C)  The </w:t>
      </w:r>
    </w:p>
    <w:p>
      <w:r>
        <w:t xml:space="preserve">(Speaker E)  viewing stations, the whole bit. And I think that's as far as I would go. </w:t>
      </w:r>
    </w:p>
    <w:p>
      <w:r>
        <w:t xml:space="preserve">(Speaker A)  Well that's what I'm trying, I'm trying to. </w:t>
      </w:r>
    </w:p>
    <w:p>
      <w:r>
        <w:t xml:space="preserve">(Speaker E)  I think that, I mean I think losing those walkways. </w:t>
      </w:r>
    </w:p>
    <w:p>
      <w:r>
        <w:t xml:space="preserve">(Speaker A)  Yeah. </w:t>
      </w:r>
    </w:p>
    <w:p>
      <w:r>
        <w:t xml:space="preserve">(Speaker E)  For a sidewalk and a tiny little. </w:t>
      </w:r>
    </w:p>
    <w:p>
      <w:r>
        <w:t xml:space="preserve">(Speaker A)  I just don't think that's right. </w:t>
      </w:r>
    </w:p>
    <w:p>
      <w:r>
        <w:t xml:space="preserve">(Speaker E)  But I'm in the. In the. The people who lives here's interest. </w:t>
      </w:r>
    </w:p>
    <w:p>
      <w:r>
        <w:t xml:space="preserve">(Speaker A)  What we're really giving up in this </w:t>
      </w:r>
    </w:p>
    <w:p>
      <w:r>
        <w:t xml:space="preserve">(Speaker C)  case is ten foot. </w:t>
      </w:r>
    </w:p>
    <w:p>
      <w:r>
        <w:t xml:space="preserve">(Speaker B)  Right. </w:t>
      </w:r>
    </w:p>
    <w:p>
      <w:r>
        <w:t xml:space="preserve">(Speaker A)  So but in trade, we're getting those and other improvements, but we're still keeping the walkability. </w:t>
      </w:r>
    </w:p>
    <w:p>
      <w:r>
        <w:t xml:space="preserve">(Speaker F)  Correct. </w:t>
      </w:r>
    </w:p>
    <w:p>
      <w:r>
        <w:t xml:space="preserve">(Speaker A)  And then honestly, at that point, I don't necessarily. I'm just speaking myself. </w:t>
      </w:r>
    </w:p>
    <w:p>
      <w:r>
        <w:t xml:space="preserve">(Speaker B)  I don't know if we need dealing </w:t>
      </w:r>
    </w:p>
    <w:p>
      <w:r>
        <w:t xml:space="preserve">(Speaker A)  platforms, not in all these places. Maybe where the manifest gathered. </w:t>
      </w:r>
    </w:p>
    <w:p>
      <w:r>
        <w:t xml:space="preserve">(Speaker E)  We definitely don't need one by the pool because the pool's already a viewing area. </w:t>
      </w:r>
    </w:p>
    <w:p>
      <w:r>
        <w:t xml:space="preserve">(Speaker C)  Right. </w:t>
      </w:r>
    </w:p>
    <w:p>
      <w:r>
        <w:t xml:space="preserve">(Speaker E)  Like he said, the one by his. I can't even see him possibly doing that. </w:t>
      </w:r>
    </w:p>
    <w:p>
      <w:r>
        <w:t xml:space="preserve">(Speaker A)  The only one I can see, the </w:t>
      </w:r>
    </w:p>
    <w:p>
      <w:r>
        <w:t xml:space="preserve">(Speaker E)  one at the end of the hammerhead. </w:t>
      </w:r>
    </w:p>
    <w:p>
      <w:r>
        <w:t xml:space="preserve">(Speaker B)  Yeah, yeah. </w:t>
      </w:r>
    </w:p>
    <w:p>
      <w:r>
        <w:t xml:space="preserve">(Speaker A)  And the manatee viewing area, but that's about it. Yeah, I think we can take some of those away. </w:t>
      </w:r>
    </w:p>
    <w:p>
      <w:r>
        <w:t xml:space="preserve">(Speaker B)  And what are they still maintaining the maintenance easement for the seawall or did that. Was. Was that also requesting to be removed? All the easements are gone around the border. </w:t>
      </w:r>
    </w:p>
    <w:p>
      <w:r>
        <w:t xml:space="preserve">(Speaker H)  That's a good question for me too. Is that in. Are they thinking of raising the cedar homes? That was one conversation that may preclude having a remer sidewalk objects because it's physically, you got elevation differences between one property and the other. </w:t>
      </w:r>
    </w:p>
    <w:p>
      <w:r>
        <w:t xml:space="preserve">(Speaker A)  Yeah. </w:t>
      </w:r>
    </w:p>
    <w:p>
      <w:r>
        <w:t xml:space="preserve">(Speaker E)  They want to increase those by another </w:t>
      </w:r>
    </w:p>
    <w:p>
      <w:r>
        <w:t xml:space="preserve">(Speaker B)  sidewalks like walking like this. What did they say about that? Is there anything in here about maintenance? </w:t>
      </w:r>
    </w:p>
    <w:p>
      <w:r>
        <w:t xml:space="preserve">(Speaker H)  No. </w:t>
      </w:r>
    </w:p>
    <w:p>
      <w:r>
        <w:t xml:space="preserve">(Speaker C)  A conversation about seawalls is something, you know, we've recognized how we're conversations on. And what I brought up to them is essentially that, you know, there's going to be new development here. There obviously there will be some changes to the sea walls in those properties and throughout the community. There are certain areas where it's very clear the district has responsibility for maintaining seawalls. It's not so clear on these properties to me, based on my review, the, you know, public record and the history of the district. So I think that's a question of, you know, what are the expectations for maintaining the seawalls? And what I thought may make sense is to make that maintenance responsibility to stay with the property owner, but maintaining the district's kind of step in rights with an easement ability to step in and maintain the seawall if it's not being done by the property owner. I think that would be a clear way to allow them to develop what they want to do on their property without the district having a need to, you know, step in for maintenance purposes all the time, but only if as needed. It would also save the community the district cost and maintaining those seawalls it resolves issues on, you know, if they. If we want to create a seawall that exceeds maybe this, you know, it's a heightened seawall or it's raised or something that beyond what the district's, you know, program is for the other areas in the. </w:t>
      </w:r>
    </w:p>
    <w:p>
      <w:r>
        <w:t xml:space="preserve">(Speaker A)  Yeah. </w:t>
      </w:r>
    </w:p>
    <w:p>
      <w:r>
        <w:t xml:space="preserve">(Speaker C)  So I think it's a question. It's a. There's a. There's a. There's a cost to maintain those seawalls on that property. It's not currently factored into a district maintenance program. </w:t>
      </w:r>
    </w:p>
    <w:p>
      <w:r>
        <w:t xml:space="preserve">(Speaker B)  Okay. </w:t>
      </w:r>
    </w:p>
    <w:p>
      <w:r>
        <w:t xml:space="preserve">(Speaker C)  So that could potentially be value to the community. </w:t>
      </w:r>
    </w:p>
    <w:p>
      <w:r>
        <w:t xml:space="preserve">(Speaker A)  That would be a big value to the community. </w:t>
      </w:r>
    </w:p>
    <w:p>
      <w:r>
        <w:t xml:space="preserve">(Speaker B)  So they take over the ownership and maintenance of those seawall along their property. BB4, 5, BB7 N and K. Correct. Correct. And then we maintain the maintenance easement. So we can step in if we need to. In which case, if we have to, that means they're not doing their job, we take care of it, and then we build them or whatever it means. </w:t>
      </w:r>
    </w:p>
    <w:p>
      <w:r>
        <w:t xml:space="preserve">(Speaker C)  That's right. </w:t>
      </w:r>
    </w:p>
    <w:p>
      <w:r>
        <w:t xml:space="preserve">(Speaker B)  Whatever needs to happen. But we have the ability and power to take. To go in if we need to. But it's not our responsibility. </w:t>
      </w:r>
    </w:p>
    <w:p>
      <w:r>
        <w:t xml:space="preserve">(Speaker C)  Right, but not the obligations. </w:t>
      </w:r>
    </w:p>
    <w:p>
      <w:r>
        <w:t xml:space="preserve">(Speaker H)  Correct. </w:t>
      </w:r>
    </w:p>
    <w:p>
      <w:r>
        <w:t xml:space="preserve">(Speaker B)  Yeah. </w:t>
      </w:r>
    </w:p>
    <w:p>
      <w:r>
        <w:t xml:space="preserve">(Speaker C)  That is one option or one request that you could make. It might make giving up the walkways around the perimeter more tolerable. I don't know if reducing it to 10 is something that fits in with what their development plans are for those. </w:t>
      </w:r>
    </w:p>
    <w:p>
      <w:r>
        <w:t xml:space="preserve">(Speaker B)  For those properties. </w:t>
      </w:r>
    </w:p>
    <w:p>
      <w:r>
        <w:t xml:space="preserve">(Speaker C)  That's just not saying that you can ask for it, but that's what my guess is. </w:t>
      </w:r>
    </w:p>
    <w:p>
      <w:r>
        <w:t xml:space="preserve">(Speaker B)  So why don't we start there? What do you feel about asking them to take on the responsibility of all of the seawalls of their property? </w:t>
      </w:r>
    </w:p>
    <w:p>
      <w:r>
        <w:t xml:space="preserve">(Speaker E)  Well, the question is, is as of now, right this instant, who is responsible for those seawalls? </w:t>
      </w:r>
    </w:p>
    <w:p>
      <w:r>
        <w:t xml:space="preserve">(Speaker C)  Yeah, that's. </w:t>
      </w:r>
    </w:p>
    <w:p>
      <w:r>
        <w:t xml:space="preserve">(Speaker E)  It's. So we might be not giving them anything. </w:t>
      </w:r>
    </w:p>
    <w:p>
      <w:r>
        <w:t xml:space="preserve">(Speaker B)  That's true. I think maybe we need to figure that out. First. </w:t>
      </w:r>
    </w:p>
    <w:p>
      <w:r>
        <w:t xml:space="preserve">(Speaker C)  My reading of the situation and you know, and correct. Those seawalls are not factored into our maintenance program right now. </w:t>
      </w:r>
    </w:p>
    <w:p>
      <w:r>
        <w:t xml:space="preserve">(Speaker H)  Of our estimates, we were directed not to look at. Not to include those seawalls with the maintenance because either the property own, those properties were under contract and were going to be taken away, or the previous owners didn't want to be included, I. E. Carter. </w:t>
      </w:r>
    </w:p>
    <w:p>
      <w:r>
        <w:t xml:space="preserve">(Speaker E)  Carter. </w:t>
      </w:r>
    </w:p>
    <w:p>
      <w:r>
        <w:t xml:space="preserve">(Speaker H)  So. So which is why Carter reconstructed off the Hammerhead, reconstructed their seawall thing. And they said, cbd, you don't have to buy. </w:t>
      </w:r>
    </w:p>
    <w:p>
      <w:r>
        <w:t xml:space="preserve">(Speaker F)  Right. </w:t>
      </w:r>
    </w:p>
    <w:p>
      <w:r>
        <w:t xml:space="preserve">(Speaker B)  So if they have the authority to do that, I would take that as an assumption that they have the authority within the walls. </w:t>
      </w:r>
    </w:p>
    <w:p>
      <w:r>
        <w:t xml:space="preserve">(Speaker E)  Just that part though, because what about </w:t>
      </w:r>
    </w:p>
    <w:p>
      <w:r>
        <w:t xml:space="preserve">(Speaker H)  like Ryan was saying, we can't find. </w:t>
      </w:r>
    </w:p>
    <w:p>
      <w:r>
        <w:t xml:space="preserve">(Speaker B)  Yeah, yeah. Recorded. </w:t>
      </w:r>
    </w:p>
    <w:p>
      <w:r>
        <w:t xml:space="preserve">(Speaker H)  It doesn't exist. We just can't find it at the. </w:t>
      </w:r>
    </w:p>
    <w:p>
      <w:r>
        <w:t xml:space="preserve">(Speaker B)  So what does this look like if we. I mean, so either we make it official and that would be the request that we may not be. We may not be giving up anything or we come to an issue in the future where there needs to be a repair and we're going back and forth about fighting who's supposed to be in charge of it. </w:t>
      </w:r>
    </w:p>
    <w:p>
      <w:r>
        <w:t xml:space="preserve">(Speaker C)  I. I think for the. For the clarity on that is there's a lot of value in there. You don't want to have a failing seawall down the road and then everyone's pointing fingers at each other. Well, there is already a failing. Well, kind of a situation that works in now or we have been in the past. </w:t>
      </w:r>
    </w:p>
    <w:p>
      <w:r>
        <w:t xml:space="preserve">(Speaker H)  If they're raising the seawall, they have to construct it differently. They just can't go and band aid us and slice up more feed of seawall. </w:t>
      </w:r>
    </w:p>
    <w:p>
      <w:r>
        <w:t xml:space="preserve">(Speaker B)  And then would we be responsible for paying for the raised seawall? Because in. In any instance, as a thing as of as of the world right now, if they raise the seawall, what is our obligation as water. Water management, Our obligation according to previous council. Like what are we </w:t>
      </w:r>
    </w:p>
    <w:p>
      <w:r>
        <w:t xml:space="preserve">(Speaker C)  the chapter 190. It clearly makes it permissible for the district to be the entity responsible for. For seawalls and stormwater. The obligation usually will show up in either a recorded document, either a plat or record decent agreement. I'm not seeing anything like that for parcel N for sure Parcel and the hammerhead. Excuse me. And the dust bowl. I'm not seeing that. I think it's unclear. So I think there's an argument that we're not responsible for it. However, I think there is some value in getting clarity on that with a recorded document and kind of putting it to rest. There are other portions like Antigua Quilt. There's a. There's a very clear recorded easement obligation for the district to maintain the seawalls in those areas. So when you're thinking about the community as a whole, you probably want to make sure every area is addressed either one way or another. And I think you can do it with this with a district easement step in rights without the obligation. That's one way to handle it and there's value there. You could fight and say it's not our responsibility anyway, but then it goes into litigation. Yeah, I mean there's definitely value there. </w:t>
      </w:r>
    </w:p>
    <w:p>
      <w:r>
        <w:t xml:space="preserve">(Speaker B)  I mean if you look at it, it saves it either. Not if we get it? Not if we give it up. </w:t>
      </w:r>
    </w:p>
    <w:p>
      <w:r>
        <w:t xml:space="preserve">(Speaker C)  Yeah, well, yeah, that's what I'm saying. </w:t>
      </w:r>
    </w:p>
    <w:p>
      <w:r>
        <w:t xml:space="preserve">(Speaker A)  This conversation here, guys, thank you very much. </w:t>
      </w:r>
    </w:p>
    <w:p>
      <w:r>
        <w:t xml:space="preserve">(Speaker B)  So, yeah, we may not. It may not be our responsibility, but ultimately, as it stands right now, it sounds like that would be figured out potentially in litigation in some future time. And I'll go down that path because we're dealing with cost, new costs anyway and maybe double the cost or anymore. </w:t>
      </w:r>
    </w:p>
    <w:p>
      <w:r>
        <w:t xml:space="preserve">(Speaker E)  That's going to cause one hell of a problem for a future board. </w:t>
      </w:r>
    </w:p>
    <w:p>
      <w:r>
        <w:t xml:space="preserve">(Speaker B)  Sex within. </w:t>
      </w:r>
    </w:p>
    <w:p>
      <w:r>
        <w:t xml:space="preserve">(Speaker E)  What do you mean mine's not included in theirs is. </w:t>
      </w:r>
    </w:p>
    <w:p>
      <w:r>
        <w:t xml:space="preserve">(Speaker B)  The previous board was a landowner board that was controlled by an artist. They got to do whatever they wanted to then. </w:t>
      </w:r>
    </w:p>
    <w:p>
      <w:r>
        <w:t xml:space="preserve">(Speaker E)  That's the problem. Yes. </w:t>
      </w:r>
    </w:p>
    <w:p>
      <w:r>
        <w:t xml:space="preserve">(Speaker B)  Now it's controlled by us, so elected officials. So. All right, so what do we want to do? </w:t>
      </w:r>
    </w:p>
    <w:p>
      <w:r>
        <w:t xml:space="preserve">(Speaker E)  I mean, there's value in that and </w:t>
      </w:r>
    </w:p>
    <w:p>
      <w:r>
        <w:t xml:space="preserve">(Speaker B)  doesn't have to be the only thing that we ask. </w:t>
      </w:r>
    </w:p>
    <w:p>
      <w:r>
        <w:t xml:space="preserve">(Speaker C)  No, no, no, no, no, no. </w:t>
      </w:r>
    </w:p>
    <w:p>
      <w:r>
        <w:t xml:space="preserve">(Speaker B)  But I mean, I think that there's value in having that as. As the negotiating. </w:t>
      </w:r>
    </w:p>
    <w:p>
      <w:r>
        <w:t xml:space="preserve">(Speaker E)  Correct. Correct. </w:t>
      </w:r>
    </w:p>
    <w:p>
      <w:r>
        <w:t xml:space="preserve">(Speaker B)  What. So what would it take to get from. We have that in as our baseline. What additional would you need to get to? Yes. Or is there anything that you want? Is there nothing? There's nothing that'll get you to a. Yes, I want to get. I think we. </w:t>
      </w:r>
    </w:p>
    <w:p>
      <w:r>
        <w:t xml:space="preserve">(Speaker A)  Yeah, that's where we want to be at. </w:t>
      </w:r>
    </w:p>
    <w:p>
      <w:r>
        <w:t xml:space="preserve">(Speaker B)  Let's get. Let's figure that out. Yeah. </w:t>
      </w:r>
    </w:p>
    <w:p>
      <w:r>
        <w:t xml:space="preserve">(Speaker E)  I don't want to lose the. The right of. Way around the neighborhood. I really don't. </w:t>
      </w:r>
    </w:p>
    <w:p>
      <w:r>
        <w:t xml:space="preserve">(Speaker F)  Yeah, I don't want to. </w:t>
      </w:r>
    </w:p>
    <w:p>
      <w:r>
        <w:t xml:space="preserve">(Speaker B)  So those are hard nos. There's nothing. </w:t>
      </w:r>
    </w:p>
    <w:p>
      <w:r>
        <w:t xml:space="preserve">(Speaker A)  That's kind of what it sounded like to me during this conversation. Yeah, it's been a hard no. You know, throughout. I think we're just kind of trying to find ways around it at this </w:t>
      </w:r>
    </w:p>
    <w:p>
      <w:r>
        <w:t xml:space="preserve">(Speaker E)  point, but I. I just don't think it's in the value of the property owners. </w:t>
      </w:r>
    </w:p>
    <w:p>
      <w:r>
        <w:t xml:space="preserve">(Speaker B)  Okay. </w:t>
      </w:r>
    </w:p>
    <w:p>
      <w:r>
        <w:t xml:space="preserve">(Speaker E)  And any of the cdd, even at retail entities. </w:t>
      </w:r>
    </w:p>
    <w:p>
      <w:r>
        <w:t xml:space="preserve">(Speaker B)  Okay. So it sounds like that's a hard no on moving the easements. What about reducing the easements down to 10ft and keeping pedestrian in me? </w:t>
      </w:r>
    </w:p>
    <w:p>
      <w:r>
        <w:t xml:space="preserve">(Speaker E)  I mean, I personally have. Don't have an issue with that. As long as there's an easement where they can walk around. But I don't see how they're going </w:t>
      </w:r>
    </w:p>
    <w:p>
      <w:r>
        <w:t xml:space="preserve">(Speaker A)  to be able to do it. </w:t>
      </w:r>
    </w:p>
    <w:p>
      <w:r>
        <w:t xml:space="preserve">(Speaker B)  Well, that's not our problem to fix, but the problem is to let them know what they can have. </w:t>
      </w:r>
    </w:p>
    <w:p>
      <w:r>
        <w:t xml:space="preserve">(Speaker E)  But I'd want. I'd want something for that 10ft. </w:t>
      </w:r>
    </w:p>
    <w:p>
      <w:r>
        <w:t xml:space="preserve">(Speaker B)  Okay. What about the. </w:t>
      </w:r>
    </w:p>
    <w:p>
      <w:r>
        <w:t xml:space="preserve">(Speaker E)  All the stuff that he's yeah, but </w:t>
      </w:r>
    </w:p>
    <w:p>
      <w:r>
        <w:t xml:space="preserve">(Speaker A)  that's what I mean, they could. They could literally keep the seawall the same elevation and build a stem wall ten foot in. Right. We could give privacy to the home. </w:t>
      </w:r>
    </w:p>
    <w:p>
      <w:r>
        <w:t xml:space="preserve">(Speaker E)  Give privacy the homeowners as well and </w:t>
      </w:r>
    </w:p>
    <w:p>
      <w:r>
        <w:t xml:space="preserve">(Speaker A)  solve the problem of our around the community seawall easement and still get the. What he's offering. I mean, I feel like that that's moving towards the direction of. </w:t>
      </w:r>
    </w:p>
    <w:p>
      <w:r>
        <w:t xml:space="preserve">(Speaker B)  Yeah. </w:t>
      </w:r>
    </w:p>
    <w:p>
      <w:r>
        <w:t xml:space="preserve">(Speaker E)  So if they become responsible for the sea walls 10ft and all the other stuff. </w:t>
      </w:r>
    </w:p>
    <w:p>
      <w:r>
        <w:t xml:space="preserve">(Speaker B)  I don't know if we're going to be able to get all the other stuff. I think we can ask for all the other stuff. But what is, what are. What's our required? </w:t>
      </w:r>
    </w:p>
    <w:p>
      <w:r>
        <w:t xml:space="preserve">(Speaker E)  Well, that's our require. Giving up that. </w:t>
      </w:r>
    </w:p>
    <w:p>
      <w:r>
        <w:t xml:space="preserve">(Speaker A)  Yeah, we're not giving up that easement, </w:t>
      </w:r>
    </w:p>
    <w:p>
      <w:r>
        <w:t xml:space="preserve">(Speaker B)  but I think we just to. To Brian Ryan's point, I think we want to start minimizing this, the whirlpool here and. </w:t>
      </w:r>
    </w:p>
    <w:p>
      <w:r>
        <w:t xml:space="preserve">(Speaker A)  Yeah, I mean, I'm sure you guys are sick of talking about it at a certain point. I think, I think the whole. I think the whole point is we do not want to give up our seawall pedestrian easement, period. We're willing to take some of the items you're offering and give you some of that property back, but we're not </w:t>
      </w:r>
    </w:p>
    <w:p>
      <w:r>
        <w:t xml:space="preserve">(Speaker B)  willing to give that up. </w:t>
      </w:r>
    </w:p>
    <w:p>
      <w:r>
        <w:t xml:space="preserve">(Speaker E)  Perfect. </w:t>
      </w:r>
    </w:p>
    <w:p>
      <w:r>
        <w:t xml:space="preserve">(Speaker A)  That's a great feedback to get. Absolutely. </w:t>
      </w:r>
    </w:p>
    <w:p>
      <w:r>
        <w:t xml:space="preserve">(Speaker B)  That's what we're looking for. Down to 10ft. Still pedestrian, still maintenance. They take on ownership of the seawall and whatever else is associated to this, to this request item. </w:t>
      </w:r>
    </w:p>
    <w:p>
      <w:r>
        <w:t xml:space="preserve">(Speaker C)  Okay, does that. I'll bore you on board with that, the direction you want to handle for that particular request. </w:t>
      </w:r>
    </w:p>
    <w:p>
      <w:r>
        <w:t xml:space="preserve">(Speaker A)  Mary, are you okay with that? I haven't heard you say too much. </w:t>
      </w:r>
    </w:p>
    <w:p>
      <w:r>
        <w:t xml:space="preserve">(Speaker C)  You're still thinking on it? </w:t>
      </w:r>
    </w:p>
    <w:p>
      <w:r>
        <w:t xml:space="preserve">(Speaker F)  I'm still thinking. </w:t>
      </w:r>
    </w:p>
    <w:p>
      <w:r>
        <w:t xml:space="preserve">(Speaker B)  Okay, well, we can. </w:t>
      </w:r>
    </w:p>
    <w:p>
      <w:r>
        <w:t xml:space="preserve">(Speaker C)  I mean, yeah, we can circle back on this. We should get. So what about impartial or the hammerhead and. And the dust bowl? </w:t>
      </w:r>
    </w:p>
    <w:p>
      <w:r>
        <w:t xml:space="preserve">(Speaker A)  There are. </w:t>
      </w:r>
    </w:p>
    <w:p>
      <w:r>
        <w:t xml:space="preserve">(Speaker C)  The request is essentially that there is a. A similar 20 foot pedestrian easement. </w:t>
      </w:r>
    </w:p>
    <w:p>
      <w:r>
        <w:t xml:space="preserve">(Speaker A)  Same rule. </w:t>
      </w:r>
    </w:p>
    <w:p>
      <w:r>
        <w:t xml:space="preserve">(Speaker E)  Same rule. </w:t>
      </w:r>
    </w:p>
    <w:p>
      <w:r>
        <w:t xml:space="preserve">(Speaker B)  Yeah, I thought we. </w:t>
      </w:r>
    </w:p>
    <w:p>
      <w:r>
        <w:t xml:space="preserve">(Speaker D)  In general. </w:t>
      </w:r>
    </w:p>
    <w:p>
      <w:r>
        <w:t xml:space="preserve">(Speaker C)  Same thing for Pete, for all. </w:t>
      </w:r>
    </w:p>
    <w:p>
      <w:r>
        <w:t xml:space="preserve">(Speaker B)  If you go to perimeter easements, you </w:t>
      </w:r>
    </w:p>
    <w:p>
      <w:r>
        <w:t xml:space="preserve">(Speaker A)  go to draw a 90. Yeah. You know, or. What was it again? </w:t>
      </w:r>
    </w:p>
    <w:p>
      <w:r>
        <w:t xml:space="preserve">(Speaker E)  90. </w:t>
      </w:r>
    </w:p>
    <w:p>
      <w:r>
        <w:t xml:space="preserve">(Speaker C)  No, it's not 90 or 98 or 98. </w:t>
      </w:r>
    </w:p>
    <w:p>
      <w:r>
        <w:t xml:space="preserve">(Speaker E)  Oh, 98. Sorry, 98. </w:t>
      </w:r>
    </w:p>
    <w:p>
      <w:r>
        <w:t xml:space="preserve">(Speaker H)  Yeah. </w:t>
      </w:r>
    </w:p>
    <w:p>
      <w:r>
        <w:t xml:space="preserve">(Speaker A)  If you go to drawing 98, you can see all the yellow lines. Those are all the 20 foot easements. We're willing to, you know, and trade for some of these other improvements that he's offered. We're willing to give that down to 10 foot. That we have a walkable. </w:t>
      </w:r>
    </w:p>
    <w:p>
      <w:r>
        <w:t xml:space="preserve">(Speaker B)  Yeah. Pedestrian maintenance easement. Right, Got it. Well, yeah. And then. Yeah, they take on. </w:t>
      </w:r>
    </w:p>
    <w:p>
      <w:r>
        <w:t xml:space="preserve">(Speaker F)  Okay, </w:t>
      </w:r>
    </w:p>
    <w:p>
      <w:r>
        <w:t xml:space="preserve">(Speaker C)  that covers </w:t>
      </w:r>
    </w:p>
    <w:p>
      <w:r>
        <w:t xml:space="preserve">(Speaker H)  that issue. </w:t>
      </w:r>
    </w:p>
    <w:p>
      <w:r>
        <w:t xml:space="preserve">(Speaker B)  That issue. </w:t>
      </w:r>
    </w:p>
    <w:p>
      <w:r>
        <w:t xml:space="preserve">(Speaker C)  I mean, I'm honestly might be. </w:t>
      </w:r>
    </w:p>
    <w:p>
      <w:r>
        <w:t xml:space="preserve">(Speaker B)  All of it. </w:t>
      </w:r>
    </w:p>
    <w:p>
      <w:r>
        <w:t xml:space="preserve">(Speaker A)  That's all of it. </w:t>
      </w:r>
    </w:p>
    <w:p>
      <w:r>
        <w:t xml:space="preserve">(Speaker C)  So what I have so far is you're still considering the DOC and the peer request, but if that's brought back up. Shifting it north. It is a refresh. </w:t>
      </w:r>
    </w:p>
    <w:p>
      <w:r>
        <w:t xml:space="preserve">(Speaker A)  And the T. Well, yeah. </w:t>
      </w:r>
    </w:p>
    <w:p>
      <w:r>
        <w:t xml:space="preserve">(Speaker B)  I mean, the same design. </w:t>
      </w:r>
    </w:p>
    <w:p>
      <w:r>
        <w:t xml:space="preserve">(Speaker C)  Yeah, shifting it north. But we're not gonna consider that. We want them to look into or provide information that Rick on. On beach renourishment versus versus right beach. Creation of a area where there already is. </w:t>
      </w:r>
    </w:p>
    <w:p>
      <w:r>
        <w:t xml:space="preserve">(Speaker B)  Maybe we take a. Let's take a second on that one. So say they'll move it up and they'll. Which they've already said they would potentially do. Does that mean that you guys are going to approve the pier at that point or what else? Like I want to. </w:t>
      </w:r>
    </w:p>
    <w:p>
      <w:r>
        <w:t xml:space="preserve">(Speaker A)  I think before we can do that, we didn't know this thing that's come to light about can this beach be nourished or does it have to be </w:t>
      </w:r>
    </w:p>
    <w:p>
      <w:r>
        <w:t xml:space="preserve">(Speaker D)  like in the beach? </w:t>
      </w:r>
    </w:p>
    <w:p>
      <w:r>
        <w:t xml:space="preserve">(Speaker A)  Because that kind of changes our perspectives. </w:t>
      </w:r>
    </w:p>
    <w:p>
      <w:r>
        <w:t xml:space="preserve">(Speaker B)  If we discover that it is renourishable and we say we want the renourishment and they'll come back and say no, well then. Then the issue is dead. </w:t>
      </w:r>
    </w:p>
    <w:p>
      <w:r>
        <w:t xml:space="preserve">(Speaker E)  View point. </w:t>
      </w:r>
    </w:p>
    <w:p>
      <w:r>
        <w:t xml:space="preserve">(Speaker F)  Correct. </w:t>
      </w:r>
    </w:p>
    <w:p>
      <w:r>
        <w:t xml:space="preserve">(Speaker B)  Okay. So we want the renourishment. That is our. </w:t>
      </w:r>
    </w:p>
    <w:p>
      <w:r>
        <w:t xml:space="preserve">(Speaker A)  If it. </w:t>
      </w:r>
    </w:p>
    <w:p>
      <w:r>
        <w:t xml:space="preserve">(Speaker E)  If it can be renourished, we want to renourish. </w:t>
      </w:r>
    </w:p>
    <w:p>
      <w:r>
        <w:t xml:space="preserve">(Speaker B)  That's. That is what we want. So we're going to have second opinion with our engineer, track that down. If it's discovered that it can be renourished, that is what we're requesting for that along with it being shifted up. Is that accurate, guys? </w:t>
      </w:r>
    </w:p>
    <w:p>
      <w:r>
        <w:t xml:space="preserve">(Speaker E)  Yes. </w:t>
      </w:r>
    </w:p>
    <w:p>
      <w:r>
        <w:t xml:space="preserve">(Speaker B)  Anything else with that one? </w:t>
      </w:r>
    </w:p>
    <w:p>
      <w:r>
        <w:t xml:space="preserve">(Speaker F)  So we have to. Rick finds out that they can't just do the renourishment. We would have to redo the beach </w:t>
      </w:r>
    </w:p>
    <w:p>
      <w:r>
        <w:t xml:space="preserve">(Speaker C)  to do anything he wanted to. </w:t>
      </w:r>
    </w:p>
    <w:p>
      <w:r>
        <w:t xml:space="preserve">(Speaker A)  Yeah, if you wanted to, </w:t>
      </w:r>
    </w:p>
    <w:p>
      <w:r>
        <w:t xml:space="preserve">(Speaker D)  I might </w:t>
      </w:r>
    </w:p>
    <w:p>
      <w:r>
        <w:t xml:space="preserve">(Speaker F)  want some money toward that. </w:t>
      </w:r>
    </w:p>
    <w:p>
      <w:r>
        <w:t xml:space="preserve">(Speaker A)  You could do that. </w:t>
      </w:r>
    </w:p>
    <w:p>
      <w:r>
        <w:t xml:space="preserve">(Speaker B)  It's a whole new process right now. We are now creating a net. New beach that we don't know yet </w:t>
      </w:r>
    </w:p>
    <w:p>
      <w:r>
        <w:t xml:space="preserve">(Speaker A)  or no idea what that looks like either. </w:t>
      </w:r>
    </w:p>
    <w:p>
      <w:r>
        <w:t xml:space="preserve">(Speaker F)  Just right. </w:t>
      </w:r>
    </w:p>
    <w:p>
      <w:r>
        <w:t xml:space="preserve">(Speaker B)  Yeah. </w:t>
      </w:r>
    </w:p>
    <w:p>
      <w:r>
        <w:t xml:space="preserve">(Speaker A)  That's one of the reasons. </w:t>
      </w:r>
    </w:p>
    <w:p>
      <w:r>
        <w:t xml:space="preserve">(Speaker B)  Can't really make a. </w:t>
      </w:r>
    </w:p>
    <w:p>
      <w:r>
        <w:t xml:space="preserve">(Speaker A)  From that property on to me. </w:t>
      </w:r>
    </w:p>
    <w:p>
      <w:r>
        <w:t xml:space="preserve">(Speaker B)  Okay, so we have this other two paths here then. Right. So one path is that the beach is renourishable, and that's going to be our request. The other path is that the beach is not renourishable and our request is going to be. Well, we have to reevaluate. </w:t>
      </w:r>
    </w:p>
    <w:p>
      <w:r>
        <w:t xml:space="preserve">(Speaker A)  That's kind of like there's going to be some value that we're losing there. </w:t>
      </w:r>
    </w:p>
    <w:p>
      <w:r>
        <w:t xml:space="preserve">(Speaker C)  Okay, so is that like a. Okay, so it's not a hard no on. On the dock and the piercing. You know, if. Depending on how everything else works out is that. </w:t>
      </w:r>
    </w:p>
    <w:p>
      <w:r>
        <w:t xml:space="preserve">(Speaker A)  I think that's what I'm hearing. </w:t>
      </w:r>
    </w:p>
    <w:p>
      <w:r>
        <w:t xml:space="preserve">(Speaker C)  If it's not very nourishable, then they're with. You're requesting probably a dollar amount figure </w:t>
      </w:r>
    </w:p>
    <w:p>
      <w:r>
        <w:t xml:space="preserve">(Speaker B)  to move towards declaring it a beach and getting. </w:t>
      </w:r>
    </w:p>
    <w:p>
      <w:r>
        <w:t xml:space="preserve">(Speaker F)  Yeah. </w:t>
      </w:r>
    </w:p>
    <w:p>
      <w:r>
        <w:t xml:space="preserve">(Speaker C)  Okay. </w:t>
      </w:r>
    </w:p>
    <w:p>
      <w:r>
        <w:t xml:space="preserve">(Speaker B)  Yeah. You know, whether it's flip cost. </w:t>
      </w:r>
    </w:p>
    <w:p>
      <w:r>
        <w:t xml:space="preserve">(Speaker E)  Yeah. </w:t>
      </w:r>
    </w:p>
    <w:p>
      <w:r>
        <w:t xml:space="preserve">(Speaker A)  We have to figure out at that point in time. </w:t>
      </w:r>
    </w:p>
    <w:p>
      <w:r>
        <w:t xml:space="preserve">(Speaker D)  Yeah. </w:t>
      </w:r>
    </w:p>
    <w:p>
      <w:r>
        <w:t xml:space="preserve">(Speaker B)  But if we go down and it is renourishable, we want the beach. Renourishment. He says no. Then it's dead in the water. </w:t>
      </w:r>
    </w:p>
    <w:p>
      <w:r>
        <w:t xml:space="preserve">(Speaker F)  Yeah. </w:t>
      </w:r>
    </w:p>
    <w:p>
      <w:r>
        <w:t xml:space="preserve">(Speaker B)  There is no further movement on that. </w:t>
      </w:r>
    </w:p>
    <w:p>
      <w:r>
        <w:t xml:space="preserve">(Speaker I)  May I ask a quick question? If it is renourishable, would the board be open to like a lump sum payment to go towards the renourishment and then the district completing that process? I don't know if I'm just asking so I can take back as much feedback as I can. </w:t>
      </w:r>
    </w:p>
    <w:p>
      <w:r>
        <w:t xml:space="preserve">(Speaker F)  Know what the money was. </w:t>
      </w:r>
    </w:p>
    <w:p>
      <w:r>
        <w:t xml:space="preserve">(Speaker B)  We have to deal with it. We'd have to get the price. </w:t>
      </w:r>
    </w:p>
    <w:p>
      <w:r>
        <w:t xml:space="preserve">(Speaker F)  Yeah. </w:t>
      </w:r>
    </w:p>
    <w:p>
      <w:r>
        <w:t xml:space="preserve">(Speaker B)  And see. But then potential. </w:t>
      </w:r>
    </w:p>
    <w:p>
      <w:r>
        <w:t xml:space="preserve">(Speaker E)  Well, I think what she's. She's saying is instead of the developer renourishing it, now put it in the hands of the CDD property, which is fine. Yeah. </w:t>
      </w:r>
    </w:p>
    <w:p>
      <w:r>
        <w:t xml:space="preserve">(Speaker B)  Yeah. I think we just have to figure out what the price would be to renourish if we can. So maybe Rick, if it is, just take that next step and see what it. What that looks like, what that number would be to get it to what we want. </w:t>
      </w:r>
    </w:p>
    <w:p>
      <w:r>
        <w:t xml:space="preserve">(Speaker C)  Even if we. </w:t>
      </w:r>
    </w:p>
    <w:p>
      <w:r>
        <w:t xml:space="preserve">(Speaker B)  Okay, everyone's cool. </w:t>
      </w:r>
    </w:p>
    <w:p>
      <w:r>
        <w:t xml:space="preserve">(Speaker C)  Yeah. </w:t>
      </w:r>
    </w:p>
    <w:p>
      <w:r>
        <w:t xml:space="preserve">(Speaker B)  Yeah. Good. You got Brian. Brian, you guys are cool. </w:t>
      </w:r>
    </w:p>
    <w:p>
      <w:r>
        <w:t xml:space="preserve">(Speaker C)  Got it. So essentially it's just a dollar of, you know, monetary contribution towards renourishment or. Or reestablishment or whatever the word is for the beach. That's one. </w:t>
      </w:r>
    </w:p>
    <w:p>
      <w:r>
        <w:t xml:space="preserve">(Speaker B)  Shifting it north is the other requirement </w:t>
      </w:r>
    </w:p>
    <w:p>
      <w:r>
        <w:t xml:space="preserve">(Speaker C)  that relates to that request. Yeah. </w:t>
      </w:r>
    </w:p>
    <w:p>
      <w:r>
        <w:t xml:space="preserve">(Speaker E)  Being designed. </w:t>
      </w:r>
    </w:p>
    <w:p>
      <w:r>
        <w:t xml:space="preserve">(Speaker C)  The. The other request or the other. All the walkways and the pedestrian easings we have right now, all of them maintain what. Where they currently are, but shrinking down to 10ft. </w:t>
      </w:r>
    </w:p>
    <w:p>
      <w:r>
        <w:t xml:space="preserve">(Speaker H)  That's. </w:t>
      </w:r>
    </w:p>
    <w:p>
      <w:r>
        <w:t xml:space="preserve">(Speaker B)  And still pedestrian. Yeah, still maintenance. And then they take on everything that they had that they had offered for the adjustment of these. Of those easements in addition to, they take on the maintenance of the repair and maintenance. Repair and maintenance. And if we do at some Point in the future, the CDD does have to step in and do the maintenance on their behalf because they are not doing it. We can charge them full, full value for that. Well, that would be. </w:t>
      </w:r>
    </w:p>
    <w:p>
      <w:r>
        <w:t xml:space="preserve">(Speaker E)  It would be the new owners that we would. </w:t>
      </w:r>
    </w:p>
    <w:p>
      <w:r>
        <w:t xml:space="preserve">(Speaker B)  Well, but that goes into perpetuity and whoever that advances on, you know, all the legal stuff that goes on with that. But I think that's important that we have that laid out that like we have the authority to step in, fix it, and then we have the authority to give you full billing on that fix. So that doesn't cover the cost long term. </w:t>
      </w:r>
    </w:p>
    <w:p>
      <w:r>
        <w:t xml:space="preserve">(Speaker A)  Okay. </w:t>
      </w:r>
    </w:p>
    <w:p>
      <w:r>
        <w:t xml:space="preserve">(Speaker C)  Is that. </w:t>
      </w:r>
    </w:p>
    <w:p>
      <w:r>
        <w:t xml:space="preserve">(Speaker A)  Yeah. </w:t>
      </w:r>
    </w:p>
    <w:p>
      <w:r>
        <w:t xml:space="preserve">(Speaker B)  Okay. </w:t>
      </w:r>
    </w:p>
    <w:p>
      <w:r>
        <w:t xml:space="preserve">(Speaker C)  The other requests that are not the offering of value that are identified in the memo so that are not necessarily tied to the request. Softgate, main entry. </w:t>
      </w:r>
    </w:p>
    <w:p>
      <w:r>
        <w:t xml:space="preserve">(Speaker B)  Still not interested in that? </w:t>
      </w:r>
    </w:p>
    <w:p>
      <w:r>
        <w:t xml:space="preserve">(Speaker F)  No, not interested. </w:t>
      </w:r>
    </w:p>
    <w:p>
      <w:r>
        <w:t xml:space="preserve">(Speaker A)  You're not interested in the south gate? </w:t>
      </w:r>
    </w:p>
    <w:p>
      <w:r>
        <w:t xml:space="preserve">(Speaker F)  No, I think it's going to cause a whole back road of traffic coming here. </w:t>
      </w:r>
    </w:p>
    <w:p>
      <w:r>
        <w:t xml:space="preserve">(Speaker A)  Traffic is just one issue when it comes to gates and CDDs. Just so you know, I just want </w:t>
      </w:r>
    </w:p>
    <w:p>
      <w:r>
        <w:t xml:space="preserve">(Speaker D)  a soft gate after, after restaurants close. </w:t>
      </w:r>
    </w:p>
    <w:p>
      <w:r>
        <w:t xml:space="preserve">(Speaker B)  I mean, we have security there. </w:t>
      </w:r>
    </w:p>
    <w:p>
      <w:r>
        <w:t xml:space="preserve">(Speaker E)  You know how many times they've been almost hit. </w:t>
      </w:r>
    </w:p>
    <w:p>
      <w:r>
        <w:t xml:space="preserve">(Speaker B)  I mean, if security wants to do additional enhancements, we can talk about that. But I don't really want to do a soft gate. </w:t>
      </w:r>
    </w:p>
    <w:p>
      <w:r>
        <w:t xml:space="preserve">(Speaker A)  There are other avenues you can take to calm traffic down in those areas rather than a soft gate. I mean, when you put a soft gate up, there's, I'll tell you right now, the two communities CDs that I have that have a gate. Constant maintenance. I mean, every week it seems like someone's hitting it. Then we have to battle with going after insurance. And it's just, it's a lot of headache, especially with the cbd as are kind of required to have a softgate. You can't have that R D. It has to be a soft gate with a CBD because Euros are public. </w:t>
      </w:r>
    </w:p>
    <w:p>
      <w:r>
        <w:t xml:space="preserve">(Speaker B)  Right. </w:t>
      </w:r>
    </w:p>
    <w:p>
      <w:r>
        <w:t xml:space="preserve">(Speaker A)  So having the gate in the first place is, you know, a little, you know, it would. </w:t>
      </w:r>
    </w:p>
    <w:p>
      <w:r>
        <w:t xml:space="preserve">(Speaker E)  The way I'm picturing it is it would be open all day long at 11 o' clock when security's there in the building. It goes down, someone comes up, the guy says, hi, how are you? </w:t>
      </w:r>
    </w:p>
    <w:p>
      <w:r>
        <w:t xml:space="preserve">(Speaker B)  What you here for? </w:t>
      </w:r>
    </w:p>
    <w:p>
      <w:r>
        <w:t xml:space="preserve">(Speaker E)  Gate goes off. </w:t>
      </w:r>
    </w:p>
    <w:p>
      <w:r>
        <w:t xml:space="preserve">(Speaker A)  Or the woman. </w:t>
      </w:r>
    </w:p>
    <w:p>
      <w:r>
        <w:t xml:space="preserve">(Speaker C)  Or the woman. </w:t>
      </w:r>
    </w:p>
    <w:p>
      <w:r>
        <w:t xml:space="preserve">(Speaker E)  Because there is a woman. </w:t>
      </w:r>
    </w:p>
    <w:p>
      <w:r>
        <w:t xml:space="preserve">(Speaker H)  Yeah. </w:t>
      </w:r>
    </w:p>
    <w:p>
      <w:r>
        <w:t xml:space="preserve">(Speaker E)  I don't think to me that's a side. </w:t>
      </w:r>
    </w:p>
    <w:p>
      <w:r>
        <w:t xml:space="preserve">(Speaker B)  I mean, I, I think we could maybe do an extra soft gate where it is a manual, the security person opens. That's. </w:t>
      </w:r>
    </w:p>
    <w:p>
      <w:r>
        <w:t xml:space="preserve">(Speaker E)  That's what I'm talking about. </w:t>
      </w:r>
    </w:p>
    <w:p>
      <w:r>
        <w:t xml:space="preserve">(Speaker B)  I Don't think we need his. I don't like that's. We're talking about probably what, five grand </w:t>
      </w:r>
    </w:p>
    <w:p>
      <w:r>
        <w:t xml:space="preserve">(Speaker C)  for that or something. </w:t>
      </w:r>
    </w:p>
    <w:p>
      <w:r>
        <w:t xml:space="preserve">(Speaker B)  I mean it can't be that much. I don't think we need. I don't think we need his support on being something like that. Yeah, you're right. I think we just outfit our security team with whatever they need for that. But to your point about hitting gates, I mean you have the wall of a gate over in Antigua Coban. That thing's been hit several times and I don't know how you don't see that gate </w:t>
      </w:r>
    </w:p>
    <w:p>
      <w:r>
        <w:t xml:space="preserve">(Speaker E)  because they've been over there. </w:t>
      </w:r>
    </w:p>
    <w:p>
      <w:r>
        <w:t xml:space="preserve">(Speaker B)  So they're definitely going to hit this thing. So I think. I think if we're going to do a gate, I think we should do it as cheap as possible and it should be just. </w:t>
      </w:r>
    </w:p>
    <w:p>
      <w:r>
        <w:t xml:space="preserve">(Speaker A)  Yeah, that's. </w:t>
      </w:r>
    </w:p>
    <w:p>
      <w:r>
        <w:t xml:space="preserve">(Speaker B)  That's the type of gate. That's the only way that I would look at in any way entertaining any level of gate by the guard house and even that like if they go to the bathroom they better lock that thing up because I'm not going to be sitting there otherwise. </w:t>
      </w:r>
    </w:p>
    <w:p>
      <w:r>
        <w:t xml:space="preserve">(Speaker E)  No, no. </w:t>
      </w:r>
    </w:p>
    <w:p>
      <w:r>
        <w:t xml:space="preserve">(Speaker H)  Yeah. </w:t>
      </w:r>
    </w:p>
    <w:p>
      <w:r>
        <w:t xml:space="preserve">(Speaker B)  I got. I got a brush guard in the front of my jeep. I'll just go right through here. </w:t>
      </w:r>
    </w:p>
    <w:p>
      <w:r>
        <w:t xml:space="preserve">(Speaker C)  So not something that you're requesting or that needs to be as. As part of the exchange of value. Just tell I'm going to remove it from the. </w:t>
      </w:r>
    </w:p>
    <w:p>
      <w:r>
        <w:t xml:space="preserve">(Speaker B)  Not interested. If they want to put that money towards something else. That sounds great. </w:t>
      </w:r>
    </w:p>
    <w:p>
      <w:r>
        <w:t xml:space="preserve">(Speaker A)  John. </w:t>
      </w:r>
    </w:p>
    <w:p>
      <w:r>
        <w:t xml:space="preserve">(Speaker C)  Do you have opinion on it? </w:t>
      </w:r>
    </w:p>
    <w:p>
      <w:r>
        <w:t xml:space="preserve">(Speaker B)  I don't. </w:t>
      </w:r>
    </w:p>
    <w:p>
      <w:r>
        <w:t xml:space="preserve">(Speaker A)  I see the point of the gate but I agree with Logan. I think they could do something this in house. I think it should be removed. </w:t>
      </w:r>
    </w:p>
    <w:p>
      <w:r>
        <w:t xml:space="preserve">(Speaker F)  Yeah. </w:t>
      </w:r>
    </w:p>
    <w:p>
      <w:r>
        <w:t xml:space="preserve">(Speaker B)  Well have them shift the money towards something else. Yeah. </w:t>
      </w:r>
    </w:p>
    <w:p>
      <w:r>
        <w:t xml:space="preserve">(Speaker C)  Yeah. I mean it wasn't a huge dollar amount in 27,000 up to 25K. </w:t>
      </w:r>
    </w:p>
    <w:p>
      <w:r>
        <w:t xml:space="preserve">(Speaker F)  Yeah. </w:t>
      </w:r>
    </w:p>
    <w:p>
      <w:r>
        <w:t xml:space="preserve">(Speaker C)  The Waterfront viewing platforms, you know, with. Obviously we need to work out other. Other interests or other property rights. But is that something that is a must have either in this form or some other form that you're interested in? </w:t>
      </w:r>
    </w:p>
    <w:p>
      <w:r>
        <w:t xml:space="preserve">(Speaker B)  We can reduce down to two. </w:t>
      </w:r>
    </w:p>
    <w:p>
      <w:r>
        <w:t xml:space="preserve">(Speaker E)  Two. </w:t>
      </w:r>
    </w:p>
    <w:p>
      <w:r>
        <w:t xml:space="preserve">(Speaker A)  Yeah. </w:t>
      </w:r>
    </w:p>
    <w:p>
      <w:r>
        <w:t xml:space="preserve">(Speaker B)  I think we do Hammerhead and the Manatee area. Yeah. And. And I would like to see renderings of what's. I'd like to see. Okay. </w:t>
      </w:r>
    </w:p>
    <w:p>
      <w:r>
        <w:t xml:space="preserve">(Speaker E)  The one off parcel in. </w:t>
      </w:r>
    </w:p>
    <w:p>
      <w:r>
        <w:t xml:space="preserve">(Speaker A)  And then the one off this parcel. </w:t>
      </w:r>
    </w:p>
    <w:p>
      <w:r>
        <w:t xml:space="preserve">(Speaker C)  Where is the one that he was saying? Was it the one up there? </w:t>
      </w:r>
    </w:p>
    <w:p>
      <w:r>
        <w:t xml:space="preserve">(Speaker E)  Right here. </w:t>
      </w:r>
    </w:p>
    <w:p>
      <w:r>
        <w:t xml:space="preserve">(Speaker C)  Yeah. </w:t>
      </w:r>
    </w:p>
    <w:p>
      <w:r>
        <w:t xml:space="preserve">(Speaker E)  Because I mean it's literally going on his docks. </w:t>
      </w:r>
    </w:p>
    <w:p>
      <w:r>
        <w:t xml:space="preserve">(Speaker B)  Yeah. </w:t>
      </w:r>
    </w:p>
    <w:p>
      <w:r>
        <w:t xml:space="preserve">(Speaker C)  I would not go over there. </w:t>
      </w:r>
    </w:p>
    <w:p>
      <w:r>
        <w:t xml:space="preserve">(Speaker A)  Yeah. </w:t>
      </w:r>
    </w:p>
    <w:p>
      <w:r>
        <w:t xml:space="preserve">(Speaker B)  Yes. </w:t>
      </w:r>
    </w:p>
    <w:p>
      <w:r>
        <w:t xml:space="preserve">(Speaker E)  And then the one that's here. We already have the pool with the poa and it's an observation deck as it is. </w:t>
      </w:r>
    </w:p>
    <w:p>
      <w:r>
        <w:t xml:space="preserve">(Speaker A)  Yeah. </w:t>
      </w:r>
    </w:p>
    <w:p>
      <w:r>
        <w:t xml:space="preserve">(Speaker C)  Okay. </w:t>
      </w:r>
    </w:p>
    <w:p>
      <w:r>
        <w:t xml:space="preserve">(Speaker B)  So, all right. </w:t>
      </w:r>
    </w:p>
    <w:p>
      <w:r>
        <w:t xml:space="preserve">(Speaker C)  We had Manatee channel viewing platforms, which, </w:t>
      </w:r>
    </w:p>
    <w:p>
      <w:r>
        <w:t xml:space="preserve">(Speaker B)  I mean, so we're reducing down the cost of having them do build four. Now build two. </w:t>
      </w:r>
    </w:p>
    <w:p>
      <w:r>
        <w:t xml:space="preserve">(Speaker E)  See, we just gave him three. </w:t>
      </w:r>
    </w:p>
    <w:p>
      <w:r>
        <w:t xml:space="preserve">(Speaker B)  I mean, there's definitely value there. I mean, I would if I was a developer. I put a T viewing center right there. Yeah. Awesome. </w:t>
      </w:r>
    </w:p>
    <w:p>
      <w:r>
        <w:t xml:space="preserve">(Speaker C)  So, okay, the pedestrian connectivity, there's an exhibit that shows where they're proposing to add in walkways, sidewalks. Part of that is also the ADA steps down to the north beach. Any part of that in the presented form or any other variation that use is a must have that you want to request. </w:t>
      </w:r>
    </w:p>
    <w:p>
      <w:r>
        <w:t xml:space="preserve">(Speaker B)  I think the ADA aspect to it, we keep. If it's a beach, if it's something that we can pre nourish and move forward with it, then it makes sense. If not, we don't need ADA access to nothing. So I think that's. That goes. That, that piece goes to the peer discussion. So I guess separate that from the other easements and put that with here. Because it's tied directly to, to the beach. </w:t>
      </w:r>
    </w:p>
    <w:p>
      <w:r>
        <w:t xml:space="preserve">(Speaker C)  Yeah. Even if it's not like a beach. You know, I currently, I know it's been. It's been either closed at certain points or even just still closed. But if there was ADA steps there in its current form when people, you know, use it or access it for </w:t>
      </w:r>
    </w:p>
    <w:p>
      <w:r>
        <w:t xml:space="preserve">(Speaker E)  maybe. </w:t>
      </w:r>
    </w:p>
    <w:p>
      <w:r>
        <w:t xml:space="preserve">(Speaker B)  I mean, I guess we can't, we haven't been able to do it because the, the damage to the seawall over there thus far, but that's gonna, that'll obviously have to be fixed when you develop the land. So. </w:t>
      </w:r>
    </w:p>
    <w:p>
      <w:r>
        <w:t xml:space="preserve">(Speaker C)  Yeah. </w:t>
      </w:r>
    </w:p>
    <w:p>
      <w:r>
        <w:t xml:space="preserve">(Speaker B)  Whether or not the CDD decides to open up, whatever that entity is, I guess is figure that out at that time. </w:t>
      </w:r>
    </w:p>
    <w:p>
      <w:r>
        <w:t xml:space="preserve">(Speaker H)  But. </w:t>
      </w:r>
    </w:p>
    <w:p>
      <w:r>
        <w:t xml:space="preserve">(Speaker B)  So yeah, I suppose there's value to having it, but I don't know. I mean, rest of the board, what do you guys think? </w:t>
      </w:r>
    </w:p>
    <w:p>
      <w:r>
        <w:t xml:space="preserve">(Speaker E)  No, I think there's value in it. </w:t>
      </w:r>
    </w:p>
    <w:p>
      <w:r>
        <w:t xml:space="preserve">(Speaker B)  So I'll leave it with that. </w:t>
      </w:r>
    </w:p>
    <w:p>
      <w:r>
        <w:t xml:space="preserve">(Speaker C)  So I'll separate that out, but make it a, A request. </w:t>
      </w:r>
    </w:p>
    <w:p>
      <w:r>
        <w:t xml:space="preserve">(Speaker B)  Okay. </w:t>
      </w:r>
    </w:p>
    <w:p>
      <w:r>
        <w:t xml:space="preserve">(Speaker C)  And then, but aside from, aside from those steps, the other areas where they're proposing either sidewalks or walkways is, is, is what they're proposing a request? Is there something different you like? See, I know there is along the dust wall property, I think Bahia Beach. </w:t>
      </w:r>
    </w:p>
    <w:p>
      <w:r>
        <w:t xml:space="preserve">(Speaker E)  Along Bahia beach where they. We definitely need a sidewalk. </w:t>
      </w:r>
    </w:p>
    <w:p>
      <w:r>
        <w:t xml:space="preserve">(Speaker C)  Definitely. </w:t>
      </w:r>
    </w:p>
    <w:p>
      <w:r>
        <w:t xml:space="preserve">(Speaker E)  And it's going to be in front </w:t>
      </w:r>
    </w:p>
    <w:p>
      <w:r>
        <w:t xml:space="preserve">(Speaker C)  of their discussions about that. That would be a benefit. </w:t>
      </w:r>
    </w:p>
    <w:p>
      <w:r>
        <w:t xml:space="preserve">(Speaker B)  So. </w:t>
      </w:r>
    </w:p>
    <w:p>
      <w:r>
        <w:t xml:space="preserve">(Speaker C)  Yeah. </w:t>
      </w:r>
    </w:p>
    <w:p>
      <w:r>
        <w:t xml:space="preserve">(Speaker B)  So with that as a comment, we'll Have a. We'll have a sidewalk or an easement, I guess, because we didn't specify that we want pavement on the pedestrian easement, which we may want to about second. But the easement that goes around the perimeter will have that as a walkable area, pedestrian area. And then also for the dust bowl, what he's proposing and having it on either side. So. </w:t>
      </w:r>
    </w:p>
    <w:p>
      <w:r>
        <w:t xml:space="preserve">(Speaker C)  Yeah. </w:t>
      </w:r>
    </w:p>
    <w:p>
      <w:r>
        <w:t xml:space="preserve">(Speaker B)  Is that piece of property will be sandwiched between the two. </w:t>
      </w:r>
    </w:p>
    <w:p>
      <w:r>
        <w:t xml:space="preserve">(Speaker E)  Right. I mean, he's proposing two sidewalks, one </w:t>
      </w:r>
    </w:p>
    <w:p>
      <w:r>
        <w:t xml:space="preserve">(Speaker B)  on each side, on either side of the hydra. </w:t>
      </w:r>
    </w:p>
    <w:p>
      <w:r>
        <w:t xml:space="preserve">(Speaker E)  Yeah. </w:t>
      </w:r>
    </w:p>
    <w:p>
      <w:r>
        <w:t xml:space="preserve">(Speaker D)  Yeah, one's fine. </w:t>
      </w:r>
    </w:p>
    <w:p>
      <w:r>
        <w:t xml:space="preserve">(Speaker E)  We don't need two. </w:t>
      </w:r>
    </w:p>
    <w:p>
      <w:r>
        <w:t xml:space="preserve">(Speaker A)  He could probably. If we had the seawall easement, we can probably put it as the easement. The sidewalk on the opposite side. But we need one alongside. </w:t>
      </w:r>
    </w:p>
    <w:p>
      <w:r>
        <w:t xml:space="preserve">(Speaker E)  But we need one along that road. </w:t>
      </w:r>
    </w:p>
    <w:p>
      <w:r>
        <w:t xml:space="preserve">(Speaker B)  The dust bowl. </w:t>
      </w:r>
    </w:p>
    <w:p>
      <w:r>
        <w:t xml:space="preserve">(Speaker C)  Yeah. </w:t>
      </w:r>
    </w:p>
    <w:p>
      <w:r>
        <w:t xml:space="preserve">(Speaker B)  So then to circle back to the perimeter easement, does that need to be paid or shelled anything, or is it. I would love to have it. So do you want to have. </w:t>
      </w:r>
    </w:p>
    <w:p>
      <w:r>
        <w:t xml:space="preserve">(Speaker E)  That means pay behind your place, too? </w:t>
      </w:r>
    </w:p>
    <w:p>
      <w:r>
        <w:t xml:space="preserve">(Speaker A)  Yeah. </w:t>
      </w:r>
    </w:p>
    <w:p>
      <w:r>
        <w:t xml:space="preserve">(Speaker B)  Well, he's not going to pay for that. No. But same use, basically. </w:t>
      </w:r>
    </w:p>
    <w:p>
      <w:r>
        <w:t xml:space="preserve">(Speaker E)  Yeah, it's the same use. It look kind of silly with some of it. </w:t>
      </w:r>
    </w:p>
    <w:p>
      <w:r>
        <w:t xml:space="preserve">(Speaker B)  Well, we can look at getting that done eventually. So is that. </w:t>
      </w:r>
    </w:p>
    <w:p>
      <w:r>
        <w:t xml:space="preserve">(Speaker A)  That's a big ask. </w:t>
      </w:r>
    </w:p>
    <w:p>
      <w:r>
        <w:t xml:space="preserve">(Speaker B)  It is a big ask. So </w:t>
      </w:r>
    </w:p>
    <w:p>
      <w:r>
        <w:t xml:space="preserve">(Speaker H)  graphics of the sidewalk that's being supposed. Is actually in cd, by the way. </w:t>
      </w:r>
    </w:p>
    <w:p>
      <w:r>
        <w:t xml:space="preserve">(Speaker A)  Yeah, it's on C. Yeah. </w:t>
      </w:r>
    </w:p>
    <w:p>
      <w:r>
        <w:t xml:space="preserve">(Speaker B)  Okay. So he was building it on CDD property. Yeah. </w:t>
      </w:r>
    </w:p>
    <w:p>
      <w:r>
        <w:t xml:space="preserve">(Speaker C)  I think the conversation about maintaining. Maintaining a pedestrian easement on his property would definitely need to. It would require some revisions to what you're looking at here, because he's depicting what the proposed development is, and you can see that, you know, there's. </w:t>
      </w:r>
    </w:p>
    <w:p>
      <w:r>
        <w:t xml:space="preserve">(Speaker E)  Yeah, it's going right there. Right over the easement. </w:t>
      </w:r>
    </w:p>
    <w:p>
      <w:r>
        <w:t xml:space="preserve">(Speaker H)  Yeah, the one on the hammerhead sticker. </w:t>
      </w:r>
    </w:p>
    <w:p>
      <w:r>
        <w:t xml:space="preserve">(Speaker E)  Yeah, the one on K. I mean, he's got his places going right to the edge of that and see you all. </w:t>
      </w:r>
    </w:p>
    <w:p>
      <w:r>
        <w:t xml:space="preserve">(Speaker B)  All right, so keep things moving. The perimeter easement, do we need any sort of pavement? Are we requesting any sort of pavement, crush, shell backing, whatever, along with this? Or is it just like he's going to grass it and then we'll just walk on the. </w:t>
      </w:r>
    </w:p>
    <w:p>
      <w:r>
        <w:t xml:space="preserve">(Speaker E)  We can ask. </w:t>
      </w:r>
    </w:p>
    <w:p>
      <w:r>
        <w:t xml:space="preserve">(Speaker C)  If you're gonna have people walking there. He's probably gonna. Not wanted to be on his property, owned that private property owned by either Hammer, the future property owner. </w:t>
      </w:r>
    </w:p>
    <w:p>
      <w:r>
        <w:t xml:space="preserve">(Speaker B)  Right. </w:t>
      </w:r>
    </w:p>
    <w:p>
      <w:r>
        <w:t xml:space="preserve">(Speaker C)  I think that request essentially asking from the turnover fee title to wherever the walkway is. So if it's on, if it's literally on the edge of his property, on parcel end for example, you are asking </w:t>
      </w:r>
    </w:p>
    <w:p>
      <w:r>
        <w:t xml:space="preserve">(Speaker B)  for </w:t>
      </w:r>
    </w:p>
    <w:p>
      <w:r>
        <w:t xml:space="preserve">(Speaker C)  property rights, ownership of that land and then you. You could ask him to build basically going to have to have. </w:t>
      </w:r>
    </w:p>
    <w:p>
      <w:r>
        <w:t xml:space="preserve">(Speaker A)  He's going to have to have some kind of dock access there anyways. Then his dock approvals coming for straight in docks. They're not like yeah, so he's going to have to have a walkway on that 10 foot easement anyway to get to the docks. </w:t>
      </w:r>
    </w:p>
    <w:p>
      <w:r>
        <w:t xml:space="preserve">(Speaker B)  Right. But I think what Ryan's saying is that if we're going to have it, it's going to be available for us to walk on. For the CDD members to walk on that it needs to be. Be effectively owned and operated by the CDD that piece of property. </w:t>
      </w:r>
    </w:p>
    <w:p>
      <w:r>
        <w:t xml:space="preserve">(Speaker C)  So 10ft it doesn't have to be. But from at least just, just the request I've got back is anything where it's. </w:t>
      </w:r>
    </w:p>
    <w:p>
      <w:r>
        <w:t xml:space="preserve">(Speaker A)  People are going to. </w:t>
      </w:r>
    </w:p>
    <w:p>
      <w:r>
        <w:t xml:space="preserve">(Speaker C)  The public's going to be walking on the. The desire has been to have it not be on private property. You can still have that be private property as long as the district has </w:t>
      </w:r>
    </w:p>
    <w:p>
      <w:r>
        <w:t xml:space="preserve">(Speaker B)  a permanent easement which would be the pedestrian easement. So that is like. That's the point of a pedestrian easement is to make that permit is to </w:t>
      </w:r>
    </w:p>
    <w:p>
      <w:r>
        <w:t xml:space="preserve">(Speaker C)  walk to make that private property open to the public. Yeah. </w:t>
      </w:r>
    </w:p>
    <w:p>
      <w:r>
        <w:t xml:space="preserve">(Speaker B)  Okay. </w:t>
      </w:r>
    </w:p>
    <w:p>
      <w:r>
        <w:t xml:space="preserve">(Speaker C)  And we wouldn't take ownership of it, but that's the easiest route. I don't know from a li liability </w:t>
      </w:r>
    </w:p>
    <w:p>
      <w:r>
        <w:t xml:space="preserve">(Speaker B)  perspective, which we currently have that pedestrian. Eastman. Correct. Okay. But a liability, the liability if someone slips and falls on that property that goes to the CDD with the, with the pedestrian easement or that goes to him as the land, as the land owner. </w:t>
      </w:r>
    </w:p>
    <w:p>
      <w:r>
        <w:t xml:space="preserve">(Speaker C)  There, there is a. That would be the question. </w:t>
      </w:r>
    </w:p>
    <w:p>
      <w:r>
        <w:t xml:space="preserve">(Speaker B)  Right. </w:t>
      </w:r>
    </w:p>
    <w:p>
      <w:r>
        <w:t xml:space="preserve">(Speaker C)  There's a potential for liability for both sides and depending on the fact that circumstances of how it's worked out. That's probably what it's trying to avoid. Just relaying at least what it should. </w:t>
      </w:r>
    </w:p>
    <w:p>
      <w:r>
        <w:t xml:space="preserve">(Speaker B)  You know, so we can affect. If they did want to go forward with that they would want like a release of liability more than likely. </w:t>
      </w:r>
    </w:p>
    <w:p>
      <w:r>
        <w:t xml:space="preserve">(Speaker C)  Yeah. </w:t>
      </w:r>
    </w:p>
    <w:p>
      <w:r>
        <w:t xml:space="preserve">(Speaker A)  I'm not sure but probably, probably we </w:t>
      </w:r>
    </w:p>
    <w:p>
      <w:r>
        <w:t xml:space="preserve">(Speaker C)  would want to address liability in some way. </w:t>
      </w:r>
    </w:p>
    <w:p>
      <w:r>
        <w:t xml:space="preserve">(Speaker E)  But I say we asked for at least crush shell. </w:t>
      </w:r>
    </w:p>
    <w:p>
      <w:r>
        <w:t xml:space="preserve">(Speaker F)  Well let's ask for pavement and then I can come back with crushed down. Ask for the universe. </w:t>
      </w:r>
    </w:p>
    <w:p>
      <w:r>
        <w:t xml:space="preserve">(Speaker B)  I. I don't know. I think we just do. I agree but I also like I stand by this, this rule of that pigs get fat, hogs get slaughtered. I'd rather. Let's ask for. Let's be somewhat reasonable. </w:t>
      </w:r>
    </w:p>
    <w:p>
      <w:r>
        <w:t xml:space="preserve">(Speaker E)  Yeah, I'm thinking that way too So </w:t>
      </w:r>
    </w:p>
    <w:p>
      <w:r>
        <w:t xml:space="preserve">(Speaker B)  I appreciate what you're saying, Mary, but like, I also. I think, I think we can. We can. Our shell is probably good enough right now, if you agree, which I feel like you don't. </w:t>
      </w:r>
    </w:p>
    <w:p>
      <w:r>
        <w:t xml:space="preserve">(Speaker A)  But. </w:t>
      </w:r>
    </w:p>
    <w:p>
      <w:r>
        <w:t xml:space="preserve">(Speaker E)  And to be honest with you, we need to get this done. </w:t>
      </w:r>
    </w:p>
    <w:p>
      <w:r>
        <w:t xml:space="preserve">(Speaker B)  Yeah, yeah, I know that's it. But I think, I think we asked for pavement. It's just extending. It's extending. The negotiating going to be worked on the seawall anyway. </w:t>
      </w:r>
    </w:p>
    <w:p>
      <w:r>
        <w:t xml:space="preserve">(Speaker A)  Because if we had pavement, we just have bigger problems with the. Because we don't. We need some type of buffer between the walkway and the out inside of the seawall. </w:t>
      </w:r>
    </w:p>
    <w:p>
      <w:r>
        <w:t xml:space="preserve">(Speaker B)  Yeah, all the time. </w:t>
      </w:r>
    </w:p>
    <w:p>
      <w:r>
        <w:t xml:space="preserve">(Speaker H)  Water's got to go somewhere. </w:t>
      </w:r>
    </w:p>
    <w:p>
      <w:r>
        <w:t xml:space="preserve">(Speaker C)  That's what I'm saying. </w:t>
      </w:r>
    </w:p>
    <w:p>
      <w:r>
        <w:t xml:space="preserve">(Speaker A)  Water's got to go somewhere. </w:t>
      </w:r>
    </w:p>
    <w:p>
      <w:r>
        <w:t xml:space="preserve">(Speaker H)  Have to put some drainage back there. </w:t>
      </w:r>
    </w:p>
    <w:p>
      <w:r>
        <w:t xml:space="preserve">(Speaker B)  Yeah. </w:t>
      </w:r>
    </w:p>
    <w:p>
      <w:r>
        <w:t xml:space="preserve">(Speaker C)  You know, it's going to take some further discussion there because, you know, you obviously talk about liability for creating a public walkway along the just, you know, the edge of the water and you're putting it on top of the seawall. </w:t>
      </w:r>
    </w:p>
    <w:p>
      <w:r>
        <w:t xml:space="preserve">(Speaker E)  Well, we, we already have the liability, don't we? </w:t>
      </w:r>
    </w:p>
    <w:p>
      <w:r>
        <w:t xml:space="preserve">(Speaker C)  It's. We don't, you know, we don't own the property. I think you do have that either. It's not developed at that point. But when they're going to take steps to develop it and build it, I think that kind of changes the equation a little bit. Sum it up. </w:t>
      </w:r>
    </w:p>
    <w:p>
      <w:r>
        <w:t xml:space="preserve">(Speaker A)  We just don't want to give up that seawall easement. </w:t>
      </w:r>
    </w:p>
    <w:p>
      <w:r>
        <w:t xml:space="preserve">(Speaker C)  The walkway, right? </w:t>
      </w:r>
    </w:p>
    <w:p>
      <w:r>
        <w:t xml:space="preserve">(Speaker A)  Walkway easement. </w:t>
      </w:r>
    </w:p>
    <w:p>
      <w:r>
        <w:t xml:space="preserve">(Speaker C)  Yeah. </w:t>
      </w:r>
    </w:p>
    <w:p>
      <w:r>
        <w:t xml:space="preserve">(Speaker B)  We want to give up the seawall. </w:t>
      </w:r>
    </w:p>
    <w:p>
      <w:r>
        <w:t xml:space="preserve">(Speaker E)  Want to give it to seawall. </w:t>
      </w:r>
    </w:p>
    <w:p>
      <w:r>
        <w:t xml:space="preserve">(Speaker H)  Yes. </w:t>
      </w:r>
    </w:p>
    <w:p>
      <w:r>
        <w:t xml:space="preserve">(Speaker C)  Understood. </w:t>
      </w:r>
    </w:p>
    <w:p>
      <w:r>
        <w:t xml:space="preserve">(Speaker A)  Okay. </w:t>
      </w:r>
    </w:p>
    <w:p>
      <w:r>
        <w:t xml:space="preserve">(Speaker C)  I think the last thing is just the landscape and irrigation offer that was in. In the memo, as presented. Or is it a must have request or so. </w:t>
      </w:r>
    </w:p>
    <w:p>
      <w:r>
        <w:t xml:space="preserve">(Speaker B)  So the. Which, which part? </w:t>
      </w:r>
    </w:p>
    <w:p>
      <w:r>
        <w:t xml:space="preserve">(Speaker C)  The landscaping, the innovation. </w:t>
      </w:r>
    </w:p>
    <w:p>
      <w:r>
        <w:t xml:space="preserve">(Speaker E)  I'd say as presented. He's gonna have to do it anyways, right? </w:t>
      </w:r>
    </w:p>
    <w:p>
      <w:r>
        <w:t xml:space="preserve">(Speaker B)  He does have to do it because that's. That's over. </w:t>
      </w:r>
    </w:p>
    <w:p>
      <w:r>
        <w:t xml:space="preserve">(Speaker F)  That's what's going to sell his properties. </w:t>
      </w:r>
    </w:p>
    <w:p>
      <w:r>
        <w:t xml:space="preserve">(Speaker C)  Well, this is. It will. There is a benefit the beautify areas </w:t>
      </w:r>
    </w:p>
    <w:p>
      <w:r>
        <w:t xml:space="preserve">(Speaker E)  and whereas he wants to get a million dollars first place thought people are going to see. </w:t>
      </w:r>
    </w:p>
    <w:p>
      <w:r>
        <w:t xml:space="preserve">(Speaker B)  Yeah. </w:t>
      </w:r>
    </w:p>
    <w:p>
      <w:r>
        <w:t xml:space="preserve">(Speaker C)  This is above and beyond what he would do to the private property. This is incidents use those zones for, for CID property. So if you're having irrigation issues in that area, you know, you can spend </w:t>
      </w:r>
    </w:p>
    <w:p>
      <w:r>
        <w:t xml:space="preserve">(Speaker B)  50 grand, fix it there. I think that would be a very nice thing for him to do for the community. I think that it would help his reputation with the community immensely. He did that. </w:t>
      </w:r>
    </w:p>
    <w:p>
      <w:r>
        <w:t xml:space="preserve">(Speaker E)  Okay. </w:t>
      </w:r>
    </w:p>
    <w:p>
      <w:r>
        <w:t xml:space="preserve">(Speaker I)  And just a point of clarification, Ryan. So that landscape contribution is. Is kind of broken up between each of the requests. So I believe there's $50,000 associated with the dock and beach access request. NNK has another $50,000 associated with it. And then BB, the hammerhead parcel. Parcel or dust bowl is another $50,000. So just for a point of clarity, each basically bucket of property has its own dollar value associated with it. </w:t>
      </w:r>
    </w:p>
    <w:p>
      <w:r>
        <w:t xml:space="preserve">(Speaker B)  So if we don't grant the beach air coast beach, we then it's 100,000 rather than 150,000. </w:t>
      </w:r>
    </w:p>
    <w:p>
      <w:r>
        <w:t xml:space="preserve">(Speaker H)  Okay, and just to clarify, the landscape enhancements are in the CDE right now? </w:t>
      </w:r>
    </w:p>
    <w:p>
      <w:r>
        <w:t xml:space="preserve">(Speaker B)  They are in a cgd, right? </w:t>
      </w:r>
    </w:p>
    <w:p>
      <w:r>
        <w:t xml:space="preserve">(Speaker A)  Yes. </w:t>
      </w:r>
    </w:p>
    <w:p>
      <w:r>
        <w:t xml:space="preserve">(Speaker B)  Yeah, I saw one of them was the. Was the guard house building. The guard house up too. So. Okay, yeah, the. </w:t>
      </w:r>
    </w:p>
    <w:p>
      <w:r>
        <w:t xml:space="preserve">(Speaker C)  We talked briefly about this, but the dog park and playground requests that were via email, is that like a must have a request? </w:t>
      </w:r>
    </w:p>
    <w:p>
      <w:r>
        <w:t xml:space="preserve">(Speaker B)  I know I'm say it's a must have but I think it would be nice for the community because I think having something more central centrally located for his and our community, the collective community. And we are losing the playground. So that is. That is a net loss to the community that is not being re reimbursed or rectified. </w:t>
      </w:r>
    </w:p>
    <w:p>
      <w:r>
        <w:t xml:space="preserve">(Speaker C)  So thank rest of the board members. Whether thoughts on whether you want to include it in the request or either one or some variation of that? </w:t>
      </w:r>
    </w:p>
    <w:p>
      <w:r>
        <w:t xml:space="preserve">(Speaker E)  I'd say include it, but I just don't know where we're going to put it. </w:t>
      </w:r>
    </w:p>
    <w:p>
      <w:r>
        <w:t xml:space="preserve">(Speaker B)  Well, it would have to be like I'd have to be kind of his property. So we'll have to figure that out. But he can, you can deny it if he wants to, but it would be a nice thing for the community and for his. There's going to be families that are going to be moving into his place. </w:t>
      </w:r>
    </w:p>
    <w:p>
      <w:r>
        <w:t xml:space="preserve">(Speaker E)  Oh definitely. </w:t>
      </w:r>
    </w:p>
    <w:p>
      <w:r>
        <w:t xml:space="preserve">(Speaker B)  So would love playgrounds and having more appropriately sized to 1500 people or 1500 doors. Yep. Probably 600 dogs or more. How many dogs you got? </w:t>
      </w:r>
    </w:p>
    <w:p>
      <w:r>
        <w:t xml:space="preserve">(Speaker F)  Two. </w:t>
      </w:r>
    </w:p>
    <w:p>
      <w:r>
        <w:t xml:space="preserve">(Speaker A)  Okay. </w:t>
      </w:r>
    </w:p>
    <w:p>
      <w:r>
        <w:t xml:space="preserve">(Speaker C)  I have my notes here and Savannah was on the phone. I imagine she was taking notes too. </w:t>
      </w:r>
    </w:p>
    <w:p>
      <w:r>
        <w:t xml:space="preserve">(Speaker B)  And. </w:t>
      </w:r>
    </w:p>
    <w:p>
      <w:r>
        <w:t xml:space="preserve">(Speaker C)  Well, we can have conversations with. With them, try to get a response back and then discuss it at the next meeting. Or I can even report back if we have any updates in between meetings. </w:t>
      </w:r>
    </w:p>
    <w:p>
      <w:r>
        <w:t xml:space="preserve">(Speaker B)  Yeah. </w:t>
      </w:r>
    </w:p>
    <w:p>
      <w:r>
        <w:t xml:space="preserve">(Speaker C)  Anything else additional the board. Any questions or discussions related to this </w:t>
      </w:r>
    </w:p>
    <w:p>
      <w:r>
        <w:t xml:space="preserve">(Speaker B)  topic before we wrap it up? Not on this one. Did. Did you figure out billing? </w:t>
      </w:r>
    </w:p>
    <w:p>
      <w:r>
        <w:t xml:space="preserve">(Speaker C)  No, but good point. The part of the request to. To them is for them to cover legal and engineering costs related to, you know, this process of my time spent on doing this and Rick's time response back memo has a, you know, has agreed to that to a certain extent. I think there's a twelve thousand dollar cap on, you know, basically broken into phases and phases of reviewing this process and going through what we're talking about now. And then the next phase is actually reviewing the actual documents and helping gets them to the executable form. I, you know, Savannah, correct me if I'm wrong. The fee agreement for legal and engineering cost, is that contingent on having the approvals in hand or is that being tied to the approvals or is that. </w:t>
      </w:r>
    </w:p>
    <w:p>
      <w:r>
        <w:t xml:space="preserve">(Speaker G)  No, not, not necessarily. </w:t>
      </w:r>
    </w:p>
    <w:p>
      <w:r>
        <w:t xml:space="preserve">(Speaker I)  Not necessarily. I mean we can. It sounds like we're moving in a positive fold forward direction. So I mean if the board wants to approve the cost share as it is, you know, we would be okay with that. I think the, the reason for breaking it into phases is my clients didn't want to, you know, for lack of a better way to phrase this, just sink a bunch of money running in a circle and never get an approval for it, if that makes sense. Which is why we broke it into the two phases for the initial review and then the actual negotiation of documents in phase two. So no, not necessarily a tie tied to the approvals. So if the board did want to approve that cost share and then, you know, see what we come back with next month is our next step and go from there. </w:t>
      </w:r>
    </w:p>
    <w:p>
      <w:r>
        <w:t xml:space="preserve">(Speaker C)  This is just my two senses. This has been running a good bit of time. I feel like we've done a lot of the upfront work. The remaining parts. If we made a decision one way or another, the agreements won't take that long. But there has been a significant amount of time contributed towards this already. I think we provided a really broad range of estimates. It's hard to estimate where we're going to end up here, but you know, not to exceed $12,000. I don't want to give the impression that that would cover all legal and engineering costs potentially might not cover everything from, from the beginning when we started this a couple months ago until conclusion. I think the rough range that I </w:t>
      </w:r>
    </w:p>
    <w:p>
      <w:r>
        <w:t xml:space="preserve">(Speaker D)  had was, you know, I think between, </w:t>
      </w:r>
    </w:p>
    <w:p>
      <w:r>
        <w:t xml:space="preserve">(Speaker C)  you know, 10 and 20 was. Is. Is what I relayed to them and they came back at 12. That's kind of the. </w:t>
      </w:r>
    </w:p>
    <w:p>
      <w:r>
        <w:t xml:space="preserve">(Speaker H)  Is. </w:t>
      </w:r>
    </w:p>
    <w:p>
      <w:r>
        <w:t xml:space="preserve">(Speaker A)  Is that 12K per phase or this </w:t>
      </w:r>
    </w:p>
    <w:p>
      <w:r>
        <w:t xml:space="preserve">(Speaker C)  12 days, 6 per phase, 7,000 per phase. </w:t>
      </w:r>
    </w:p>
    <w:p>
      <w:r>
        <w:t xml:space="preserve">(Speaker B)  I'm going to be really clear. You guys are getting paid. We, you would not be doing the work if not for this request from a solo that thus it should be coming from them, period. </w:t>
      </w:r>
    </w:p>
    <w:p>
      <w:r>
        <w:t xml:space="preserve">(Speaker F)  I agree. </w:t>
      </w:r>
    </w:p>
    <w:p>
      <w:r>
        <w:t xml:space="preserve">(Speaker B)  100%. And whatever you need to bill, you build. Because I don't want, I don't want you to, to be, oh, I'm almost here. If I could spend 10 more hours, I would have the perfect response. But unfortunately I can't because I'm out of money. Like as a consultant that comes up, I understand having billable time and that's an issue. You have to pull back on things that you wish. You could go further on that if you want. If you had a little bit more budget, you could go that much further and you could make sure that everything is perfect. I refuse and I will stop everything right now if, if your time is not fully covered, whatever you need it to be to do the exact, to do the opposite. Best job that you can do. </w:t>
      </w:r>
    </w:p>
    <w:p>
      <w:r>
        <w:t xml:space="preserve">(Speaker C)  Any other board feedback. </w:t>
      </w:r>
    </w:p>
    <w:p>
      <w:r>
        <w:t xml:space="preserve">(Speaker H)  I agree. </w:t>
      </w:r>
    </w:p>
    <w:p>
      <w:r>
        <w:t xml:space="preserve">(Speaker B)  And yeah, I mean this isn't an open. This, this is not a discussion. This is not a negotiation. You guys are getting paid what you need to bill. And I don't think it's 200 hours or if it's 10 hours, I don't care. You guys are getting paid what you need to build and you would not be doing the work if not for their requests. Thus them as, as the. They need to pay for it. </w:t>
      </w:r>
    </w:p>
    <w:p>
      <w:r>
        <w:t xml:space="preserve">(Speaker C)  Understood. And my time, I'm only, you know, want to charge a reasonable, you know, put a real amount of time in. I'm not running up the clock on </w:t>
      </w:r>
    </w:p>
    <w:p>
      <w:r>
        <w:t xml:space="preserve">(Speaker B)  things I don't believe in part I just. But I want to make sure that you feel that you are, you are empowered to do whatever you need to do to do the absolute best for this community. </w:t>
      </w:r>
    </w:p>
    <w:p>
      <w:r>
        <w:t xml:space="preserve">(Speaker H)  Right. </w:t>
      </w:r>
    </w:p>
    <w:p>
      <w:r>
        <w:t xml:space="preserve">(Speaker F)  So if you thought 10 to 20,000, and I think that 20,000 should be </w:t>
      </w:r>
    </w:p>
    <w:p>
      <w:r>
        <w:t xml:space="preserve">(Speaker B)  where we're going, whatever. Honestly, Ryan, whatever you need. </w:t>
      </w:r>
    </w:p>
    <w:p>
      <w:r>
        <w:t xml:space="preserve">(Speaker E)  I agree. </w:t>
      </w:r>
    </w:p>
    <w:p>
      <w:r>
        <w:t xml:space="preserve">(Speaker C)  I, I think that probably is a safe estimate, just a. Not to exceed 24 or no matter what phase it's in. And you know, if you're, if you're, if it's a hard line of all expenses, then if it's going over 20, the idea of a concept of where it needs to be stopped and reviewed at that point, you know, I think something to that effect might be helpful and also giving a sense of how much longer we think this is, this might go on either one way or another. If by next board meeting we're going to have a decision either one way or another on all these points that might help give them comfort on saying, yeah, we can agree to paying for all costs if, you know, I mean, </w:t>
      </w:r>
    </w:p>
    <w:p>
      <w:r>
        <w:t xml:space="preserve">(Speaker B)  I think I can speak probably for the board we want to get this thing done. Yeah. We don't want it. We don't want to keep doing this, but we want. We need to make sure that the value is there for the community. So the community is happy with the outcome. Yeah. We understand that we won't get everything. We understand that they won't get everything. But ultimately all parties have to be happy, especially this party. So because we have 750 or however many doors that if they're unhappy, we hear about it. </w:t>
      </w:r>
    </w:p>
    <w:p>
      <w:r>
        <w:t xml:space="preserve">(Speaker F)  So I think it's 694 right now. </w:t>
      </w:r>
    </w:p>
    <w:p>
      <w:r>
        <w:t xml:space="preserve">(Speaker H)  Yeah. </w:t>
      </w:r>
    </w:p>
    <w:p>
      <w:r>
        <w:t xml:space="preserve">(Speaker B)  There you go. So that is extremely important. Okay, man. </w:t>
      </w:r>
    </w:p>
    <w:p>
      <w:r>
        <w:t xml:space="preserve">(Speaker C)  I don't want to put you on the spot, but if you have any thoughts on that now or if you need to take it back to your client, that's understanding. </w:t>
      </w:r>
    </w:p>
    <w:p>
      <w:r>
        <w:t xml:space="preserve">(Speaker I)  I gotta take it back to my client. I'm sorry. </w:t>
      </w:r>
    </w:p>
    <w:p>
      <w:r>
        <w:t xml:space="preserve">(Speaker B)  Okay. </w:t>
      </w:r>
    </w:p>
    <w:p>
      <w:r>
        <w:t xml:space="preserve">(Speaker A)  Okay. </w:t>
      </w:r>
    </w:p>
    <w:p>
      <w:r>
        <w:t xml:space="preserve">(Speaker C)  Well, I think the message is clear from the board and we'll maybe put a pin in that, in the work on this until we get a response back. And I'll work with Savannah on getting that cleared up. </w:t>
      </w:r>
    </w:p>
    <w:p>
      <w:r>
        <w:t xml:space="preserve">(Speaker B)  Does that work for you? </w:t>
      </w:r>
    </w:p>
    <w:p>
      <w:r>
        <w:t xml:space="preserve">(Speaker C)  Yeah, I mean, I can. </w:t>
      </w:r>
    </w:p>
    <w:p>
      <w:r>
        <w:t xml:space="preserve">(Speaker B)  I mean, you're the one that's doing the work. </w:t>
      </w:r>
    </w:p>
    <w:p>
      <w:r>
        <w:t xml:space="preserve">(Speaker I)  Ryan, is it the CAP20? </w:t>
      </w:r>
    </w:p>
    <w:p>
      <w:r>
        <w:t xml:space="preserve">(Speaker C)  The last email I sent to Jennifer, </w:t>
      </w:r>
    </w:p>
    <w:p>
      <w:r>
        <w:t xml:space="preserve">(Speaker B)  try to pull it up really quick </w:t>
      </w:r>
    </w:p>
    <w:p>
      <w:r>
        <w:t xml:space="preserve">(Speaker C)  and not. And not broken up by phase. I think that's probably reasonable. </w:t>
      </w:r>
    </w:p>
    <w:p>
      <w:r>
        <w:t xml:space="preserve">(Speaker A)  Thank you for bringing that up. </w:t>
      </w:r>
    </w:p>
    <w:p>
      <w:r>
        <w:t xml:space="preserve">(Speaker B)  Make sure I gotta get paid. But. Does that include Rick's time? You said it was legal and console engineering. </w:t>
      </w:r>
    </w:p>
    <w:p>
      <w:r>
        <w:t xml:space="preserve">(Speaker A)  That's what I understood. </w:t>
      </w:r>
    </w:p>
    <w:p>
      <w:r>
        <w:t xml:space="preserve">(Speaker B)  It is. Yeah. We did a really. </w:t>
      </w:r>
    </w:p>
    <w:p>
      <w:r>
        <w:t xml:space="preserve">(Speaker C)  Faculty napkin, rough estimate so that 20 </w:t>
      </w:r>
    </w:p>
    <w:p>
      <w:r>
        <w:t xml:space="preserve">(Speaker B)  would be shared between the two of you guys. Right. Is that correct? </w:t>
      </w:r>
    </w:p>
    <w:p>
      <w:r>
        <w:t xml:space="preserve">(Speaker F)  Right. </w:t>
      </w:r>
    </w:p>
    <w:p>
      <w:r>
        <w:t xml:space="preserve">(Speaker D)  Okay. </w:t>
      </w:r>
    </w:p>
    <w:p>
      <w:r>
        <w:t xml:space="preserve">(Speaker B)  Is that an acceptable amount for you guys? </w:t>
      </w:r>
    </w:p>
    <w:p>
      <w:r>
        <w:t xml:space="preserve">(Speaker H)  Yeah, my time hasn't. I spent more dialogue at these meetings. The office. </w:t>
      </w:r>
    </w:p>
    <w:p>
      <w:r>
        <w:t xml:space="preserve">(Speaker B)  Yeah. </w:t>
      </w:r>
    </w:p>
    <w:p>
      <w:r>
        <w:t xml:space="preserve">(Speaker H)  With Ryan on this, so. </w:t>
      </w:r>
    </w:p>
    <w:p>
      <w:r>
        <w:t xml:space="preserve">(Speaker E)  Okay. </w:t>
      </w:r>
    </w:p>
    <w:p>
      <w:r>
        <w:t xml:space="preserve">(Speaker F)  Yeah. </w:t>
      </w:r>
    </w:p>
    <w:p>
      <w:r>
        <w:t xml:space="preserve">(Speaker B)  I just want to make sure you guys are. You guys are. Have a clear Runway. </w:t>
      </w:r>
    </w:p>
    <w:p>
      <w:r>
        <w:t xml:space="preserve">(Speaker H)  Yeah. </w:t>
      </w:r>
    </w:p>
    <w:p>
      <w:r>
        <w:t xml:space="preserve">(Speaker C)  Yeah. </w:t>
      </w:r>
    </w:p>
    <w:p>
      <w:r>
        <w:t xml:space="preserve">(Speaker A)  If the board. </w:t>
      </w:r>
    </w:p>
    <w:p>
      <w:r>
        <w:t xml:space="preserve">(Speaker C)  I mean, if you want. That's how you feel. If you want to do it not to exceed or you're willing to, you know, do the cost share. Well, I mean, it's really up to them, you know, but that's. I think the board's direction there is pretty clear. </w:t>
      </w:r>
    </w:p>
    <w:p>
      <w:r>
        <w:t xml:space="preserve">(Speaker B)  Okay. </w:t>
      </w:r>
    </w:p>
    <w:p>
      <w:r>
        <w:t xml:space="preserve">(Speaker C)  All right. </w:t>
      </w:r>
    </w:p>
    <w:p>
      <w:r>
        <w:t xml:space="preserve">(Speaker B)  And are you comfortable with that? With that direction? </w:t>
      </w:r>
    </w:p>
    <w:p>
      <w:r>
        <w:t xml:space="preserve">(Speaker A)  Yeah. </w:t>
      </w:r>
    </w:p>
    <w:p>
      <w:r>
        <w:t xml:space="preserve">(Speaker C)  I mean, I wish I had the current invoice or what's been done today. It's not over 20, you know, already. </w:t>
      </w:r>
    </w:p>
    <w:p>
      <w:r>
        <w:t xml:space="preserve">(Speaker B)  But do you want to come back to a number? </w:t>
      </w:r>
    </w:p>
    <w:p>
      <w:r>
        <w:t xml:space="preserve">(Speaker C)  No, I think that's the number I already gave for them. And you know, we're getting close to a decision point. </w:t>
      </w:r>
    </w:p>
    <w:p>
      <w:r>
        <w:t xml:space="preserve">(Speaker A)  It sounds like we're hitting the finish line here pretty soon. At least what I'm saying. </w:t>
      </w:r>
    </w:p>
    <w:p>
      <w:r>
        <w:t xml:space="preserve">(Speaker H)  So per. </w:t>
      </w:r>
    </w:p>
    <w:p>
      <w:r>
        <w:t xml:space="preserve">(Speaker A)  Seeing I should say so. </w:t>
      </w:r>
    </w:p>
    <w:p>
      <w:r>
        <w:t xml:space="preserve">(Speaker B)  So. Yeah, whatever. Whatever you think you need. You just. </w:t>
      </w:r>
    </w:p>
    <w:p>
      <w:r>
        <w:t xml:space="preserve">(Speaker A)  So I'll make a motion to not to exceed 20K. </w:t>
      </w:r>
    </w:p>
    <w:p>
      <w:r>
        <w:t xml:space="preserve">(Speaker H)  Okay. </w:t>
      </w:r>
    </w:p>
    <w:p>
      <w:r>
        <w:t xml:space="preserve">(Speaker A)  So the motion would be to approve a not to exceed of 20k for both phases of legal and engineering. Billing for cost share with Tony Soo. </w:t>
      </w:r>
    </w:p>
    <w:p>
      <w:r>
        <w:t xml:space="preserve">(Speaker B)  He said no. Ryan, did you say. </w:t>
      </w:r>
    </w:p>
    <w:p>
      <w:r>
        <w:t xml:space="preserve">(Speaker D)  Nope. </w:t>
      </w:r>
    </w:p>
    <w:p>
      <w:r>
        <w:t xml:space="preserve">(Speaker B)  You're separating? Not doing the. </w:t>
      </w:r>
    </w:p>
    <w:p>
      <w:r>
        <w:t xml:space="preserve">(Speaker C)  It's really impractical to separate. </w:t>
      </w:r>
    </w:p>
    <w:p>
      <w:r>
        <w:t xml:space="preserve">(Speaker B)  Like the. </w:t>
      </w:r>
    </w:p>
    <w:p>
      <w:r>
        <w:t xml:space="preserve">(Speaker C)  These discussions, negotiation, the review of the documents. I've done both already. </w:t>
      </w:r>
    </w:p>
    <w:p>
      <w:r>
        <w:t xml:space="preserve">(Speaker D)  Okay. </w:t>
      </w:r>
    </w:p>
    <w:p>
      <w:r>
        <w:t xml:space="preserve">(Speaker B)  So phases were just right. </w:t>
      </w:r>
    </w:p>
    <w:p>
      <w:r>
        <w:t xml:space="preserve">(Speaker F)  Yeah. </w:t>
      </w:r>
    </w:p>
    <w:p>
      <w:r>
        <w:t xml:space="preserve">(Speaker H)  Okay. </w:t>
      </w:r>
    </w:p>
    <w:p>
      <w:r>
        <w:t xml:space="preserve">(Speaker A)  Yeah. The motion doesn't say that it's going to be split up between two phases. </w:t>
      </w:r>
    </w:p>
    <w:p>
      <w:r>
        <w:t xml:space="preserve">(Speaker B)  Just for. </w:t>
      </w:r>
    </w:p>
    <w:p>
      <w:r>
        <w:t xml:space="preserve">(Speaker C)  For both. </w:t>
      </w:r>
    </w:p>
    <w:p>
      <w:r>
        <w:t xml:space="preserve">(Speaker A)  Whatever they think the phases are. 40k is going to cover both of that. Do you want that to change? Ryan, do you think that motion should change? No, that's okay. </w:t>
      </w:r>
    </w:p>
    <w:p>
      <w:r>
        <w:t xml:space="preserve">(Speaker C)  I think everyone's clear. </w:t>
      </w:r>
    </w:p>
    <w:p>
      <w:r>
        <w:t xml:space="preserve">(Speaker B)  Okay. </w:t>
      </w:r>
    </w:p>
    <w:p>
      <w:r>
        <w:t xml:space="preserve">(Speaker A)  So did I get that? First from John? Yes. </w:t>
      </w:r>
    </w:p>
    <w:p>
      <w:r>
        <w:t xml:space="preserve">(Speaker C)  All right. </w:t>
      </w:r>
    </w:p>
    <w:p>
      <w:r>
        <w:t xml:space="preserve">(Speaker A)  Second from Logan. Any further discussion? </w:t>
      </w:r>
    </w:p>
    <w:p>
      <w:r>
        <w:t xml:space="preserve">(Speaker B)  No. </w:t>
      </w:r>
    </w:p>
    <w:p>
      <w:r>
        <w:t xml:space="preserve">(Speaker A)  All in favor? </w:t>
      </w:r>
    </w:p>
    <w:p>
      <w:r>
        <w:t xml:space="preserve">(Speaker C)  Hi. </w:t>
      </w:r>
    </w:p>
    <w:p>
      <w:r>
        <w:t xml:space="preserve">(Speaker B)  All right, motion passes 4 to 0. </w:t>
      </w:r>
    </w:p>
    <w:p>
      <w:r>
        <w:t xml:space="preserve">(Speaker A)  Beautiful. Anything else on that Brian Lawson board? </w:t>
      </w:r>
    </w:p>
    <w:p>
      <w:r>
        <w:t xml:space="preserve">(Speaker C)  Is anything else? I think we have direction to get that resolved and then work with them. </w:t>
      </w:r>
    </w:p>
    <w:p>
      <w:r>
        <w:t xml:space="preserve">(Speaker B)  Okay. </w:t>
      </w:r>
    </w:p>
    <w:p>
      <w:r>
        <w:t xml:space="preserve">(Speaker F)  Okay. </w:t>
      </w:r>
    </w:p>
    <w:p>
      <w:r>
        <w:t xml:space="preserve">(Speaker B)  You guys good with discussion? Everything. </w:t>
      </w:r>
    </w:p>
    <w:p>
      <w:r>
        <w:t xml:space="preserve">(Speaker E)  Are you good? </w:t>
      </w:r>
    </w:p>
    <w:p>
      <w:r>
        <w:t xml:space="preserve">(Speaker A)  Perfect. Well, Savannah, thank you so much for attending and answering the board's questions. We really appreciate your time. </w:t>
      </w:r>
    </w:p>
    <w:p>
      <w:r>
        <w:t xml:space="preserve">(Speaker I)  Of course. And I will be there in person next month and hopefully we can wrap this up. I hope you all have a great August. </w:t>
      </w:r>
    </w:p>
    <w:p>
      <w:r>
        <w:t xml:space="preserve">(Speaker A)  All right, moving on. </w:t>
      </w:r>
    </w:p>
    <w:p>
      <w:r>
        <w:t xml:space="preserve">(Speaker C)  Yeah, moving on. </w:t>
      </w:r>
    </w:p>
    <w:p>
      <w:r>
        <w:t xml:space="preserve">(Speaker A)  We do have your field manager, Clayton. Thanks for sticking around with us through that. </w:t>
      </w:r>
    </w:p>
    <w:p>
      <w:r>
        <w:t xml:space="preserve">(Speaker E)  Okay. </w:t>
      </w:r>
    </w:p>
    <w:p>
      <w:r>
        <w:t xml:space="preserve">(Speaker A)  Yeah, I've got some handouts for you. </w:t>
      </w:r>
    </w:p>
    <w:p>
      <w:r>
        <w:t xml:space="preserve">(Speaker D)  We've already gone over the maintenance map. There's going to ultimately be some additions and whatnot to it. This is a cloud based map so can have different layers, have items on it and you can select which you want to show. So that's what I'm going to keep working with. I use it all in my districts to try and keep things tracked. Additionally, we have a separate packet that has the action item list on it. And I've got for you today and then just some other stuff. Go over the first the proposal here. So this is for </w:t>
      </w:r>
    </w:p>
    <w:p>
      <w:r>
        <w:t xml:space="preserve">(Speaker C)  Del Sol. </w:t>
      </w:r>
    </w:p>
    <w:p>
      <w:r>
        <w:t xml:space="preserve">(Speaker D)  I have got a proposal from an electrician. Reach out to a couple electricians and I. I'll kind of explain that to you. But I've also included some photos on in the packet of the will. I just put the board to See how much of a mess the Electro is on this thing. </w:t>
      </w:r>
    </w:p>
    <w:p>
      <w:r>
        <w:t xml:space="preserve">(Speaker A)  I don't know how it got like </w:t>
      </w:r>
    </w:p>
    <w:p>
      <w:r>
        <w:t xml:space="preserve">(Speaker C)  that or why it was allowed to </w:t>
      </w:r>
    </w:p>
    <w:p>
      <w:r>
        <w:t xml:space="preserve">(Speaker D)  be like that, but it's got live wires sticking out of the ground with wire nuts on, and it's. It's pretty bad. So it basically needs to be completely redone. And the reason is that this. Well, we can't check if it's even functioning and working. And it does service parts of our property until the electrical is checked out, if done. So I have a proposal here from a vendor who gave you sort of a not to exceed number to go out there and do everything. I also spoke with another vendor and their cost sort of come out, assess everything, maybe fix some stuff while they're there. They had an upfront cost of $1,000 to do that. Now, the issue with that is in the long run, they're more expensive. You really don't know because you've already paid them a thousand dollars to look at it. So it's not uncommon for electricians to want money to kind of come. Come assess things. This vendor, though, is one I work with frequently at a lot of communities, and they felt very comfortable that this was within. Like I said, a not to exceed. To repair this. So that's. That's where we're at with that proposal. If there's any questions or. </w:t>
      </w:r>
    </w:p>
    <w:p>
      <w:r>
        <w:t xml:space="preserve">(Speaker A)  Any questions from the board on the pol. You see in front of you, </w:t>
      </w:r>
    </w:p>
    <w:p>
      <w:r>
        <w:t xml:space="preserve">(Speaker D)  I </w:t>
      </w:r>
    </w:p>
    <w:p>
      <w:r>
        <w:t xml:space="preserve">(Speaker B)  mean, it's got to get done. Yep. </w:t>
      </w:r>
    </w:p>
    <w:p>
      <w:r>
        <w:t xml:space="preserve">(Speaker E)  I'll make a motion to approve it. </w:t>
      </w:r>
    </w:p>
    <w:p>
      <w:r>
        <w:t xml:space="preserve">(Speaker B)  I. </w:t>
      </w:r>
    </w:p>
    <w:p>
      <w:r>
        <w:t xml:space="preserve">(Speaker A)  Let me write this out. Wasn't in the agenda. </w:t>
      </w:r>
    </w:p>
    <w:p>
      <w:r>
        <w:t xml:space="preserve">(Speaker B)  So new wire graphics work. All right. </w:t>
      </w:r>
    </w:p>
    <w:p>
      <w:r>
        <w:t xml:space="preserve">(Speaker A)  So we'd be looking for a motion to approve new wire project for electrical work. The amount of $7,430. I did hear a first from Ian and a second from. I'm sorry. First from Logan. A second from Ian. Do I have any further discussion? All in favor? </w:t>
      </w:r>
    </w:p>
    <w:p>
      <w:r>
        <w:t xml:space="preserve">(Speaker E)  Hi. </w:t>
      </w:r>
    </w:p>
    <w:p>
      <w:r>
        <w:t xml:space="preserve">(Speaker B)  I think that was the other way around. </w:t>
      </w:r>
    </w:p>
    <w:p>
      <w:r>
        <w:t xml:space="preserve">(Speaker E)  That's. </w:t>
      </w:r>
    </w:p>
    <w:p>
      <w:r>
        <w:t xml:space="preserve">(Speaker A)  Sorry. I had it right the first time. </w:t>
      </w:r>
    </w:p>
    <w:p>
      <w:r>
        <w:t xml:space="preserve">(Speaker B)  Apparently. </w:t>
      </w:r>
    </w:p>
    <w:p>
      <w:r>
        <w:t xml:space="preserve">(Speaker A)  My fault. </w:t>
      </w:r>
    </w:p>
    <w:p>
      <w:r>
        <w:t xml:space="preserve">(Speaker B)  All right, Clayton, anything further? </w:t>
      </w:r>
    </w:p>
    <w:p>
      <w:r>
        <w:t xml:space="preserve">(Speaker D)  Yeah, they're, you know, just. They, They're. </w:t>
      </w:r>
    </w:p>
    <w:p>
      <w:r>
        <w:t xml:space="preserve">(Speaker A)  They're proposing. </w:t>
      </w:r>
    </w:p>
    <w:p>
      <w:r>
        <w:t xml:space="preserve">(Speaker D)  I think it's going to look nice and it's going to work great. Once it's done, it's going to be safe. I think. </w:t>
      </w:r>
    </w:p>
    <w:p>
      <w:r>
        <w:t xml:space="preserve">(Speaker C)  Which is most important, </w:t>
      </w:r>
    </w:p>
    <w:p>
      <w:r>
        <w:t xml:space="preserve">(Speaker D)  the irrigation wells or the. Sorry, the irrigation system repairs or as I know, spelled it ours. You guys did proven not to exceed a 15K. So far, Russell has given me $3,400. </w:t>
      </w:r>
    </w:p>
    <w:p>
      <w:r>
        <w:t xml:space="preserve">(Speaker C)  41. </w:t>
      </w:r>
    </w:p>
    <w:p>
      <w:r>
        <w:t xml:space="preserve">(Speaker D)  3,441 in proposals. But I've asked for some clarifications on these proposals, exactly what they're for. They have told me that there's some zones down here and there throughout the community. Whether it's the zone valve or what, I'm not 100 sure. I just, I'm trying to get these final answers now. Obviously we talked about, you know, a different long term approach of getting an irrigation consultant out here to take care of it. But there are some repairs that Russell knows about and they're aware about. I do want them to give me the proposal and get them done for nafta. So that's what I'm still working on with them. And we haven't approved any of this yet because they haven't answered all my questions on it. Thankfully we're getting loads of rain, everything is greening up. But we want to make sure that we have the irrigation system mostly functioning, you know, by October when the rain, although they say it's going to be a wet, very wet winter. So normally it will slow down around October, but something's still actively working. And then additionally the irrigation system inventory put a lot of this stuff on the map here. As you can see off to the </w:t>
      </w:r>
    </w:p>
    <w:p>
      <w:r>
        <w:t xml:space="preserve">(Speaker C)  side, we have a bunch of different </w:t>
      </w:r>
    </w:p>
    <w:p>
      <w:r>
        <w:t xml:space="preserve">(Speaker D)  controllers and then we have battery nodes in different locations. The battery nodes are sort of single or quad zone controller usually that are located basically right, right there on the zone valve. And then we have some master controllers for these master controllers trying to differentiate exactly which zones are arc and which zones are the HLA we know all these controllers are. They did send me like set a map that has a lot of zones on it. I saw. They just sent me that one a </w:t>
      </w:r>
    </w:p>
    <w:p>
      <w:r>
        <w:t xml:space="preserve">(Speaker C)  day or so ago. </w:t>
      </w:r>
    </w:p>
    <w:p>
      <w:r>
        <w:t xml:space="preserve">(Speaker D)  I haven't had a opportunity to fully go through it, but once I do, I'll probably be adding those zones to </w:t>
      </w:r>
    </w:p>
    <w:p>
      <w:r>
        <w:t xml:space="preserve">(Speaker H)  this map as well. </w:t>
      </w:r>
    </w:p>
    <w:p>
      <w:r>
        <w:t xml:space="preserve">(Speaker D)  Landscape enhancements. I think I'm probably just going to take this over here out of here </w:t>
      </w:r>
    </w:p>
    <w:p>
      <w:r>
        <w:t xml:space="preserve">(Speaker C)  because </w:t>
      </w:r>
    </w:p>
    <w:p>
      <w:r>
        <w:t xml:space="preserve">(Speaker D)  I think we're going to switch lands April. We're not going to want Russell to do the. Since we would want the incoming landscaper to do it to keep up all the warranties and that sort of thing. And then obviously all these version ones </w:t>
      </w:r>
    </w:p>
    <w:p>
      <w:r>
        <w:t xml:space="preserve">(Speaker H)  of the map </w:t>
      </w:r>
    </w:p>
    <w:p>
      <w:r>
        <w:t xml:space="preserve">(Speaker D)  then like we spoke about. I'm going to have our maintenance team out here tomorrow to take care of that fog drain. </w:t>
      </w:r>
    </w:p>
    <w:p>
      <w:r>
        <w:t xml:space="preserve">(Speaker C)  And then </w:t>
      </w:r>
    </w:p>
    <w:p>
      <w:r>
        <w:t xml:space="preserve">(Speaker D)  I have identified some other maintenance feeds throughout the community that, you know, we do have a maintenance division that can sort of specialize in CV maintenance stuff. I think there's just some things out here that would benefit. You know, we don't have, we have a lot of clients, so it's not like I can come out here and do, you know, $10,000 worth work in a month. You know, we just have openings to take care of some stuff. So I would kind of like to start taking care of some stuff. What we've done at some of the districts is the board sort of approved and not to exceed monthly allowance or, you know, you just kind of understand that I'm going to work within reason to take care of stuff. I don't know what the board is comfortable with in that regards, but it seems like, you know, the pillars up by the front by the guard house that need, you know, any pressure wash, they've got some mildew on them. There's just little things here and there that it would be nice to start addressing because those things where they pile up and they, they build up and over time just have a million little things that need to get done. And that's, that's kind of what our </w:t>
      </w:r>
    </w:p>
    <w:p>
      <w:r>
        <w:t xml:space="preserve">(Speaker B)  maintenance team takes care of. What would be the average? So like when you say not to exceed, what would be an average cost for something that you would just want </w:t>
      </w:r>
    </w:p>
    <w:p>
      <w:r>
        <w:t xml:space="preserve">(Speaker D)  to take care of for a community your size? I, I think around 1500amonth is fair and reasonable. And I probably won't even spend all of that every month. </w:t>
      </w:r>
    </w:p>
    <w:p>
      <w:r>
        <w:t xml:space="preserve">(Speaker B)  And that's collective, not like 1500 here, 1500 there. </w:t>
      </w:r>
    </w:p>
    <w:p>
      <w:r>
        <w:t xml:space="preserve">(Speaker D)  Right, right. </w:t>
      </w:r>
    </w:p>
    <w:p>
      <w:r>
        <w:t xml:space="preserve">(Speaker B)  Yeah. </w:t>
      </w:r>
    </w:p>
    <w:p>
      <w:r>
        <w:t xml:space="preserve">(Speaker D)  Collectively throughout the month. And like I said, that's, that's just the not to exceed. And, and I have communities that have it up to 5,000, but the, the times I ever actually spend 5,000 in a month is very rare. And then, and then for larger things like projects and other larger stuff, I would still bring in any sort of proposal for the board to review, you know, whether there's a competitive proposal as well or not. You know, it all depends. But this is just to start to address these little things here and there that need to, that need to get done. </w:t>
      </w:r>
    </w:p>
    <w:p>
      <w:r>
        <w:t xml:space="preserve">(Speaker B)  Where would you. So if you were to start tomorrow with that or next month, say would you want 1500 or would you need like first month? We need to do a little bit more because we need to backward. We're pushing back things and then 1500 for continual maintenance. </w:t>
      </w:r>
    </w:p>
    <w:p>
      <w:r>
        <w:t xml:space="preserve">(Speaker D)  Yeah, I mean that, that, that could be reasonable. </w:t>
      </w:r>
    </w:p>
    <w:p>
      <w:r>
        <w:t xml:space="preserve">(Speaker C)  Yeah. </w:t>
      </w:r>
    </w:p>
    <w:p>
      <w:r>
        <w:t xml:space="preserve">(Speaker D)  To get out and take care of some more stuff up front. Maybe a few days out here instead of just one day or something like that, you know. </w:t>
      </w:r>
    </w:p>
    <w:p>
      <w:r>
        <w:t xml:space="preserve">(Speaker B)  So, yeah, I mean, come do like </w:t>
      </w:r>
    </w:p>
    <w:p>
      <w:r>
        <w:t xml:space="preserve">(Speaker D)  3, 500 for the first month and then 1500 after that. </w:t>
      </w:r>
    </w:p>
    <w:p>
      <w:r>
        <w:t xml:space="preserve">(Speaker C)  That's. That's up to you. </w:t>
      </w:r>
    </w:p>
    <w:p>
      <w:r>
        <w:t xml:space="preserve">(Speaker B)  What do you guys think? </w:t>
      </w:r>
    </w:p>
    <w:p>
      <w:r>
        <w:t xml:space="preserve">(Speaker E)  Do we pay JMAC for some of this stuff? </w:t>
      </w:r>
    </w:p>
    <w:p>
      <w:r>
        <w:t xml:space="preserve">(Speaker B)  Yeah. Say that again. </w:t>
      </w:r>
    </w:p>
    <w:p>
      <w:r>
        <w:t xml:space="preserve">(Speaker E)  Do we have a maintenance contract with you? </w:t>
      </w:r>
    </w:p>
    <w:p>
      <w:r>
        <w:t xml:space="preserve">(Speaker F)  Yeah. </w:t>
      </w:r>
    </w:p>
    <w:p>
      <w:r>
        <w:t xml:space="preserve">(Speaker H)  Okay. </w:t>
      </w:r>
    </w:p>
    <w:p>
      <w:r>
        <w:t xml:space="preserve">(Speaker D)  Well certain scope though. So that would be like the pressure washing. </w:t>
      </w:r>
    </w:p>
    <w:p>
      <w:r>
        <w:t xml:space="preserve">(Speaker B)  I've done it before, right. </w:t>
      </w:r>
    </w:p>
    <w:p>
      <w:r>
        <w:t xml:space="preserve">(Speaker D)  When you guys tell me hey, can </w:t>
      </w:r>
    </w:p>
    <w:p>
      <w:r>
        <w:t xml:space="preserve">(Speaker C)  you give me a price on pressure washing? </w:t>
      </w:r>
    </w:p>
    <w:p>
      <w:r>
        <w:t xml:space="preserve">(Speaker E)  Okay. </w:t>
      </w:r>
    </w:p>
    <w:p>
      <w:r>
        <w:t xml:space="preserve">(Speaker B)  Do you guys have JMAX scope so we know that we're not. I don't want to cross. Yeah. </w:t>
      </w:r>
    </w:p>
    <w:p>
      <w:r>
        <w:t xml:space="preserve">(Speaker D)  I guess what I'm saying was he was more of like order kind of cleaning up. But yeah, I'll absolutely look into it. We have maintenance guys okay that work for the town homes work for the end. </w:t>
      </w:r>
    </w:p>
    <w:p>
      <w:r>
        <w:t xml:space="preserve">(Speaker H)  Yeah. </w:t>
      </w:r>
    </w:p>
    <w:p>
      <w:r>
        <w:t xml:space="preserve">(Speaker D)  So yeah, maintenance guys on site. </w:t>
      </w:r>
    </w:p>
    <w:p>
      <w:r>
        <w:t xml:space="preserve">(Speaker B)  I'd like for. If you guys could just connect and make sure he gets a copy of your scope and he gets a. You know, you guys can work together on. Yeah, I think that would be good </w:t>
      </w:r>
    </w:p>
    <w:p>
      <w:r>
        <w:t xml:space="preserve">(Speaker E)  because I don't want to take any </w:t>
      </w:r>
    </w:p>
    <w:p>
      <w:r>
        <w:t xml:space="preserve">(Speaker C)  away anything away from. </w:t>
      </w:r>
    </w:p>
    <w:p>
      <w:r>
        <w:t xml:space="preserve">(Speaker D)  Yeah, yeah, I can definitely review that. </w:t>
      </w:r>
    </w:p>
    <w:p>
      <w:r>
        <w:t xml:space="preserve">(Speaker B)  I did have a question on. I'm sorry, I don't want to interrupt. </w:t>
      </w:r>
    </w:p>
    <w:p>
      <w:r>
        <w:t xml:space="preserve">(Speaker E)  Okay so do you want to make a motion to not to exceed? </w:t>
      </w:r>
    </w:p>
    <w:p>
      <w:r>
        <w:t xml:space="preserve">(Speaker B)  Oh </w:t>
      </w:r>
    </w:p>
    <w:p>
      <w:r>
        <w:t xml:space="preserve">(Speaker F)  sure. </w:t>
      </w:r>
    </w:p>
    <w:p>
      <w:r>
        <w:t xml:space="preserve">(Speaker B)  Yeah that sounds fine because. Because they'll work. They'll work out whatever. That way they're not crossed crossing each other's turf. So I'll make the motion to want. Do we want to do the initial. </w:t>
      </w:r>
    </w:p>
    <w:p>
      <w:r>
        <w:t xml:space="preserve">(Speaker A)  I fig. </w:t>
      </w:r>
    </w:p>
    <w:p>
      <w:r>
        <w:t xml:space="preserve">(Speaker B)  Stick with 1500. I'd say stick with 1500 and 15 not to exceed 1500amonth for just general maintenance that does not overlap overlap with jmax. Okay well. </w:t>
      </w:r>
    </w:p>
    <w:p>
      <w:r>
        <w:t xml:space="preserve">(Speaker D)  And then in theory he has availability to do additional services I could also use so maybe more like $1,300 for me to spend on little maintenance things throughout the community whether it's our team. </w:t>
      </w:r>
    </w:p>
    <w:p>
      <w:r>
        <w:t xml:space="preserve">(Speaker B)  Okay, sounds good. </w:t>
      </w:r>
    </w:p>
    <w:p>
      <w:r>
        <w:t xml:space="preserve">(Speaker E)  Perfect. </w:t>
      </w:r>
    </w:p>
    <w:p>
      <w:r>
        <w:t xml:space="preserve">(Speaker B)  Yeah. </w:t>
      </w:r>
    </w:p>
    <w:p>
      <w:r>
        <w:t xml:space="preserve">(Speaker C)  I'll second so motion from Logan. </w:t>
      </w:r>
    </w:p>
    <w:p>
      <w:r>
        <w:t xml:space="preserve">(Speaker A)  Second from John. Any further discussion? All in favor to zero. </w:t>
      </w:r>
    </w:p>
    <w:p>
      <w:r>
        <w:t xml:space="preserve">(Speaker B)  A real quick question. I think you can answer this because I think I'd asked about it last time we had previous approved like that 7,000 or 7,700 or whatever for irrigation repairs. </w:t>
      </w:r>
    </w:p>
    <w:p>
      <w:r>
        <w:t xml:space="preserve">(Speaker D)  Yeah. </w:t>
      </w:r>
    </w:p>
    <w:p>
      <w:r>
        <w:t xml:space="preserve">(Speaker B)  When things were going sideways. How do you know how that was spent? Like do you. Do you feel confident that was spent appropriately? </w:t>
      </w:r>
    </w:p>
    <w:p>
      <w:r>
        <w:t xml:space="preserve">(Speaker D)  I have not seen an invoice for that. What I understand the whole the job is not finished because I as I understand it relates to this well here in some degree. The one that doesn't work. This is the information I've gotten from Russell. So that has not been completed and has not been built. So I do need to get clearer answers on all of the whatnot that I have. That is my current information on. </w:t>
      </w:r>
    </w:p>
    <w:p>
      <w:r>
        <w:t xml:space="preserve">(Speaker B)  Okay. Because that was the. This. And this is the one that Ian emergency signed. </w:t>
      </w:r>
    </w:p>
    <w:p>
      <w:r>
        <w:t xml:space="preserve">(Speaker A)  Yeah, that's the same one that they're right there and said they'd be here the next day to take care of it. </w:t>
      </w:r>
    </w:p>
    <w:p>
      <w:r>
        <w:t xml:space="preserve">(Speaker B)  So. </w:t>
      </w:r>
    </w:p>
    <w:p>
      <w:r>
        <w:t xml:space="preserve">(Speaker A)  Yeah. </w:t>
      </w:r>
    </w:p>
    <w:p>
      <w:r>
        <w:t xml:space="preserve">(Speaker B)  And then that would give us. They would rework. </w:t>
      </w:r>
    </w:p>
    <w:p>
      <w:r>
        <w:t xml:space="preserve">(Speaker A)  They would. Yeah, they would rework the front. The. The price to see if the labor hours match what they said in their contract. </w:t>
      </w:r>
    </w:p>
    <w:p>
      <w:r>
        <w:t xml:space="preserve">(Speaker B)  But we have not paid them or billed them for. Sorry, they have not billed us. We have not paid them. </w:t>
      </w:r>
    </w:p>
    <w:p>
      <w:r>
        <w:t xml:space="preserve">(Speaker A)  They have not. </w:t>
      </w:r>
    </w:p>
    <w:p>
      <w:r>
        <w:t xml:space="preserve">(Speaker B)  Yes, that's correct. Okay, let us know if that comes through. </w:t>
      </w:r>
    </w:p>
    <w:p>
      <w:r>
        <w:t xml:space="preserve">(Speaker E)  Yeah. </w:t>
      </w:r>
    </w:p>
    <w:p>
      <w:r>
        <w:t xml:space="preserve">(Speaker D)  Before they do obvious. I'll have a full understanding of what they've done. I understand they may have taken care of some of it, but it's not fully completed yet. </w:t>
      </w:r>
    </w:p>
    <w:p>
      <w:r>
        <w:t xml:space="preserve">(Speaker B)  I mean, I know they turned on the system again, but even still like it's townhome thing. But my townhome, it's still not turned on in the front area. I don't know Ian, if your site is. But like we've got. My back is a little bed. </w:t>
      </w:r>
    </w:p>
    <w:p>
      <w:r>
        <w:t xml:space="preserve">(Speaker H)  Yeah. </w:t>
      </w:r>
    </w:p>
    <w:p>
      <w:r>
        <w:t xml:space="preserve">(Speaker B)  Yeah. So like the bed in front of my place, which again, it's not a cdd, but it's townhome. But it is those guys that are supposed to be running that same. Well, it's still not turned on. I still have to. Even though it's raining, I still got to water my plants because they're underneath the. Or that area tied into it. </w:t>
      </w:r>
    </w:p>
    <w:p>
      <w:r>
        <w:t xml:space="preserve">(Speaker H)  So </w:t>
      </w:r>
    </w:p>
    <w:p>
      <w:r>
        <w:t xml:space="preserve">(Speaker B)  I would like to kind of understand if and if it dies on vine, then fine, whatever. But I don't want to. Even though we approved it. I would like for us to kind of understand what's happening with it before any money goes out. </w:t>
      </w:r>
    </w:p>
    <w:p>
      <w:r>
        <w:t xml:space="preserve">(Speaker D)  Yeah, absolutely. Let me. Let me get some clearer answer. I think it was around $7,500, something like that. </w:t>
      </w:r>
    </w:p>
    <w:p>
      <w:r>
        <w:t xml:space="preserve">(Speaker B)  Yeah. </w:t>
      </w:r>
    </w:p>
    <w:p>
      <w:r>
        <w:t xml:space="preserve">(Speaker D)  Yeah, let me pull that up. I think that was like us as I was actually I think that was that I proposed. </w:t>
      </w:r>
    </w:p>
    <w:p>
      <w:r>
        <w:t xml:space="preserve">(Speaker H)  Yeah. </w:t>
      </w:r>
    </w:p>
    <w:p>
      <w:r>
        <w:t xml:space="preserve">(Speaker C)  And you were talking about that. </w:t>
      </w:r>
    </w:p>
    <w:p>
      <w:r>
        <w:t xml:space="preserve">(Speaker D)  So let me get some more information. </w:t>
      </w:r>
    </w:p>
    <w:p>
      <w:r>
        <w:t xml:space="preserve">(Speaker B)  It's what brought you on board. </w:t>
      </w:r>
    </w:p>
    <w:p>
      <w:r>
        <w:t xml:space="preserve">(Speaker C)  Yeah, I will. </w:t>
      </w:r>
    </w:p>
    <w:p>
      <w:r>
        <w:t xml:space="preserve">(Speaker D)  I will get some clear. Well, I'll ask. </w:t>
      </w:r>
    </w:p>
    <w:p>
      <w:r>
        <w:t xml:space="preserve">(Speaker B)  Yeah. Good luck. Yeah. One other quick request. This is probably more so Brian, but work for both of you guys. Can we get your contact information put onto the website? I see on the contacts page of the website you're not included. Just Brian. So I'd like for the community has issues with landscaping or Anything else that would fall under your purview. And maybe we could have a little like, bullet point of like, what? Contact Brian for this? Contact Clayton for this? </w:t>
      </w:r>
    </w:p>
    <w:p>
      <w:r>
        <w:t xml:space="preserve">(Speaker A)  Yeah, I mean, honestly, everyone can just contact me for everything and I'll. I'll get it to the right people if they need to. But, yeah, we'll put his contact on the website without issue. </w:t>
      </w:r>
    </w:p>
    <w:p>
      <w:r>
        <w:t xml:space="preserve">(Speaker B)  Yeah. That way if the community needs. Has. Because we. We can't. The board can't do anything in between meetings, so community has concerns about landscaping or whatever. You have a number that you can reach out to. So. </w:t>
      </w:r>
    </w:p>
    <w:p>
      <w:r>
        <w:t xml:space="preserve">(Speaker D)  Yeah, and it normally is. </w:t>
      </w:r>
    </w:p>
    <w:p>
      <w:r>
        <w:t xml:space="preserve">(Speaker A)  I just. </w:t>
      </w:r>
    </w:p>
    <w:p>
      <w:r>
        <w:t xml:space="preserve">(Speaker D)  I don't think we have enough. </w:t>
      </w:r>
    </w:p>
    <w:p>
      <w:r>
        <w:t xml:space="preserve">(Speaker A)  Yeah, we probably haven't got. </w:t>
      </w:r>
    </w:p>
    <w:p>
      <w:r>
        <w:t xml:space="preserve">(Speaker B)  Website's brand new, so I'm not surprised. So we'll get it. </w:t>
      </w:r>
    </w:p>
    <w:p>
      <w:r>
        <w:t xml:space="preserve">(Speaker A)  Yeah, we'll get it on there. Not a problem at all. </w:t>
      </w:r>
    </w:p>
    <w:p>
      <w:r>
        <w:t xml:space="preserve">(Speaker B)  And then I have one thing. </w:t>
      </w:r>
    </w:p>
    <w:p>
      <w:r>
        <w:t xml:space="preserve">(Speaker A)  If you dance. </w:t>
      </w:r>
    </w:p>
    <w:p>
      <w:r>
        <w:t xml:space="preserve">(Speaker B)  I'm good. </w:t>
      </w:r>
    </w:p>
    <w:p>
      <w:r>
        <w:t xml:space="preserve">(Speaker E)  Is there any way the CDD could request a solo to Mo Islan? </w:t>
      </w:r>
    </w:p>
    <w:p>
      <w:r>
        <w:t xml:space="preserve">(Speaker A)  So when I saw those. I did see those emails come through and their request has already been made. Okay, so there's a back and forth email on that. And I. Yeah, I didn't realize that </w:t>
      </w:r>
    </w:p>
    <w:p>
      <w:r>
        <w:t xml:space="preserve">(Speaker E)  there were other board members. </w:t>
      </w:r>
    </w:p>
    <w:p>
      <w:r>
        <w:t xml:space="preserve">(Speaker A)  It's all right. It's all right. That's my job to remind you guys and keep you guys. Right. So just so everyone knows that's in the room, if you do want to email a board member, please only put one board member on that email. Putting all five puts them all at risk of a sunshine violation. It's our job to keep them safe. </w:t>
      </w:r>
    </w:p>
    <w:p>
      <w:r>
        <w:t xml:space="preserve">(Speaker D)  Okay, so can't get a response. Yeah, you just won't get it. </w:t>
      </w:r>
    </w:p>
    <w:p>
      <w:r>
        <w:t xml:space="preserve">(Speaker B)  There's a whole. All the board members on there. You can't really respond. </w:t>
      </w:r>
    </w:p>
    <w:p>
      <w:r>
        <w:t xml:space="preserve">(Speaker A)  Yeah, we can't really respond to it, so kind of ties our hands. So if you guys do want to reach out to me and put a board member on it, that's fine. Just include one so that we can continue our conversations. </w:t>
      </w:r>
    </w:p>
    <w:p>
      <w:r>
        <w:t xml:space="preserve">(Speaker B)  Okay. </w:t>
      </w:r>
    </w:p>
    <w:p>
      <w:r>
        <w:t xml:space="preserve">(Speaker A)  But yes, there is a back and forth. Jennifer. Actually, I actually sent the request to Jennifer Kinsky. She sent me an email back. I haven't had time to read it yet, but I will get to have </w:t>
      </w:r>
    </w:p>
    <w:p>
      <w:r>
        <w:t xml:space="preserve">(Speaker B)  that call out on the contacts page. Like, if you're going to email, please just do. </w:t>
      </w:r>
    </w:p>
    <w:p>
      <w:r>
        <w:t xml:space="preserve">(Speaker A)  Like we can put like a. A warning. </w:t>
      </w:r>
    </w:p>
    <w:p>
      <w:r>
        <w:t xml:space="preserve">(Speaker B)  Yeah, up there. Yeah, right on the contact page, I think would be great because I know people use that. I don't want anyone to get in trouble. Got to go to jail now. </w:t>
      </w:r>
    </w:p>
    <w:p>
      <w:r>
        <w:t xml:space="preserve">(Speaker F)  They're not passed up. </w:t>
      </w:r>
    </w:p>
    <w:p>
      <w:r>
        <w:t xml:space="preserve">(Speaker A)  Do not collect $200 there are rare situations where residents can actually get violations as well, even though they're not on the board. So just be very, very careful. But anyway, so anything else for Clayton at this time, board members? </w:t>
      </w:r>
    </w:p>
    <w:p>
      <w:r>
        <w:t xml:space="preserve">(Speaker F)  No. </w:t>
      </w:r>
    </w:p>
    <w:p>
      <w:r>
        <w:t xml:space="preserve">(Speaker B)  All right, Clayton, thank you so much, man. I appreciate it. </w:t>
      </w:r>
    </w:p>
    <w:p>
      <w:r>
        <w:t xml:space="preserve">(Speaker A)  Let's ask them. Let's ask them. They are on the zoom. So I do. Next up, we do have the poa. Christy, Christine, I see you on there. And Kent, I'm going to go ahead and ask you both to unmute. Do you guys have anything to report today or anything to report that could be useful for Clayton? </w:t>
      </w:r>
    </w:p>
    <w:p>
      <w:r>
        <w:t xml:space="preserve">(Speaker E)  Yeah. </w:t>
      </w:r>
    </w:p>
    <w:p>
      <w:r>
        <w:t xml:space="preserve">(Speaker J)  Hi. Hi, Brian. This is Ken Wanagar. Not too much really. Just to echo the issue on landscaping, land care. The HOA is definitely unhappy with the current land care provider and we've had our issues. We're definitely looking at seriously at going out for another landcare provider. So I was happy to hear your discussion earlier today. Also like the idea of getting the irrigation some expert in on that to understand the irrigation system and get that straightened out. As you know, it's a very complicated system with pumps feeding multiple associations and the like. Also, as Logan mentioned, rhoa, which I'm president of, on the townhomes also, we've been having problems and not getting straight answers from Russell. So we've been with them for almost eight months since January 1st. So that's way long enough to come up to speed. I apologize for the email I sent out on the grass cutting and the, you know, the code enforcement option. You normally bcc what board members. So if they do reply to all, it doesn't go to everybody but neglect to do that this time. So I would ask a question, is you sent something out to Solo on cutting his grass. Did you send something out to Carter as well or is Solo Solo the owner now? I. I gathered he's not the owner yet. </w:t>
      </w:r>
    </w:p>
    <w:p>
      <w:r>
        <w:t xml:space="preserve">(Speaker A)  Yeah, there's some parcels that he hasn't closed on and some that he has. So he definitely I. Part of Jennifer's email was these are the ones he's responsible for, these are the ones he aren't. So I'm going to go through that list and. And contact the. </w:t>
      </w:r>
    </w:p>
    <w:p>
      <w:r>
        <w:t xml:space="preserve">(Speaker B)  The appropriate party. </w:t>
      </w:r>
    </w:p>
    <w:p>
      <w:r>
        <w:t xml:space="preserve">(Speaker J)  Yeah, it's better to contact them directly than that's the legal route. Might get it done but it might take longer and it creates hard feelings. </w:t>
      </w:r>
    </w:p>
    <w:p>
      <w:r>
        <w:t xml:space="preserve">(Speaker A)  I would agree with you 100% on that, Kent, but unfortunately Tony has given his staff direction to not speak to me and to go through it as lawyers. So that's the reason why I have </w:t>
      </w:r>
    </w:p>
    <w:p>
      <w:r>
        <w:t xml:space="preserve">(Speaker B)  to go through them. </w:t>
      </w:r>
    </w:p>
    <w:p>
      <w:r>
        <w:t xml:space="preserve">(Speaker J)  Okay, no problem. That ship has sailed. It sounds like for me, at least </w:t>
      </w:r>
    </w:p>
    <w:p>
      <w:r>
        <w:t xml:space="preserve">(Speaker C)  for me it is. </w:t>
      </w:r>
    </w:p>
    <w:p>
      <w:r>
        <w:t xml:space="preserve">(Speaker J)  Well, I, I, I, I do hope you guys do, do take look, take a look at all the landscaping issues. It's, it's a multitude of problems. You know, the problem we're mostly aware of is the one that happened with the CDD irrigation over by the townhomes that got shut off for over a month and a lot of grass died. I, I see from the report a lot of the grass is still not recovered and doesn't look like it will ever recover. And Russell's saying that it needs to be replaced. I just wondered if, if the expectation is Russell is going to have to pay for that themselves or if there's, you know, if there's room in the contract to, to do that, take that option. I would point out too, that there was a separate issue with irrigation over by the end where a water main was on, the irrigation was ruptured, and due to some maintenance work at the end, that was done back in early April maybe. And it took also quite a while to work through getting that fixed. And I see a lot of the grass over there is, has died. And that grass includes POA leased land. It includes CDD land and includes Suntex land, particularly I think maybe around the Books restaurant. But again, that side of the property is really complicated with two irrigation pumps. But I know that one irrigation pump was shut down for quite a while while they were trying to fix the main or. Well, it took a long time to get the main fixed, let's put it that way. So again, another reason I'm not happy with Russell. So that's all I got. Any questions? </w:t>
      </w:r>
    </w:p>
    <w:p>
      <w:r>
        <w:t xml:space="preserve">(Speaker A)  Any questions for Kent remembers? </w:t>
      </w:r>
    </w:p>
    <w:p>
      <w:r>
        <w:t xml:space="preserve">(Speaker E)  Nope. </w:t>
      </w:r>
    </w:p>
    <w:p>
      <w:r>
        <w:t xml:space="preserve">(Speaker A)  Clayton, you got anything for him? I think we kind of already had a lot of that information, but you </w:t>
      </w:r>
    </w:p>
    <w:p>
      <w:r>
        <w:t xml:space="preserve">(Speaker D)  guys got a lot of names for things. </w:t>
      </w:r>
    </w:p>
    <w:p>
      <w:r>
        <w:t xml:space="preserve">(Speaker B)  What would be the end? The end. Yes. </w:t>
      </w:r>
    </w:p>
    <w:p>
      <w:r>
        <w:t xml:space="preserve">(Speaker H)  Yeah. </w:t>
      </w:r>
    </w:p>
    <w:p>
      <w:r>
        <w:t xml:space="preserve">(Speaker B)  All right. </w:t>
      </w:r>
    </w:p>
    <w:p>
      <w:r>
        <w:t xml:space="preserve">(Speaker F)  Awesome. </w:t>
      </w:r>
    </w:p>
    <w:p>
      <w:r>
        <w:t xml:space="preserve">(Speaker A)  Thank you so much, Ken. Appreciate you. </w:t>
      </w:r>
    </w:p>
    <w:p>
      <w:r>
        <w:t xml:space="preserve">(Speaker J)  All right, thank you. </w:t>
      </w:r>
    </w:p>
    <w:p>
      <w:r>
        <w:t xml:space="preserve">(Speaker A)  All right, moving on. </w:t>
      </w:r>
    </w:p>
    <w:p>
      <w:r>
        <w:t xml:space="preserve">(Speaker B)  Yes, thank you. </w:t>
      </w:r>
    </w:p>
    <w:p>
      <w:r>
        <w:t xml:space="preserve">(Speaker A)  Yeah, that's all I need. Thank you, Clayton, so much. </w:t>
      </w:r>
    </w:p>
    <w:p>
      <w:r>
        <w:t xml:space="preserve">(Speaker B)  Appreciate you. </w:t>
      </w:r>
    </w:p>
    <w:p>
      <w:r>
        <w:t xml:space="preserve">(Speaker E)  Thank you. </w:t>
      </w:r>
    </w:p>
    <w:p>
      <w:r>
        <w:t xml:space="preserve">(Speaker A)  All right, you're moving on. We are getting into your public hearings. So first up, we would be looking for a motion to open the public hearing. </w:t>
      </w:r>
    </w:p>
    <w:p>
      <w:r>
        <w:t xml:space="preserve">(Speaker H)  Hearing. </w:t>
      </w:r>
    </w:p>
    <w:p>
      <w:r>
        <w:t xml:space="preserve">(Speaker E)  I'll make a motion to open the public hearing. </w:t>
      </w:r>
    </w:p>
    <w:p>
      <w:r>
        <w:t xml:space="preserve">(Speaker F)  I'll second. </w:t>
      </w:r>
    </w:p>
    <w:p>
      <w:r>
        <w:t xml:space="preserve">(Speaker A)  First from Ian, second from Mary. All in favor? </w:t>
      </w:r>
    </w:p>
    <w:p>
      <w:r>
        <w:t xml:space="preserve">(Speaker H)  Hi. </w:t>
      </w:r>
    </w:p>
    <w:p>
      <w:r>
        <w:t xml:space="preserve">(Speaker A)  All right, motion passes. 40Z. So we are now in the public hearing. The first item on the public hearing is consideration of resolution 2026 10, adopting the fiscal year 2027 budget. So we do have Leah on the line. Leah, I'm going to go ahead and ask the unmute. And Leah has a lot of good information for for you here on your budget. </w:t>
      </w:r>
    </w:p>
    <w:p>
      <w:r>
        <w:t xml:space="preserve">(Speaker G)  Hello, everyone. Are we excited about doing math now? All right, so again, I get to report a great news story to the board. I'll kind of take you through my analysis of your financial state right now and, and hopefully that will give you some good data to make a solid decision on the budget. So where you are today is you have combined assets. That includes what's in your bank account as well as your money market account. Let me get that number. You've got about $2.38 million of that amount of money that's sitting in those two accounts. You've got a small liability back to debt service of $62,000. And then beyond that, you need to make sure you're providing adequate operating capital for the next two months. That will take you to the end of the fiscal year and then an additional three months that would take you all the way until tax roll revenues begin to come in. So right now your operating needs are running at about $85,000 a month. So if you take that across the five months, then that puts you at about $425,000, give or take. And this is strictly operating needs, not accounting for any of these except extraneous or ancillary expenses that you guys might have. So if you look at those numbers, you say, okay, you know, we've got this $2.3 million in the account. We're going to subtract out these funds that we need to service our operating account up until tax revenues come in. That still gives you about a mil $1.89 million worth of remaining assets. In addition to that, you've got a direct bill that represents 50% of Little Harbor SMI's direct bill for about $170,000. And then the SPE recently closed, and you're going to get about another $45,000 there. So that's going to generate an additional $215,000 worth of revenues off the tax roll coming in. So all in, you're sitting at about a couple million dollars worth of funds that you can use to start servicing some of the outstanding, you know, seawall needs and roadway repairs, etc. Any questions about that? </w:t>
      </w:r>
    </w:p>
    <w:p>
      <w:r>
        <w:t xml:space="preserve">(Speaker E)  Nope. </w:t>
      </w:r>
    </w:p>
    <w:p>
      <w:r>
        <w:t xml:space="preserve">(Speaker G)  Fantastic. </w:t>
      </w:r>
    </w:p>
    <w:p>
      <w:r>
        <w:t xml:space="preserve">(Speaker E)  Okay, good. </w:t>
      </w:r>
    </w:p>
    <w:p>
      <w:r>
        <w:t xml:space="preserve">(Speaker G)  All right, great. And so with that being said said, what I am presenting to you today is a budget that is consistent with what we discussed at the last meeting inside of the budget you're going to find that $805,000 reserve. Other that was essentially a plug to get you to the. I think we had a 10%, if I'm not mistaken, a 10% total year over year increase in the budget. And that would be a, a, the same assessment increase across the board, irrespective of the product type or land ownership. So I can take you through the individual line items if you like, but essentially what you're going to find both in the administrative categories as well as the field categories, everything is going to be very similar to what you've had in the previous year, with the biggest jump being what is contained in that reserve line item. I will tell you that your landscape expenditures are well below what your budgeted allotment was. It does sound like there's some service issues. So it might be a good idea to keep that landscape maintenance item where it is today in consideration of perhaps a contract that reflects the services you're looking for. So with that being said, I'll let the board ask any questions that you may have about the budget. </w:t>
      </w:r>
    </w:p>
    <w:p>
      <w:r>
        <w:t xml:space="preserve">(Speaker F)  It's Mary. So we have plant and sod replacement. So we're at $40,000. But I'm not sure whether or not we paid the amount for the cost share with Antigua Cove because then that should have been close to 14,000 for that. Whatever we're looking to do. Those palm trees, the three palm trees that we had gotten a quote for was a little over 7,000. And then whatever else we're going to need to do, I think we're going to need to go more than 40,000. </w:t>
      </w:r>
    </w:p>
    <w:p>
      <w:r>
        <w:t xml:space="preserve">(Speaker G)  Got it. </w:t>
      </w:r>
    </w:p>
    <w:p>
      <w:r>
        <w:t xml:space="preserve">(Speaker F)  Okay. The other thing is holiday decorations. I think that day we were at 6,500 before and I haven't talked to them yet this year. So I'm thinking it might be a little more this year than it was in previous years. </w:t>
      </w:r>
    </w:p>
    <w:p>
      <w:r>
        <w:t xml:space="preserve">(Speaker G)  Okay. </w:t>
      </w:r>
    </w:p>
    <w:p>
      <w:r>
        <w:t xml:space="preserve">(Speaker E)  And then District council, these guys sitting </w:t>
      </w:r>
    </w:p>
    <w:p>
      <w:r>
        <w:t xml:space="preserve">(Speaker H)  over here, </w:t>
      </w:r>
    </w:p>
    <w:p>
      <w:r>
        <w:t xml:space="preserve">(Speaker E)  66,000 budget and we've already. We paid 185 so far. </w:t>
      </w:r>
    </w:p>
    <w:p>
      <w:r>
        <w:t xml:space="preserve">(Speaker G)  Yeah. So the, the lion share of the existing expenditures was not, not pertaining to services provided by your existing council. So you may have some idea of what next year will look like. What's a reasonable ask? But we can certainly adjust that. </w:t>
      </w:r>
    </w:p>
    <w:p>
      <w:r>
        <w:t xml:space="preserve">(Speaker C)  Yeah. Just to add to that, I had the same question, Aliyah. I think since we started our firm was charged around 11,000. </w:t>
      </w:r>
    </w:p>
    <w:p>
      <w:r>
        <w:t xml:space="preserve">(Speaker A)  Yeah, that's right. </w:t>
      </w:r>
    </w:p>
    <w:p>
      <w:r>
        <w:t xml:space="preserve">(Speaker C)  And so just thinking about jacking for next year. I don't think we need to raise at above 66 probably after this next getting a full fiscal year in. We'll get a better sense of what the budget would be. But I know that the actuals are really high. </w:t>
      </w:r>
    </w:p>
    <w:p>
      <w:r>
        <w:t xml:space="preserve">(Speaker I)  Yeah. </w:t>
      </w:r>
    </w:p>
    <w:p>
      <w:r>
        <w:t xml:space="preserve">(Speaker G)  And I also want to add in, you may have noted right below that district council in line item is what is coded as legal litigation. So the true legal budget amount is $91,000. </w:t>
      </w:r>
    </w:p>
    <w:p>
      <w:r>
        <w:t xml:space="preserve">(Speaker C)  And then I had another one. </w:t>
      </w:r>
    </w:p>
    <w:p>
      <w:r>
        <w:t xml:space="preserve">(Speaker A)  What was the other one? </w:t>
      </w:r>
    </w:p>
    <w:p>
      <w:r>
        <w:t xml:space="preserve">(Speaker E)  Oh, $30,000 for survey which we budgeted last year. Never hasn't spent any of it. </w:t>
      </w:r>
    </w:p>
    <w:p>
      <w:r>
        <w:t xml:space="preserve">(Speaker G)  Yep. So it's a good idea to keep that in there if the service wasn't performed because then of course you'll have that expenditure occur next year. </w:t>
      </w:r>
    </w:p>
    <w:p>
      <w:r>
        <w:t xml:space="preserve">(Speaker E)  Go ahead. </w:t>
      </w:r>
    </w:p>
    <w:p>
      <w:r>
        <w:t xml:space="preserve">(Speaker G)  I also do want to point out that Brian and I are still working through some of the cost share allocation numbers. So you are not seeing the benefit of that today as a revenue offset. So just kind of keep in mind that that will be an additional cash inflow to the district as we provide invoices for some of those cost share numbers. </w:t>
      </w:r>
    </w:p>
    <w:p>
      <w:r>
        <w:t xml:space="preserve">(Speaker E)  So is everyone comfortable with the 10% increase or you think we can get it down? </w:t>
      </w:r>
    </w:p>
    <w:p>
      <w:r>
        <w:t xml:space="preserve">(Speaker F)  I'm fine with it. </w:t>
      </w:r>
    </w:p>
    <w:p>
      <w:r>
        <w:t xml:space="preserve">(Speaker A)  What I'll say to that is that looking in me, Leah and Clayton all </w:t>
      </w:r>
    </w:p>
    <w:p>
      <w:r>
        <w:t xml:space="preserve">(Speaker B)  hop on a phone call last night. </w:t>
      </w:r>
    </w:p>
    <w:p>
      <w:r>
        <w:t xml:space="preserve">(Speaker A)  You guys have a very, very, very healthy reserves. I would. </w:t>
      </w:r>
    </w:p>
    <w:p>
      <w:r>
        <w:t xml:space="preserve">(Speaker B)  We do. </w:t>
      </w:r>
    </w:p>
    <w:p>
      <w:r>
        <w:t xml:space="preserve">(Speaker A)  You guys have a lot of. You have seaw walls and now there's new road project you guys got to worry about. But what we're kind of projecting for you guys over this next year for 2027 is you guys are likely going to spend probably the most money you've </w:t>
      </w:r>
    </w:p>
    <w:p>
      <w:r>
        <w:t xml:space="preserve">(Speaker B)  spent in your existence to get this place back up and running the way </w:t>
      </w:r>
    </w:p>
    <w:p>
      <w:r>
        <w:t xml:space="preserve">(Speaker A)  it should be with your landscaping, different areas of. I mean you might need the surveying just with all this developer stuff going on. You know, we've gotten a lot of complaints recently from your, from your neighbors, from residents alike about the state of, of the neighborhood. And when you have a big reserve such as you do, some of these projects should be getting done and maintaining some of this property. So what we're kind of seeing over this next year for you guys is yeah, it's going to be a lot of money going on, a lot of proposals being approved and a lot of. A lot of projects that you guys are need to get done, including your roads that, that Rick is going to be. That he's proposing your seawalls that you guys looked at, your seawall maintenance program that I think was just over a million dollars over 10 years. So you guys got some serious expenses. But we also need to kind of get this place Back on track. You know you guys have a beautiful community and it tells you have a lot of community involvement sitting here. Who are, who care about the community. And you know from our standpoint I think it's. It's about time that we. We kind of hit the ground running and a lot of these projects done. So just going to put that out there. It's my two cents while you guys are looking at this budget in a possible will increase. </w:t>
      </w:r>
    </w:p>
    <w:p>
      <w:r>
        <w:t xml:space="preserve">(Speaker E)  Did we have at one point in time we had how much it was per unit? </w:t>
      </w:r>
    </w:p>
    <w:p>
      <w:r>
        <w:t xml:space="preserve">(Speaker A)  It is 29. It should be 29. </w:t>
      </w:r>
    </w:p>
    <w:p>
      <w:r>
        <w:t xml:space="preserve">(Speaker E)  129. Thank you. </w:t>
      </w:r>
    </w:p>
    <w:p>
      <w:r>
        <w:t xml:space="preserve">(Speaker C)  I can break that down. </w:t>
      </w:r>
    </w:p>
    <w:p>
      <w:r>
        <w:t xml:space="preserve">(Speaker A)  It should break down pretty quickly for you guys. Yeah. Page 129. That table on the bottom. </w:t>
      </w:r>
    </w:p>
    <w:p>
      <w:r>
        <w:t xml:space="preserve">(Speaker F)  Yeah. </w:t>
      </w:r>
    </w:p>
    <w:p>
      <w:r>
        <w:t xml:space="preserve">(Speaker A)  So townhomes 127 17. I just want to make sure that's exactly what the increase is. Yeah. </w:t>
      </w:r>
    </w:p>
    <w:p>
      <w:r>
        <w:t xml:space="preserve">(Speaker C)  Per year. </w:t>
      </w:r>
    </w:p>
    <w:p>
      <w:r>
        <w:t xml:space="preserve">(Speaker A)  So the townhomes would go up by 12717 per year. The hotel condominiums would go up 33,222 per year. A one bedroom harborside 8478 a year multi bedroom harborside is 12717. Antigua Cove single family is 169.55. Antigua Cove townhomes is 169.55. The unplatted parcels are pretty much in line with all of those prices as well. Outside of the Antigua Cove Marina and the Harborside Marina who are a 4239 increase. </w:t>
      </w:r>
    </w:p>
    <w:p>
      <w:r>
        <w:t xml:space="preserve">(Speaker G)  And I do just want to quickly point out that those are net assessment numbers. So on the top you'll see there's a slightly higher amount and that reflects the gross up to place it on the tax roll. So as one example a townhome would be actually $135.27. </w:t>
      </w:r>
    </w:p>
    <w:p>
      <w:r>
        <w:t xml:space="preserve">(Speaker F)  Great coming back. </w:t>
      </w:r>
    </w:p>
    <w:p>
      <w:r>
        <w:t xml:space="preserve">(Speaker B)  Thank you Leo. </w:t>
      </w:r>
    </w:p>
    <w:p>
      <w:r>
        <w:t xml:space="preserve">(Speaker E)  Yeah, we took one last year. We took one the year before. </w:t>
      </w:r>
    </w:p>
    <w:p>
      <w:r>
        <w:t xml:space="preserve">(Speaker F)  But everything goes up every year. </w:t>
      </w:r>
    </w:p>
    <w:p>
      <w:r>
        <w:t xml:space="preserve">(Speaker E)  I know. </w:t>
      </w:r>
    </w:p>
    <w:p>
      <w:r>
        <w:t xml:space="preserve">(Speaker B)  So like this 40. So I'm just. So I can understand on the like the per unit breakdown how does that work? These unplanned like for instance the marina. Right. So Antigua Cove Marina which I assume would be the sun tax 4239. How is that. Is that first slip. Is that for. How does that. </w:t>
      </w:r>
    </w:p>
    <w:p>
      <w:r>
        <w:t xml:space="preserve">(Speaker G)  Yeah, very good question. If you look directly to the right of where the development column is is which is the description of the property you'll see units. So each unit is assessed to that right. </w:t>
      </w:r>
    </w:p>
    <w:p>
      <w:r>
        <w:t xml:space="preserve">(Speaker B)  Residential units. That's what they consider. So but the marina is not residential. </w:t>
      </w:r>
    </w:p>
    <w:p>
      <w:r>
        <w:t xml:space="preserve">(Speaker E)  It's A dock. </w:t>
      </w:r>
    </w:p>
    <w:p>
      <w:r>
        <w:t xml:space="preserve">(Speaker G)  Yep. So they get. </w:t>
      </w:r>
    </w:p>
    <w:p>
      <w:r>
        <w:t xml:space="preserve">(Speaker B)  And then for the parcels like ki and feet, those would be per platted but. Or what he's expecting to put. So. </w:t>
      </w:r>
    </w:p>
    <w:p>
      <w:r>
        <w:t xml:space="preserve">(Speaker I)  Correct. </w:t>
      </w:r>
    </w:p>
    <w:p>
      <w:r>
        <w:t xml:space="preserve">(Speaker G)  Future development intended platted units. Yeah. So as an example. Go ahead. </w:t>
      </w:r>
    </w:p>
    <w:p>
      <w:r>
        <w:t xml:space="preserve">(Speaker F)  I'm sorry. </w:t>
      </w:r>
    </w:p>
    <w:p>
      <w:r>
        <w:t xml:space="preserve">(Speaker B)  So that's like. So if he's going to put 220 unit apartment building on whatever one that is, that would be 220 times essentially 2000. </w:t>
      </w:r>
    </w:p>
    <w:p>
      <w:r>
        <w:t xml:space="preserve">(Speaker G)  No, it's. It's based on the existing development plan. And the existing development plan as an example in parcel k calls for 28 future townhome units. </w:t>
      </w:r>
    </w:p>
    <w:p>
      <w:r>
        <w:t xml:space="preserve">(Speaker A)  So they would charge the 28 townhomes the assessment increase, correct? </w:t>
      </w:r>
    </w:p>
    <w:p>
      <w:r>
        <w:t xml:space="preserve">(Speaker G)  That is correct, yep. Should the development plan change in the future then you would roll that into a future budget. And what that would do, it would essentially decrease the balance of the community's assessments by virtue of the fact that this section of the development would now pick up a larger share of the assessment. </w:t>
      </w:r>
    </w:p>
    <w:p>
      <w:r>
        <w:t xml:space="preserve">(Speaker B)  So if we know that he's planning on doing 12 units here in Parcel I does this 1864, 30 and 37 cents. Is that consideration of 12 units currently or however many units we've seen in is. </w:t>
      </w:r>
    </w:p>
    <w:p>
      <w:r>
        <w:t xml:space="preserve">(Speaker G)  No. He is going to be billed on Parcel I for 20 units this coming year. </w:t>
      </w:r>
    </w:p>
    <w:p>
      <w:r>
        <w:t xml:space="preserve">(Speaker E)  But when he plats them that's when it's going to be different. So next year. </w:t>
      </w:r>
    </w:p>
    <w:p>
      <w:r>
        <w:t xml:space="preserve">(Speaker G)  That's right. </w:t>
      </w:r>
    </w:p>
    <w:p>
      <w:r>
        <w:t xml:space="preserve">(Speaker B)  If he does 12 or 18 or whatever, he'll go down to. Okay, that's helpful. Thank you very much. </w:t>
      </w:r>
    </w:p>
    <w:p>
      <w:r>
        <w:t xml:space="preserve">(Speaker A)  You're very welcome. Now Leah, I was speaking with John outside here and he pointed out that there may be some mislabeling of one of the lines. John, you were saying that it was the. Hold on, I'm just trying to get back up to. Was the contract. There's a few of them label. </w:t>
      </w:r>
    </w:p>
    <w:p>
      <w:r>
        <w:t xml:space="preserve">(Speaker C)  Okay, so the contracts with Gates supposed </w:t>
      </w:r>
    </w:p>
    <w:p>
      <w:r>
        <w:t xml:space="preserve">(Speaker A)  to be really maintenance. Correct. And okay. </w:t>
      </w:r>
    </w:p>
    <w:p>
      <w:r>
        <w:t xml:space="preserve">(Speaker C)  And the security enforcement contract, we usually call that the gates. </w:t>
      </w:r>
    </w:p>
    <w:p>
      <w:r>
        <w:t xml:space="preserve">(Speaker F)  Okay. </w:t>
      </w:r>
    </w:p>
    <w:p>
      <w:r>
        <w:t xml:space="preserve">(Speaker J)  Okay. </w:t>
      </w:r>
    </w:p>
    <w:p>
      <w:r>
        <w:t xml:space="preserve">(Speaker G)  You can just send me an email and. And we'll. The total numbers will be the same. </w:t>
      </w:r>
    </w:p>
    <w:p>
      <w:r>
        <w:t xml:space="preserve">(Speaker A)  I'm taking the notes. </w:t>
      </w:r>
    </w:p>
    <w:p>
      <w:r>
        <w:t xml:space="preserve">(Speaker D)  And the last one. </w:t>
      </w:r>
    </w:p>
    <w:p>
      <w:r>
        <w:t xml:space="preserve">(Speaker I)  Yeah. </w:t>
      </w:r>
    </w:p>
    <w:p>
      <w:r>
        <w:t xml:space="preserve">(Speaker G)  It came from the approved budget next </w:t>
      </w:r>
    </w:p>
    <w:p>
      <w:r>
        <w:t xml:space="preserve">(Speaker D)  year because we added. </w:t>
      </w:r>
    </w:p>
    <w:p>
      <w:r>
        <w:t xml:space="preserve">(Speaker C)  So. </w:t>
      </w:r>
    </w:p>
    <w:p>
      <w:r>
        <w:t xml:space="preserve">(Speaker A)  Yeah. </w:t>
      </w:r>
    </w:p>
    <w:p>
      <w:r>
        <w:t xml:space="preserve">(Speaker C)  Okay. </w:t>
      </w:r>
    </w:p>
    <w:p>
      <w:r>
        <w:t xml:space="preserve">(Speaker A)  So it also looks like Leah, that the new contract for security services is going up from 55, 380 to 72 555. And that was with the approved. What's what they approved the additional services to be at last month's meeting. So that's with the addition of that. </w:t>
      </w:r>
    </w:p>
    <w:p>
      <w:r>
        <w:t xml:space="preserve">(Speaker F)  Yeah. </w:t>
      </w:r>
    </w:p>
    <w:p>
      <w:r>
        <w:t xml:space="preserve">(Speaker G)  Can you give me that number one more time? </w:t>
      </w:r>
    </w:p>
    <w:p>
      <w:r>
        <w:t xml:space="preserve">(Speaker A)  72555 Got it. </w:t>
      </w:r>
    </w:p>
    <w:p>
      <w:r>
        <w:t xml:space="preserve">(Speaker H)  Okay. </w:t>
      </w:r>
    </w:p>
    <w:p>
      <w:r>
        <w:t xml:space="preserve">(Speaker G)  Did you guys want to make any modifications based on what Mary was talking about for any landscape related improvements? </w:t>
      </w:r>
    </w:p>
    <w:p>
      <w:r>
        <w:t xml:space="preserve">(Speaker E)  What did you say? </w:t>
      </w:r>
    </w:p>
    <w:p>
      <w:r>
        <w:t xml:space="preserve">(Speaker F)  I said that we probably went through the 20,000 already, depending on whether or </w:t>
      </w:r>
    </w:p>
    <w:p>
      <w:r>
        <w:t xml:space="preserve">(Speaker G)  not you did year 27 this year. </w:t>
      </w:r>
    </w:p>
    <w:p>
      <w:r>
        <w:t xml:space="preserve">(Speaker F)  Right. Okay. So. And then we're only looking at 40,000 for next year. Yeah. So it was 26,000 just for the entrance alone into Antigua. That's why I'm thinking we need more than 40,000. </w:t>
      </w:r>
    </w:p>
    <w:p>
      <w:r>
        <w:t xml:space="preserve">(Speaker E)  Well, we might convert to price some </w:t>
      </w:r>
    </w:p>
    <w:p>
      <w:r>
        <w:t xml:space="preserve">(Speaker A)  of that side that is there. </w:t>
      </w:r>
    </w:p>
    <w:p>
      <w:r>
        <w:t xml:space="preserve">(Speaker F)  Right. </w:t>
      </w:r>
    </w:p>
    <w:p>
      <w:r>
        <w:t xml:space="preserve">(Speaker E)  So you want to put the 50. </w:t>
      </w:r>
    </w:p>
    <w:p>
      <w:r>
        <w:t xml:space="preserve">(Speaker F)  I think we probably need more than 50. The sod's expensive. Do you have an idea? </w:t>
      </w:r>
    </w:p>
    <w:p>
      <w:r>
        <w:t xml:space="preserve">(Speaker A)  Not for the amount you need. I mean, unless you guys. </w:t>
      </w:r>
    </w:p>
    <w:p>
      <w:r>
        <w:t xml:space="preserve">(Speaker I)  Right. </w:t>
      </w:r>
    </w:p>
    <w:p>
      <w:r>
        <w:t xml:space="preserve">(Speaker F)  We're talking about a fair amount of money. </w:t>
      </w:r>
    </w:p>
    <w:p>
      <w:r>
        <w:t xml:space="preserve">(Speaker A)  Again, you guys have healthy reserves. </w:t>
      </w:r>
    </w:p>
    <w:p>
      <w:r>
        <w:t xml:space="preserve">(Speaker E)  Yeah. So whatever we increase this, we can reduce the reserves and keep it at the 10%. </w:t>
      </w:r>
    </w:p>
    <w:p>
      <w:r>
        <w:t xml:space="preserve">(Speaker G)  Exactly. </w:t>
      </w:r>
    </w:p>
    <w:p>
      <w:r>
        <w:t xml:space="preserve">(Speaker H)  Exactly. </w:t>
      </w:r>
    </w:p>
    <w:p>
      <w:r>
        <w:t xml:space="preserve">(Speaker G)  What, what number are you comfortable with? </w:t>
      </w:r>
    </w:p>
    <w:p>
      <w:r>
        <w:t xml:space="preserve">(Speaker F)  I'm thinking 75. </w:t>
      </w:r>
    </w:p>
    <w:p>
      <w:r>
        <w:t xml:space="preserve">(Speaker E)  75, got it. And that's for landscaping and that's for land. That's for plant and sod replacement. </w:t>
      </w:r>
    </w:p>
    <w:p>
      <w:r>
        <w:t xml:space="preserve">(Speaker G)  Got it. </w:t>
      </w:r>
    </w:p>
    <w:p>
      <w:r>
        <w:t xml:space="preserve">(Speaker F)  Okay. </w:t>
      </w:r>
    </w:p>
    <w:p>
      <w:r>
        <w:t xml:space="preserve">(Speaker G)  And I think you brought up decorations, right, Mary? </w:t>
      </w:r>
    </w:p>
    <w:p>
      <w:r>
        <w:t xml:space="preserve">(Speaker F)  Yeah, the holiday decorations. So last year I think we paid 6,500. I'm not sure what it's going to be this year, but I'm going to say that maybe we go with 7. 75. </w:t>
      </w:r>
    </w:p>
    <w:p>
      <w:r>
        <w:t xml:space="preserve">(Speaker G)  Okay, got it. </w:t>
      </w:r>
    </w:p>
    <w:p>
      <w:r>
        <w:t xml:space="preserve">(Speaker F)  And if we don't, then we're fine, but this way we're okay. </w:t>
      </w:r>
    </w:p>
    <w:p>
      <w:r>
        <w:t xml:space="preserve">(Speaker C)  And then we'll just reduce reserves. </w:t>
      </w:r>
    </w:p>
    <w:p>
      <w:r>
        <w:t xml:space="preserve">(Speaker E)  Is everyone comfortable with 10%? </w:t>
      </w:r>
    </w:p>
    <w:p>
      <w:r>
        <w:t xml:space="preserve">(Speaker B)  Yes. </w:t>
      </w:r>
    </w:p>
    <w:p>
      <w:r>
        <w:t xml:space="preserve">(Speaker E)  Yeah. Okay. All right. </w:t>
      </w:r>
    </w:p>
    <w:p>
      <w:r>
        <w:t xml:space="preserve">(Speaker G)  Do a plug for 10%. Okay, got it. </w:t>
      </w:r>
    </w:p>
    <w:p>
      <w:r>
        <w:t xml:space="preserve">(Speaker A)  They said 7,500 for holiday lighting, correct? Yeah. </w:t>
      </w:r>
    </w:p>
    <w:p>
      <w:r>
        <w:t xml:space="preserve">(Speaker F)  Yeah. </w:t>
      </w:r>
    </w:p>
    <w:p>
      <w:r>
        <w:t xml:space="preserve">(Speaker B)  Okay. </w:t>
      </w:r>
    </w:p>
    <w:p>
      <w:r>
        <w:t xml:space="preserve">(Speaker G)  I do also want to point out this won't impact you all, but there is a. There are two separate revenue line items. One is operations and maintenance assessments, tax levied. And the other is operations and maintenance assessments, direct bill. The direct bills are provided to anyone that is not serviced through the tax collector. That's going to include your spe. Now a solo, your little Harbor SMI Holdings. And I'm the last one is eluding me. Harborside Suites. And to the extent any of those landowners are going to be placed on the tax roll, and at the moment we're only evaluating one. We would just switch those dollars from the direct bill bucket to the tax levied bucket. So don't be surprised if you do see a larger number. And one, it will mean that there's a lesser value in the other, but the cumulative amount will be the same. </w:t>
      </w:r>
    </w:p>
    <w:p>
      <w:r>
        <w:t xml:space="preserve">(Speaker F)  Got It. </w:t>
      </w:r>
    </w:p>
    <w:p>
      <w:r>
        <w:t xml:space="preserve">(Speaker A)  Any further questions or revisions? I have a question regarding the bonds. </w:t>
      </w:r>
    </w:p>
    <w:p>
      <w:r>
        <w:t xml:space="preserve">(Speaker B)  Okay. </w:t>
      </w:r>
    </w:p>
    <w:p>
      <w:r>
        <w:t xml:space="preserve">(Speaker A)  I. I see both A one and A two paying principal and the maturity is going to be in 36. </w:t>
      </w:r>
    </w:p>
    <w:p>
      <w:r>
        <w:t xml:space="preserve">(Speaker F)  Yep. </w:t>
      </w:r>
    </w:p>
    <w:p>
      <w:r>
        <w:t xml:space="preserve">(Speaker A)  But on the B bonds, we're paying debt service or interest only. Or is that so, what, what is the terms of that bond? </w:t>
      </w:r>
    </w:p>
    <w:p>
      <w:r>
        <w:t xml:space="preserve">(Speaker G)  Yeah, no, that. That's a really great question. So. So the way that the bonds were bifurcated is such that the 2015 A1 bonds are servicing the. Essentially what you're seeing on the tax bill. So those are resident levied assessments, the series 2015 A2 and series 2015 B2 bonds. Those service the lands that were encumbered by the SPE property. So the answer to your question is it is an interest obligation on the B2 bonds, but that really rests with the bondholder and the trustee, and the servicing of that will come by virtue of land sales proceeds generated on the SBE property or, you know, some kind of a default distribution. So it does not impact your residence or your tax levy in any way. </w:t>
      </w:r>
    </w:p>
    <w:p>
      <w:r>
        <w:t xml:space="preserve">(Speaker A)  So is there a maturity date of the B2 bond? </w:t>
      </w:r>
    </w:p>
    <w:p>
      <w:r>
        <w:t xml:space="preserve">(Speaker G)  Yeah, I think that those were. </w:t>
      </w:r>
    </w:p>
    <w:p>
      <w:r>
        <w:t xml:space="preserve">(Speaker B)  Let me look at that. </w:t>
      </w:r>
    </w:p>
    <w:p>
      <w:r>
        <w:t xml:space="preserve">(Speaker G)  I believe they were structured as 2036 as well. </w:t>
      </w:r>
    </w:p>
    <w:p>
      <w:r>
        <w:t xml:space="preserve">(Speaker A)  So just to clarify then, so by the end of 2036, the community be out of all bond debt. </w:t>
      </w:r>
    </w:p>
    <w:p>
      <w:r>
        <w:t xml:space="preserve">(Speaker G)  Exactly. That is correct. </w:t>
      </w:r>
    </w:p>
    <w:p>
      <w:r>
        <w:t xml:space="preserve">(Speaker A)  Why did you don't enter into another bond. Yeah. Unless we pull another bond. Whatever. But yeah. Okay, so 10 years left. That's not. </w:t>
      </w:r>
    </w:p>
    <w:p>
      <w:r>
        <w:t xml:space="preserve">(Speaker G)  That's right. </w:t>
      </w:r>
    </w:p>
    <w:p>
      <w:r>
        <w:t xml:space="preserve">(Speaker B)  And candidly. </w:t>
      </w:r>
    </w:p>
    <w:p>
      <w:r>
        <w:t xml:space="preserve">(Speaker G)  And candidly, I would expect earlier on the A2B 2S, because you're now working out the final pieces of real estate, which means they're not going to have any more money coming in for anything that's supported exclusively by the SBE property. So you would see a resolution to those bonds prior to that? More than likely. </w:t>
      </w:r>
    </w:p>
    <w:p>
      <w:r>
        <w:t xml:space="preserve">(Speaker A)  Obviously, the servicing of these bonds is a substantial portion of our budget. </w:t>
      </w:r>
    </w:p>
    <w:p>
      <w:r>
        <w:t xml:space="preserve">(Speaker G)  Yeah, yeah, absolutely. </w:t>
      </w:r>
    </w:p>
    <w:p>
      <w:r>
        <w:t xml:space="preserve">(Speaker F)  Yep. Yep. </w:t>
      </w:r>
    </w:p>
    <w:p>
      <w:r>
        <w:t xml:space="preserve">(Speaker G)  So what you're going to see is interesting things like you're going to see a title called default distribution to bondholders for two and a half million dollars that's going to be used in some fashion to service the principal and interest on the bonds at the discretion of the trustee. So it's, it's not really a straightforward bond service situation where you have an annual P and I that's, you know, consistently serviced, like what you would see in the A1 bonds. </w:t>
      </w:r>
    </w:p>
    <w:p>
      <w:r>
        <w:t xml:space="preserve">(Speaker F)  Sure. All right. </w:t>
      </w:r>
    </w:p>
    <w:p>
      <w:r>
        <w:t xml:space="preserve">(Speaker A)  Any other questions or revisions on the budget? If not, we'll open it up for public comment. All right, so at this time we are going to go ahead and open up the meeting for public comment as it relates to the budget. So again all residents have three minutes. So if you have a question, concern or just a statement regarding the budget, now is the time. Do I have anyone in the room that has a question or statement regarding the budget? Steve, go ahead. Name and address for the record please. </w:t>
      </w:r>
    </w:p>
    <w:p>
      <w:r>
        <w:t xml:space="preserve">(Speaker D)  Yeah, Steve Fancy. 2634 Yellow Sundial Loop. </w:t>
      </w:r>
    </w:p>
    <w:p>
      <w:r>
        <w:t xml:space="preserve">(Speaker B)  This goes back to this. </w:t>
      </w:r>
    </w:p>
    <w:p>
      <w:r>
        <w:t xml:space="preserve">(Speaker D)  It's </w:t>
      </w:r>
    </w:p>
    <w:p>
      <w:r>
        <w:t xml:space="preserve">(Speaker E)  the. </w:t>
      </w:r>
    </w:p>
    <w:p>
      <w:r>
        <w:t xml:space="preserve">(Speaker D)  The a solo properties that he's purchased. So let's, let's say partial P where he's showing 220 units that he's going to build there. He's already on the three the third submittal to the county. So the county has no for number of months has been reviewing this document with 220 units. If you look in the assessment table of the number of units he has 120. But if you count how many were submitted to the to the county, you know this is what we're going to build is 302. And if the assessment the value for each of those it works out to like $361,000 of additional income. So to me I just wonder why, you know, you say it has to be platted so parcel I where he has 2020 or units. Well anyways parcel K28 units he's platted or he's shown the county 40. He said I'm going to build 40 townhouse homes there. I don't understand why this has to </w:t>
      </w:r>
    </w:p>
    <w:p>
      <w:r>
        <w:t xml:space="preserve">(Speaker B)  wait another year until that gets what </w:t>
      </w:r>
    </w:p>
    <w:p>
      <w:r>
        <w:t xml:space="preserve">(Speaker D)  it's really going to be based on something that happened many years ago. </w:t>
      </w:r>
    </w:p>
    <w:p>
      <w:r>
        <w:t xml:space="preserve">(Speaker B)  So that's just my comments. </w:t>
      </w:r>
    </w:p>
    <w:p>
      <w:r>
        <w:t xml:space="preserve">(Speaker A)  Okay, thank you very much, Steve. Any other comments in the room regarding the budget questions? Concerns? </w:t>
      </w:r>
    </w:p>
    <w:p>
      <w:r>
        <w:t xml:space="preserve">(Speaker C)  Seeing none. </w:t>
      </w:r>
    </w:p>
    <w:p>
      <w:r>
        <w:t xml:space="preserve">(Speaker A)  All right, we're going to go ahead and open it up for the Zoom. Is there anyone on Zoom that has any questions concerning regarding the budget? If so, just use the raise your hand feature you can use. You can find it in the react button. It looks like a little heart at the bottom of your screen. I'll give everyone a few seconds to find it. </w:t>
      </w:r>
    </w:p>
    <w:p>
      <w:r>
        <w:t xml:space="preserve">(Speaker E)  All right. </w:t>
      </w:r>
    </w:p>
    <w:p>
      <w:r>
        <w:t xml:space="preserve">(Speaker A)  Seeing none. So with that there are no more resident comments. If the board is okay, we just be looking for a motion to approve consideration of resolution 202610 adopting the fiscal year 2027 budget. I'll make that motion first from Ian. </w:t>
      </w:r>
    </w:p>
    <w:p>
      <w:r>
        <w:t xml:space="preserve">(Speaker F)  Okay, go ahead. </w:t>
      </w:r>
    </w:p>
    <w:p>
      <w:r>
        <w:t xml:space="preserve">(Speaker C)  No, okay, I'll take it. </w:t>
      </w:r>
    </w:p>
    <w:p>
      <w:r>
        <w:t xml:space="preserve">(Speaker A)  Any further discussion? Nope. All in favor? All right, motion passes 4 to 0. </w:t>
      </w:r>
    </w:p>
    <w:p>
      <w:r>
        <w:t xml:space="preserve">(Speaker B)  Beautiful. </w:t>
      </w:r>
    </w:p>
    <w:p>
      <w:r>
        <w:t xml:space="preserve">(Speaker A)  Next up, we do have consideration of resolution 202611 imposing special assessments and certifying assessment role. This is basically just a resolution that gives us and the tax collector right to get all this money and give it to you guys. So any questions on that? All right, I do have to open this section up for public comment as well. Are there any questions on this resolution in the room here? </w:t>
      </w:r>
    </w:p>
    <w:p>
      <w:r>
        <w:t xml:space="preserve">(Speaker B)  No. </w:t>
      </w:r>
    </w:p>
    <w:p>
      <w:r>
        <w:t xml:space="preserve">(Speaker C)  Seeing none. </w:t>
      </w:r>
    </w:p>
    <w:p>
      <w:r>
        <w:t xml:space="preserve">(Speaker A)  Any on zoom? Again, same rules apply. Just use the raise your hand feature. We are discussing Resolution 202611 imposing special assessments and certifying an assessment. All right, seeing none. So we'll go ahead and we'll be looking for a motion to approve consideration of Resolution 2026-11 imposing special assessments and certifying assessment role. I'll make it first from John. </w:t>
      </w:r>
    </w:p>
    <w:p>
      <w:r>
        <w:t xml:space="preserve">(Speaker E)  Second. </w:t>
      </w:r>
    </w:p>
    <w:p>
      <w:r>
        <w:t xml:space="preserve">(Speaker A)  Second from Ian. Any further discussion? </w:t>
      </w:r>
    </w:p>
    <w:p>
      <w:r>
        <w:t xml:space="preserve">(Speaker B)  All in favor? All right. </w:t>
      </w:r>
    </w:p>
    <w:p>
      <w:r>
        <w:t xml:space="preserve">(Speaker F)  Aye. Sorry. </w:t>
      </w:r>
    </w:p>
    <w:p>
      <w:r>
        <w:t xml:space="preserve">(Speaker A)  No worries. Motion passes 4 to 0. All right. With that, there's nothing else on those two topics we'd be looking, looking for a motion to close the public hearing. </w:t>
      </w:r>
    </w:p>
    <w:p>
      <w:r>
        <w:t xml:space="preserve">(Speaker E)  I'll make a motion to close the public hearing. Right. </w:t>
      </w:r>
    </w:p>
    <w:p>
      <w:r>
        <w:t xml:space="preserve">(Speaker A)  First from Ian. </w:t>
      </w:r>
    </w:p>
    <w:p>
      <w:r>
        <w:t xml:space="preserve">(Speaker F)  Second. </w:t>
      </w:r>
    </w:p>
    <w:p>
      <w:r>
        <w:t xml:space="preserve">(Speaker C)  Second from Mary. </w:t>
      </w:r>
    </w:p>
    <w:p>
      <w:r>
        <w:t xml:space="preserve">(Speaker A)  All in favor? </w:t>
      </w:r>
    </w:p>
    <w:p>
      <w:r>
        <w:t xml:space="preserve">(Speaker H)  Aye. </w:t>
      </w:r>
    </w:p>
    <w:p>
      <w:r>
        <w:t xml:space="preserve">(Speaker A)  All right, all right. Motion passes 4 to 0. All right, moving on. So just as a reminder, we are at 3:35 today. I do have another meeting at 6:00' clock that I'm gonna have to jet out for. So we're gonna put our heads down here for a little bit and just run, run through a lot of this stuff. But okay, so first up, business administration. We do have approval of minutes of the 7-8-2026 meeting. I didn't receive any edits prior to. So I just be looking for a motion to approve. </w:t>
      </w:r>
    </w:p>
    <w:p>
      <w:r>
        <w:t xml:space="preserve">(Speaker F)  Okay. </w:t>
      </w:r>
    </w:p>
    <w:p>
      <w:r>
        <w:t xml:space="preserve">(Speaker A)  First from John. </w:t>
      </w:r>
    </w:p>
    <w:p>
      <w:r>
        <w:t xml:space="preserve">(Speaker C)  Second going to be quick here. </w:t>
      </w:r>
    </w:p>
    <w:p>
      <w:r>
        <w:t xml:space="preserve">(Speaker A)  Second from Mary. All in favor? </w:t>
      </w:r>
    </w:p>
    <w:p>
      <w:r>
        <w:t xml:space="preserve">(Speaker E)  Hi. </w:t>
      </w:r>
    </w:p>
    <w:p>
      <w:r>
        <w:t xml:space="preserve">(Speaker F)  Hi. </w:t>
      </w:r>
    </w:p>
    <w:p>
      <w:r>
        <w:t xml:space="preserve">(Speaker B)  Sorry I didn't get a chance to review it because I came in a little late. So I guess just if it's possible to. </w:t>
      </w:r>
    </w:p>
    <w:p>
      <w:r>
        <w:t xml:space="preserve">(Speaker A)  The minutes. </w:t>
      </w:r>
    </w:p>
    <w:p>
      <w:r>
        <w:t xml:space="preserve">(Speaker B)  The minutes. Yeah. </w:t>
      </w:r>
    </w:p>
    <w:p>
      <w:r>
        <w:t xml:space="preserve">(Speaker A)  Okay. Well they did just get approved. </w:t>
      </w:r>
    </w:p>
    <w:p>
      <w:r>
        <w:t xml:space="preserve">(Speaker B)  I know, but so do you want to. This is a comment to, to gms Like. </w:t>
      </w:r>
    </w:p>
    <w:p>
      <w:r>
        <w:t xml:space="preserve">(Speaker A)  Oh yeah, your specific minutes. Just so you guys know. Yes, your guys, your guys came in late. It came in yesterday. We had a very long meeting last, last time. So getting through that whole meeting took them a little bit. So definitely should be faster in the future. But yeah, this time was kind of just a one off. So I apologize about that. I appreciate that. </w:t>
      </w:r>
    </w:p>
    <w:p>
      <w:r>
        <w:t xml:space="preserve">(Speaker E)  We're used to it </w:t>
      </w:r>
    </w:p>
    <w:p>
      <w:r>
        <w:t xml:space="preserve">(Speaker B)  not getting minutes at all. </w:t>
      </w:r>
    </w:p>
    <w:p>
      <w:r>
        <w:t xml:space="preserve">(Speaker E)  Yeah. </w:t>
      </w:r>
    </w:p>
    <w:p>
      <w:r>
        <w:t xml:space="preserve">(Speaker A)  Oh well that shouldn't happen here. But yes, it did take a little bit more of our time because we do have some long Meetings in the past here. Hopefully we can work on that going forward. And they shouldn't be that problem. That problem again. </w:t>
      </w:r>
    </w:p>
    <w:p>
      <w:r>
        <w:t xml:space="preserve">(Speaker B)  But. </w:t>
      </w:r>
    </w:p>
    <w:p>
      <w:r>
        <w:t xml:space="preserve">(Speaker A)  All right, next up, we do have acceptance of the July 8, 2026 audit committee meeting minutes. Again, no changes prior. So just be looking for a motion to approve. </w:t>
      </w:r>
    </w:p>
    <w:p>
      <w:r>
        <w:t xml:space="preserve">(Speaker C)  Motion first from Mary, second from John. </w:t>
      </w:r>
    </w:p>
    <w:p>
      <w:r>
        <w:t xml:space="preserve">(Speaker A)  All in favor? Hi. </w:t>
      </w:r>
    </w:p>
    <w:p>
      <w:r>
        <w:t xml:space="preserve">(Speaker F)  Hi. </w:t>
      </w:r>
    </w:p>
    <w:p>
      <w:r>
        <w:t xml:space="preserve">(Speaker A)  Motion passes forward. </w:t>
      </w:r>
    </w:p>
    <w:p>
      <w:r>
        <w:t xml:space="preserve">(Speaker B)  Zero. </w:t>
      </w:r>
    </w:p>
    <w:p>
      <w:r>
        <w:t xml:space="preserve">(Speaker A)  Next up, we do have consideration of Resolution 20261 2, setting the Fiscal Year 2027 meeting schedule. As you guys know, we did go ahead and change your meeting schedule. So instead of it being on the second Wednesday of the month, it is now looking like it's going to be. I believe it's the first. First Wednesday of each month. All right, so going forward, starting in October, that will be the case. And we'll be at the HOA clubhouse, correct? </w:t>
      </w:r>
    </w:p>
    <w:p>
      <w:r>
        <w:t xml:space="preserve">(Speaker B)  The H1 clubhouse. </w:t>
      </w:r>
    </w:p>
    <w:p>
      <w:r>
        <w:t xml:space="preserve">(Speaker A)  Antigua Co clubhouse. </w:t>
      </w:r>
    </w:p>
    <w:p>
      <w:r>
        <w:t xml:space="preserve">(Speaker D)  And it's at 4:00pm it's at 4:00pm Yep. </w:t>
      </w:r>
    </w:p>
    <w:p>
      <w:r>
        <w:t xml:space="preserve">(Speaker A)  Starting at 4:00pm and no longer be doing 1:00pm meetings. Okay, so if there's no questions on that motion. All right, first. Second from Ian. All in favor? All right, motion passes. 4 to 0. Next up, we do have consideration of insurance policy renewal with fia. As you can see here, FIA reached out and gave us a schedule of all district assets, what is insured, what is not insured, all that good stuff. So hopefully hoping the board has had time to review this. If there's any changes, we can certainly ask. If I had to add or remove anything, but now would be the time. </w:t>
      </w:r>
    </w:p>
    <w:p>
      <w:r>
        <w:t xml:space="preserve">(Speaker E)  I'll make a motion. </w:t>
      </w:r>
    </w:p>
    <w:p>
      <w:r>
        <w:t xml:space="preserve">(Speaker B)  Approve it. </w:t>
      </w:r>
    </w:p>
    <w:p>
      <w:r>
        <w:t xml:space="preserve">(Speaker A)  All right. Motion from Ian. Second from Mary. All in favor? All right, motion passes from 4 to 0. Next up, we have approval invoice from Antigua Cove, HOA for PARM fertilization. So this is actually from Mr. Steve Fancy here. He reached out to me saying that he wasn't confident that Russell was going to be getting the fertilization done for their schedule. So we. He went out. We. He went ahead and did it. Purchased some fertilizer, I believe the quote was, for. Just. Just under 230. Yes. 225.81. We will have to get you to move to sales tax because we are tax exempt. But we'll figure that part out. Is the board wanting to approve this now? We did tell Russell not to fertilize once we heard that this was done. Just so you know. I'll make the motion. </w:t>
      </w:r>
    </w:p>
    <w:p>
      <w:r>
        <w:t xml:space="preserve">(Speaker B)  All right. </w:t>
      </w:r>
    </w:p>
    <w:p>
      <w:r>
        <w:t xml:space="preserve">(Speaker A)  Second from Ian. </w:t>
      </w:r>
    </w:p>
    <w:p>
      <w:r>
        <w:t xml:space="preserve">(Speaker F)  So only the ones the Royals over in Antigua Cove or the rest of the Royals too, </w:t>
      </w:r>
    </w:p>
    <w:p>
      <w:r>
        <w:t xml:space="preserve">(Speaker D)  The ones we fertilized was just antique. But I tried for four months to get them to do all of them and could never get them to do them. </w:t>
      </w:r>
    </w:p>
    <w:p>
      <w:r>
        <w:t xml:space="preserve">(Speaker F)  So maybe with the new landscaping company, we'll fertilize. </w:t>
      </w:r>
    </w:p>
    <w:p>
      <w:r>
        <w:t xml:space="preserve">(Speaker A)  They absolutely will. </w:t>
      </w:r>
    </w:p>
    <w:p>
      <w:r>
        <w:t xml:space="preserve">(Speaker E)  Yeah. </w:t>
      </w:r>
    </w:p>
    <w:p>
      <w:r>
        <w:t xml:space="preserve">(Speaker A)  So. So I did catch Clean because I know Logan had a question. He wanted to get Clean's expertise on fertilizer. What time of year, what type is supposed to use? And I did catch him before he left. He tends to lean on the experts for that stuff. Now, he does know schedules. He does know, like, certain types that are good, but he tends to lean on his landscapers for that stuff. Now, he texted me a second ago, actually. He said the scope that he creates for his landscaping has fertilization schedules about how frequently to do certain fertilizations, but does not require specific fertilizations usually, because, like I said, that's the best for the horticultural experts to choose for their site. So that's what he said. You know, he loved to provide his expertise and kid can get an answer for you guys for the next meeting, but as of right now, he doesn't </w:t>
      </w:r>
    </w:p>
    <w:p>
      <w:r>
        <w:t xml:space="preserve">(Speaker B)  really have that information. I'd like to have an answer for the next meeting because given that we are on the water, and I'm. From what I've looked at, you're not supposed to fertilize before October because it just goes out and goes right into the manatee water. And now the manatees are munching on grass and stuff that has been covered in fertilizer, and that's how they get sick and die. So and that's how you get red, red, red tide, red tide and all that stuff. So there's specific times of years that it's supposed to be done, and there's specific fertilizers that you are not allowed to use within a certain proximity of the water. So I want to make sure that, like, that is crystal clear for the community as to what. What fertilizers were allowed to use, where. Where we're allowed to use that and where there's no fertilizer allowed. And then the time of year that we that that fertilizer as well, because obviously we all care about the manatees and the other wildlife here. I don't want to say we're doing that. And then we fertilize it. And then now we've got an infant manatee that has gotten sick because it ate a bunch of stuff that was covered in fertilizer when it shouldn't be. </w:t>
      </w:r>
    </w:p>
    <w:p>
      <w:r>
        <w:t xml:space="preserve">(Speaker F)  Sure. </w:t>
      </w:r>
    </w:p>
    <w:p>
      <w:r>
        <w:t xml:space="preserve">(Speaker B)  So I think that's something I want to make sure. And then, no offense, Steve, I, I'm not a huge fan of going off like without approval on like. I understand you wanted to get it done, but it would have been great to have like talked to us about it first before doing this because now it opens up the door for if I want to go and get and fertilize some stuff or if I want to do some maintenance on the landscape now I can just build a CDV or whatever. I feel like it needs to be done because Russell isn't doing it. I think it opens up a dangerous door approving this. Obviously I want you to be paid for it, but I, I really am not happy about it. </w:t>
      </w:r>
    </w:p>
    <w:p>
      <w:r>
        <w:t xml:space="preserve">(Speaker A)  So what we can do if that's the case is we can approve as a one time payment with a stipulation like anything and further needs to be </w:t>
      </w:r>
    </w:p>
    <w:p>
      <w:r>
        <w:t xml:space="preserve">(Speaker B)  brought to the board for approval or </w:t>
      </w:r>
    </w:p>
    <w:p>
      <w:r>
        <w:t xml:space="preserve">(Speaker A)  else it won't be approved. </w:t>
      </w:r>
    </w:p>
    <w:p>
      <w:r>
        <w:t xml:space="preserve">(Speaker B)  I think that's the way to go. </w:t>
      </w:r>
    </w:p>
    <w:p>
      <w:r>
        <w:t xml:space="preserve">(Speaker E)  That's the way to go. </w:t>
      </w:r>
    </w:p>
    <w:p>
      <w:r>
        <w:t xml:space="preserve">(Speaker B)  I want, I want Steve to be reimbursed but like I, I want to be really careful with what we open, what doors we open with this. </w:t>
      </w:r>
    </w:p>
    <w:p>
      <w:r>
        <w:t xml:space="preserve">(Speaker E)  Good comment. </w:t>
      </w:r>
    </w:p>
    <w:p>
      <w:r>
        <w:t xml:space="preserve">(Speaker A)  Okay, so that does change the motion. So it does change the motion. So what we're going to do is I do have a motion, a second on the table as for the first motion. So we'll go ahead and take a vote for that and then we'll go to the second motion and vote for that. So the first motion on the table was approval of invoice from Integral Cope HOA for parent fertilization at a first from John, second from Ian. All in favor? </w:t>
      </w:r>
    </w:p>
    <w:p>
      <w:r>
        <w:t xml:space="preserve">(Speaker H)  No. </w:t>
      </w:r>
    </w:p>
    <w:p>
      <w:r>
        <w:t xml:space="preserve">(Speaker A)  Nope. Mary? </w:t>
      </w:r>
    </w:p>
    <w:p>
      <w:r>
        <w:t xml:space="preserve">(Speaker H)  Mary? </w:t>
      </w:r>
    </w:p>
    <w:p>
      <w:r>
        <w:t xml:space="preserve">(Speaker F)  No. </w:t>
      </w:r>
    </w:p>
    <w:p>
      <w:r>
        <w:t xml:space="preserve">(Speaker A)  Nope. John's not here right now. So it's. Motion does not pass, 0 to 3. All right, so the next motion we'd be looking for is approval of invoice from Antigua Quo HOA for palm ferization with stipulation of getting approval from CDD first in the future. So do I have a first for that motion, </w:t>
      </w:r>
    </w:p>
    <w:p>
      <w:r>
        <w:t xml:space="preserve">(Speaker F)  Logan? </w:t>
      </w:r>
    </w:p>
    <w:p>
      <w:r>
        <w:t xml:space="preserve">(Speaker E)  I'll second. </w:t>
      </w:r>
    </w:p>
    <w:p>
      <w:r>
        <w:t xml:space="preserve">(Speaker A)  Second from Ian. John, just so you know, we are making, we are making a motion for the approval of the invoice from Antigua Cove HOA for palm fertilization with the stipulation that any future incidents will get be getting approval from the CDD first or else no payment will be made. Okay, so all in favor? All right, motion passes 4 to 0. Thank you very much, Steve. We appreciate you doing that for us. All right, next up, we do have approval of invoice from Rick Metz for Owner Parking Web Application Services So this is actually the first invoice that I've seen come from him. He reached out to me directly. I wasn't sure. So I reached out to Steve, I reached out to Ian. I got some background information. And it appears that this gentleman. And there's no agreement on file as well. And he confirmed that as well. Up here's this gentleman, created a website for you guys, developed a website for you, you guys, to track parking and give tickets. So I wanted to bring it to you guys because it seemed like there was a, a question on who was supposed to be paying for it. Steve wasn't sure if it was the POA or the cdd. </w:t>
      </w:r>
    </w:p>
    <w:p>
      <w:r>
        <w:t xml:space="preserve">(Speaker B)  Right. </w:t>
      </w:r>
    </w:p>
    <w:p>
      <w:r>
        <w:t xml:space="preserve">(Speaker A)  Ian kind of had the same answer, so wanted to put it all in front of us and just kind of figure it out. It does seem that, you know, I </w:t>
      </w:r>
    </w:p>
    <w:p>
      <w:r>
        <w:t xml:space="preserve">(Speaker C)  did speak to Rick. </w:t>
      </w:r>
    </w:p>
    <w:p>
      <w:r>
        <w:t xml:space="preserve">(Speaker A)  It does seem the CBD has been paying this historically, but again, there's no agreement on file. I have nothing to kind of reference to kind of confirm that. So one part of this would be, I do recommend some sort of agreement on file for that and two, whether the CDD should be paying for it or the poha, whatever respective entity. Just from Rick's comments, with it being historically paid through the CDD and it is handling a CDD parking lot, I do believe that the CDD should be responsible for this. </w:t>
      </w:r>
    </w:p>
    <w:p>
      <w:r>
        <w:t xml:space="preserve">(Speaker H)  For this. </w:t>
      </w:r>
    </w:p>
    <w:p>
      <w:r>
        <w:t xml:space="preserve">(Speaker A)  But again, up to you guys, I'm not really sure that has much of this history here. </w:t>
      </w:r>
    </w:p>
    <w:p>
      <w:r>
        <w:t xml:space="preserve">(Speaker C)  I agree. </w:t>
      </w:r>
    </w:p>
    <w:p>
      <w:r>
        <w:t xml:space="preserve">(Speaker E)  I agree. Because the CD is getting the money for it. </w:t>
      </w:r>
    </w:p>
    <w:p>
      <w:r>
        <w:t xml:space="preserve">(Speaker B)  He's getting the money. So I'm confused on what this is. So he created a third party website to manage paved mobilities parking. </w:t>
      </w:r>
    </w:p>
    <w:p>
      <w:r>
        <w:t xml:space="preserve">(Speaker A)  No, it's the. It's for all the homeowners. It's like a homeowner database. Database for the, like your license plate. So he keeps the license plates and makes sure none of you get tickets in any of the parking lots. </w:t>
      </w:r>
    </w:p>
    <w:p>
      <w:r>
        <w:t xml:space="preserve">(Speaker B)  Oh, so this is, this is the something that new homeowner can go in </w:t>
      </w:r>
    </w:p>
    <w:p>
      <w:r>
        <w:t xml:space="preserve">(Speaker D)  right when you enter in your license plate. </w:t>
      </w:r>
    </w:p>
    <w:p>
      <w:r>
        <w:t xml:space="preserve">(Speaker B)  So they're not putting, they're not putting that into directly paid mobility. This, he has that going from that website to paid mobility to make sure no one has. I think that's how it works. </w:t>
      </w:r>
    </w:p>
    <w:p>
      <w:r>
        <w:t xml:space="preserve">(Speaker A)  I think that's how I really honestly, I got this email a week ago and I did some minimal digging just to figure out who should be paying for it. </w:t>
      </w:r>
    </w:p>
    <w:p>
      <w:r>
        <w:t xml:space="preserve">(Speaker B)  Can we just verify what, like I get that it sounds like that's how it works, but maybe we just make sure that that's how it works. Because I don't understand why Pave Mobility wouldn't have that functionality built in as part of the service. Like, why do we have to have a third party website to manage that? Why can't paper ability do that? I think it's a. </w:t>
      </w:r>
    </w:p>
    <w:p>
      <w:r>
        <w:t xml:space="preserve">(Speaker C)  There was a reason. </w:t>
      </w:r>
    </w:p>
    <w:p>
      <w:r>
        <w:t xml:space="preserve">(Speaker E)  I can't think of the reason. There was a reason why we had to do that this way. </w:t>
      </w:r>
    </w:p>
    <w:p>
      <w:r>
        <w:t xml:space="preserve">(Speaker B)  Well, maybe we just get that reason. We can document. </w:t>
      </w:r>
    </w:p>
    <w:p>
      <w:r>
        <w:t xml:space="preserve">(Speaker G)  Am I. </w:t>
      </w:r>
    </w:p>
    <w:p>
      <w:r>
        <w:t xml:space="preserve">(Speaker I)  Am I allowed to interject or so. </w:t>
      </w:r>
    </w:p>
    <w:p>
      <w:r>
        <w:t xml:space="preserve">(Speaker B)  Sure. </w:t>
      </w:r>
    </w:p>
    <w:p>
      <w:r>
        <w:t xml:space="preserve">(Speaker A)  Is this Christy? </w:t>
      </w:r>
    </w:p>
    <w:p>
      <w:r>
        <w:t xml:space="preserve">(Speaker I)  Yeah, it is. It is. </w:t>
      </w:r>
    </w:p>
    <w:p>
      <w:r>
        <w:t xml:space="preserve">(Speaker E)  So. </w:t>
      </w:r>
    </w:p>
    <w:p>
      <w:r>
        <w:t xml:space="preserve">(Speaker A)  Yeah, yeah. </w:t>
      </w:r>
    </w:p>
    <w:p>
      <w:r>
        <w:t xml:space="preserve">(Speaker E)  Because she has the answer. </w:t>
      </w:r>
    </w:p>
    <w:p>
      <w:r>
        <w:t xml:space="preserve">(Speaker I)  So. So I'll keep it brief. There is a Link on the POA POA's website where homeowners can register their vehicle, their license tags, and also rental vehicles. He adds and deletes as cars are purchased or sold or rented. So he maintains the database. It is on the POA's website. The POA does pay him quarterly for the maintenance of the POA website. So this is. This bill that you're seeing is not have anything to do with the POA website. It is strictly for maintaining that database. And to Logan's question, whenever we initiated the contract with Pave Mobility, they told us they did not have any functionality to maintain a database of excluded users, nor would they do the upkeep of said database. So it was the only way that we could install Pave Mobility and get the homeowners to buy in. So any questions? </w:t>
      </w:r>
    </w:p>
    <w:p>
      <w:r>
        <w:t xml:space="preserve">(Speaker F)  Hold on. </w:t>
      </w:r>
    </w:p>
    <w:p>
      <w:r>
        <w:t xml:space="preserve">(Speaker C)  Following. The database is serving the district's parking lot by. </w:t>
      </w:r>
    </w:p>
    <w:p>
      <w:r>
        <w:t xml:space="preserve">(Speaker F)  Right. </w:t>
      </w:r>
    </w:p>
    <w:p>
      <w:r>
        <w:t xml:space="preserve">(Speaker A)  How so for the homeowners that live here. So we don't. We can use the parking lots, but have you. Hey, yeah. They're like the zones that you have to type in in the. That pavement mobility app. So the residents, when they move in, will go on to this person's database, put in their information. </w:t>
      </w:r>
    </w:p>
    <w:p>
      <w:r>
        <w:t xml:space="preserve">(Speaker C)  Correct. </w:t>
      </w:r>
    </w:p>
    <w:p>
      <w:r>
        <w:t xml:space="preserve">(Speaker A)  They don't get tickets, they don't get charged. </w:t>
      </w:r>
    </w:p>
    <w:p>
      <w:r>
        <w:t xml:space="preserve">(Speaker C)  Right. </w:t>
      </w:r>
    </w:p>
    <w:p>
      <w:r>
        <w:t xml:space="preserve">(Speaker B)  Yeah. </w:t>
      </w:r>
    </w:p>
    <w:p>
      <w:r>
        <w:t xml:space="preserve">(Speaker A)  Because I've gotten a couple of people mad that they got. Yeah, yeah. </w:t>
      </w:r>
    </w:p>
    <w:p>
      <w:r>
        <w:t xml:space="preserve">(Speaker E)  When you drive in, the camera takes a picture of your license. </w:t>
      </w:r>
    </w:p>
    <w:p>
      <w:r>
        <w:t xml:space="preserve">(Speaker C)  Yeah, if we're an owner. </w:t>
      </w:r>
    </w:p>
    <w:p>
      <w:r>
        <w:t xml:space="preserve">(Speaker A)  Yeah, we're an owner. </w:t>
      </w:r>
    </w:p>
    <w:p>
      <w:r>
        <w:t xml:space="preserve">(Speaker B)  It. </w:t>
      </w:r>
    </w:p>
    <w:p>
      <w:r>
        <w:t xml:space="preserve">(Speaker I)  Yes, owners. POA owners are allowed two license plates per resident. And if they get a ticket, he also helps facilitate, you know, disputing that. So he does a lot for. To offset the revenue there. </w:t>
      </w:r>
    </w:p>
    <w:p>
      <w:r>
        <w:t xml:space="preserve">(Speaker B)  Who owns that data? Who's responsible for that data? </w:t>
      </w:r>
    </w:p>
    <w:p>
      <w:r>
        <w:t xml:space="preserve">(Speaker A)  He would be. </w:t>
      </w:r>
    </w:p>
    <w:p>
      <w:r>
        <w:t xml:space="preserve">(Speaker I)  He. He does it. He maintains it. I don't ever see it. </w:t>
      </w:r>
    </w:p>
    <w:p>
      <w:r>
        <w:t xml:space="preserve">(Speaker C)  This isn't a website. It's like, I think. </w:t>
      </w:r>
    </w:p>
    <w:p>
      <w:r>
        <w:t xml:space="preserve">(Speaker I)  Yeah, it's a form on the POA website that they complete. And he manages the database for that form. </w:t>
      </w:r>
    </w:p>
    <w:p>
      <w:r>
        <w:t xml:space="preserve">(Speaker E)  So it's not public information. </w:t>
      </w:r>
    </w:p>
    <w:p>
      <w:r>
        <w:t xml:space="preserve">(Speaker B)  It's good. </w:t>
      </w:r>
    </w:p>
    <w:p>
      <w:r>
        <w:t xml:space="preserve">(Speaker I)  Yeah. </w:t>
      </w:r>
    </w:p>
    <w:p>
      <w:r>
        <w:t xml:space="preserve">(Speaker A)  Well. </w:t>
      </w:r>
    </w:p>
    <w:p>
      <w:r>
        <w:t xml:space="preserve">(Speaker B)  And it's got personally identifiable information. </w:t>
      </w:r>
    </w:p>
    <w:p>
      <w:r>
        <w:t xml:space="preserve">(Speaker A)  First of all, you guys, just. Before we go. It is public information. This is a. You guys. He's servicing the cdd. Everything that you guys do is public information. All your vendors. Everything that I do for you guys is public information. </w:t>
      </w:r>
    </w:p>
    <w:p>
      <w:r>
        <w:t xml:space="preserve">(Speaker B)  So. </w:t>
      </w:r>
    </w:p>
    <w:p>
      <w:r>
        <w:t xml:space="preserve">(Speaker A)  Yes, unfortunately. And I'm sure there may be a security aspect to it a little bit maybe under an umbrella, but it's, it's probably in a gray area. </w:t>
      </w:r>
    </w:p>
    <w:p>
      <w:r>
        <w:t xml:space="preserve">(Speaker B)  Yeah, I think we might want to look into that. </w:t>
      </w:r>
    </w:p>
    <w:p>
      <w:r>
        <w:t xml:space="preserve">(Speaker C)  Just. </w:t>
      </w:r>
    </w:p>
    <w:p>
      <w:r>
        <w:t xml:space="preserve">(Speaker A)  Okay. </w:t>
      </w:r>
    </w:p>
    <w:p>
      <w:r>
        <w:t xml:space="preserve">(Speaker C)  I think. </w:t>
      </w:r>
    </w:p>
    <w:p>
      <w:r>
        <w:t xml:space="preserve">(Speaker A)  Yeah, I agree. </w:t>
      </w:r>
    </w:p>
    <w:p>
      <w:r>
        <w:t xml:space="preserve">(Speaker B)  Is this a. </w:t>
      </w:r>
    </w:p>
    <w:p>
      <w:r>
        <w:t xml:space="preserve">(Speaker C)  Obviously providing a service. So make sure he gets. </w:t>
      </w:r>
    </w:p>
    <w:p>
      <w:r>
        <w:t xml:space="preserve">(Speaker A)  Yeah, we want to make sure. </w:t>
      </w:r>
    </w:p>
    <w:p>
      <w:r>
        <w:t xml:space="preserve">(Speaker B)  Yeah, yeah, we can pay him. </w:t>
      </w:r>
    </w:p>
    <w:p>
      <w:r>
        <w:t xml:space="preserve">(Speaker A)  But I think, but I think, you know, with this is going to be table. </w:t>
      </w:r>
    </w:p>
    <w:p>
      <w:r>
        <w:t xml:space="preserve">(Speaker B)  Yeah. I'm concerned about. Because if there's a data leak, it's. If he's paid by the cdd, that data should be owned as first party data. The cdd. He's managing the data as service provider. But there's a data leap. We're at, We're. It's our, it's our first party data. There's. It's messy. So I think we want to just maybe look into this a little bit more. It's weird that this is the way that this is set up. Not to say that this shouldn't be set up this way if Paid Mobility just have this functionality. But maybe we shouldn't have gone with Pave Mobility because now we have a third party that's managing data of personally identifiable information of people's names, houses, vehicle information, their license plate number. That is. </w:t>
      </w:r>
    </w:p>
    <w:p>
      <w:r>
        <w:t xml:space="preserve">(Speaker E)  Yeah. </w:t>
      </w:r>
    </w:p>
    <w:p>
      <w:r>
        <w:t xml:space="preserve">(Speaker B)  By the cdd. But it's, it's. </w:t>
      </w:r>
    </w:p>
    <w:p>
      <w:r>
        <w:t xml:space="preserve">(Speaker E)  I don't know when we started this. It's. It's not a normal situation for a paid. </w:t>
      </w:r>
    </w:p>
    <w:p>
      <w:r>
        <w:t xml:space="preserve">(Speaker B)  Right. </w:t>
      </w:r>
    </w:p>
    <w:p>
      <w:r>
        <w:t xml:space="preserve">(Speaker E)  So parking. Because they don't, you know, anywhere else, they don't exclude certain license. </w:t>
      </w:r>
    </w:p>
    <w:p>
      <w:r>
        <w:t xml:space="preserve">(Speaker A)  So I think just in the respect of the time here, I think what we can do is if you guys want to approve the payment of this and then at the next month we can put it on as a discussion so we actually get and get down and dirty with it. Yes, I think that's probably going to be. </w:t>
      </w:r>
    </w:p>
    <w:p>
      <w:r>
        <w:t xml:space="preserve">(Speaker B)  So make the motion to pay. </w:t>
      </w:r>
    </w:p>
    <w:p>
      <w:r>
        <w:t xml:space="preserve">(Speaker A)  All in favor? </w:t>
      </w:r>
    </w:p>
    <w:p>
      <w:r>
        <w:t xml:space="preserve">(Speaker B)  All right, let's get that on that. Just so you know, they're only putting </w:t>
      </w:r>
    </w:p>
    <w:p>
      <w:r>
        <w:t xml:space="preserve">(Speaker D)  in the license plate 2 paid mobility, </w:t>
      </w:r>
    </w:p>
    <w:p>
      <w:r>
        <w:t xml:space="preserve">(Speaker B)  though they don't give them information. He's just giving them a license Plate </w:t>
      </w:r>
    </w:p>
    <w:p>
      <w:r>
        <w:t xml:space="preserve">(Speaker A)  that need to be right. </w:t>
      </w:r>
    </w:p>
    <w:p>
      <w:r>
        <w:t xml:space="preserve">(Speaker B)  The issue is that he has a database of publicly identified. </w:t>
      </w:r>
    </w:p>
    <w:p>
      <w:r>
        <w:t xml:space="preserve">(Speaker A)  I just want to make sure you </w:t>
      </w:r>
    </w:p>
    <w:p>
      <w:r>
        <w:t xml:space="preserve">(Speaker D)  knew that you were giving it to them. </w:t>
      </w:r>
    </w:p>
    <w:p>
      <w:r>
        <w:t xml:space="preserve">(Speaker B)  That part's fine. Yeah, the part that is. That is a bit. That's more of an issue is just the control of that data. So we just want to work that </w:t>
      </w:r>
    </w:p>
    <w:p>
      <w:r>
        <w:t xml:space="preserve">(Speaker A)  out and that honestly will be addressed probably in an agreement that me and Ryan work on is, you know, he's going to be responsible for that data. He's going to be responsible for any public records requests that come from. From issuing that data. So, you know, we'll work. I'll work closely with Ryan and get that figured out. All right, next up is consideration of higher cyber liability limits with fia. It's really not even a consideration. They threw this into you guys for free. You guys are. Your cyber liability limit increased from 1 million to 2 million. Your breach response limit increased from 250,000 to 2 million. Your e crime sub limits, fraudulent instructions, funds transfer fraud, and telephone fraud increase from 250,000 to 500,000. So again, something that they, they gave to you guys free of cost, no additional cost on your policy, that was </w:t>
      </w:r>
    </w:p>
    <w:p>
      <w:r>
        <w:t xml:space="preserve">(Speaker B)  a perfect transition from. Yeah, absolutely. </w:t>
      </w:r>
    </w:p>
    <w:p>
      <w:r>
        <w:t xml:space="preserve">(Speaker A)  Yeah. This initially wasn't even going to be in your agenda package, but I thought it was important for you guys to know, so I just put it in there. So we don't need to approve this Again, like I said, they're just given to you guys, guys for free. So next up, we do have some discussion items. It's 4 o' clock right now. I see here we. We have the. A solo project on here. I think we talked about that in length, so we don't need to go through that again. Sunset Grill, there's really no new updates. I haven't gotten back. I haven't heard back from Greg on any of the documents we sent him. I'm going to be following up. We do have an invoice from Point Town Homes at Louisville Harbor HOA for reimbursement of seawall repairs. Now, again, we're still looking into this. Brian and I received an email the other day from. It seems like a resident who had repaired his own seawalls back in 2012, I want to say, and referenced an agreement back in 2006 that established ownership of some of these seawalls. We looked in your records. We didn't see any agreement from 2006 that had anything to do with that. So I did reach out to the resident, ask him if he had a copy. He did send Me a copy. So we just got that yesterday. So we're going to be reviewing between me and Ryan and figuring out exactly what's going on. So there's no action needed on this at this very moment because we just still have to do some. Some basic research on who owns all that is. </w:t>
      </w:r>
    </w:p>
    <w:p>
      <w:r>
        <w:t xml:space="preserve">(Speaker C)  Is the one on the agenda. Is this the one that you guys submitted? Yeah, yeah. </w:t>
      </w:r>
    </w:p>
    <w:p>
      <w:r>
        <w:t xml:space="preserve">(Speaker A)  The one in the agenda is the one p. I was just referencing another. </w:t>
      </w:r>
    </w:p>
    <w:p>
      <w:r>
        <w:t xml:space="preserve">(Speaker C)  Gotcha. </w:t>
      </w:r>
    </w:p>
    <w:p>
      <w:r>
        <w:t xml:space="preserve">(Speaker A)  Yeah, sorry, I should. </w:t>
      </w:r>
    </w:p>
    <w:p>
      <w:r>
        <w:t xml:space="preserve">(Speaker B)  I'm sorry, just. </w:t>
      </w:r>
    </w:p>
    <w:p>
      <w:r>
        <w:t xml:space="preserve">(Speaker F)  That would be me. Well, George Wilkes. </w:t>
      </w:r>
    </w:p>
    <w:p>
      <w:r>
        <w:t xml:space="preserve">(Speaker A)  Okay, perfect. Well, do we want to allow Ms. Wilkes to speak? </w:t>
      </w:r>
    </w:p>
    <w:p>
      <w:r>
        <w:t xml:space="preserve">(Speaker C)  I'm still looking into it. </w:t>
      </w:r>
    </w:p>
    <w:p>
      <w:r>
        <w:t xml:space="preserve">(Speaker A)  Yeah, we're still looking. We really don't have any updates, so. Okay, we're. Go ahead and move on. We do have the Little harbor seawall maintenance program on there again. Nothing really has changed there, Rick, unless you have anything. </w:t>
      </w:r>
    </w:p>
    <w:p>
      <w:r>
        <w:t xml:space="preserve">(Speaker H)  No. </w:t>
      </w:r>
    </w:p>
    <w:p>
      <w:r>
        <w:t xml:space="preserve">(Speaker A)  No. Okay. Sidewalk Edition. That was on from last month. That's something that John brought up. We're going to. You know, I'll take that off for next month until we're ready to talk about that. The quick claim deed for Sunset Strip. Anything from you on that, Ryan? </w:t>
      </w:r>
    </w:p>
    <w:p>
      <w:r>
        <w:t xml:space="preserve">(Speaker C)  I don't think we have it package together. We're just trying to work on execution with the chair. </w:t>
      </w:r>
    </w:p>
    <w:p>
      <w:r>
        <w:t xml:space="preserve">(Speaker H)  We. </w:t>
      </w:r>
    </w:p>
    <w:p>
      <w:r>
        <w:t xml:space="preserve">(Speaker C)  We don't need a board action. We're just gonna get it signed. The plan is. I'm gonna. We going to mail you a copy or do you want to work? </w:t>
      </w:r>
    </w:p>
    <w:p>
      <w:r>
        <w:t xml:space="preserve">(Speaker A)  No, I'm gonna. I'm gonna be. I'm gonna meet you tomorrow. </w:t>
      </w:r>
    </w:p>
    <w:p>
      <w:r>
        <w:t xml:space="preserve">(Speaker E)  Okay. </w:t>
      </w:r>
    </w:p>
    <w:p>
      <w:r>
        <w:t xml:space="preserve">(Speaker A)  Yeah, I'll come over here tomorrow. </w:t>
      </w:r>
    </w:p>
    <w:p>
      <w:r>
        <w:t xml:space="preserve">(Speaker D)  We'll get it signed. </w:t>
      </w:r>
    </w:p>
    <w:p>
      <w:r>
        <w:t xml:space="preserve">(Speaker A)  I dropped the. </w:t>
      </w:r>
    </w:p>
    <w:p>
      <w:r>
        <w:t xml:space="preserve">(Speaker B)  All that. </w:t>
      </w:r>
    </w:p>
    <w:p>
      <w:r>
        <w:t xml:space="preserve">(Speaker C)  Get it out of here. </w:t>
      </w:r>
    </w:p>
    <w:p>
      <w:r>
        <w:t xml:space="preserve">(Speaker H)  Right. </w:t>
      </w:r>
    </w:p>
    <w:p>
      <w:r>
        <w:t xml:space="preserve">(Speaker E)  All right, cool. </w:t>
      </w:r>
    </w:p>
    <w:p>
      <w:r>
        <w:t xml:space="preserve">(Speaker B)  Yep. So. </w:t>
      </w:r>
    </w:p>
    <w:p>
      <w:r>
        <w:t xml:space="preserve">(Speaker E)  All right. </w:t>
      </w:r>
    </w:p>
    <w:p>
      <w:r>
        <w:t xml:space="preserve">(Speaker A)  With that, we do have. We're going on to financial reports, acceptance of the check register balance sheet and income statement and special assessment receipt schedules. Did anyone have any questions on any of that? If not, I just be looking for </w:t>
      </w:r>
    </w:p>
    <w:p>
      <w:r>
        <w:t xml:space="preserve">(Speaker C)  a motion to approve. </w:t>
      </w:r>
    </w:p>
    <w:p>
      <w:r>
        <w:t xml:space="preserve">(Speaker E)  Hang on. </w:t>
      </w:r>
    </w:p>
    <w:p>
      <w:r>
        <w:t xml:space="preserve">(Speaker H)  That's. </w:t>
      </w:r>
    </w:p>
    <w:p>
      <w:r>
        <w:t xml:space="preserve">(Speaker B)  Let me find. </w:t>
      </w:r>
    </w:p>
    <w:p>
      <w:r>
        <w:t xml:space="preserve">(Speaker C)  Take your time. </w:t>
      </w:r>
    </w:p>
    <w:p>
      <w:r>
        <w:t xml:space="preserve">(Speaker E)  No, I can't take my time. </w:t>
      </w:r>
    </w:p>
    <w:p>
      <w:r>
        <w:t xml:space="preserve">(Speaker C)  You gotta go. </w:t>
      </w:r>
    </w:p>
    <w:p>
      <w:r>
        <w:t xml:space="preserve">(Speaker A)  No, we got a little bit of time. We cruise through a little bit of that. So I think Ryan might be a </w:t>
      </w:r>
    </w:p>
    <w:p>
      <w:r>
        <w:t xml:space="preserve">(Speaker C)  little bit more needy. </w:t>
      </w:r>
    </w:p>
    <w:p>
      <w:r>
        <w:t xml:space="preserve">(Speaker E)  Check registers. Fine. I have no problem with it. </w:t>
      </w:r>
    </w:p>
    <w:p>
      <w:r>
        <w:t xml:space="preserve">(Speaker A)  Anything from Logan or John on this? </w:t>
      </w:r>
    </w:p>
    <w:p>
      <w:r>
        <w:t xml:space="preserve">(Speaker B)  No. </w:t>
      </w:r>
    </w:p>
    <w:p>
      <w:r>
        <w:t xml:space="preserve">(Speaker A)  Anyone would like to make a motion? </w:t>
      </w:r>
    </w:p>
    <w:p>
      <w:r>
        <w:t xml:space="preserve">(Speaker E)  I'll make a motion. </w:t>
      </w:r>
    </w:p>
    <w:p>
      <w:r>
        <w:t xml:space="preserve">(Speaker A)  Second from John. All in favor? </w:t>
      </w:r>
    </w:p>
    <w:p>
      <w:r>
        <w:t xml:space="preserve">(Speaker B)  Hi. </w:t>
      </w:r>
    </w:p>
    <w:p>
      <w:r>
        <w:t xml:space="preserve">(Speaker A)  All right, motion passes.3 to 0. As Mary Madden left the room. </w:t>
      </w:r>
    </w:p>
    <w:p>
      <w:r>
        <w:t xml:space="preserve">(Speaker E)  Yeah, she had something to share with </w:t>
      </w:r>
    </w:p>
    <w:p>
      <w:r>
        <w:t xml:space="preserve">(Speaker C)  something to take care of. </w:t>
      </w:r>
    </w:p>
    <w:p>
      <w:r>
        <w:t xml:space="preserve">(Speaker A)  Next up, we do have supervisor requests. Any supervisor requests at this time </w:t>
      </w:r>
    </w:p>
    <w:p>
      <w:r>
        <w:t xml:space="preserve">(Speaker E)  there's one bill that we keep paying for the outhouses. What do they call them? Porta Potties, I think. </w:t>
      </w:r>
    </w:p>
    <w:p>
      <w:r>
        <w:t xml:space="preserve">(Speaker C)  Yeah. </w:t>
      </w:r>
    </w:p>
    <w:p>
      <w:r>
        <w:t xml:space="preserve">(Speaker E)  Yeah. It's quite a significant amount. </w:t>
      </w:r>
    </w:p>
    <w:p>
      <w:r>
        <w:t xml:space="preserve">(Speaker B)  We have it on our budget, correct? Yes. </w:t>
      </w:r>
    </w:p>
    <w:p>
      <w:r>
        <w:t xml:space="preserve">(Speaker E)  Now that we don't have the crowds we had at the beach cut in half, do we even need it? </w:t>
      </w:r>
    </w:p>
    <w:p>
      <w:r>
        <w:t xml:space="preserve">(Speaker A)  I would say we need it. I think you do, because it's an amenity and you need to have accessible </w:t>
      </w:r>
    </w:p>
    <w:p>
      <w:r>
        <w:t xml:space="preserve">(Speaker C)  bathrooms on your amenity. </w:t>
      </w:r>
    </w:p>
    <w:p>
      <w:r>
        <w:t xml:space="preserve">(Speaker E)  Can we stick it down a half? </w:t>
      </w:r>
    </w:p>
    <w:p>
      <w:r>
        <w:t xml:space="preserve">(Speaker A)  Yeah, I think. I mean, what do you guys have out there? </w:t>
      </w:r>
    </w:p>
    <w:p>
      <w:r>
        <w:t xml:space="preserve">(Speaker J)  Is it. </w:t>
      </w:r>
    </w:p>
    <w:p>
      <w:r>
        <w:t xml:space="preserve">(Speaker A)  From my understanding, it's a porta Potty trailer. </w:t>
      </w:r>
    </w:p>
    <w:p>
      <w:r>
        <w:t xml:space="preserve">(Speaker E)  We got. No, there's two Porta Potters. I think we can get rid of one. </w:t>
      </w:r>
    </w:p>
    <w:p>
      <w:r>
        <w:t xml:space="preserve">(Speaker A)  I mean, the beach doesn't really have that many people. </w:t>
      </w:r>
    </w:p>
    <w:p>
      <w:r>
        <w:t xml:space="preserve">(Speaker E)  When we first started, we had, like, tons of people, was packed, and now we get, like, one or two a day. </w:t>
      </w:r>
    </w:p>
    <w:p>
      <w:r>
        <w:t xml:space="preserve">(Speaker J)  Oh, really? </w:t>
      </w:r>
    </w:p>
    <w:p>
      <w:r>
        <w:t xml:space="preserve">(Speaker A)  Okay. Yeah, I know where I'm going. </w:t>
      </w:r>
    </w:p>
    <w:p>
      <w:r>
        <w:t xml:space="preserve">(Speaker B)  To the beach. </w:t>
      </w:r>
    </w:p>
    <w:p>
      <w:r>
        <w:t xml:space="preserve">(Speaker E)  You know, I tell you, for three bucks an hour, whatever we charge, you got a private beach. </w:t>
      </w:r>
    </w:p>
    <w:p>
      <w:r>
        <w:t xml:space="preserve">(Speaker B)  Why? </w:t>
      </w:r>
    </w:p>
    <w:p>
      <w:r>
        <w:t xml:space="preserve">(Speaker E)  I don't know exactly. People don't come here. United Rentals is the. </w:t>
      </w:r>
    </w:p>
    <w:p>
      <w:r>
        <w:t xml:space="preserve">(Speaker C)  Yeah, I remember that. All right. </w:t>
      </w:r>
    </w:p>
    <w:p>
      <w:r>
        <w:t xml:space="preserve">(Speaker A)  Any other supervisor requests? Do you have anything else? </w:t>
      </w:r>
    </w:p>
    <w:p>
      <w:r>
        <w:t xml:space="preserve">(Speaker E)  No, that was it. </w:t>
      </w:r>
    </w:p>
    <w:p>
      <w:r>
        <w:t xml:space="preserve">(Speaker C)  Great. </w:t>
      </w:r>
    </w:p>
    <w:p>
      <w:r>
        <w:t xml:space="preserve">(Speaker A)  John? </w:t>
      </w:r>
    </w:p>
    <w:p>
      <w:r>
        <w:t xml:space="preserve">(Speaker B)  No, I think I'm good. Okay. </w:t>
      </w:r>
    </w:p>
    <w:p>
      <w:r>
        <w:t xml:space="preserve">(Speaker A)  I'll connect with Mary outside. Get a holler list. Next up, we do have audience comments. Any general audience comments? Yes, ma'. </w:t>
      </w:r>
    </w:p>
    <w:p>
      <w:r>
        <w:t xml:space="preserve">(Speaker F)  Am. </w:t>
      </w:r>
    </w:p>
    <w:p>
      <w:r>
        <w:t xml:space="preserve">(Speaker B)  Go ahead. </w:t>
      </w:r>
    </w:p>
    <w:p>
      <w:r>
        <w:t xml:space="preserve">(Speaker F)  Good morning, Christopher. Watch Sandy Wils. Regarding our. Our invoice for the seawall. We've been fighting to have the CDD pay for the seawalls to be replaced or fixed for years. Many years. I have documentation going back to 2020 with Rick. We had to hire a lawyer to make the CDD realize that they were responsible for the laws. Ian had said several times we don't have the money right now. If you can fix your walls, do it. You said it, Ian. We have many witnesses at. </w:t>
      </w:r>
    </w:p>
    <w:p>
      <w:r>
        <w:t xml:space="preserve">(Speaker E)  I'd like to see it. </w:t>
      </w:r>
    </w:p>
    <w:p>
      <w:r>
        <w:t xml:space="preserve">(Speaker A)  But we're back forth. You have three minutes. So use them. Use them wisely, please. </w:t>
      </w:r>
    </w:p>
    <w:p>
      <w:r>
        <w:t xml:space="preserve">(Speaker F)  I'm giving you an update because you two don't know anything about this. You weren't here for the last four or five years that we've been fighting. So that's just a little bit of background on what our invoice is for. The wall was failing. I've got pictures. I've showed Mary several times. We. We didn't have a choice. We had to put a whaler in. And according to that document for 2006, </w:t>
      </w:r>
    </w:p>
    <w:p>
      <w:r>
        <w:t xml:space="preserve">(Speaker H)  we are to be reimbursed. </w:t>
      </w:r>
    </w:p>
    <w:p>
      <w:r>
        <w:t xml:space="preserve">(Speaker B)  So anything else? </w:t>
      </w:r>
    </w:p>
    <w:p>
      <w:r>
        <w:t xml:space="preserve">(Speaker F)  Just my comments. Yes. </w:t>
      </w:r>
    </w:p>
    <w:p>
      <w:r>
        <w:t xml:space="preserve">(Speaker A)  Okay. Thank you very much. Any other resident comments? Yes, sir. Name and address for the record please. McDonald 577 by year. I just moved here 10 days ago. </w:t>
      </w:r>
    </w:p>
    <w:p>
      <w:r>
        <w:t xml:space="preserve">(Speaker C)  Welcome. </w:t>
      </w:r>
    </w:p>
    <w:p>
      <w:r>
        <w:t xml:space="preserve">(Speaker H)  Thank you very much. I just want to express my appreciation for your diligence and your attention to detail. I'm new here and I feel confident </w:t>
      </w:r>
    </w:p>
    <w:p>
      <w:r>
        <w:t xml:space="preserve">(Speaker C)  that you're looking after the best interest. </w:t>
      </w:r>
    </w:p>
    <w:p>
      <w:r>
        <w:t xml:space="preserve">(Speaker D)  No, I thought it was you all. </w:t>
      </w:r>
    </w:p>
    <w:p>
      <w:r>
        <w:t xml:space="preserve">(Speaker A)  Thank you much, sir. Yes, ma'. Am. Name and address. </w:t>
      </w:r>
    </w:p>
    <w:p>
      <w:r>
        <w:t xml:space="preserve">(Speaker F)  1018 Sea Grape. </w:t>
      </w:r>
    </w:p>
    <w:p>
      <w:r>
        <w:t xml:space="preserve">(Speaker A)  Just a question back back to the a solo projects. </w:t>
      </w:r>
    </w:p>
    <w:p>
      <w:r>
        <w:t xml:space="preserve">(Speaker F)  We, we seem to just accept that 10. 10 foot. Why easements down from 20 would be okay. </w:t>
      </w:r>
    </w:p>
    <w:p>
      <w:r>
        <w:t xml:space="preserve">(Speaker B)  Was there any. </w:t>
      </w:r>
    </w:p>
    <w:p>
      <w:r>
        <w:t xml:space="preserve">(Speaker A)  Was there really not any middle ground? </w:t>
      </w:r>
    </w:p>
    <w:p>
      <w:r>
        <w:t xml:space="preserve">(Speaker F)  There is 10 the maximum we should have asked for. I hope you revisit that. </w:t>
      </w:r>
    </w:p>
    <w:p>
      <w:r>
        <w:t xml:space="preserve">(Speaker A)  And also if these pedestrian easements are </w:t>
      </w:r>
    </w:p>
    <w:p>
      <w:r>
        <w:t xml:space="preserve">(Speaker F)  along the seawall, it sounded like there were going to be questions of how </w:t>
      </w:r>
    </w:p>
    <w:p>
      <w:r>
        <w:t xml:space="preserve">(Speaker B)  high seawalls might be and so on. </w:t>
      </w:r>
    </w:p>
    <w:p>
      <w:r>
        <w:t xml:space="preserve">(Speaker A)  Do we or would we be wise </w:t>
      </w:r>
    </w:p>
    <w:p>
      <w:r>
        <w:t xml:space="preserve">(Speaker F)  to ask a railing anywhere? </w:t>
      </w:r>
    </w:p>
    <w:p>
      <w:r>
        <w:t xml:space="preserve">(Speaker B)  Is that all you had now? </w:t>
      </w:r>
    </w:p>
    <w:p>
      <w:r>
        <w:t xml:space="preserve">(Speaker F)  That's it. </w:t>
      </w:r>
    </w:p>
    <w:p>
      <w:r>
        <w:t xml:space="preserve">(Speaker B)  Thanks. </w:t>
      </w:r>
    </w:p>
    <w:p>
      <w:r>
        <w:t xml:space="preserve">(Speaker A)  Thank you very much. Any other resident comments in the room? </w:t>
      </w:r>
    </w:p>
    <w:p>
      <w:r>
        <w:t xml:space="preserve">(Speaker H)  No. </w:t>
      </w:r>
    </w:p>
    <w:p>
      <w:r>
        <w:t xml:space="preserve">(Speaker A)  All right, going to open this up to the zoom again. Just use the raise your hand feature. Looks like we do have someone already raised. Kathy, just going to ask you to unmute. Just name an address for the record and then I'll start your three minute timer. </w:t>
      </w:r>
    </w:p>
    <w:p>
      <w:r>
        <w:t xml:space="preserve">(Speaker B)  All right. </w:t>
      </w:r>
    </w:p>
    <w:p>
      <w:r>
        <w:t xml:space="preserve">(Speaker A)  Kathy, can you hear us? I see you unmuted. It doesn't seem, it doesn't seem like we can hear you though. Looks like Kathy is having some issues. So Kathy, we will come back to you. I'll go ahead and open it up to anyone else, give you a chance to get your. Your voice voice back over there. Is there anyone else on the line that has a question for the board or a comment? Doesn't seem like it. </w:t>
      </w:r>
    </w:p>
    <w:p>
      <w:r>
        <w:t xml:space="preserve">(Speaker C)  All right. </w:t>
      </w:r>
    </w:p>
    <w:p>
      <w:r>
        <w:t xml:space="preserve">(Speaker A)  Kathy, so sorry we can't hear you. I'm going to go ahead and give you my email address and just go ahead and email me your question and we'll go ahead and we'll communicate off with it. So Kathy, my email is B as in boy. My last name is young. Y O U N G. That's going to be at gms. So that's G as in girl, M as in Mary as is in SAM-tampa.com. you can also find that on the South South Bay CDD website. Okay. All right, moving on. We are going into a closed. Looks like we do have a closed session advertised for here. So at this time we'd just be looking for a motion to open the closed session. </w:t>
      </w:r>
    </w:p>
    <w:p>
      <w:r>
        <w:t xml:space="preserve">(Speaker E)  I'll make a motion open to close. </w:t>
      </w:r>
    </w:p>
    <w:p>
      <w:r>
        <w:t xml:space="preserve">(Speaker A)  Second from Ian, second from Mary. All in favor? </w:t>
      </w:r>
    </w:p>
    <w:p>
      <w:r>
        <w:t xml:space="preserve">(Speaker C)  All right, motion package 40 0. </w:t>
      </w:r>
    </w:p>
    <w:p>
      <w:r>
        <w:t xml:space="preserve">(Speaker A)  So at this time, we're going to respectfully ask everyone to leave the room for us. This is going to be a private discussion with the board. We appreciate everyone attending. Everyone on zoom, if you could go ahead and leave because if I kick you out, you won't be able to get back in. If we open up the meeting. Back up. So what I'll do is I'll lock the meeting and put turn on the meeting. Thank you, sir. Have a great night. </w:t>
      </w:r>
    </w:p>
    <w:p>
      <w:r>
        <w:t xml:space="preserve">(Speaker F)  Listen, all right. </w:t>
      </w:r>
    </w:p>
    <w:p>
      <w:r>
        <w:t xml:space="preserve">(Speaker H)  He's fabulous. </w:t>
      </w:r>
    </w:p>
    <w:p>
      <w:r>
        <w:t xml:space="preserve">(Speaker B)  And he left. </w:t>
      </w:r>
    </w:p>
    <w:p>
      <w:r>
        <w:t xml:space="preserve">(Speaker A)  All right, beautiful. So what I'm going to do is let me give you a chance to lock this meeting. Yes, please close that door. We're going to enable the waiting room. </w:t>
      </w:r>
    </w:p>
    <w:p>
      <w:r>
        <w:t xml:space="preserve">(Speaker B)  Great. </w:t>
      </w:r>
    </w:p>
    <w:p>
      <w:r>
        <w:t xml:space="preserve">(Speaker A)  Beautiful. So, all right, try to get through this. I sent you guys a document with the and I printed them out. You guys should all have them in front of you with the cameras and the gate access. Hopefully you guys have had a chance to look at them. I'm actually glad that we have this post session advertised. I didn't think we actually did. So this is, this is a good situation. So first of all, did you guys have any questions on anything he provided to you? </w:t>
      </w:r>
    </w:p>
    <w:p>
      <w:r>
        <w:t xml:space="preserve">(Speaker B)  Sir, it's not my area. </w:t>
      </w:r>
    </w:p>
    <w:p>
      <w:r>
        <w:t xml:space="preserve">(Speaker F)  Oh, I thought that you were my IT person. Come on. </w:t>
      </w:r>
    </w:p>
    <w:p>
      <w:r>
        <w:t xml:space="preserve">(Speaker B)  I use a computer for work. </w:t>
      </w:r>
    </w:p>
    <w:p>
      <w:r>
        <w:t xml:space="preserve">(Speaker F)  Hey. </w:t>
      </w:r>
    </w:p>
    <w:p>
      <w:r>
        <w:t xml:space="preserve">(Speaker A)  So basically it's 8, 8, 8200 up front for installation. After that it's $147 a month for the licensing and, and the monthly management </w:t>
      </w:r>
    </w:p>
    <w:p>
      <w:r>
        <w:t xml:space="preserve">(Speaker D)  for your Eagle Eye system. </w:t>
      </w:r>
    </w:p>
    <w:p>
      <w:r>
        <w:t xml:space="preserve">(Speaker E)  And I saw it and said that looks extremely reasonable. </w:t>
      </w:r>
    </w:p>
    <w:p>
      <w:r>
        <w:t xml:space="preserve">(Speaker A)  Yes, I do use what we need. Yeah, I use. I work with this vendor at a lot of my other districts. They do a great job. Very responsive. And a lot of the times you get same day repairs. If anything happens in a motion </w:t>
      </w:r>
    </w:p>
    <w:p>
      <w:r>
        <w:t xml:space="preserve">(Speaker C)  or like the information. </w:t>
      </w:r>
    </w:p>
    <w:p>
      <w:r>
        <w:t xml:space="preserve">(Speaker B)  30 days at least. Yeah, we. </w:t>
      </w:r>
    </w:p>
    <w:p>
      <w:r>
        <w:t xml:space="preserve">(Speaker A)  Yeah, we work with them. </w:t>
      </w:r>
    </w:p>
    <w:p>
      <w:r>
        <w:t xml:space="preserve">(Speaker B)  They. </w:t>
      </w:r>
    </w:p>
    <w:p>
      <w:r>
        <w:t xml:space="preserve">(Speaker A)  They always have 30 day minimum retention of all videos and pictures. </w:t>
      </w:r>
    </w:p>
    <w:p>
      <w:r>
        <w:t xml:space="preserve">(Speaker F)  I figured that the police are going to come right away. Yeah, yeah, no, they have and we go through that. </w:t>
      </w:r>
    </w:p>
    <w:p>
      <w:r>
        <w:t xml:space="preserve">(Speaker B)  So you can do more if you want to. </w:t>
      </w:r>
    </w:p>
    <w:p>
      <w:r>
        <w:t xml:space="preserve">(Speaker H)  Correct. </w:t>
      </w:r>
    </w:p>
    <w:p>
      <w:r>
        <w:t xml:space="preserve">(Speaker A)  You just have to obviously pay for the. </w:t>
      </w:r>
    </w:p>
    <w:p>
      <w:r>
        <w:t xml:space="preserve">(Speaker B)  What's the storage? The storage? </w:t>
      </w:r>
    </w:p>
    <w:p>
      <w:r>
        <w:t xml:space="preserve">(Speaker J)  Yeah. </w:t>
      </w:r>
    </w:p>
    <w:p>
      <w:r>
        <w:t xml:space="preserve">(Speaker A)  I wouldn't know. I know a lot of it is cloud based, so probably aligned with cloud. </w:t>
      </w:r>
    </w:p>
    <w:p>
      <w:r>
        <w:t xml:space="preserve">(Speaker C)  But we can like download like give us all readings from this day or something like that happen locally saved or something. </w:t>
      </w:r>
    </w:p>
    <w:p>
      <w:r>
        <w:t xml:space="preserve">(Speaker B)  Okay, absolutely. </w:t>
      </w:r>
    </w:p>
    <w:p>
      <w:r>
        <w:t xml:space="preserve">(Speaker E)  We have the police ask us for our stuff off. </w:t>
      </w:r>
    </w:p>
    <w:p>
      <w:r>
        <w:t xml:space="preserve">(Speaker F)  Yeah, unfortunately. </w:t>
      </w:r>
    </w:p>
    <w:p>
      <w:r>
        <w:t xml:space="preserve">(Speaker E)  But our cameras are so bad. I'll make a motion to approve. </w:t>
      </w:r>
    </w:p>
    <w:p>
      <w:r>
        <w:t xml:space="preserve">(Speaker A)  Well, we got a motion to close the session and we got a motion to approve this in a regular meeting. So what we're going to do in the right, we're going to close the session. We're going to go to the regular motion to approve complete IT solutions for the front entrance community cameras and then we'll say the price and then that will be it. </w:t>
      </w:r>
    </w:p>
    <w:p>
      <w:r>
        <w:t xml:space="preserve">(Speaker I)  Okay. </w:t>
      </w:r>
    </w:p>
    <w:p>
      <w:r>
        <w:t xml:space="preserve">(Speaker B)  Okay. </w:t>
      </w:r>
    </w:p>
    <w:p>
      <w:r>
        <w:t xml:space="preserve">(Speaker A)  So I need a motion to close the closed session. </w:t>
      </w:r>
    </w:p>
    <w:p>
      <w:r>
        <w:t xml:space="preserve">(Speaker D)  Motion first for Mary. </w:t>
      </w:r>
    </w:p>
    <w:p>
      <w:r>
        <w:t xml:space="preserve">(Speaker E)  Second. </w:t>
      </w:r>
    </w:p>
    <w:p>
      <w:r>
        <w:t xml:space="preserve">(Speaker A)  All in favor? </w:t>
      </w:r>
    </w:p>
    <w:p>
      <w:r>
        <w:t xml:space="preserve">(Speaker E)  Aye. </w:t>
      </w:r>
    </w:p>
    <w:p>
      <w:r>
        <w:t xml:space="preserve">(Speaker A)  Motion passes. </w:t>
      </w:r>
    </w:p>
    <w:p>
      <w:r>
        <w:t xml:space="preserve">(Speaker B)  Open the door again. </w:t>
      </w:r>
    </w:p>
    <w:p>
      <w:r>
        <w:t xml:space="preserve">(Speaker A)  You can if you'd like, can invite everyone back in if you want. No one's in the zoom. Everyone seemed to left. </w:t>
      </w:r>
    </w:p>
    <w:p>
      <w:r>
        <w:t xml:space="preserve">(Speaker E)  I doubt there's anyone out there. </w:t>
      </w:r>
    </w:p>
    <w:p>
      <w:r>
        <w:t xml:space="preserve">(Speaker D)  Anyways, </w:t>
      </w:r>
    </w:p>
    <w:p>
      <w:r>
        <w:t xml:space="preserve">(Speaker F)  We're open for business. </w:t>
      </w:r>
    </w:p>
    <w:p>
      <w:r>
        <w:t xml:space="preserve">(Speaker B)  J. Mac up there too? </w:t>
      </w:r>
    </w:p>
    <w:p>
      <w:r>
        <w:t xml:space="preserve">(Speaker A)  Well, he'll be happy. </w:t>
      </w:r>
    </w:p>
    <w:p>
      <w:r>
        <w:t xml:space="preserve">(Speaker E)  He'll be happy. </w:t>
      </w:r>
    </w:p>
    <w:p>
      <w:r>
        <w:t xml:space="preserve">(Speaker A)  Sorry, I'm just writing this out. </w:t>
      </w:r>
    </w:p>
    <w:p>
      <w:r>
        <w:t xml:space="preserve">(Speaker F)  Both be happy. </w:t>
      </w:r>
    </w:p>
    <w:p>
      <w:r>
        <w:t xml:space="preserve">(Speaker C)  Something exciting. </w:t>
      </w:r>
    </w:p>
    <w:p>
      <w:r>
        <w:t xml:space="preserve">(Speaker F)  Now you've got something else? </w:t>
      </w:r>
    </w:p>
    <w:p>
      <w:r>
        <w:t xml:space="preserve">(Speaker B)  No, I just order from beer. </w:t>
      </w:r>
    </w:p>
    <w:p>
      <w:r>
        <w:t xml:space="preserve">(Speaker F)  Yes there is in front of me. </w:t>
      </w:r>
    </w:p>
    <w:p>
      <w:r>
        <w:t xml:space="preserve">(Speaker C)  If any of you don't know, he's </w:t>
      </w:r>
    </w:p>
    <w:p>
      <w:r>
        <w:t xml:space="preserve">(Speaker B)  the guy that plays the bad types. </w:t>
      </w:r>
    </w:p>
    <w:p>
      <w:r>
        <w:t xml:space="preserve">(Speaker H)  Yeah. </w:t>
      </w:r>
    </w:p>
    <w:p>
      <w:r>
        <w:t xml:space="preserve">(Speaker B)  Oh, that's cool. </w:t>
      </w:r>
    </w:p>
    <w:p>
      <w:r>
        <w:t xml:space="preserve">(Speaker A)  All right, so with that we are now in back in the open meeting. You can take it in with that. The board did go ahead and discuss some security related items and they would like to make a motion to approve something right now. So the motion on the table will be a motion to approve complete IT proposal for front entrance and community cameras for $8,234 initial install and $147 monthly for licensing. </w:t>
      </w:r>
    </w:p>
    <w:p>
      <w:r>
        <w:t xml:space="preserve">(Speaker E)  I'll make that motion. </w:t>
      </w:r>
    </w:p>
    <w:p>
      <w:r>
        <w:t xml:space="preserve">(Speaker C)  First from Ann, second. </w:t>
      </w:r>
    </w:p>
    <w:p>
      <w:r>
        <w:t xml:space="preserve">(Speaker A)  Second from Mary. </w:t>
      </w:r>
    </w:p>
    <w:p>
      <w:r>
        <w:t xml:space="preserve">(Speaker C)  All in favor? </w:t>
      </w:r>
    </w:p>
    <w:p>
      <w:r>
        <w:t xml:space="preserve">(Speaker A)  All right, motion passes. </w:t>
      </w:r>
    </w:p>
    <w:p>
      <w:r>
        <w:t xml:space="preserve">(Speaker B)  Four to zero. </w:t>
      </w:r>
    </w:p>
    <w:p>
      <w:r>
        <w:t xml:space="preserve">(Speaker A)  All right, your next regular board meeting is Wednesday, September 9, 2026 at 1:00pm right here. We would just be looking for a motion to adjourn. Motion from Ian, second from Mary. All in favor? </w:t>
      </w:r>
    </w:p>
    <w:p>
      <w:r>
        <w:t xml:space="preserve">(Speaker B)  All right, motion pass. </w:t>
      </w:r>
    </w:p>
    <w:p>
      <w:r>
        <w:t xml:space="preserve">(Speaker C)  All right, we're out of here. </w:t>
      </w:r>
    </w:p>
    <w:p>
      <w:r>
        <w:t xml:space="preserve">(Speaker E)  That wasn't bad. Have we. </w:t>
      </w:r>
    </w:p>
    <w:p>
      <w:r>
        <w:br/>
        <w:br/>
        <w:br/>
        <w: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w:t>
      </w:r>
    </w:p>
    <w:p>
      <w:r>
        <w:t xml:space="preserve">&gt;&gt;&gt;&gt;&gt;&gt;&gt;&gt;&gt;&gt;&gt;&gt;&gt;  </w:t>
      </w:r>
      <w:r>
        <w:rPr>
          <w:b/>
          <w:color w:val="FF0000"/>
        </w:rPr>
        <w:t>GAT END OF FILE</w:t>
      </w:r>
      <w:r>
        <w:rPr>
          <w:b w:val="0"/>
          <w:color w:val="000000"/>
        </w:rPr>
        <w:t xml:space="preserve">  &gt;&gt;&gt;&gt;&gt;&gt;&gt;&gt;&gt;&gt;&gt;&gt;&gt;&gt;&gt;&gt;&gt;&gt;&gt;&gt;&gt;&gt;&gt;&gt;&gt;&gt;&gt;&gt;&gt;&gt;&gt;&gt;&gt;&gt;&gt;&gt;&gt;&gt;&gt;&gt;&gt;&gt;&gt;&gt;&gt;&gt;&gt;&gt;&gt;&gt;&gt;&gt;&gt;&gt;&gt;&gt;&gt;&gt;&gt;&gt;&gt;&gt;&gt;&gt;&gt;&gt;&gt;&gt;&gt;&gt;&gt;&gt;&gt;&gt;&gt;&gt;&gt;&gt;&gt;&gt;&gt;&gt;&gt;&gt;&gt;&gt;&gt;&gt;&gt;&gt;&gt;&gt;&gt;&gt;&gt;&gt;&gt;&gt;&gt;&gt;&gt;&gt;&gt;&gt;&gt;&gt;&gt;&gt;&gt;&gt;&gt;&gt;&gt;&gt;&gt;&gt;&gt;&gt;&gt;&gt;&gt;&gt;&gt;&gt;&gt;&gt;&gt;&gt;&gt;</w:t>
      </w:r>
    </w:p>
    <w:p>
      <w:r>
        <w: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