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Six_Mile_Creek_8_12_26.MP3</w:t>
      </w:r>
      <w:r>
        <w:rPr>
          <w:b/>
          <w:color w:val="FF0000"/>
        </w:rPr>
        <w:br/>
        <w:tab/>
        <w:tab/>
        <w:tab/>
        <w:tab/>
        <w:t xml:space="preserve"> 188681686</w:t>
        <w:br/>
        <w:br/>
        <w:br/>
      </w:r>
    </w:p>
    <w:p>
      <w:r>
        <w:t>DATE AUDIO FILE SUBMITTED TO THE GAT SYSTEM:</w:t>
      </w:r>
      <w:r>
        <w:rPr>
          <w:b/>
          <w:color w:val="FF0000"/>
        </w:rPr>
        <w:br/>
        <w:tab/>
        <w:tab/>
        <w:tab/>
        <w:tab/>
        <w:t xml:space="preserve"> August 27, 2026 at 10:19 AM</w:t>
        <w:br/>
        <w:br/>
        <w:br/>
      </w:r>
    </w:p>
    <w:p>
      <w:r>
        <w:t>DATE AUDIO FILE COMPLETED BY THE GAT SYSTEM:</w:t>
      </w:r>
      <w:r>
        <w:rPr>
          <w:b/>
          <w:color w:val="FF0000"/>
        </w:rPr>
        <w:br/>
        <w:tab/>
        <w:tab/>
        <w:tab/>
        <w:tab/>
        <w:t xml:space="preserve"> August 27, 2026 at 10:22 AM</w:t>
      </w:r>
      <w:r>
        <w:rPr>
          <w:b/>
          <w:color w:val="FF0000"/>
        </w:rPr>
        <w:br/>
        <w:tab/>
        <w:tab/>
        <w:tab/>
        <w:tab/>
        <w:t xml:space="preserve"> 02:21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(Speaker A)  All right. </w:t>
      </w:r>
    </w:p>
    <w:p>
      <w:r>
        <w:t xml:space="preserve">(Speaker B)  Good afternoon. This is the six mile creek redevelopment district board of supervisor meeting. Today is Wednesday, august 12, 2026. It's 1:02pm we're at the good news church, 573 west twin court trail, st. Augustine, florida. First item on the agenda is roll call. If we could have the board state their name, then we'll get staff and then we'll get staff on the phone. </w:t>
      </w:r>
    </w:p>
    <w:p>
      <w:r>
        <w:t xml:space="preserve">(Speaker C)  Michelle sutton, jake dunn, wendy hartley, ninja galeman. </w:t>
      </w:r>
    </w:p>
    <w:p>
      <w:r>
        <w:t xml:space="preserve">(Speaker D)  Jerry walter. </w:t>
      </w:r>
    </w:p>
    <w:p>
      <w:r>
        <w:t xml:space="preserve">(Speaker E)  Elena barron, gms dan wright, gms jennifer </w:t>
      </w:r>
    </w:p>
    <w:p>
      <w:r>
        <w:t xml:space="preserve">(Speaker F)  tellzer, first service, nicole jameson, first service, sarah br service. </w:t>
      </w:r>
    </w:p>
    <w:p>
      <w:r>
        <w:t xml:space="preserve">(Speaker G)  Lou calhoun, </w:t>
      </w:r>
    </w:p>
    <w:p>
      <w:r>
        <w:t xml:space="preserve">(Speaker A)  steve, my boy, br. </w:t>
      </w:r>
    </w:p>
    <w:p>
      <w:r>
        <w:t xml:space="preserve">(Speaker H)  Mike silver, steam gulfstream engineering. </w:t>
      </w:r>
    </w:p>
    <w:p>
      <w:r>
        <w:t xml:space="preserve">(Speaker B)  Sarah sweeting, gms daniel laughlin, gms and staff on the phone. West hayward district council. Next, we have invocation by pastor quince. Now let's break. </w:t>
      </w:r>
    </w:p>
    <w:p>
      <w:r>
        <w:t xml:space="preserve">(Speaker I)  Heavenly Father, thank you for bringing us together today. We ask for your guidance and your </w:t>
      </w:r>
    </w:p>
    <w:p>
      <w:r>
        <w:t xml:space="preserve">(Speaker B)  wisdom to make sound decisions as we </w:t>
      </w:r>
    </w:p>
    <w:p>
      <w:r>
        <w:t xml:space="preserve">(Speaker I)  discuss the affairs of our community. Please grant us the spirit of understanding, patience, respect for one another, even in the disagreement. </w:t>
      </w:r>
    </w:p>
    <w:p>
      <w:r>
        <w:t xml:space="preserve">(Speaker B)  Help us to make decisions that promote </w:t>
      </w:r>
    </w:p>
    <w:p>
      <w:r>
        <w:t xml:space="preserve">(Speaker I)  peace and safety and harmony for all of our neighbors. Give us patience to listen and the spirit of cooperation to work together to strengthen and serve those in our community. Amen. </w:t>
      </w:r>
    </w:p>
    <w:p>
      <w:r>
        <w:t xml:space="preserve">(Speaker B)  Next we have the Pledge of Allegiance, Public religious stance. </w:t>
      </w:r>
    </w:p>
    <w:p>
      <w:r>
        <w:t xml:space="preserve">(Speaker J)  One nation under God, indivisible, with liberty </w:t>
      </w:r>
    </w:p>
    <w:p>
      <w:r>
        <w:t xml:space="preserve">(Speaker C)  and justice for all. </w:t>
      </w:r>
    </w:p>
    <w:p>
      <w:r>
        <w:t xml:space="preserve">(Speaker B)  Next we have audience comments. This is audience comments regarding any of the agenda items listed on the agenda today. We will also have a public hearing specifically for the budget. So if you do have comments on the budget adoption itself, there will be a time before that to SPE speak. So is there any other. Any other audience comments on any of the agenda items that are listed here today? </w:t>
      </w:r>
    </w:p>
    <w:p>
      <w:r>
        <w:t xml:space="preserve">(Speaker G)  No. </w:t>
      </w:r>
    </w:p>
    <w:p>
      <w:r>
        <w:t xml:space="preserve">(Speaker B)  All right, we're going to move on then. All right, so that brings us into our landscape and lake maintenance updates. We'll start with Bright View for trailer. </w:t>
      </w:r>
    </w:p>
    <w:p>
      <w:r>
        <w:t xml:space="preserve">(Speaker I)  Thanks. </w:t>
      </w:r>
    </w:p>
    <w:p>
      <w:r>
        <w:t xml:space="preserve">(Speaker D)  Good afternoon. </w:t>
      </w:r>
    </w:p>
    <w:p>
      <w:r>
        <w:t xml:space="preserve">(Speaker K)  Hi. </w:t>
      </w:r>
    </w:p>
    <w:p>
      <w:r>
        <w:t xml:space="preserve">(Speaker I)  Right now we got started on. </w:t>
      </w:r>
    </w:p>
    <w:p>
      <w:r>
        <w:t xml:space="preserve">(Speaker C)  We can't hear anything. </w:t>
      </w:r>
    </w:p>
    <w:p>
      <w:r>
        <w:t xml:space="preserve">(Speaker B)  Can you hear me now? </w:t>
      </w:r>
    </w:p>
    <w:p>
      <w:r>
        <w:t xml:space="preserve">(Speaker C)  Okay. </w:t>
      </w:r>
    </w:p>
    <w:p>
      <w:r>
        <w:t xml:space="preserve">(Speaker I)  Last week we got started on our tree elevations. We're trying to concentrate along the walkways right now, and then we'll move along to the other common areas. But we got started at the entrance and got to the dock park, so we're gonna move on down trail, Mark Garage and a few other areas like on Tabby Lane and on Toperry Island. We're going to work on those next week. We're starting to get ahead on the weed control. People are a little bit behind due to the weather, but we're trying to switch things up and watch the Radar daily to compensate on when we spray in the afternoon or in the mornings. So we seem to be getting some ground on that. Everything else is on schedule. </w:t>
      </w:r>
    </w:p>
    <w:p>
      <w:r>
        <w:t xml:space="preserve">(Speaker C)  I don't have anything. </w:t>
      </w:r>
    </w:p>
    <w:p>
      <w:r>
        <w:t xml:space="preserve">(Speaker B)  Any questions for the board regarding landscaping? </w:t>
      </w:r>
    </w:p>
    <w:p>
      <w:r>
        <w:t xml:space="preserve">(Speaker A)  No. </w:t>
      </w:r>
    </w:p>
    <w:p>
      <w:r>
        <w:t xml:space="preserve">(Speaker B)  So we have a couple proposals. First, we have a proposal for plantless restore. This was due to. There was a fire by the community center. We looked to see. We weren't able to identify a cause. The fire department thinks it was either a loot cigarette or maybe somebody's. Exactly. </w:t>
      </w:r>
    </w:p>
    <w:p>
      <w:r>
        <w:t xml:space="preserve">(Speaker G)  Exhaust. </w:t>
      </w:r>
    </w:p>
    <w:p>
      <w:r>
        <w:t xml:space="preserve">(Speaker B)  But that's about all the information we have to go. </w:t>
      </w:r>
    </w:p>
    <w:p>
      <w:r>
        <w:t xml:space="preserve">(Speaker A)  Good job on putting that out, by the way. </w:t>
      </w:r>
    </w:p>
    <w:p>
      <w:r>
        <w:t xml:space="preserve">(Speaker D)  Quickly. </w:t>
      </w:r>
    </w:p>
    <w:p>
      <w:r>
        <w:t xml:space="preserve">(Speaker L)  Okay. </w:t>
      </w:r>
    </w:p>
    <w:p>
      <w:r>
        <w:t xml:space="preserve">(Speaker F)  It was a group effort. </w:t>
      </w:r>
    </w:p>
    <w:p>
      <w:r>
        <w:t xml:space="preserve">(Speaker B)  So we do have the proposal in here. It's a new agenda package to move and dispose of the damaged plant material, install 7 gallon of the plant, restore it, and then bales pine straw and deliver it for a total of $2,124. </w:t>
      </w:r>
    </w:p>
    <w:p>
      <w:r>
        <w:t xml:space="preserve">(Speaker K)  Ouch. </w:t>
      </w:r>
    </w:p>
    <w:p>
      <w:r>
        <w:t xml:space="preserve">(Speaker C)  Steve, they're bushes, dude. </w:t>
      </w:r>
    </w:p>
    <w:p>
      <w:r>
        <w:t xml:space="preserve">(Speaker L)  Yeah. </w:t>
      </w:r>
    </w:p>
    <w:p>
      <w:r>
        <w:t xml:space="preserve">(Speaker I)  Seven gallons. </w:t>
      </w:r>
    </w:p>
    <w:p>
      <w:r>
        <w:t xml:space="preserve">(Speaker C)  Yeah. Can we get some smaller ones? </w:t>
      </w:r>
    </w:p>
    <w:p>
      <w:r>
        <w:t xml:space="preserve">(Speaker I)  You can get smaller ones, but. So the size right now are about here. The 3 gallons are like small balls like that. The only problem with the shillings is the. They're very slow growers. So it probably take two years to get up to that same point. But we can do either one. </w:t>
      </w:r>
    </w:p>
    <w:p>
      <w:r>
        <w:t xml:space="preserve">(Speaker C)  I mean, I just feel like that's literally for that little area. That's a lot of money is my personal opinion. </w:t>
      </w:r>
    </w:p>
    <w:p>
      <w:r>
        <w:t xml:space="preserve">(Speaker M)  What's the price difference for small. </w:t>
      </w:r>
    </w:p>
    <w:p>
      <w:r>
        <w:t xml:space="preserve">(Speaker B)  What would be the price difference? </w:t>
      </w:r>
    </w:p>
    <w:p>
      <w:r>
        <w:t xml:space="preserve">(Speaker I)  Probably 5 or 600 cheaper. Just guessing. </w:t>
      </w:r>
    </w:p>
    <w:p>
      <w:r>
        <w:t xml:space="preserve">(Speaker C)  I mean, I think that it. Can we. I mean, my proposal to the rest of the board would be that we have them removed and then Steve comes back next month with a. Some cheaper options for us. I just feel like that's a lot of money for that little. </w:t>
      </w:r>
    </w:p>
    <w:p>
      <w:r>
        <w:t xml:space="preserve">(Speaker A)  What could we do, like flowers right there instead? </w:t>
      </w:r>
    </w:p>
    <w:p>
      <w:r>
        <w:t xml:space="preserve">(Speaker I)  You could do a different plant with material. </w:t>
      </w:r>
    </w:p>
    <w:p>
      <w:r>
        <w:t xml:space="preserve">(Speaker C)  Yeah, but you got to change them out all the time. </w:t>
      </w:r>
    </w:p>
    <w:p>
      <w:r>
        <w:t xml:space="preserve">(Speaker I)  You could go. You could go with a different plant material in that front. Just add a little bit of color to it. </w:t>
      </w:r>
    </w:p>
    <w:p>
      <w:r>
        <w:t xml:space="preserve">(Speaker A)  That's what I'm saying. I'm like kind of looking at it. </w:t>
      </w:r>
    </w:p>
    <w:p>
      <w:r>
        <w:t xml:space="preserve">(Speaker C)  What about azaleas? Those are pretty. And they're pretty cheap, aren't they? </w:t>
      </w:r>
    </w:p>
    <w:p>
      <w:r>
        <w:t xml:space="preserve">(Speaker H)  All right, hang on. </w:t>
      </w:r>
    </w:p>
    <w:p>
      <w:r>
        <w:t xml:space="preserve">(Speaker E)  I'm sorry. </w:t>
      </w:r>
    </w:p>
    <w:p>
      <w:r>
        <w:t xml:space="preserve">(Speaker B)  Are those perennials? </w:t>
      </w:r>
    </w:p>
    <w:p>
      <w:r>
        <w:t xml:space="preserve">(Speaker C)  No, no. </w:t>
      </w:r>
    </w:p>
    <w:p>
      <w:r>
        <w:t xml:space="preserve">(Speaker M)  So they have to be swapped at. </w:t>
      </w:r>
    </w:p>
    <w:p>
      <w:r>
        <w:t xml:space="preserve">(Speaker H)  Oh, a. </w:t>
      </w:r>
    </w:p>
    <w:p>
      <w:r>
        <w:t xml:space="preserve">(Speaker N)  No, not aelias. </w:t>
      </w:r>
    </w:p>
    <w:p>
      <w:r>
        <w:t xml:space="preserve">(Speaker C)  Yeah. </w:t>
      </w:r>
    </w:p>
    <w:p>
      <w:r>
        <w:t xml:space="preserve">(Speaker I)  I could put something together for. For next meeting. </w:t>
      </w:r>
    </w:p>
    <w:p>
      <w:r>
        <w:t xml:space="preserve">(Speaker J)  Yeah. </w:t>
      </w:r>
    </w:p>
    <w:p>
      <w:r>
        <w:t xml:space="preserve">(Speaker C)  Maybe just some cheaper options. Yeah. And just get rid of the dead for now. </w:t>
      </w:r>
    </w:p>
    <w:p>
      <w:r>
        <w:t xml:space="preserve">(Speaker B)  Sure. </w:t>
      </w:r>
    </w:p>
    <w:p>
      <w:r>
        <w:t xml:space="preserve">(Speaker C)  Does that sound good to everybody? </w:t>
      </w:r>
    </w:p>
    <w:p>
      <w:r>
        <w:t xml:space="preserve">(Speaker A)  Yeah. </w:t>
      </w:r>
    </w:p>
    <w:p>
      <w:r>
        <w:t xml:space="preserve">(Speaker J)  Yeah. That's A lot of money. </w:t>
      </w:r>
    </w:p>
    <w:p>
      <w:r>
        <w:t xml:space="preserve">(Speaker C)  All right, what's the next proposal? </w:t>
      </w:r>
    </w:p>
    <w:p>
      <w:r>
        <w:t xml:space="preserve">(Speaker D)  Is there any way that we could ensure that the plants that we put in there are more frost resistant than even. </w:t>
      </w:r>
    </w:p>
    <w:p>
      <w:r>
        <w:t xml:space="preserve">(Speaker I)  Yeah, I'm trying to steer away from anything and be standing across from here. </w:t>
      </w:r>
    </w:p>
    <w:p>
      <w:r>
        <w:t xml:space="preserve">(Speaker A)  Yeah. </w:t>
      </w:r>
    </w:p>
    <w:p>
      <w:r>
        <w:t xml:space="preserve">(Speaker J)  So can I ask another question? So these are bushes. </w:t>
      </w:r>
    </w:p>
    <w:p>
      <w:r>
        <w:t xml:space="preserve">(Speaker E)  Right. </w:t>
      </w:r>
    </w:p>
    <w:p>
      <w:r>
        <w:t xml:space="preserve">(Speaker J)  They don't have to be flowering, am I right? Okay. So we have some in our front yard that never dies. And they're beautiful. They start off kind of a limey green, and then they get a little darker in the summer. You do just have to. You just have to, you know, shape </w:t>
      </w:r>
    </w:p>
    <w:p>
      <w:r>
        <w:t xml:space="preserve">(Speaker C)  them a little bit. </w:t>
      </w:r>
    </w:p>
    <w:p>
      <w:r>
        <w:t xml:space="preserve">(Speaker B)  I know for a fact they don't </w:t>
      </w:r>
    </w:p>
    <w:p>
      <w:r>
        <w:t xml:space="preserve">(Speaker J)  cost $600 because we wouldn't have much money for them, so. Yeah, I don't know, because azaleas are not attractive when they're not in bloom. They are not an attractive bush. </w:t>
      </w:r>
    </w:p>
    <w:p>
      <w:r>
        <w:t xml:space="preserve">(Speaker C)  It's a bush just like those. </w:t>
      </w:r>
    </w:p>
    <w:p>
      <w:r>
        <w:t xml:space="preserve">(Speaker J)  No, there's nice bushes, though, that are not $600. I'm just saying. </w:t>
      </w:r>
    </w:p>
    <w:p>
      <w:r>
        <w:t xml:space="preserve">(Speaker C)  Just other options, please. Okay, Moving on to your expensive tree proposal here. </w:t>
      </w:r>
    </w:p>
    <w:p>
      <w:r>
        <w:t xml:space="preserve">(Speaker I)  Yeah. So there's. The last time I count, I think </w:t>
      </w:r>
    </w:p>
    <w:p>
      <w:r>
        <w:t xml:space="preserve">(Speaker B)  there's a few more. </w:t>
      </w:r>
    </w:p>
    <w:p>
      <w:r>
        <w:t xml:space="preserve">(Speaker I)  Fizzling out was 18 count. That averages up to probably 260 something a tree. I've worked that out with the vendor. If they do a group, if they price it separately, it'd be a lot more. But if they do a day rate and squeeze all that in in one spot, they can do a discount, and that's what came down. </w:t>
      </w:r>
    </w:p>
    <w:p>
      <w:r>
        <w:t xml:space="preserve">(Speaker C)  Is it still the beetles that are causing this? </w:t>
      </w:r>
    </w:p>
    <w:p>
      <w:r>
        <w:t xml:space="preserve">(Speaker I)  Yeah, for the most part. There's a couple that were damaged by a storm of, I would say 75% damage. </w:t>
      </w:r>
    </w:p>
    <w:p>
      <w:r>
        <w:t xml:space="preserve">(Speaker A)  And how many did we remove last year? </w:t>
      </w:r>
    </w:p>
    <w:p>
      <w:r>
        <w:t xml:space="preserve">(Speaker I)  I don't have that counted. </w:t>
      </w:r>
    </w:p>
    <w:p>
      <w:r>
        <w:t xml:space="preserve">(Speaker A)  Quite a few. </w:t>
      </w:r>
    </w:p>
    <w:p>
      <w:r>
        <w:t xml:space="preserve">(Speaker C)  I feel like it was like probably </w:t>
      </w:r>
    </w:p>
    <w:p>
      <w:r>
        <w:t xml:space="preserve">(Speaker I)  up to 90, 80 to 100 trees last year. This is. This year's been a little bit. </w:t>
      </w:r>
    </w:p>
    <w:p>
      <w:r>
        <w:t xml:space="preserve">(Speaker A)  My question is, like, we're going to start running out trees soon, so is there something that we can do to combat that? </w:t>
      </w:r>
    </w:p>
    <w:p>
      <w:r>
        <w:t xml:space="preserve">(Speaker I)  Most of the trees, I would say 95% of the trees were pine trees, and those are more apt for disease or lightning. So, I mean, we go with different trees, but they're probably twice as much as replacing pines. So pine trees are pretty cheap. </w:t>
      </w:r>
    </w:p>
    <w:p>
      <w:r>
        <w:t xml:space="preserve">(Speaker C)  Yeah. Unfortunately, there's nothing you can do about those beetles. </w:t>
      </w:r>
    </w:p>
    <w:p>
      <w:r>
        <w:t xml:space="preserve">(Speaker E)  Right. </w:t>
      </w:r>
    </w:p>
    <w:p>
      <w:r>
        <w:t xml:space="preserve">(Speaker C)  Because we talked about that the last time, too. </w:t>
      </w:r>
    </w:p>
    <w:p>
      <w:r>
        <w:t xml:space="preserve">(Speaker K)  All right. </w:t>
      </w:r>
    </w:p>
    <w:p>
      <w:r>
        <w:t xml:space="preserve">(Speaker C)  I'd like to make a motion to approve the tree proposal for $4,857.14. </w:t>
      </w:r>
    </w:p>
    <w:p>
      <w:r>
        <w:t xml:space="preserve">(Speaker A)  I'll second. I do have Another question about it afterwards. </w:t>
      </w:r>
    </w:p>
    <w:p>
      <w:r>
        <w:t xml:space="preserve">(Speaker C)  All in favor? </w:t>
      </w:r>
    </w:p>
    <w:p>
      <w:r>
        <w:t xml:space="preserve">(Speaker A)  Oh, yeah. All in favor? </w:t>
      </w:r>
    </w:p>
    <w:p>
      <w:r>
        <w:t xml:space="preserve">(Speaker M)  Aye. </w:t>
      </w:r>
    </w:p>
    <w:p>
      <w:r>
        <w:t xml:space="preserve">(Speaker B)  Any opposed hearing that? Motion passing? </w:t>
      </w:r>
    </w:p>
    <w:p>
      <w:r>
        <w:t xml:space="preserve">(Speaker C)  No, ma'. </w:t>
      </w:r>
    </w:p>
    <w:p>
      <w:r>
        <w:t xml:space="preserve">(Speaker J)  Am. </w:t>
      </w:r>
    </w:p>
    <w:p>
      <w:r>
        <w:t xml:space="preserve">(Speaker C)  There was a comment section at the front and there'll be one at the end. </w:t>
      </w:r>
    </w:p>
    <w:p>
      <w:r>
        <w:t xml:space="preserve">(Speaker A)  So question is, moving forward, is there a way for us to test or know instead of them getting into one tree and time going by and then spreading to others? Is there a way for us to catch this quicker? </w:t>
      </w:r>
    </w:p>
    <w:p>
      <w:r>
        <w:t xml:space="preserve">(Speaker I)  I mean, as long as you catch them, I would say like at least </w:t>
      </w:r>
    </w:p>
    <w:p>
      <w:r>
        <w:t xml:space="preserve">(Speaker B)  three weeks at a time. </w:t>
      </w:r>
    </w:p>
    <w:p>
      <w:r>
        <w:t xml:space="preserve">(Speaker I)  Once they start declining, that's. And I send some pictures over to my vendor. They can tell me it's this or that. But the sooner you get them down, the better. So I would probably come every meeting with a proposal to remove some. </w:t>
      </w:r>
    </w:p>
    <w:p>
      <w:r>
        <w:t xml:space="preserve">(Speaker B)  And then we have a proposal for annuals which is passed out here for you. This is contractual. This is something we do every quarter. Same as we've done in the past. </w:t>
      </w:r>
    </w:p>
    <w:p>
      <w:r>
        <w:t xml:space="preserve">(Speaker G)  Yeah. </w:t>
      </w:r>
    </w:p>
    <w:p>
      <w:r>
        <w:t xml:space="preserve">(Speaker I)  This is outside of contract. </w:t>
      </w:r>
    </w:p>
    <w:p>
      <w:r>
        <w:t xml:space="preserve">(Speaker B)  Oh, I'm sorry. </w:t>
      </w:r>
    </w:p>
    <w:p>
      <w:r>
        <w:t xml:space="preserve">(Speaker I)  Yes. </w:t>
      </w:r>
    </w:p>
    <w:p>
      <w:r>
        <w:t xml:space="preserve">(Speaker B)  My apologies. I was wrong. </w:t>
      </w:r>
    </w:p>
    <w:p>
      <w:r>
        <w:t xml:space="preserve">(Speaker C)  So this is just our normal. Yeah, this is fall flowers. When is. When are we talking about doing this? </w:t>
      </w:r>
    </w:p>
    <w:p>
      <w:r>
        <w:t xml:space="preserve">(Speaker I)  Probably mid September. </w:t>
      </w:r>
    </w:p>
    <w:p>
      <w:r>
        <w:t xml:space="preserve">(Speaker C)  Do we need a motion for this? All right, I'll make a motion to approve the annual flower install for $2,234.32. </w:t>
      </w:r>
    </w:p>
    <w:p>
      <w:r>
        <w:t xml:space="preserve">(Speaker B)  Second motion and a second. </w:t>
      </w:r>
    </w:p>
    <w:p>
      <w:r>
        <w:t xml:space="preserve">(Speaker A)  All in favor say aye. </w:t>
      </w:r>
    </w:p>
    <w:p>
      <w:r>
        <w:t xml:space="preserve">(Speaker B)  Any opposed? Hearing none. Motion passes. Any other questions on the trail mark side? </w:t>
      </w:r>
    </w:p>
    <w:p>
      <w:r>
        <w:t xml:space="preserve">(Speaker A)  No. </w:t>
      </w:r>
    </w:p>
    <w:p>
      <w:r>
        <w:t xml:space="preserve">(Speaker B)  Move on to the Reverie report. </w:t>
      </w:r>
    </w:p>
    <w:p>
      <w:r>
        <w:t xml:space="preserve">(Speaker I)  So we finally got some steady water running over there now. </w:t>
      </w:r>
    </w:p>
    <w:p>
      <w:r>
        <w:t xml:space="preserve">(Speaker D)  Yay. </w:t>
      </w:r>
    </w:p>
    <w:p>
      <w:r>
        <w:t xml:space="preserve">(Speaker I)  Everything's starting to turn around pretty quickly. We still need a few more turf applications to get that turned around a little bit. We did install some floor tan at that install that we did by the mailbox and that already looks a lot better than the Vista. So moving forward, I would suggest putting that in where we can. Flowers were installed a couple weeks ago. They look great. We're going to do a fertilizer application on those next week and start with our over the top selectives and some of like the juniper beds, some of the shrubs. There's a little bit of hand points needs to be done, but we're getting. It looks a lot better than last month. </w:t>
      </w:r>
    </w:p>
    <w:p>
      <w:r>
        <w:t xml:space="preserve">(Speaker B)  So we're getting that. </w:t>
      </w:r>
    </w:p>
    <w:p>
      <w:r>
        <w:t xml:space="preserve">(Speaker I)  Everything else is on rotation and we're up to speed. </w:t>
      </w:r>
    </w:p>
    <w:p>
      <w:r>
        <w:t xml:space="preserve">(Speaker M)  Are there still plans for more sod replacement? </w:t>
      </w:r>
    </w:p>
    <w:p>
      <w:r>
        <w:t xml:space="preserve">(Speaker I)  I assume proposal that we're probably going to go over today for the entrance? </w:t>
      </w:r>
    </w:p>
    <w:p>
      <w:r>
        <w:t xml:space="preserve">(Speaker B)  Yeah, that'll be the next item. Any other questions on the services? </w:t>
      </w:r>
    </w:p>
    <w:p>
      <w:r>
        <w:t xml:space="preserve">(Speaker M)  Irrigation? </w:t>
      </w:r>
    </w:p>
    <w:p>
      <w:r>
        <w:t xml:space="preserve">(Speaker H)  Yes. </w:t>
      </w:r>
    </w:p>
    <w:p>
      <w:r>
        <w:t xml:space="preserve">(Speaker B)  Then we'll move on to the proposal for entry sod install. </w:t>
      </w:r>
    </w:p>
    <w:p>
      <w:r>
        <w:t xml:space="preserve">(Speaker I)  So I Broke it down into three sections. The first is the bed as you're coming in at the entrance that is completely dead. I would definitely do that right now. The second one, there's a couple small islands that probably I would go for as well. The third is the big island in the middle which could wait a little longer. But while we're doing it it's probably cheaper to do it all in one shot. </w:t>
      </w:r>
    </w:p>
    <w:p>
      <w:r>
        <w:t xml:space="preserve">(Speaker M)  Which island is that? </w:t>
      </w:r>
    </w:p>
    <w:p>
      <w:r>
        <w:t xml:space="preserve">(Speaker I)  The bigger island is number one. </w:t>
      </w:r>
    </w:p>
    <w:p>
      <w:r>
        <w:t xml:space="preserve">(Speaker B)  There's a little map in here if you go just after the proposal it'll show the different areas. </w:t>
      </w:r>
    </w:p>
    <w:p>
      <w:r>
        <w:t xml:space="preserve">(Speaker C)  Yes Louie. </w:t>
      </w:r>
    </w:p>
    <w:p>
      <w:r>
        <w:t xml:space="preserve">(Speaker G)  I've looked at these areas. Louis Calvin Tree Finder Homes I've looked at these areas. He's correct. At the yuri on the right hand side by the entry needs to be totally replaced. Walk the rest of the area calculated it's going to be probably another 400 to 500 square foot of turf that we replaced. Yes. Replacing with floor tame or wall would probably be the best option. But for cost savings I think we replace what's damaged now and just do those and let the floor dam back in some of the the islands in there. So I would say probably not to exceeded like $3,000 to do this square footage wise by their pricing square footage. We should drop that proposal down quite a bit. </w:t>
      </w:r>
    </w:p>
    <w:p>
      <w:r>
        <w:t xml:space="preserve">(Speaker I)  Yeah, we can do that and piece it in. I'm just saying look, the last discussion that we had if you're moving towards going to Flor Tam later in the future that's what you may want to go with instead of piecing it in and then redoing it later. But it's whatever decided if it, it </w:t>
      </w:r>
    </w:p>
    <w:p>
      <w:r>
        <w:t xml:space="preserve">(Speaker M)  has to be redone again later. That doesn't make sense. </w:t>
      </w:r>
    </w:p>
    <w:p>
      <w:r>
        <w:t xml:space="preserve">(Speaker I)  We're trying to move away from the Prov vista is what we're we're talking about. </w:t>
      </w:r>
    </w:p>
    <w:p>
      <w:r>
        <w:t xml:space="preserve">(Speaker C)  So I think what the discussion was prior Mindy was that Kevin was really pushing to get rid of the Provista because it failed there. And I mean we don't know really if the previous landscaper </w:t>
      </w:r>
    </w:p>
    <w:p>
      <w:r>
        <w:t xml:space="preserve">(Speaker M)  had. </w:t>
      </w:r>
    </w:p>
    <w:p>
      <w:r>
        <w:t xml:space="preserve">(Speaker C)  You know they literally told me that they put fertilizer on it and didn't have water to it. So they basically burnt it up. So I think Louis has a good point for cost savings that we could just stick with the Provista instead of trying to replace all of that sod. </w:t>
      </w:r>
    </w:p>
    <w:p>
      <w:r>
        <w:t xml:space="preserve">(Speaker M)  But you're not replacing everything, it's just the very specific areas. </w:t>
      </w:r>
    </w:p>
    <w:p>
      <w:r>
        <w:t xml:space="preserve">(Speaker I)  Well you could like I said the, the front corner as you're coming in the entrance definitely would do floor tan there and then those two islands as well, now the bigger island, which is island one, there's not as much dead in there. So if you wanted to patch that into Provista, that would save a lot of money. Instead of repeating placing both sides of that first island. </w:t>
      </w:r>
    </w:p>
    <w:p>
      <w:r>
        <w:t xml:space="preserve">(Speaker A)  So if we piece them. If we pieced in area one and then just Redid Island 1, 2, 3. </w:t>
      </w:r>
    </w:p>
    <w:p>
      <w:r>
        <w:t xml:space="preserve">(Speaker C)  So say that again. So Area 1, we would. We would replace. We would take the provista out and replace with Flora Tan and I would </w:t>
      </w:r>
    </w:p>
    <w:p>
      <w:r>
        <w:t xml:space="preserve">(Speaker I)  do the same with 2 and 3. But then just piece in what is needed for Island 1 and Priority 3. At the bottom line. I can go re measure that. I mean that's. That's not as nowhere near as bad shape as the other islands. </w:t>
      </w:r>
    </w:p>
    <w:p>
      <w:r>
        <w:t xml:space="preserve">(Speaker A)  Okay. </w:t>
      </w:r>
    </w:p>
    <w:p>
      <w:r>
        <w:t xml:space="preserve">(Speaker M)  But even along the sidewall, even coming in on the skyline on the left side. </w:t>
      </w:r>
    </w:p>
    <w:p>
      <w:r>
        <w:t xml:space="preserve">(Speaker I)  Yeah. There's a lot of areas that are. </w:t>
      </w:r>
    </w:p>
    <w:p>
      <w:r>
        <w:t xml:space="preserve">(Speaker M)  That. I mean, I don't know if you plan to replace that or that whole airdance. </w:t>
      </w:r>
    </w:p>
    <w:p>
      <w:r>
        <w:t xml:space="preserve">(Speaker A)  Yeah. </w:t>
      </w:r>
    </w:p>
    <w:p>
      <w:r>
        <w:t xml:space="preserve">(Speaker I)  I can address as we're moving into it. </w:t>
      </w:r>
    </w:p>
    <w:p>
      <w:r>
        <w:t xml:space="preserve">(Speaker C)  Yeah, he can give us a quote on that. But as far as this quote that we're giving right now, I think that, that. So how much of a cost savings </w:t>
      </w:r>
    </w:p>
    <w:p>
      <w:r>
        <w:t xml:space="preserve">(Speaker I)  do you think if you want, we can just cross off priority three altogether because that's not quite as bad a shape. Do the first two priorities and then I can bring something different to the next meeting. </w:t>
      </w:r>
    </w:p>
    <w:p>
      <w:r>
        <w:t xml:space="preserve">(Speaker A)  Five grand instead of seven. </w:t>
      </w:r>
    </w:p>
    <w:p>
      <w:r>
        <w:t xml:space="preserve">(Speaker M)  I figured at least you have to do more too. I mean that. Because we're going to have to wind up doing it again later. Then it's just going to foster again later. So bite the bullet, pay the price. </w:t>
      </w:r>
    </w:p>
    <w:p>
      <w:r>
        <w:t xml:space="preserve">(Speaker H)  I mean, would it. </w:t>
      </w:r>
    </w:p>
    <w:p>
      <w:r>
        <w:t xml:space="preserve">(Speaker A)  Would the Flor Tam take over? </w:t>
      </w:r>
    </w:p>
    <w:p>
      <w:r>
        <w:t xml:space="preserve">(Speaker G)  It's. </w:t>
      </w:r>
    </w:p>
    <w:p>
      <w:r>
        <w:t xml:space="preserve">(Speaker I)  It's in areas where it won't spread. It's not butting up to another turf. </w:t>
      </w:r>
    </w:p>
    <w:p>
      <w:r>
        <w:t xml:space="preserve">(Speaker A)  Okay. </w:t>
      </w:r>
    </w:p>
    <w:p>
      <w:r>
        <w:t xml:space="preserve">(Speaker I)  St. Augustine won't spread that way before it can. </w:t>
      </w:r>
    </w:p>
    <w:p>
      <w:r>
        <w:t xml:space="preserve">(Speaker M)  We don't want to run this into next year's budget again. The problem happened this year, unfortunately. There's a lot of damage that has occurred in a year. This year. I don't want to see it playing into next year. </w:t>
      </w:r>
    </w:p>
    <w:p>
      <w:r>
        <w:t xml:space="preserve">(Speaker A)  I mean, I like the option of taken off to priority two and three. I mean three </w:t>
      </w:r>
    </w:p>
    <w:p>
      <w:r>
        <w:t xml:space="preserve">(Speaker M)  and then come back with another quote on what to do with that. I tend to agree with that. I'm not just looking to throw money. </w:t>
      </w:r>
    </w:p>
    <w:p>
      <w:r>
        <w:t xml:space="preserve">(Speaker A)  Yeah. But I mean it doesn't look good at all. What was that chinch box? </w:t>
      </w:r>
    </w:p>
    <w:p>
      <w:r>
        <w:t xml:space="preserve">(Speaker I)  It was a mixture. There could have been chinch. It was definitely lack of water. Mostly drought out. </w:t>
      </w:r>
    </w:p>
    <w:p>
      <w:r>
        <w:t xml:space="preserve">(Speaker C)  Yeah, it was the water. And then the previous Landscaper threw fertilizer on it when we didn't have water to it. Burnt it all up. He literally told me that they did that. All right, we'd be looking for a motion here. Mindy, you sound pretty. </w:t>
      </w:r>
    </w:p>
    <w:p>
      <w:r>
        <w:t xml:space="preserve">(Speaker M)  Yeah. </w:t>
      </w:r>
    </w:p>
    <w:p>
      <w:r>
        <w:t xml:space="preserve">(Speaker C)  Okay, you go. </w:t>
      </w:r>
    </w:p>
    <w:p>
      <w:r>
        <w:t xml:space="preserve">(Speaker B)  There's a motion to approve the full proposal? </w:t>
      </w:r>
    </w:p>
    <w:p>
      <w:r>
        <w:t xml:space="preserve">(Speaker A)  Yes. </w:t>
      </w:r>
    </w:p>
    <w:p>
      <w:r>
        <w:t xml:space="preserve">(Speaker B)  Is there a second? </w:t>
      </w:r>
    </w:p>
    <w:p>
      <w:r>
        <w:t xml:space="preserve">(Speaker D)  I'll second. </w:t>
      </w:r>
    </w:p>
    <w:p>
      <w:r>
        <w:t xml:space="preserve">(Speaker B)  Motion and a second. All in favor say aye. </w:t>
      </w:r>
    </w:p>
    <w:p>
      <w:r>
        <w:t xml:space="preserve">(Speaker C)  Aye. </w:t>
      </w:r>
    </w:p>
    <w:p>
      <w:r>
        <w:t xml:space="preserve">(Speaker B)  Any opposed hearing? None. Motion passes. Any other questions on irrigation? </w:t>
      </w:r>
    </w:p>
    <w:p>
      <w:r>
        <w:t xml:space="preserve">(Speaker C)  Yes. Hi. What all did we fix in that during. In between last meeting and this meeting? There was some emergent needs on irrigation that I approved. So I'd like to know what all was done there. </w:t>
      </w:r>
    </w:p>
    <w:p>
      <w:r>
        <w:t xml:space="preserve">(Speaker D)  So we're still working through it right now. It's a lightning damage. So we're still going through that process. We should be done by the end of this week. </w:t>
      </w:r>
    </w:p>
    <w:p>
      <w:r>
        <w:t xml:space="preserve">(Speaker C)  Okay, but what all was it? </w:t>
      </w:r>
    </w:p>
    <w:p>
      <w:r>
        <w:t xml:space="preserve">(Speaker D)  What have we found so far? We found that we got a valve just passed split over on that trail mark that's stuck on. We still trying to find it, but it won't be any extra charge in that valve. And then river, we got some lightning there as well. So we got the risk involved of rounding rods that are going to hit the ground. But it's in between every 500ft. So we're going through just cutting these out and finding. </w:t>
      </w:r>
    </w:p>
    <w:p>
      <w:r>
        <w:t xml:space="preserve">(Speaker C)  So that thing that the invoice that I approved to get fixed was related to the lightning damage? </w:t>
      </w:r>
    </w:p>
    <w:p>
      <w:r>
        <w:t xml:space="preserve">(Speaker M)  Yes, ma'. </w:t>
      </w:r>
    </w:p>
    <w:p>
      <w:r>
        <w:t xml:space="preserve">(Speaker E)  Am. </w:t>
      </w:r>
    </w:p>
    <w:p>
      <w:r>
        <w:t xml:space="preserve">(Speaker A)  Okay. </w:t>
      </w:r>
    </w:p>
    <w:p>
      <w:r>
        <w:t xml:space="preserve">(Speaker C)  That's all right. So that. </w:t>
      </w:r>
    </w:p>
    <w:p>
      <w:r>
        <w:t xml:space="preserve">(Speaker D)  So we're doing everything we can to bring that for you. So as we go through and get everything done, it will be cause savings to you guys on the bank. So it's more of a natural scene. </w:t>
      </w:r>
    </w:p>
    <w:p>
      <w:r>
        <w:t xml:space="preserve">(Speaker C)  Yeah, I was just worried that things were gonna die. </w:t>
      </w:r>
    </w:p>
    <w:p>
      <w:r>
        <w:t xml:space="preserve">(Speaker D)  I got you. Gotcha. We're getting stuff back up. </w:t>
      </w:r>
    </w:p>
    <w:p>
      <w:r>
        <w:t xml:space="preserve">(Speaker F)  Okay. </w:t>
      </w:r>
    </w:p>
    <w:p>
      <w:r>
        <w:t xml:space="preserve">(Speaker D)  We'll have it done by the end of this. </w:t>
      </w:r>
    </w:p>
    <w:p>
      <w:r>
        <w:t xml:space="preserve">(Speaker C)  Okay, perfect. Thank you. </w:t>
      </w:r>
    </w:p>
    <w:p>
      <w:r>
        <w:t xml:space="preserve">(Speaker D)  Any other question? </w:t>
      </w:r>
    </w:p>
    <w:p>
      <w:r>
        <w:t xml:space="preserve">(Speaker B)  Thank you guys. </w:t>
      </w:r>
    </w:p>
    <w:p>
      <w:r>
        <w:t xml:space="preserve">(Speaker A)  Thank you. </w:t>
      </w:r>
    </w:p>
    <w:p>
      <w:r>
        <w:t xml:space="preserve">(Speaker B)  Next we have the Florida water raiser. Do you have anybody at the Florida waterways? Jim, anything to report? No big updates. I know there's a couple of cons </w:t>
      </w:r>
    </w:p>
    <w:p>
      <w:r>
        <w:t xml:space="preserve">(Speaker L)  that we've heard about, some algae issues. So I've had them do a four retreats at the end of tri or bluegrass area. Other than that, I don't think anything else has come up there. </w:t>
      </w:r>
    </w:p>
    <w:p>
      <w:r>
        <w:t xml:space="preserve">(Speaker B)  Some of the new pumps, they took </w:t>
      </w:r>
    </w:p>
    <w:p>
      <w:r>
        <w:t xml:space="preserve">(Speaker L)  over towards the back of the community. They just start spraying the cattails. A lot of those ponds have them. So we're going to be working on that. And then as we discussed on the </w:t>
      </w:r>
    </w:p>
    <w:p>
      <w:r>
        <w:t xml:space="preserve">(Speaker B)  agenda call as well. </w:t>
      </w:r>
    </w:p>
    <w:p>
      <w:r>
        <w:t xml:space="preserve">(Speaker L)  I know we're going to start back with the stock and the carp and the carp barriers within the next few </w:t>
      </w:r>
    </w:p>
    <w:p>
      <w:r>
        <w:t xml:space="preserve">(Speaker B)  months when the weather turns. </w:t>
      </w:r>
    </w:p>
    <w:p>
      <w:r>
        <w:t xml:space="preserve">(Speaker L)  So other than that, I'm going to take any questions, </w:t>
      </w:r>
    </w:p>
    <w:p>
      <w:r>
        <w:t xml:space="preserve">(Speaker B)  any questions on the Lake Maintenance </w:t>
      </w:r>
    </w:p>
    <w:p>
      <w:r>
        <w:t xml:space="preserve">(Speaker M)  river race. </w:t>
      </w:r>
    </w:p>
    <w:p>
      <w:r>
        <w:t xml:space="preserve">(Speaker D)  Yeah. Thank you. Go ahead. </w:t>
      </w:r>
    </w:p>
    <w:p>
      <w:r>
        <w:t xml:space="preserve">(Speaker M)  On our pond maven, do we have any reports on what's happening with our ponds? </w:t>
      </w:r>
    </w:p>
    <w:p>
      <w:r>
        <w:t xml:space="preserve">(Speaker F)  So we don't have any thinker before. I know that were included in the board practice with everything else, right? </w:t>
      </w:r>
    </w:p>
    <w:p>
      <w:r>
        <w:t xml:space="preserve">(Speaker B)  Yeah, yeah, yeah. </w:t>
      </w:r>
    </w:p>
    <w:p>
      <w:r>
        <w:t xml:space="preserve">(Speaker F)  But I know that you and I had talked about it and we sent you some resources and some things. We had a chance to take a look. </w:t>
      </w:r>
    </w:p>
    <w:p>
      <w:r>
        <w:t xml:space="preserve">(Speaker D)  But I mean if you, if you look at the, the reports from the ponds and Reverie, I mean there's all kinds of stuff, algae and seeds and </w:t>
      </w:r>
    </w:p>
    <w:p>
      <w:r>
        <w:t xml:space="preserve">(Speaker F)  which are being treated. </w:t>
      </w:r>
    </w:p>
    <w:p>
      <w:r>
        <w:t xml:space="preserve">(Speaker B)  I think probably would be a good </w:t>
      </w:r>
    </w:p>
    <w:p>
      <w:r>
        <w:t xml:space="preserve">(Speaker F)  idea to meet with Toby like we talked about. </w:t>
      </w:r>
    </w:p>
    <w:p>
      <w:r>
        <w:t xml:space="preserve">(Speaker B)  Yeah, there is. This is, this is also a pretty common issue I'm seeing in all my districts right now with the, you know, the extreme heat. We had that drought for a long time. We're just now getting water. All those nutrients are flushing into the ponds. They are only allowed to treat per log so many times and use so much amount of chemicals. So they can't just come out and just keep treating and treating until it goes away. They have to wait a few weeks depending on the chemical. And then sometimes those treatments can take a week or two for the plant material to actually die and sink to the bottom. </w:t>
      </w:r>
    </w:p>
    <w:p>
      <w:r>
        <w:t xml:space="preserve">(Speaker D)  If you look at the reports, the trail mark looks. I'm sure that they're not perfect, but in terms of algae and other things, trail mark looks like they're pretty good. Now those are more mature ponds and I guess that has a lot to do with it as well. </w:t>
      </w:r>
    </w:p>
    <w:p>
      <w:r>
        <w:t xml:space="preserve">(Speaker J)  Our canal is horrible. </w:t>
      </w:r>
    </w:p>
    <w:p>
      <w:r>
        <w:t xml:space="preserve">(Speaker C)  Have you ever seen our canal? </w:t>
      </w:r>
    </w:p>
    <w:p>
      <w:r>
        <w:t xml:space="preserve">(Speaker D)  That's not. The canal's an exception. </w:t>
      </w:r>
    </w:p>
    <w:p>
      <w:r>
        <w:t xml:space="preserve">(Speaker J)  Yeah. </w:t>
      </w:r>
    </w:p>
    <w:p>
      <w:r>
        <w:t xml:space="preserve">(Speaker C)  Now there are some similar. Like if you look at the trail mark reports, there's some similar ponds that have some of the algae, if that's what you're talking about. The algae blooms. Like look at pond 23 in here. That looks awful. Have we asked Jim about doing additional treatments in any other ponds? Jennifer? </w:t>
      </w:r>
    </w:p>
    <w:p>
      <w:r>
        <w:t xml:space="preserve">(Speaker F)  I can't say that I've met with him. </w:t>
      </w:r>
    </w:p>
    <w:p>
      <w:r>
        <w:t xml:space="preserve">(Speaker C)  Okay. If you could just reach out to him and see what the options are for additional treatments or what he would suggest to assist with the algae blooms in the Reverie ponds, that'd be great. </w:t>
      </w:r>
    </w:p>
    <w:p>
      <w:r>
        <w:t xml:space="preserve">(Speaker F)  I'll talk to Toby too because I know when he comes out they talk. He does talk. And I can check with Toby. What they've had conversations about. But again, I really, like we had talked about, I think it's a good idea for you to also meet with </w:t>
      </w:r>
    </w:p>
    <w:p>
      <w:r>
        <w:t xml:space="preserve">(Speaker C)  them to talk about like some of </w:t>
      </w:r>
    </w:p>
    <w:p>
      <w:r>
        <w:t xml:space="preserve">(Speaker F)  the things that Daniel has talked about, but also just understanding like what the season's bring, what the conditions are, things like that. So. And I know that from what I can recall, there has been. We talk to the landscapers about blowing grass into it when you're doing the ponds, things like that. </w:t>
      </w:r>
    </w:p>
    <w:p>
      <w:r>
        <w:t xml:space="preserve">(Speaker C)  So. </w:t>
      </w:r>
    </w:p>
    <w:p>
      <w:r>
        <w:t xml:space="preserve">(Speaker F)  But let's meet, let's get you up to speed and everything. </w:t>
      </w:r>
    </w:p>
    <w:p>
      <w:r>
        <w:t xml:space="preserve">(Speaker N)  And Sarah has an update. </w:t>
      </w:r>
    </w:p>
    <w:p>
      <w:r>
        <w:t xml:space="preserve">(Speaker F)  Sarah has an update. Sarah's a new manager. </w:t>
      </w:r>
    </w:p>
    <w:p>
      <w:r>
        <w:t xml:space="preserve">(Speaker C)  Hi, Sarah. </w:t>
      </w:r>
    </w:p>
    <w:p>
      <w:r>
        <w:t xml:space="preserve">(Speaker D)  Saying that mature ponds tend to do better than. </w:t>
      </w:r>
    </w:p>
    <w:p>
      <w:r>
        <w:t xml:space="preserve">(Speaker B)  Yeah, I mean, mature to a point, and then once they get really old, they can also start to have problems again. I mean, it really comes down to the ecosystem of the podcast pond, the nutrients, the nitrogen, all these different things. So, like the grass carp, for instance, are going to help a lot once we get that because they eat all that vegetation that normally would just die and rot in the pond. They'll eat that before it lets it release all that in. So that's typically one of the better things we see. But yeah, no, your newer ponds, very new ponds usually are fine. Then they can have some trouble and they kind of will balance out a little bit. But I mean, I've had a couple ponds in my time that just. We had like fish kills out of nowhere. You never know, like just completely natural causes. </w:t>
      </w:r>
    </w:p>
    <w:p>
      <w:r>
        <w:t xml:space="preserve">(Speaker C)  So the other thing, I don't think that we approved any carp for Reverie. Right. </w:t>
      </w:r>
    </w:p>
    <w:p>
      <w:r>
        <w:t xml:space="preserve">(Speaker B)  I thought they were working on the barriers there. </w:t>
      </w:r>
    </w:p>
    <w:p>
      <w:r>
        <w:t xml:space="preserve">(Speaker C)  Can you check on that, Sarah? Can you check with Jim? And if you're gonna meet with Jim too, that would be the next question. I know that we approved and we're getting carp ready for some of the more problem ponds in side of trail. Mark. I'm not 100% that we did that for Reverie. So we need to check with Jim to see if not. If not, we need to go ahead and do that because we're coming into the cooler months where that's the time to put them in. So we can already get all that ball rolling to get that done. But that's basically the only thing that really will help with the algae for </w:t>
      </w:r>
    </w:p>
    <w:p>
      <w:r>
        <w:t xml:space="preserve">(Speaker M)  years. </w:t>
      </w:r>
    </w:p>
    <w:p>
      <w:r>
        <w:t xml:space="preserve">(Speaker C)  But unfortunately, algae blooms are a constant battle. </w:t>
      </w:r>
    </w:p>
    <w:p>
      <w:r>
        <w:t xml:space="preserve">(Speaker B)  Everything goes into it. Like, you know, the residents fertilize their yards. That all washes in. So some people have get a ton of fertilization and that creates algae blooms when it gets to the farm. </w:t>
      </w:r>
    </w:p>
    <w:p>
      <w:r>
        <w:t xml:space="preserve">(Speaker D)  We had this discussion. The board had a discussion maybe last year about it's a catch 22 and a lot of the rest. Residents don't want to see growth by the pond. But that would help. </w:t>
      </w:r>
    </w:p>
    <w:p>
      <w:r>
        <w:t xml:space="preserve">(Speaker B)  It would, yeah. I mean, I've seen some districts where they grow the cattails on purpose along the edge because it does filter coming in. One of the biggest complaints I get overall is long grass in the ponds. </w:t>
      </w:r>
    </w:p>
    <w:p>
      <w:r>
        <w:t xml:space="preserve">(Speaker D)  But I think that's a great idea to explore what we need to fish. What are the other options? </w:t>
      </w:r>
    </w:p>
    <w:p>
      <w:r>
        <w:t xml:space="preserve">(Speaker A)  So everything. </w:t>
      </w:r>
    </w:p>
    <w:p>
      <w:r>
        <w:t xml:space="preserve">(Speaker H)  Most of the data set is accurate. The algae blooms are related to your lawn maintenance clippings getting into the pond. That's what they're there to do is to filter out your nitrogens that are in your lawn fertilizers. This time of year, it's common for them to start to show. But from what I've seen in the neighborhood, they have kind of. </w:t>
      </w:r>
    </w:p>
    <w:p>
      <w:r>
        <w:t xml:space="preserve">(Speaker A)  With the rain events that we're having, </w:t>
      </w:r>
    </w:p>
    <w:p>
      <w:r>
        <w:t xml:space="preserve">(Speaker H)  you don't get rain. Like we're coming out of a long, long drought. In the winter. The water just sits in the pond and it's not cycling. So now that we're getting regular rains, the water is starting to cycle in and out of the pond. It'll reduce your algae blooms. If we leave those natural vegetative like buffers along the bank, it will help. So going through and spraying them down with the. </w:t>
      </w:r>
    </w:p>
    <w:p>
      <w:r>
        <w:t xml:space="preserve">(Speaker D)  Whatever the. </w:t>
      </w:r>
    </w:p>
    <w:p>
      <w:r>
        <w:t xml:space="preserve">(Speaker H)  Those chemicals are that meet, like the vegetation, it'll kind of take care of itself along with this grass. </w:t>
      </w:r>
    </w:p>
    <w:p>
      <w:r>
        <w:t xml:space="preserve">(Speaker B)  Carpenter. </w:t>
      </w:r>
    </w:p>
    <w:p>
      <w:r>
        <w:t xml:space="preserve">(Speaker H)  I was actually at a pond this morning and there must have been a thousand dead fish sitting in it. I don't know what could have caused it. You can have the water tested to see. </w:t>
      </w:r>
    </w:p>
    <w:p>
      <w:r>
        <w:t xml:space="preserve">(Speaker J)  Not in our neighborhood. </w:t>
      </w:r>
    </w:p>
    <w:p>
      <w:r>
        <w:t xml:space="preserve">(Speaker H)  In our neighborhood, really. 32 the bluegrass I know my pond </w:t>
      </w:r>
    </w:p>
    <w:p>
      <w:r>
        <w:t xml:space="preserve">(Speaker J)  was smelling the other day and I looked for fish. I didn't see any. </w:t>
      </w:r>
    </w:p>
    <w:p>
      <w:r>
        <w:t xml:space="preserve">(Speaker H)  Yeah, that's a very recognizable like. </w:t>
      </w:r>
    </w:p>
    <w:p>
      <w:r>
        <w:t xml:space="preserve">(Speaker K)  Oh, gosh. </w:t>
      </w:r>
    </w:p>
    <w:p>
      <w:r>
        <w:t xml:space="preserve">(Speaker L)  Jim's aware of it. He's going to be out Thursday or tomorrow to take a look. He thinks it might be because of the heat levels, because the fish could be the heat. So he thinks it's that. But they're going to test the levels </w:t>
      </w:r>
    </w:p>
    <w:p>
      <w:r>
        <w:t xml:space="preserve">(Speaker A)  and make sure everything there. </w:t>
      </w:r>
    </w:p>
    <w:p>
      <w:r>
        <w:t xml:space="preserve">(Speaker J)  Yes. </w:t>
      </w:r>
    </w:p>
    <w:p>
      <w:r>
        <w:t xml:space="preserve">(Speaker H)  So the deeper the ponds are, the better they'll respond to temperature changes. That specific pond on the drawings is very deep. So I don't know if that's probably happening. </w:t>
      </w:r>
    </w:p>
    <w:p>
      <w:r>
        <w:t xml:space="preserve">(Speaker B)  What they call it, there's like a. Something flipped. Where essentially there's like hotter, less oxygenated water on the top and there's cold or More oxygenated in the water. And it's a natural occurrence where this will flip and the fish will actually basically suffocate. And that's what causes. It can cause a big fish kill that can issue. </w:t>
      </w:r>
    </w:p>
    <w:p>
      <w:r>
        <w:t xml:space="preserve">(Speaker H)  So, like the fish that were dead or fish that are common to see up closer to the bank. </w:t>
      </w:r>
    </w:p>
    <w:p>
      <w:r>
        <w:t xml:space="preserve">(Speaker A)  Just pipe them all out. Are we going to have to replace the carp now, too? </w:t>
      </w:r>
    </w:p>
    <w:p>
      <w:r>
        <w:t xml:space="preserve">(Speaker H)  No, these aren't carp, and carp will find their way to deep water. These are like little sunfish. It was all the same species of </w:t>
      </w:r>
    </w:p>
    <w:p>
      <w:r>
        <w:t xml:space="preserve">(Speaker B)  fish that were dead. </w:t>
      </w:r>
    </w:p>
    <w:p>
      <w:r>
        <w:t xml:space="preserve">(Speaker D)  That's. </w:t>
      </w:r>
    </w:p>
    <w:p>
      <w:r>
        <w:t xml:space="preserve">(Speaker B)  That's usually lack of oxygen. </w:t>
      </w:r>
    </w:p>
    <w:p>
      <w:r>
        <w:t xml:space="preserve">(Speaker A)  Yeah, got it. Okay. We didn't lose money. </w:t>
      </w:r>
    </w:p>
    <w:p>
      <w:r>
        <w:t xml:space="preserve">(Speaker B)  The caro. </w:t>
      </w:r>
    </w:p>
    <w:p>
      <w:r>
        <w:t xml:space="preserve">(Speaker A)  No, no, no. </w:t>
      </w:r>
    </w:p>
    <w:p>
      <w:r>
        <w:t xml:space="preserve">(Speaker H)  The carp will survive </w:t>
      </w:r>
    </w:p>
    <w:p>
      <w:r>
        <w:t xml:space="preserve">(Speaker D)  option would also include installation of gates and. </w:t>
      </w:r>
    </w:p>
    <w:p>
      <w:r>
        <w:t xml:space="preserve">(Speaker H)  Yeah, there's all the permitting process. </w:t>
      </w:r>
    </w:p>
    <w:p>
      <w:r>
        <w:t xml:space="preserve">(Speaker J)  They're surprisingly cheap. Yeah, the barriers are not expensive. </w:t>
      </w:r>
    </w:p>
    <w:p>
      <w:r>
        <w:t xml:space="preserve">(Speaker B)  They just take time. They're more time consuming than anything. So you can fabricate them for each. </w:t>
      </w:r>
    </w:p>
    <w:p>
      <w:r>
        <w:t xml:space="preserve">(Speaker C)  All right, moving on. </w:t>
      </w:r>
    </w:p>
    <w:p>
      <w:r>
        <w:t xml:space="preserve">(Speaker B)  All right, next we have consideration of community requests. The first one we have is Medicare Maze educational program. Do we have anyone on the phone for that? I didn't hear a beep in, so I don't think anybody's on the phone for it. </w:t>
      </w:r>
    </w:p>
    <w:p>
      <w:r>
        <w:t xml:space="preserve">(Speaker M)  Well, I mean, I can talk to it. Go for it. He's actually come to Reverie quite a few times and he's been very helpful. He's not necessarily selling anything, but he's letting all the residents understand the different options that are available for Medicare Advantage supplement, the different types of supplements. And trying to help the people that live there navigate through Medicare has been very, very helpful. </w:t>
      </w:r>
    </w:p>
    <w:p>
      <w:r>
        <w:t xml:space="preserve">(Speaker C)  Two thirds he sells insurance. </w:t>
      </w:r>
    </w:p>
    <w:p>
      <w:r>
        <w:t xml:space="preserve">(Speaker K)  That's. </w:t>
      </w:r>
    </w:p>
    <w:p>
      <w:r>
        <w:t xml:space="preserve">(Speaker C)  That's my only thing is he's selling a service because we have in the past denied other people the use of our amenity center for sales like purposes like real estate agents and such like that. So that would be my only issue is that even though he's not actively selling, he does, you know, have a business doing this. </w:t>
      </w:r>
    </w:p>
    <w:p>
      <w:r>
        <w:t xml:space="preserve">(Speaker M)  Well, there's a lot of people that have a business doing it that people know about in the neighborhood. He's not advertising. Call me and sign up with me. </w:t>
      </w:r>
    </w:p>
    <w:p>
      <w:r>
        <w:t xml:space="preserve">(Speaker C)  I mean, I think as long as he's not doing that, then it would be all right. If he's just doing like a presentation and this. Oh, so. So we want this two to three times a year. </w:t>
      </w:r>
    </w:p>
    <w:p>
      <w:r>
        <w:t xml:space="preserve">(Speaker M)  At least twice a year would be helpful. Or at least once before Medicare before the signing. </w:t>
      </w:r>
    </w:p>
    <w:p>
      <w:r>
        <w:t xml:space="preserve">(Speaker J)  November before. </w:t>
      </w:r>
    </w:p>
    <w:p>
      <w:r>
        <w:t xml:space="preserve">(Speaker M)  Like November. </w:t>
      </w:r>
    </w:p>
    <w:p>
      <w:r>
        <w:t xml:space="preserve">(Speaker A)  Yeah. </w:t>
      </w:r>
    </w:p>
    <w:p>
      <w:r>
        <w:t xml:space="preserve">(Speaker M)  So in the fall, he at least had it once a year. He is very informative. </w:t>
      </w:r>
    </w:p>
    <w:p>
      <w:r>
        <w:t xml:space="preserve">(Speaker A)  He does have in here it says that these are purely informational workshops. Presenters explain basics of Medicare. Parts A, B, C and D are federally prohibited from mentioning specific plan names, comparing carriers or distributing enrollment applications. </w:t>
      </w:r>
    </w:p>
    <w:p>
      <w:r>
        <w:t xml:space="preserve">(Speaker M)  Right. </w:t>
      </w:r>
    </w:p>
    <w:p>
      <w:r>
        <w:t xml:space="preserve">(Speaker C)  I mean, and then again, here's the other thing I'm going to bring up is that I thought we were shying away from having residents resident led anything after the thing that happened before. And so here we have another resident led event going on. </w:t>
      </w:r>
    </w:p>
    <w:p>
      <w:r>
        <w:t xml:space="preserve">(Speaker M)  I wasn't aware of trying away from. As long as they conform to our rules and regulations. I don't think if there's somebody that can provide a service that they should be turned away as long as they're not actively selling anything or creating a club group type of thing. Somebody just coming in and providing much needed information, I think would be a good thing. </w:t>
      </w:r>
    </w:p>
    <w:p>
      <w:r>
        <w:t xml:space="preserve">(Speaker J)  Has he done it here before? </w:t>
      </w:r>
    </w:p>
    <w:p>
      <w:r>
        <w:t xml:space="preserve">(Speaker M)  Yes, many times. </w:t>
      </w:r>
    </w:p>
    <w:p>
      <w:r>
        <w:t xml:space="preserve">(Speaker J)  Where? </w:t>
      </w:r>
    </w:p>
    <w:p>
      <w:r>
        <w:t xml:space="preserve">(Speaker M)  At our Reverie Amenity Center, I guess </w:t>
      </w:r>
    </w:p>
    <w:p>
      <w:r>
        <w:t xml:space="preserve">(Speaker C)  without the board's knowledge. </w:t>
      </w:r>
    </w:p>
    <w:p>
      <w:r>
        <w:t xml:space="preserve">(Speaker A)  So he was just doing it with. </w:t>
      </w:r>
    </w:p>
    <w:p>
      <w:r>
        <w:t xml:space="preserve">(Speaker J)  So he was just doing. </w:t>
      </w:r>
    </w:p>
    <w:p>
      <w:r>
        <w:t xml:space="preserve">(Speaker M)  Well, this is like two years ago. People didn't get a lot. I mean, he went through whoever was running the amenities center at that point. He didn't just walk in and set up, you know, a workshop. </w:t>
      </w:r>
    </w:p>
    <w:p>
      <w:r>
        <w:t xml:space="preserve">(Speaker C)  Jerry, what do you think? </w:t>
      </w:r>
    </w:p>
    <w:p>
      <w:r>
        <w:t xml:space="preserve">(Speaker M)  But last year he was told no because of that issue with other people selling things. The perception of him was that he was trying to sell services, which is not what he's doing. </w:t>
      </w:r>
    </w:p>
    <w:p>
      <w:r>
        <w:t xml:space="preserve">(Speaker D)  I would have to agree with you all. He's not retired now. I just looked, I thought I read somewhere that he was retired, but he's still an active. Active in the business. And there's a. So the residents would go, oh, I've got a face and a name and a number. Even though he's not actively advertising. And I think it opens the door for other things. </w:t>
      </w:r>
    </w:p>
    <w:p>
      <w:r>
        <w:t xml:space="preserve">(Speaker C)  Yeah, it's just like I said, when it came to a real estate agent that we turned away, she was wanting to provide food, do an educational type thing. It's not that she was selling real estate and saying, come, come with me. It's just she was using our facilities to hold something and same thing. She wasn't actively selling, but it was the same situation. </w:t>
      </w:r>
    </w:p>
    <w:p>
      <w:r>
        <w:t xml:space="preserve">(Speaker D)  If there's another way to do this, I mean, without using the facilities. I think it's a great idea. </w:t>
      </w:r>
    </w:p>
    <w:p>
      <w:r>
        <w:t xml:space="preserve">(Speaker J)  I think Everybody that's over 65, myself included, we all went, we all went on the phone and talked to whoever we chose to walk us through Medicare. It was free. We got a lot of good information. We got information about all the different companies that are out There and then we chose and it's not that far. </w:t>
      </w:r>
    </w:p>
    <w:p>
      <w:r>
        <w:t xml:space="preserve">(Speaker M)  Let me ask you something. You went through all that. Do you know what happens if you have plan F or plan G and you change your mind midstream that you want to change? </w:t>
      </w:r>
    </w:p>
    <w:p>
      <w:r>
        <w:t xml:space="preserve">(Speaker J)  You can't. </w:t>
      </w:r>
    </w:p>
    <w:p>
      <w:r>
        <w:t xml:space="preserve">(Speaker M)  Yeah, you can, but you have to go through a medical evaluation. Right. There's a lot of if, ands and buts when it comes to the Medicare rules. And that's why I say it is so helpful to have somebody that you can ask these questions. </w:t>
      </w:r>
    </w:p>
    <w:p>
      <w:r>
        <w:t xml:space="preserve">(Speaker A)  I think it's good intention here. I just think there's a. To Jerry's point, I think it's just a conflict of interest with him being selling insurance already. Like, I understand the intent behind it. I know he's federally bound to it, but he's. </w:t>
      </w:r>
    </w:p>
    <w:p>
      <w:r>
        <w:t xml:space="preserve">(Speaker B)  I mean, he's. </w:t>
      </w:r>
    </w:p>
    <w:p>
      <w:r>
        <w:t xml:space="preserve">(Speaker D)  Does he have a local office? </w:t>
      </w:r>
    </w:p>
    <w:p>
      <w:r>
        <w:t xml:space="preserve">(Speaker M)  No, his office is in Ohio. </w:t>
      </w:r>
    </w:p>
    <w:p>
      <w:r>
        <w:t xml:space="preserve">(Speaker A)  I'm just saying. I also think he doesn't work here. It kind of reopens up the Pandora's box that we just had to close. </w:t>
      </w:r>
    </w:p>
    <w:p>
      <w:r>
        <w:t xml:space="preserve">(Speaker K)  I agree. </w:t>
      </w:r>
    </w:p>
    <w:p>
      <w:r>
        <w:t xml:space="preserve">(Speaker J)  Don't they have these things at the library all the time anyway? </w:t>
      </w:r>
    </w:p>
    <w:p>
      <w:r>
        <w:t xml:space="preserve">(Speaker B)  Yeah, I mean, maybe. </w:t>
      </w:r>
    </w:p>
    <w:p>
      <w:r>
        <w:t xml:space="preserve">(Speaker C)  Like I'm sure people could reach out and get his phone number, talk to him on the phone. </w:t>
      </w:r>
    </w:p>
    <w:p>
      <w:r>
        <w:t xml:space="preserve">(Speaker A)  Just don't want to say it's the best platform. </w:t>
      </w:r>
    </w:p>
    <w:p>
      <w:r>
        <w:t xml:space="preserve">(Speaker C)  Yeah, me either. And I. I just don't want to start over again. And like I said, it will open the door for other things like real estate agents or whomever has a business to come, do educational type things. </w:t>
      </w:r>
    </w:p>
    <w:p>
      <w:r>
        <w:t xml:space="preserve">(Speaker A)  Mental health. </w:t>
      </w:r>
    </w:p>
    <w:p>
      <w:r>
        <w:t xml:space="preserve">(Speaker M)  When we do trail market and we have private individuals that live in the community and they're selling their wares at our. At the Reverie. They do a Reverie. We just did one like a Minnesota. We don't all have people that come into the immigrant center to show things that they're providing. </w:t>
      </w:r>
    </w:p>
    <w:p>
      <w:r>
        <w:t xml:space="preserve">(Speaker J)  We don't know about it. </w:t>
      </w:r>
    </w:p>
    <w:p>
      <w:r>
        <w:t xml:space="preserve">(Speaker M)  You know, I'm talking about Jennifer. You just did it like a week ago. Well, I didn't. </w:t>
      </w:r>
    </w:p>
    <w:p>
      <w:r>
        <w:t xml:space="preserve">(Speaker B)  I would have been there. </w:t>
      </w:r>
    </w:p>
    <w:p>
      <w:r>
        <w:t xml:space="preserve">(Speaker N)  Was it ran through lifestyle? </w:t>
      </w:r>
    </w:p>
    <w:p>
      <w:r>
        <w:t xml:space="preserve">(Speaker C)  Was it ran through lifestyle? </w:t>
      </w:r>
    </w:p>
    <w:p>
      <w:r>
        <w:t xml:space="preserve">(Speaker J)  It wasn't through lifestyle. </w:t>
      </w:r>
    </w:p>
    <w:p>
      <w:r>
        <w:t xml:space="preserve">(Speaker M)  No, no, it's through. They have an event. </w:t>
      </w:r>
    </w:p>
    <w:p>
      <w:r>
        <w:t xml:space="preserve">(Speaker B)  Who's they? </w:t>
      </w:r>
    </w:p>
    <w:p>
      <w:r>
        <w:t xml:space="preserve">(Speaker M)  They in the amenity center have an event. And there are just the different. </w:t>
      </w:r>
    </w:p>
    <w:p>
      <w:r>
        <w:t xml:space="preserve">(Speaker J)  We would have heard about it at this meeting ahead of time. </w:t>
      </w:r>
    </w:p>
    <w:p>
      <w:r>
        <w:t xml:space="preserve">(Speaker D)  Well, the showcase was the club. </w:t>
      </w:r>
    </w:p>
    <w:p>
      <w:r>
        <w:t xml:space="preserve">(Speaker J)  It's a club run thing. </w:t>
      </w:r>
    </w:p>
    <w:p>
      <w:r>
        <w:t xml:space="preserve">(Speaker A)  Is there just as an option, is there a way that we could have like a health and wellness seminar or something through lifestyle? </w:t>
      </w:r>
    </w:p>
    <w:p>
      <w:r>
        <w:t xml:space="preserve">(Speaker C)  Yeah. </w:t>
      </w:r>
    </w:p>
    <w:p>
      <w:r>
        <w:t xml:space="preserve">(Speaker A)  Maybe just invite the guy. </w:t>
      </w:r>
    </w:p>
    <w:p>
      <w:r>
        <w:t xml:space="preserve">(Speaker J)  Yeah. </w:t>
      </w:r>
    </w:p>
    <w:p>
      <w:r>
        <w:t xml:space="preserve">(Speaker C)  Yeah. So I'd like to Make a motion to deny this request. </w:t>
      </w:r>
    </w:p>
    <w:p>
      <w:r>
        <w:t xml:space="preserve">(Speaker B)  We could just take no action. </w:t>
      </w:r>
    </w:p>
    <w:p>
      <w:r>
        <w:t xml:space="preserve">(Speaker C)  Oh, okay. </w:t>
      </w:r>
    </w:p>
    <w:p>
      <w:r>
        <w:t xml:space="preserve">(Speaker B)  Really be. If you wanted to make a motion, it might not pass. Or we could just take no action. </w:t>
      </w:r>
    </w:p>
    <w:p>
      <w:r>
        <w:t xml:space="preserve">(Speaker M)  Same thing. </w:t>
      </w:r>
    </w:p>
    <w:p>
      <w:r>
        <w:t xml:space="preserve">(Speaker A)  I think that may be a good option. </w:t>
      </w:r>
    </w:p>
    <w:p>
      <w:r>
        <w:t xml:space="preserve">(Speaker M)  I think that's a good option. </w:t>
      </w:r>
    </w:p>
    <w:p>
      <w:r>
        <w:t xml:space="preserve">(Speaker A)  Provide that as like, hey, we do making through lifestyles. Puts on a health and wellness type. </w:t>
      </w:r>
    </w:p>
    <w:p>
      <w:r>
        <w:t xml:space="preserve">(Speaker J)  Invite a lot of people. </w:t>
      </w:r>
    </w:p>
    <w:p>
      <w:r>
        <w:t xml:space="preserve">(Speaker A)  Invite different. Yeah, different. I mean, it could be mental health, it could be cardio health. It could be. </w:t>
      </w:r>
    </w:p>
    <w:p>
      <w:r>
        <w:t xml:space="preserve">(Speaker C)  Maybe there's a chiropractor in the neighborhood, whoever. Massage therapist. </w:t>
      </w:r>
    </w:p>
    <w:p>
      <w:r>
        <w:t xml:space="preserve">(Speaker J)  She wanted to set up a trailer </w:t>
      </w:r>
    </w:p>
    <w:p>
      <w:r>
        <w:t xml:space="preserve">(Speaker C)  with the real estate agent. I mean, everybody. Yeah. All right, moving on. </w:t>
      </w:r>
    </w:p>
    <w:p>
      <w:r>
        <w:t xml:space="preserve">(Speaker B)  All right, so next week, I don't think we need explosion speak about the same word. The request for the event that you were looking to have. </w:t>
      </w:r>
    </w:p>
    <w:p>
      <w:r>
        <w:t xml:space="preserve">(Speaker M)  No, that's been presented to Lifestyle. We were getting a band together privately in the community. For the whole community, though. It wasn't just a small group of people. And we ran it past Vanya and she said that she's going to look into doing the event through lifestyle. Okay, so I don't need to bring it. </w:t>
      </w:r>
    </w:p>
    <w:p>
      <w:r>
        <w:t xml:space="preserve">(Speaker B)  We'll go ahead then. Then move on to consideration of fence measement encroachment requests for lot 122. So this is. I know it's kind of newer. We actually had this discussion on the our agenda call about processes. You know, the district has around certain ponds. Sometimes even if it is a wetland, the district will have easement access to to get to those. If we need to make repairs for the ponds, that we be mowing the pond banks, maintaining the ponds. But it does happen that either the HOA is not aware or the homeowner just has a fence installed. Where they'll put a fence within the district easement and it blocks our access. So the appropriate process is that when the HOA receives a request for a fence installation, they should flag that. If there's a CDD easement there and that resident reaches out to me, which is brought to the board, the board has the ability to approve the installation. And if they do, there is an agreement that's drafted, signed by the district and the resident, stating essentially that the district is allowing the fence to be there. But if we need that easement, they have to move the fence at their expense. And that agreement is recorded with the property. So if it sells, the new homeowners know that's the case. So we do have something that we're going to be working on. We discussed is doing an assessment of the whole community Seeing where areas have been blocked because there have been blocks that have occurred, whether the HOA approved it, not knowing there was an easement there. There are fences. So beyond that I did get this request from a resident. He is looking to install a fence on his property and you'll see it's like page 78 after all the pictures. There's a survey in there and you'll see how he wants the. The red line is where he's looking to install it. So that would be essentially cutting off the entire 15 foot access easement on the side as well as the easement on the back of the pond. Because there's an eight foot easement in case we need to do like pond bank repair and heavy equipment needs to get through. And then I did get rich with speak with Dan just to confirm. Typically when they design these there's usually multiple easements around certain ponds so they're not using the same yard every time. In this case there's only one other. Two of the other places are blocked which is something we're going to look into and we'll come back to you with options on what to do after that. There was one area currently that is a home in an empty lot and there is an easement between them and that easement is open. So there is that access point but that would be the last access point if this is approved. There are options too about if. If he's blocking. If you in the 15 foot easement portion putting in a gate so we could get through. That is also an option. </w:t>
      </w:r>
    </w:p>
    <w:p>
      <w:r>
        <w:t xml:space="preserve">(Speaker A)  That's what I was thinking. </w:t>
      </w:r>
    </w:p>
    <w:p>
      <w:r>
        <w:t xml:space="preserve">(Speaker B)  What's the like what you said average gate size you would want. </w:t>
      </w:r>
    </w:p>
    <w:p>
      <w:r>
        <w:t xml:space="preserve">(Speaker H)  You probably want to try and get something close to 54 to 60 inches. It depends on the material like what they're getting through there. But for bank maintenance like for long equipment because there's before most resident gates before they just have to put one at the entrance to the yard and then one out of the back of the. </w:t>
      </w:r>
    </w:p>
    <w:p>
      <w:r>
        <w:t xml:space="preserve">(Speaker A)  What's the. I guess you could probably custom build with. On. On that. </w:t>
      </w:r>
    </w:p>
    <w:p>
      <w:r>
        <w:t xml:space="preserve">(Speaker C)  So can you speak to what the district is looking at when we're allowing fences in the easements? </w:t>
      </w:r>
    </w:p>
    <w:p>
      <w:r>
        <w:t xml:space="preserve">(Speaker A)  So we went long term. </w:t>
      </w:r>
    </w:p>
    <w:p>
      <w:r>
        <w:t xml:space="preserve">(Speaker H)  Yeah. Off of the agenda call. I actually just handed Sarah a flash drive. We went through the drawings we received from ETM this past month and highlighted all of your easement areas. So it's an easier reference for you </w:t>
      </w:r>
    </w:p>
    <w:p>
      <w:r>
        <w:t xml:space="preserve">(Speaker A)  guys that's on a flash drive that GMS has now. </w:t>
      </w:r>
    </w:p>
    <w:p>
      <w:r>
        <w:t xml:space="preserve">(Speaker H)  But if so the top of your bank is supposed to be a flat Maintenance area, that easement, the backside of that eight foot is a typical width. That backside of that easement. I would advise not placing the fence encroaching into them because that's where these guys have the issue with. They're only stuck riding their equipment on the actual bank. So if you. Can see, these lots are all here. Right. This is a pond at the top of the bank. Inside side of the property line is part of that access easement. </w:t>
      </w:r>
    </w:p>
    <w:p>
      <w:r>
        <w:t xml:space="preserve">(Speaker C)  Right. </w:t>
      </w:r>
    </w:p>
    <w:p>
      <w:r>
        <w:t xml:space="preserve">(Speaker H)  So if you set the fence, assuming the pond was built correctly, with that bank more or less flat on the back or on the home side of the easement, then you should be. So you're just telling them they can't have the use of the entire yard to the grade break. It has to come back in. So we have a flat tier space. Like you'd have to get a surveyor to stake that out when they do their fencing so you can make that requirement. </w:t>
      </w:r>
    </w:p>
    <w:p>
      <w:r>
        <w:t xml:space="preserve">(Speaker C)  And then other than that, is there other issues long term that the district would look at with the easements, not only for maintenance purposes, but does it affect drainage? What, what kind of things? </w:t>
      </w:r>
    </w:p>
    <w:p>
      <w:r>
        <w:t xml:space="preserve">(Speaker H)  Yeah. </w:t>
      </w:r>
    </w:p>
    <w:p>
      <w:r>
        <w:t xml:space="preserve">(Speaker C)  So everybody's educated on what we're approving here. </w:t>
      </w:r>
    </w:p>
    <w:p>
      <w:r>
        <w:t xml:space="preserve">(Speaker H)  It is case by case basis. I have seen in other districts where you have homes on smaller setbacks, about 5 foot to 10 foot side yard setbacks that also have roof gutters and downspouts where they're both point discharging water to that property line swale, and it's very close and then it rides down the fence line. So in those scenarios we see more pond bank failure where you have more space between the homes. We don't see it as much. So if they are able to control their water, it would really be a case by case basis. But you have to see what their roof conditions are, how close the homes are to each other. Is it one of those black aluminum fences? Is it a PVC fence? We see it more often, often with the PVC fence posts. It could be related to when they bury the fence post back, that they're not compacting that soil and really stabilizing it back to its original condition. So it's loose around the post. And as that water is running and getting turbulent around the post, it starts to over time just loosen and let go. And sometimes, I don't know, you know, you really see much evidence of it starting until like you can put a car in it sometimes. So it really, it depends on the scenario. </w:t>
      </w:r>
    </w:p>
    <w:p>
      <w:r>
        <w:t xml:space="preserve">(Speaker B)  I do want to mention too, to correct my original statement, they're requesting seven and a half feet into the 15 foot easement. So there still would be seven and a half feet open. </w:t>
      </w:r>
    </w:p>
    <w:p>
      <w:r>
        <w:t xml:space="preserve">(Speaker H)  Well, so it depends. Yeah. So the set, these are 30 footers, most of them. And then from that center you have the unobstructed seven and a half in each direction. So if they're requesting to put the fence to the property lines, this one </w:t>
      </w:r>
    </w:p>
    <w:p>
      <w:r>
        <w:t xml:space="preserve">(Speaker B)  is a 15 on each side. </w:t>
      </w:r>
    </w:p>
    <w:p>
      <w:r>
        <w:t xml:space="preserve">(Speaker H)  Oh, so they're gonna leave a gap. So then that would be fine. And that's plenty of space for equipment, even heavy equipment, if we had to get in there to restore bank. </w:t>
      </w:r>
    </w:p>
    <w:p>
      <w:r>
        <w:t xml:space="preserve">(Speaker D)  Two things about his request is it looks like the. As he says, the. The reason is so he can have access to his air conditioning unit. </w:t>
      </w:r>
    </w:p>
    <w:p>
      <w:r>
        <w:t xml:space="preserve">(Speaker B)  Yeah, well, so, yeah, if you were to install the fence outside with. Outside of the easement, which wouldn't have to go through the cvd, it would just be HOA then. Yeah, it would be. You could see like the dotted line on the. There's a little box there. I mean, the fence, the easement basically goes up to like a foot or two from his AC unit. So if you were to put a fence in outside of the easement, it would only be about a little bit between the fence and the AC unit. He also did when I spoke with them, you know, he wants to be able to let his dog out and things like that. </w:t>
      </w:r>
    </w:p>
    <w:p>
      <w:r>
        <w:t xml:space="preserve">(Speaker D)  The other issue in our issue, it's an HOA issue, is he describes it as not being a permanent fence. That's something that's consistent with hoa. </w:t>
      </w:r>
    </w:p>
    <w:p>
      <w:r>
        <w:t xml:space="preserve">(Speaker H)  Yeah. I mean, if you're not in the center of that swale, the issues I'm speaking on don't typically occur. The water is flowing through that center line. So if you're up into the bank of that property line, swale, then I don't see. </w:t>
      </w:r>
    </w:p>
    <w:p>
      <w:r>
        <w:t xml:space="preserve">(Speaker A)  Yeah. </w:t>
      </w:r>
    </w:p>
    <w:p>
      <w:r>
        <w:t xml:space="preserve">(Speaker B)  Sorry, real quick. Is the phone working now? I just realized the speaker disconnected. Can you hear it? </w:t>
      </w:r>
    </w:p>
    <w:p>
      <w:r>
        <w:t xml:space="preserve">(Speaker J)  It went down and then it went up. </w:t>
      </w:r>
    </w:p>
    <w:p>
      <w:r>
        <w:t xml:space="preserve">(Speaker L)  So I don't. </w:t>
      </w:r>
    </w:p>
    <w:p>
      <w:r>
        <w:t xml:space="preserve">(Speaker B)  I can hear you. Okay. </w:t>
      </w:r>
    </w:p>
    <w:p>
      <w:r>
        <w:t xml:space="preserve">(Speaker J)  When it goes down. </w:t>
      </w:r>
    </w:p>
    <w:p>
      <w:r>
        <w:t xml:space="preserve">(Speaker B)  Yeah. And obviously the request, you know, we probably wouldn't want to give them the eight feet on the back. </w:t>
      </w:r>
    </w:p>
    <w:p>
      <w:r>
        <w:t xml:space="preserve">(Speaker C)  Yeah, that's what I was thinking. I'm. I'm okay with a 7.5 to the side, but the back easement shouldn't be blocked. </w:t>
      </w:r>
    </w:p>
    <w:p>
      <w:r>
        <w:t xml:space="preserve">(Speaker H)  And again, that even depends on, like if the flat maintenance firm is there. Some of these ponds get built and it just breaks at 4 to 1 and then turns into the grade of the house and there is no flat space. </w:t>
      </w:r>
    </w:p>
    <w:p>
      <w:r>
        <w:t xml:space="preserve">(Speaker C)  I mean, we're seeing pictures, so it looks like there is yeah, yeah. </w:t>
      </w:r>
    </w:p>
    <w:p>
      <w:r>
        <w:t xml:space="preserve">(Speaker J)  It's kind of flat, actually. </w:t>
      </w:r>
    </w:p>
    <w:p>
      <w:r>
        <w:t xml:space="preserve">(Speaker C)  It's weird. </w:t>
      </w:r>
    </w:p>
    <w:p>
      <w:r>
        <w:t xml:space="preserve">(Speaker A)  It's great. </w:t>
      </w:r>
    </w:p>
    <w:p>
      <w:r>
        <w:t xml:space="preserve">(Speaker C)  So do we need a motion? </w:t>
      </w:r>
    </w:p>
    <w:p>
      <w:r>
        <w:t xml:space="preserve">(Speaker B)  So it'd be. Yeah, the board should make a motion to approve the request, but only for the side easement, not for the backing. </w:t>
      </w:r>
    </w:p>
    <w:p>
      <w:r>
        <w:t xml:space="preserve">(Speaker K)  All right. </w:t>
      </w:r>
    </w:p>
    <w:p>
      <w:r>
        <w:t xml:space="preserve">(Speaker C)  I'd like to make. Make a motion to approve this request. Do I need to say the address? </w:t>
      </w:r>
    </w:p>
    <w:p>
      <w:r>
        <w:t xml:space="preserve">(Speaker J)  No. </w:t>
      </w:r>
    </w:p>
    <w:p>
      <w:r>
        <w:t xml:space="preserve">(Speaker C)  Okay. Allowing for the seven and a half foot into the easement, but not approving the going back. What is that? Into the maintenance easement. </w:t>
      </w:r>
    </w:p>
    <w:p>
      <w:r>
        <w:t xml:space="preserve">(Speaker B)  There's a motion. Is there a second motion? And a second. All in favor say aye. Any opposed hearing None. Motion passes. All right, so I'll get with council to get the agreement and take care of the rest of that. Great. Next we have consideration of proposals. We just have two proposals. Unless there's anything. Were there any pronounced Stan or Helena. So we'll move on to the Reverie proposals. The first is for comparison commercial fitness products for preventative maintenance for the gym equipment. </w:t>
      </w:r>
    </w:p>
    <w:p>
      <w:r>
        <w:t xml:space="preserve">(Speaker F)  So I believe everyone knows that the agreement or the fitness equipment will release will be paid next year. And so part of that agreement includes maintenance. And so once that concludes, you're going to want to continue with the maintenance of the equipment. So that's what the proposal is. And it's 375 per visit four times a year. </w:t>
      </w:r>
    </w:p>
    <w:p>
      <w:r>
        <w:t xml:space="preserve">(Speaker B)  It is. </w:t>
      </w:r>
    </w:p>
    <w:p>
      <w:r>
        <w:t xml:space="preserve">(Speaker D)  It's. </w:t>
      </w:r>
    </w:p>
    <w:p>
      <w:r>
        <w:t xml:space="preserve">(Speaker B)  It's pretty important. The insurance company obviously wants us to do it. They make sure nothing's broken and they fix things as needed service. </w:t>
      </w:r>
    </w:p>
    <w:p>
      <w:r>
        <w:t xml:space="preserve">(Speaker A)  We're doing this at trail mark too? </w:t>
      </w:r>
    </w:p>
    <w:p>
      <w:r>
        <w:t xml:space="preserve">(Speaker B)  Yeah, we have to have it because they're leased. </w:t>
      </w:r>
    </w:p>
    <w:p>
      <w:r>
        <w:t xml:space="preserve">(Speaker D)  But once. </w:t>
      </w:r>
    </w:p>
    <w:p>
      <w:r>
        <w:t xml:space="preserve">(Speaker B)  Yeah, like she said, once the lease ends, sometimes you lose that. So this will bring it under our many reasons. </w:t>
      </w:r>
    </w:p>
    <w:p>
      <w:r>
        <w:t xml:space="preserve">(Speaker M)  There's a motion, a motion to approve. </w:t>
      </w:r>
    </w:p>
    <w:p>
      <w:r>
        <w:t xml:space="preserve">(Speaker B)  I'll second motion. And a second. All in favor say aye. Any opposed? Hearing none. Motion passes. And then we have one for the integrated access solutions for the entry gate. Preventative maintenance. </w:t>
      </w:r>
    </w:p>
    <w:p>
      <w:r>
        <w:t xml:space="preserve">(Speaker F)  So we found that IAS has been quite effective with helping us with gates. I think that we had a good run for the last four or five months and then we had an incident. Oh, please. Then we had an incident on Monday where the gate got stuck open. And what we found is working now as of half an hour ago. And the word is there was a power outage over the weekend and that not only sort of offset, but it also knocked the pool pumps out. So I know this because I had to postpone my lunch so Toby can go reset the pool on Sunday. And so Monday we had to open up the gates. And then IIS came out today and said that when there's a power outage, it will offset the gates and then eventually one will get stuck open. So he has shown Toby how to reset it and then they can work on, you know, dealing with any kind of a power outage prevention. So we just found IAS to be a better choice for the maintenance. And we have confirmed that there is no problem with the previous company and their agreement. </w:t>
      </w:r>
    </w:p>
    <w:p>
      <w:r>
        <w:t xml:space="preserve">(Speaker C)  Like there's a termination. We. Do we have to terminate it? </w:t>
      </w:r>
    </w:p>
    <w:p>
      <w:r>
        <w:t xml:space="preserve">(Speaker M)  No. So this eliminates. </w:t>
      </w:r>
    </w:p>
    <w:p>
      <w:r>
        <w:t xml:space="preserve">(Speaker F)  Yes. </w:t>
      </w:r>
    </w:p>
    <w:p>
      <w:r>
        <w:t xml:space="preserve">(Speaker M)  And this event would have been covered under the. Under the contract. </w:t>
      </w:r>
    </w:p>
    <w:p>
      <w:r>
        <w:t xml:space="preserve">(Speaker F)  Yes. </w:t>
      </w:r>
    </w:p>
    <w:p>
      <w:r>
        <w:t xml:space="preserve">(Speaker C)  I'll make a motion. </w:t>
      </w:r>
    </w:p>
    <w:p>
      <w:r>
        <w:t xml:space="preserve">(Speaker B)  I noticed there's three. Three plans in here. </w:t>
      </w:r>
    </w:p>
    <w:p>
      <w:r>
        <w:t xml:space="preserve">(Speaker F)  Yeah. So I think that the. The premium plan to be sufficient. It is 300 per gate system. So that's 600 </w:t>
      </w:r>
    </w:p>
    <w:p>
      <w:r>
        <w:t xml:space="preserve">(Speaker M)  for the in and out. That's two gate systems. </w:t>
      </w:r>
    </w:p>
    <w:p>
      <w:r>
        <w:t xml:space="preserve">(Speaker C)  So I think we went with the middle road plan for Sun Belt. So we could stick with that and </w:t>
      </w:r>
    </w:p>
    <w:p>
      <w:r>
        <w:t xml:space="preserve">(Speaker D)  just hope this is. Don't have to answer. </w:t>
      </w:r>
    </w:p>
    <w:p>
      <w:r>
        <w:t xml:space="preserve">(Speaker C)  Oh, this isn't the last you're gonna hear about this gate. I hate to break the news to you on that, but. But if there's a better gate company than Sunbelt. Hey, I'm, I'm all. I'm all for that. </w:t>
      </w:r>
    </w:p>
    <w:p>
      <w:r>
        <w:t xml:space="preserve">(Speaker A)  What were we paying a month with Sunbelt? It's 3,600 bucks a year. </w:t>
      </w:r>
    </w:p>
    <w:p>
      <w:r>
        <w:t xml:space="preserve">(Speaker M)  How much? </w:t>
      </w:r>
    </w:p>
    <w:p>
      <w:r>
        <w:t xml:space="preserve">(Speaker A)  3,600 a year. </w:t>
      </w:r>
    </w:p>
    <w:p>
      <w:r>
        <w:t xml:space="preserve">(Speaker C)  Are we going with the 300? Yeah, but it's times 200 a year. </w:t>
      </w:r>
    </w:p>
    <w:p>
      <w:r>
        <w:t xml:space="preserve">(Speaker A)  Oh, 7,200. </w:t>
      </w:r>
    </w:p>
    <w:p>
      <w:r>
        <w:t xml:space="preserve">(Speaker B)  We have the Sun Belt in there. We had the Sun Belt in there. So that amount we have. This is a little bit more, though. </w:t>
      </w:r>
    </w:p>
    <w:p>
      <w:r>
        <w:t xml:space="preserve">(Speaker D)  Jennifer, have you had any personal experience? </w:t>
      </w:r>
    </w:p>
    <w:p>
      <w:r>
        <w:t xml:space="preserve">(Speaker F)  Yes, they've actually. They came out five months ago or so and they went through the system and found the issues that were occurring and they fixed them and we hadn't had a problem. It has been very big. </w:t>
      </w:r>
    </w:p>
    <w:p>
      <w:r>
        <w:t xml:space="preserve">(Speaker B)  Yeah, it was 7.95 quarterly is what it was. Sun Belt is. </w:t>
      </w:r>
    </w:p>
    <w:p>
      <w:r>
        <w:t xml:space="preserve">(Speaker C)  I have 1594. </w:t>
      </w:r>
    </w:p>
    <w:p>
      <w:r>
        <w:t xml:space="preserve">(Speaker A)  600. </w:t>
      </w:r>
    </w:p>
    <w:p>
      <w:r>
        <w:t xml:space="preserve">(Speaker C)  But there's two. </w:t>
      </w:r>
    </w:p>
    <w:p>
      <w:r>
        <w:t xml:space="preserve">(Speaker M)  Two. </w:t>
      </w:r>
    </w:p>
    <w:p>
      <w:r>
        <w:t xml:space="preserve">(Speaker B)  So yeah, we were. We were paying for two of them. </w:t>
      </w:r>
    </w:p>
    <w:p>
      <w:r>
        <w:t xml:space="preserve">(Speaker C)  Oh, okay, then that's. </w:t>
      </w:r>
    </w:p>
    <w:p>
      <w:r>
        <w:t xml:space="preserve">(Speaker B)  So it's actually cheaper. It's about half. More than half the price. </w:t>
      </w:r>
    </w:p>
    <w:p>
      <w:r>
        <w:t xml:space="preserve">(Speaker C)  No, it's about. </w:t>
      </w:r>
    </w:p>
    <w:p>
      <w:r>
        <w:t xml:space="preserve">(Speaker A)  Wait, this is 300 each. Each, right. </w:t>
      </w:r>
    </w:p>
    <w:p>
      <w:r>
        <w:t xml:space="preserve">(Speaker B)  Was 7.95. </w:t>
      </w:r>
    </w:p>
    <w:p>
      <w:r>
        <w:t xml:space="preserve">(Speaker A)  That was. You said 3162. </w:t>
      </w:r>
    </w:p>
    <w:p>
      <w:r>
        <w:t xml:space="preserve">(Speaker C)  You said 3180 per quarter or no, what you say? 795 per quarter times four times two is 6360. So this is going to be a little Bit more, but nothing material. </w:t>
      </w:r>
    </w:p>
    <w:p>
      <w:r>
        <w:t xml:space="preserve">(Speaker B)  This is wet. </w:t>
      </w:r>
    </w:p>
    <w:p>
      <w:r>
        <w:t xml:space="preserve">(Speaker L)  Yes, the phone line has become difficult to hear. I think it may be someone else on the line who's not off mute </w:t>
      </w:r>
    </w:p>
    <w:p>
      <w:r>
        <w:t xml:space="preserve">(Speaker B)  because I hear a lot of wind </w:t>
      </w:r>
    </w:p>
    <w:p>
      <w:r>
        <w:t xml:space="preserve">(Speaker L)  noise or background noise. If anyone on the line can put their phone on mute, it may make </w:t>
      </w:r>
    </w:p>
    <w:p>
      <w:r>
        <w:t xml:space="preserve">(Speaker B)  it easier to hear the meeting. </w:t>
      </w:r>
    </w:p>
    <w:p>
      <w:r>
        <w:t xml:space="preserve">(Speaker C)  Who else would be on the line? </w:t>
      </w:r>
    </w:p>
    <w:p>
      <w:r>
        <w:t xml:space="preserve">(Speaker B)  Maybe the fence guy. Is that better? Wes? I heard that pretty well. </w:t>
      </w:r>
    </w:p>
    <w:p>
      <w:r>
        <w:t xml:space="preserve">(Speaker J)  I think that's the top five. </w:t>
      </w:r>
    </w:p>
    <w:p>
      <w:r>
        <w:t xml:space="preserve">(Speaker B)  Yeah. So the. The current one was 5:30amonth. So it's with sun balance. So it's about. It's not that much. About $70 more a month for both kids. </w:t>
      </w:r>
    </w:p>
    <w:p>
      <w:r>
        <w:t xml:space="preserve">(Speaker M)  I motion. </w:t>
      </w:r>
    </w:p>
    <w:p>
      <w:r>
        <w:t xml:space="preserve">(Speaker B)  Thank you for the premium plan. </w:t>
      </w:r>
    </w:p>
    <w:p>
      <w:r>
        <w:t xml:space="preserve">(Speaker C)  I'll second motion. </w:t>
      </w:r>
    </w:p>
    <w:p>
      <w:r>
        <w:t xml:space="preserve">(Speaker B)  And a second. All in favor say aye. </w:t>
      </w:r>
    </w:p>
    <w:p>
      <w:r>
        <w:t xml:space="preserve">(Speaker C)  Aye. </w:t>
      </w:r>
    </w:p>
    <w:p>
      <w:r>
        <w:t xml:space="preserve">(Speaker N)  Thank you. </w:t>
      </w:r>
    </w:p>
    <w:p>
      <w:r>
        <w:t xml:space="preserve">(Speaker B)  Any opposed hearing? </w:t>
      </w:r>
    </w:p>
    <w:p>
      <w:r>
        <w:t xml:space="preserve">(Speaker J)  None. </w:t>
      </w:r>
    </w:p>
    <w:p>
      <w:r>
        <w:t xml:space="preserve">(Speaker B)  Motion passes. All right. Next we'll move on to the public public hearings for the purpose of adopting the budget. So just kind of a quick overview on this. I know everybody. The letters that were received, we approved the budget was approved at the May meeting. That approval sets the high expenditure mark. We can't go any higher than what that was approved at this time. The board can either adopt as is or reduce the amount. As far as there's the two different funds. There's the Fund for Trail Mark and there's the Fund for Reverie. The trail Mark fund was proposing a $61 increase. And that was the purpose of that was a increase to the capital reserve of $300,000. As the pool needs to be resurfaced this year. It's in real bad condition. May need a new expansion joint. So as far as the actual expenditure increases on the trail mark side, there really was nothing beyond just kind of normal inflationary increases or contracts actual increases. The bulk, almost all of that increase is from the increased capital reserve contribution to cover the pool. As far as the Revery, there was. I know that the letter that went out. What's. What was in the initial approved budget was a very high increase, which I don't know. Lou, if you want. If you've heard anything further on this. When we did have our previous meetings when Kevin was here, we had discussion that when. Let me backtrack. When the budget was approved, we had no developer contributions committed at that time. So what was approved and what went out in the letter was the residents paying full 100% of the assessment expenses. In the past, Dreamfinders has developer given developer contributions to the revenues to help offset expenses since when Kevin had spoke, they were going to be contributing. Contributing enough to make the increase $120 on the Reverie side. I don't know if anything's changed or if we need to have. I don't have any changes. So the budget that we have here and what is in the agenda package, it does show the developer contributions. Overall, there really isn't much expenditures. The O and M portion of </w:t>
      </w:r>
    </w:p>
    <w:p>
      <w:r>
        <w:t xml:space="preserve">(Speaker I)  that, </w:t>
      </w:r>
    </w:p>
    <w:p>
      <w:r>
        <w:t xml:space="preserve">(Speaker B)  the amenity area actually reduced and same with the total for the. So the total expenditures are right about the same. We do have $100,000 being put in the capital reserve for Reverie, which. That is really great. Typically you don't get that until later further on. So what the increase for Reverie would look like with the developer contributions would be the $120 increase plus the $61 increase for from the Trelmark side. So the total revenue increase would be 100 is what we're looking to adopt currently right now. So with that being said, I don't know if the board, if you guys want to have any discussion first, then we can open the public hearing. </w:t>
      </w:r>
    </w:p>
    <w:p>
      <w:r>
        <w:t xml:space="preserve">(Speaker M)  I do. Okay. So I did deep dive going back like six years, and I can pass this over to </w:t>
      </w:r>
    </w:p>
    <w:p>
      <w:r>
        <w:t xml:space="preserve">(Speaker B)  my other board </w:t>
      </w:r>
    </w:p>
    <w:p>
      <w:r>
        <w:t xml:space="preserve">(Speaker M)  that there's been net excess risk revenue over expense for the past. For the past six years. </w:t>
      </w:r>
    </w:p>
    <w:p>
      <w:r>
        <w:t xml:space="preserve">(Speaker C)  I'm sorry to clarify, are we speaking on the trail mark budget or are we speaking on the Revery. </w:t>
      </w:r>
    </w:p>
    <w:p>
      <w:r>
        <w:t xml:space="preserve">(Speaker M)  On the trail mark budget, not Reverie. I wish we were saying that for Reverie, but no, on the trail mark budget over the past five years, there's been about $900,000 in net revenue in excess of expense. Now there's a certain portion of that that has to be maintained because of the cash flow. We don't get the cash from the county until like November, December. So we have to have some reserve in there to make payments to vendors. When I took all of the cash flow over the past six years moved in what we currently. Our current status of what we're spending, what we need to spend, there is still an excess balance of over 170,000, which should be used, in my opinion, to offset the increase that's planned for trail marking basically to zero. I looked at this with Daniel and we looked at it with Jim, and I don't think there was any objection on that side. </w:t>
      </w:r>
    </w:p>
    <w:p>
      <w:r>
        <w:t xml:space="preserve">(Speaker B)  It could definitely be done. </w:t>
      </w:r>
    </w:p>
    <w:p>
      <w:r>
        <w:t xml:space="preserve">(Speaker M)  That it could be done. And there's no reason to increase the contributions for trail mark that could be maintained flat. </w:t>
      </w:r>
    </w:p>
    <w:p>
      <w:r>
        <w:t xml:space="preserve">(Speaker A)  So we have this money now. </w:t>
      </w:r>
    </w:p>
    <w:p>
      <w:r>
        <w:t xml:space="preserve">(Speaker E)  Yes. </w:t>
      </w:r>
    </w:p>
    <w:p>
      <w:r>
        <w:t xml:space="preserve">(Speaker A)  And we could move this to. </w:t>
      </w:r>
    </w:p>
    <w:p>
      <w:r>
        <w:t xml:space="preserve">(Speaker B)  So currently we have 877,000 in unassigned cash that is to get us through from July through September and then October and that we have been receiving. You know, we never know when people are going to pay their tax bills, but we have been seeing a trend where we're getting more payments in November than we used to get. So that 870,000 needs to cover from July 1st to at least October 31st. </w:t>
      </w:r>
    </w:p>
    <w:p>
      <w:r>
        <w:t xml:space="preserve">(Speaker M)  Right. So what I did in this schedule was estimate the expenses based on the current budget to get us from July to October. And with that, if you see the balance December 1, 2026, which is well beyond November, we have 170,000 </w:t>
      </w:r>
    </w:p>
    <w:p>
      <w:r>
        <w:t xml:space="preserve">(Speaker A)  after. </w:t>
      </w:r>
    </w:p>
    <w:p>
      <w:r>
        <w:t xml:space="preserve">(Speaker M)  After expenses as of November 1, we would have 195,000. So there's more than sufficient funds to </w:t>
      </w:r>
    </w:p>
    <w:p>
      <w:r>
        <w:t xml:space="preserve">(Speaker A)  carry us that almost cover the cost of the pool repair. </w:t>
      </w:r>
    </w:p>
    <w:p>
      <w:r>
        <w:t xml:space="preserve">(Speaker M)  The pool repair isn't going to happen </w:t>
      </w:r>
    </w:p>
    <w:p>
      <w:r>
        <w:t xml:space="preserve">(Speaker B)  until looking for about December, January, probably January by the time we get the money. That's. I mean last we got was about 350,000. So that was at the end of last year. So we're not, we're still not positive what it'll come out to be. </w:t>
      </w:r>
    </w:p>
    <w:p>
      <w:r>
        <w:t xml:space="preserve">(Speaker C)  She's talking about 170,000. </w:t>
      </w:r>
    </w:p>
    <w:p>
      <w:r>
        <w:t xml:space="preserve">(Speaker A)  Not correct. </w:t>
      </w:r>
    </w:p>
    <w:p>
      <w:r>
        <w:t xml:space="preserve">(Speaker J)  The full repair will be 150ish. </w:t>
      </w:r>
    </w:p>
    <w:p>
      <w:r>
        <w:t xml:space="preserve">(Speaker B)  Yeah, we do have, we have about like, I think it's like 150 or 180,000 in capital currently. Again, I would, I would never recommend just completely exhausting your capital in one go. We always want to have something, but </w:t>
      </w:r>
    </w:p>
    <w:p>
      <w:r>
        <w:t xml:space="preserve">(Speaker J)  if we had this. </w:t>
      </w:r>
    </w:p>
    <w:p>
      <w:r>
        <w:t xml:space="preserve">(Speaker B)  So I mean we would keep essentially. Mindy, correct me if I'm wrong, we wouldn't be changing anything in the actual budget as far as the amounts, but we would be looking at basically a carry forward surplus into the revenue section. So it'll be increasing our revenue and reducing the assessment. </w:t>
      </w:r>
    </w:p>
    <w:p>
      <w:r>
        <w:t xml:space="preserve">(Speaker M)  Exactly. So the capital funding of 300,000 would still occur. </w:t>
      </w:r>
    </w:p>
    <w:p>
      <w:r>
        <w:t xml:space="preserve">(Speaker C)  It's just risky because it's gonna make it super tight. </w:t>
      </w:r>
    </w:p>
    <w:p>
      <w:r>
        <w:t xml:space="preserve">(Speaker A)  I know worry about the storm season. I mean, I know have a small or supposed to have a low storm activity for us hurricane wise. But like let's say we do have something. The budget's going to be. </w:t>
      </w:r>
    </w:p>
    <w:p>
      <w:r>
        <w:t xml:space="preserve">(Speaker C)  You're just making the real tight is what will happen. </w:t>
      </w:r>
    </w:p>
    <w:p>
      <w:r>
        <w:t xml:space="preserve">(Speaker M)  This is not really tight because this is. You will have excess even for the current year. </w:t>
      </w:r>
    </w:p>
    <w:p>
      <w:r>
        <w:t xml:space="preserve">(Speaker C)  The way you can't guarantee that. Mindy. Yeah. You're saying it like it's factual. That's not, it's not you. You don't know. This is your guesstimation on it. Yeah. It's your projection. </w:t>
      </w:r>
    </w:p>
    <w:p>
      <w:r>
        <w:t xml:space="preserve">(Speaker M)  More than sufficient funds to carry us even through November. First is almost $200,000 of excess funds. </w:t>
      </w:r>
    </w:p>
    <w:p>
      <w:r>
        <w:t xml:space="preserve">(Speaker C)  It's 170 is what your projection is. </w:t>
      </w:r>
    </w:p>
    <w:p>
      <w:r>
        <w:t xml:space="preserve">(Speaker B)  I will say December 1st to balance out to where it be zero increase could be the difference between last year's assessments and this year's assessments is 314,000. </w:t>
      </w:r>
    </w:p>
    <w:p>
      <w:r>
        <w:t xml:space="preserve">(Speaker C)  Yeah. </w:t>
      </w:r>
    </w:p>
    <w:p>
      <w:r>
        <w:t xml:space="preserve">(Speaker B)  So we would have to add that much in cap and carry forward at this point to have a zero increase. </w:t>
      </w:r>
    </w:p>
    <w:p>
      <w:r>
        <w:t xml:space="preserve">(Speaker C)  What is. We did that reserve. </w:t>
      </w:r>
    </w:p>
    <w:p>
      <w:r>
        <w:t xml:space="preserve">(Speaker B)  I'm sorry, it wasn't that much. </w:t>
      </w:r>
    </w:p>
    <w:p>
      <w:r>
        <w:t xml:space="preserve">(Speaker M)  I'm sorry, it was not that much. </w:t>
      </w:r>
    </w:p>
    <w:p>
      <w:r>
        <w:t xml:space="preserve">(Speaker B)  Yeah, sorry. Hit the wrong button here. Sorry. Go. </w:t>
      </w:r>
    </w:p>
    <w:p>
      <w:r>
        <w:t xml:space="preserve">(Speaker C)  We did a reserve study a couple years ago. What is the reserve study telling us? That we need to save for 2027 because clearly we've put. We're putting more into the reserves than probably what that reserve study says. But I would just like to know what exactly the reserve study is telling us to put away by the end of this school year. </w:t>
      </w:r>
    </w:p>
    <w:p>
      <w:r>
        <w:t xml:space="preserve">(Speaker B)  That's telling us to put. Well, that's our. It's saying it should be 130, 141,567. But that would be. If there was. That would give us. Leave us with. They have an annual expenditure of 336,000. So this, the. Currently the schedule is beefed up on if we had more in reserves. We, we haven't gotten caught up to that point to where we're level with the reserve study. So they're telling us an annual contribution of 141,000 and then our ending balance to be 497,000, which is really what we would be here with what we're doing. But we're going to lose about 300, 350,000 of that to the pool resurfacing. </w:t>
      </w:r>
    </w:p>
    <w:p>
      <w:r>
        <w:t xml:space="preserve">(Speaker C)  So instead of doing what Mindy is talking about, what we should be doing is taking that surplus and putting it into our reserve fund. Because we're underfunded in the reserves. </w:t>
      </w:r>
    </w:p>
    <w:p>
      <w:r>
        <w:t xml:space="preserve">(Speaker B)  Yeah, that's who the. Because the reserve study isn't showing an expenditure for this year. </w:t>
      </w:r>
    </w:p>
    <w:p>
      <w:r>
        <w:t xml:space="preserve">(Speaker M)  So that's also not really underfunded. It's just that the timing of our expenditure is sooner than what the plan was calling for. So we're not underfunded. </w:t>
      </w:r>
    </w:p>
    <w:p>
      <w:r>
        <w:t xml:space="preserve">(Speaker C)  No, I think that that's exactly what he said that we're under. </w:t>
      </w:r>
    </w:p>
    <w:p>
      <w:r>
        <w:t xml:space="preserve">(Speaker M)  Correct. </w:t>
      </w:r>
    </w:p>
    <w:p>
      <w:r>
        <w:t xml:space="preserve">(Speaker B)  Well, we are currently underfunded as is with the 300,000 because, you know, we've been putting away. Historically it's been about 100,000, 95,000 being put away. </w:t>
      </w:r>
    </w:p>
    <w:p>
      <w:r>
        <w:t xml:space="preserve">(Speaker M)  Right. </w:t>
      </w:r>
    </w:p>
    <w:p>
      <w:r>
        <w:t xml:space="preserve">(Speaker B)  This 300,000 is a huge jump to get us caught there. Caught up there. </w:t>
      </w:r>
    </w:p>
    <w:p>
      <w:r>
        <w:t xml:space="preserve">(Speaker M)  Well, would that get us caught up. </w:t>
      </w:r>
    </w:p>
    <w:p>
      <w:r>
        <w:t xml:space="preserve">(Speaker B)  But so, I mean, it is, I will say it is a little unfunded because they're not showing the expense this year, but they're showing for next year $336,000 expense, which may be the pool would have to look into it deeper, but they're showing that. That there's also 145,000 going next year. So the ending balance next year after the $336,000 expenditure would be about $317,000. So we won't be there once we do the pool. We'll be back down to about 100 right now as it is. </w:t>
      </w:r>
    </w:p>
    <w:p>
      <w:r>
        <w:t xml:space="preserve">(Speaker C)  I think that, Mindy, as much as I would love to keep assessments the same, trust me, I would. We have to look long term for the future of the community. We are unfortunately having to pay a large expense that we really shouldn't be having to pay this early on into a development. However, we are faced with having to do that. So I think it would be wiser for us to use any surplus to fund the reserves. </w:t>
      </w:r>
    </w:p>
    <w:p>
      <w:r>
        <w:t xml:space="preserve">(Speaker M)  So are we making a motion to end? </w:t>
      </w:r>
    </w:p>
    <w:p>
      <w:r>
        <w:t xml:space="preserve">(Speaker J)  Well, no. </w:t>
      </w:r>
    </w:p>
    <w:p>
      <w:r>
        <w:t xml:space="preserve">(Speaker B)  So we have to have the public hearing first. So if you guys are okay, we could open the public hearing, let the residents make their comments, and then the board can continue their discussion after the public hearing and we'll take any action after that. </w:t>
      </w:r>
    </w:p>
    <w:p>
      <w:r>
        <w:t xml:space="preserve">(Speaker M)  I just want to clarify. So your recommendation, Michelle, is to, instead of reducing the amount of the resident contribution, is increase the capital contribution. </w:t>
      </w:r>
    </w:p>
    <w:p>
      <w:r>
        <w:t xml:space="preserve">(Speaker C)  My suggestion is to use the surplus that it will be left over in the bank account at the end of the year to fund the reserves so that we can have. So that we can have appropriate amount of funding for the repairs that are required and not put us into a situation where we're constantly playing catch up to match our reserve study. We paid good money for that reserve study, so we should be following what it says. </w:t>
      </w:r>
    </w:p>
    <w:p>
      <w:r>
        <w:t xml:space="preserve">(Speaker M)  So enough work. Like I was just saying, we add the revenue on the top, but then we also make additional contribution to the capital fund. That's where it's getting moved. </w:t>
      </w:r>
    </w:p>
    <w:p>
      <w:r>
        <w:t xml:space="preserve">(Speaker C)  That's how you view the 0 to the reserve fund. </w:t>
      </w:r>
    </w:p>
    <w:p>
      <w:r>
        <w:t xml:space="preserve">(Speaker M)  To the reserve fund, yeah. </w:t>
      </w:r>
    </w:p>
    <w:p>
      <w:r>
        <w:t xml:space="preserve">(Speaker K)  That's what. </w:t>
      </w:r>
    </w:p>
    <w:p>
      <w:r>
        <w:t xml:space="preserve">(Speaker M)  To the capital reserve fund. </w:t>
      </w:r>
    </w:p>
    <w:p>
      <w:r>
        <w:t xml:space="preserve">(Speaker J)  That's what it says to the capital expenditures. </w:t>
      </w:r>
    </w:p>
    <w:p>
      <w:r>
        <w:t xml:space="preserve">(Speaker B)  So is the board. Okay, we just need a motion to open the public hearing. This one is the public hearing for Resolution 2026 13, which is relating to the annual appropriations and adopting the budget for fiscal year 27. That be public hear hash a motion to open it. </w:t>
      </w:r>
    </w:p>
    <w:p>
      <w:r>
        <w:t xml:space="preserve">(Speaker C)  I'll motion </w:t>
      </w:r>
    </w:p>
    <w:p>
      <w:r>
        <w:t xml:space="preserve">(Speaker B)  second. I'll second motion And a second. All in favor say aye. All right, the public hearing is open. If you could just state your name for the record and address. </w:t>
      </w:r>
    </w:p>
    <w:p>
      <w:r>
        <w:t xml:space="preserve">(Speaker K)  Is there a tie? </w:t>
      </w:r>
    </w:p>
    <w:p>
      <w:r>
        <w:t xml:space="preserve">(Speaker B)  Yes. </w:t>
      </w:r>
    </w:p>
    <w:p>
      <w:r>
        <w:t xml:space="preserve">(Speaker K)  I have a couple questions. I guess I'll just say them all. I see on page 15, developer contributions are going down from $317,000 to 260,000, 262,000, which is approximately $40,000. And that is for the revenue fund. And then if I turn the page and I go to the next page, I see our staff salary increases. The lifestyle director goes up 12%, administration salary up 18%, maintenance supervisor up 11% and the CAM manager up is 12%, which equals about $40,000. So that us paying the difference of what the developer is now no longer paying for. And then I'm curious of the lifestyle director salary going up 12% and seeing if you're also on page 16. Our special events, our budget went from $35,000 a year to $25,000 a year. So we have less events or the residents now paying the difference of $10,000 in events per event or what's happening. So why do we need a $90,000 salary for a $25,000 budget? Then I'm also questioning. Why on page 18 specifically all I'm looking at is the R ST for this point. Why are we paying certain lights in the budget? Why is the CBD paying for certain light fixtures? </w:t>
      </w:r>
    </w:p>
    <w:p>
      <w:r>
        <w:t xml:space="preserve">(Speaker M)  Not all of them. </w:t>
      </w:r>
    </w:p>
    <w:p>
      <w:r>
        <w:t xml:space="preserve">(Speaker K)  I see certain addresses listed here. </w:t>
      </w:r>
    </w:p>
    <w:p>
      <w:r>
        <w:t xml:space="preserve">(Speaker C)  Not all of them </w:t>
      </w:r>
    </w:p>
    <w:p>
      <w:r>
        <w:t xml:space="preserve">(Speaker A)  talked about. </w:t>
      </w:r>
    </w:p>
    <w:p>
      <w:r>
        <w:t xml:space="preserve">(Speaker B)  It's just the comment section. So just for you to make. I can speak with you. I can speak with you afterwards. So I do have all the answers. </w:t>
      </w:r>
    </w:p>
    <w:p>
      <w:r>
        <w:t xml:space="preserve">(Speaker M)  Okay. </w:t>
      </w:r>
    </w:p>
    <w:p>
      <w:r>
        <w:t xml:space="preserve">(Speaker B)  Is that all right? Thank you. I mean it's a comment section. It's not a question answer. </w:t>
      </w:r>
    </w:p>
    <w:p>
      <w:r>
        <w:t xml:space="preserve">(Speaker M)  Well, I just wanted to make sure everybody understands that the developed contribution, that's up to three parts. It's not mandatory. So that number will fluctuate based on what they want want to contribute. We don't have any control over that. The all in just everybody's aware of the all in expense is much higher and eventually we're going to be paying that as Dreamfinder is going to reduce the amount that their defunding every year and that that is the way it is. </w:t>
      </w:r>
    </w:p>
    <w:p>
      <w:r>
        <w:t xml:space="preserve">(Speaker K)  But we have a. </w:t>
      </w:r>
    </w:p>
    <w:p>
      <w:r>
        <w:t xml:space="preserve">(Speaker C)  Okay, thank you, Robin. This, this is not. Yeah, thank you, Mindy. But this isn't a back and forth. So does anybody else have any comments, </w:t>
      </w:r>
    </w:p>
    <w:p>
      <w:r>
        <w:t xml:space="preserve">(Speaker B)  Any other comments on the budget trail? Our court reference </w:t>
      </w:r>
    </w:p>
    <w:p>
      <w:r>
        <w:t xml:space="preserve">(Speaker F)  Julienix 183Amberwood is the </w:t>
      </w:r>
    </w:p>
    <w:p>
      <w:r>
        <w:t xml:space="preserve">(Speaker B)  proposed increase </w:t>
      </w:r>
    </w:p>
    <w:p>
      <w:r>
        <w:t xml:space="preserve">(Speaker N)  set since the developer's contribution </w:t>
      </w:r>
    </w:p>
    <w:p>
      <w:r>
        <w:t xml:space="preserve">(Speaker M)  can vary for next year for Reverie. </w:t>
      </w:r>
    </w:p>
    <w:p>
      <w:r>
        <w:t xml:space="preserve">(Speaker N)  Is it only going to be $181? </w:t>
      </w:r>
    </w:p>
    <w:p>
      <w:r>
        <w:t xml:space="preserve">(Speaker C)  Is that a for sure? </w:t>
      </w:r>
    </w:p>
    <w:p>
      <w:r>
        <w:t xml:space="preserve">(Speaker B)  If we adopt. Yes. If it's adopted as is. Yes, they can back out of what Kevin Anderson the next items on the agreement or on the agenda are the funding agreement. So we'll get to that. Any other audience comments? All right, there's no other comments. So we just need a motion to close the public hearing. </w:t>
      </w:r>
    </w:p>
    <w:p>
      <w:r>
        <w:t xml:space="preserve">(Speaker C)  I'll motion. </w:t>
      </w:r>
    </w:p>
    <w:p>
      <w:r>
        <w:t xml:space="preserve">(Speaker A)  Second. </w:t>
      </w:r>
    </w:p>
    <w:p>
      <w:r>
        <w:t xml:space="preserve">(Speaker B)  Motion and a second. All in favor say aye. </w:t>
      </w:r>
    </w:p>
    <w:p>
      <w:r>
        <w:t xml:space="preserve">(Speaker C)  Aye. </w:t>
      </w:r>
    </w:p>
    <w:p>
      <w:r>
        <w:t xml:space="preserve">(Speaker B)  Any opposed hearing? None. Motion passes. </w:t>
      </w:r>
    </w:p>
    <w:p>
      <w:r>
        <w:t xml:space="preserve">(Speaker J)  All right. </w:t>
      </w:r>
    </w:p>
    <w:p>
      <w:r>
        <w:t xml:space="preserve">(Speaker B)  So now it's open to the board if you guys want to have any more discussions. The final outcome would be with unless there's any changes, it would be a motion to approve resolution 2026-13. </w:t>
      </w:r>
    </w:p>
    <w:p>
      <w:r>
        <w:t xml:space="preserve">(Speaker C)  So I do have some questions. I think the first one on my list is six security. So where am I at? Yes, this is the trail mark budget I did have. What. What is our surplus but we've already established and discussed that. So next I have about security patrol. So we went up from 55,000 to 90,000. Is there a reason for that? </w:t>
      </w:r>
    </w:p>
    <w:p>
      <w:r>
        <w:t xml:space="preserve">(Speaker B)  Yeah, we could relabel that. </w:t>
      </w:r>
    </w:p>
    <w:p>
      <w:r>
        <w:t xml:space="preserve">(Speaker C)  What is that? </w:t>
      </w:r>
    </w:p>
    <w:p>
      <w:r>
        <w:t xml:space="preserve">(Speaker B)  So that initially. So that includes the security guard that we now have. </w:t>
      </w:r>
    </w:p>
    <w:p>
      <w:r>
        <w:t xml:space="preserve">(Speaker C)  But we were paying much higher prices with the police officer. Ma'. Am. Okay. All right, I'll try to talk louder. Thank you. So anyways, what is coming out of there? So it was my understanding we were paying a police officer which was more expensive. So what we intended to do was to hire the security guard for a cheaper version. </w:t>
      </w:r>
    </w:p>
    <w:p>
      <w:r>
        <w:t xml:space="preserve">(Speaker B)  Yeah. So this it was just the police officer which that was more of patrolling that wasn't securing the amenities center. We had all those issues. The board approved the full time security guard. So yes, it went up and this we, we also do have money in there for us to continue doing some of the patrols. We went down from the multiple that they were doing a week down to like one a week I think it was. But this, yes, it's more money because it is a lesser rate. But we get. We're getting way more hours than we got before. </w:t>
      </w:r>
    </w:p>
    <w:p>
      <w:r>
        <w:t xml:space="preserve">(Speaker C)  So is this per contract or this is per the contract of the security officer with addition of the St. John's county officer. </w:t>
      </w:r>
    </w:p>
    <w:p>
      <w:r>
        <w:t xml:space="preserve">(Speaker A)  Correct. </w:t>
      </w:r>
    </w:p>
    <w:p>
      <w:r>
        <w:t xml:space="preserve">(Speaker C)  Is where this mighty goes. </w:t>
      </w:r>
    </w:p>
    <w:p>
      <w:r>
        <w:t xml:space="preserve">(Speaker B)  So it's the contract price for the security and then it is so many hours per month for patrols. </w:t>
      </w:r>
    </w:p>
    <w:p>
      <w:r>
        <w:t xml:space="preserve">(Speaker C)  Okay. </w:t>
      </w:r>
    </w:p>
    <w:p>
      <w:r>
        <w:t xml:space="preserve">(Speaker L)  Eight hours a week for the. </w:t>
      </w:r>
    </w:p>
    <w:p>
      <w:r>
        <w:t xml:space="preserve">(Speaker C)  For the police officer and then on our staff as well. We have, we have gone up for everything per GMS's contract is there an annual increase. So we have facilities management went up from 104 to 110 field guests. I mean, they all increased. All of our staffing costs increased. </w:t>
      </w:r>
    </w:p>
    <w:p>
      <w:r>
        <w:t xml:space="preserve">(Speaker B)  Yeah, that was all contractual, which, when GMS was selected, they provided. It was three years, I believe, of pricing. So this is year two with the pricing that's in the contract. </w:t>
      </w:r>
    </w:p>
    <w:p>
      <w:r>
        <w:t xml:space="preserve">(Speaker A)  Was that the kayak launch maintenance too? That part of that? </w:t>
      </w:r>
    </w:p>
    <w:p>
      <w:r>
        <w:t xml:space="preserve">(Speaker B)  No, that. That just. That was always there and I was there for a while. That's for maintaining the kayak launch. Any repairs that are needed there. </w:t>
      </w:r>
    </w:p>
    <w:p>
      <w:r>
        <w:t xml:space="preserve">(Speaker C)  So you're saying, per GMS's contract, that in 2027 there will be a price increase because that will be the third year. </w:t>
      </w:r>
    </w:p>
    <w:p>
      <w:r>
        <w:t xml:space="preserve">(Speaker B)  Well, this is 2027 that we're proving here. </w:t>
      </w:r>
    </w:p>
    <w:p>
      <w:r>
        <w:t xml:space="preserve">(Speaker C)  Yeah. </w:t>
      </w:r>
    </w:p>
    <w:p>
      <w:r>
        <w:t xml:space="preserve">(Speaker B)  So, yeah, the 110 from the 104 is what the contractual increase is for this year, which is in the agreement. So we have. I can't remember. I think it's three years of pricing. Okay, I can tell you what next. Like, I can tell you what 2028 would be, too. </w:t>
      </w:r>
    </w:p>
    <w:p>
      <w:r>
        <w:t xml:space="preserve">(Speaker C)  It's fine. I don't need to know. I just. I'm trying to just see what. What's going on here. So then next we have pool maintenance. Is it full maintenance or full attendance? </w:t>
      </w:r>
    </w:p>
    <w:p>
      <w:r>
        <w:t xml:space="preserve">(Speaker J)  It's the same. </w:t>
      </w:r>
    </w:p>
    <w:p>
      <w:r>
        <w:t xml:space="preserve">(Speaker C)  The same increase because it's coming from the same. And the same with Janitorial because it's the same company. So then our fitness equipment lease went down. But I know the board is. And I know that the reason is probably because we're. Our lease is up, but I know the board is looking at getting new equipment, so I don't know if we should be going down that well, but I'm assuming that's why. Why we went down that low. </w:t>
      </w:r>
    </w:p>
    <w:p>
      <w:r>
        <w:t xml:space="preserve">(Speaker B)  That is why it was approved that way. Yeah. That is the amount that's budgeted for the next year is enough to cover the remaining amount of lease in that year. So it would really depend on if the board was looking to do like a huge overhaul and lease more new equipment. There's also the option to kind of purchase. Actually purchase the pieces of equipment, like throughout time. So I don't, you know, I don't think everything needs to be replaced at this time. </w:t>
      </w:r>
    </w:p>
    <w:p>
      <w:r>
        <w:t xml:space="preserve">(Speaker C)  No. But a good, I mean, a good chunk of it really does. </w:t>
      </w:r>
    </w:p>
    <w:p>
      <w:r>
        <w:t xml:space="preserve">(Speaker B)  So we could, you know, we could move money around. </w:t>
      </w:r>
    </w:p>
    <w:p>
      <w:r>
        <w:t xml:space="preserve">(Speaker C)  Yeah, but we could also do that like mid year if or whenever we decide that we're going to do it. If we needed to move money from one line item to another. </w:t>
      </w:r>
    </w:p>
    <w:p>
      <w:r>
        <w:t xml:space="preserve">(Speaker B)  Yeah, so if we did, the board did decide to go into another lease and that we would still code it to that line. And so what happened is we would go over in that line. We would have a budget amendment at the end of the year and that would move money from underfunded lines that weren't used into that line. So we balanced at the end of the year. So yeah, we would just need to be conscious that we're under our overall expenditures. </w:t>
      </w:r>
    </w:p>
    <w:p>
      <w:r>
        <w:t xml:space="preserve">(Speaker C)  All right. And then special events. I'm assuming that's lifestyles. Yes, we did go up a little bit, but I'm okay with that. I know Wendy, you probably are as well. Looks like somebody's real happy to there. All right. And then back to again. What we already discussed was the capital per the reserve study, but we established that that is underfunded. </w:t>
      </w:r>
    </w:p>
    <w:p>
      <w:r>
        <w:t xml:space="preserve">(Speaker B)  Yeah, that's kind of like, you know, especially boards coming from a developer board because typically you don't get contributions when they have control. So usually the first few years it is kind of a struggle for resident boards to get caught up to that point. But the. That is the goal that you know we get there and then we can maintain that reserve study level going forward. </w:t>
      </w:r>
    </w:p>
    <w:p>
      <w:r>
        <w:t xml:space="preserve">(Speaker C)  All right, moving. Does anybody else have anything on the trail Mark Budget? </w:t>
      </w:r>
    </w:p>
    <w:p>
      <w:r>
        <w:t xml:space="preserve">(Speaker J)  No, we kind of hashed it out. </w:t>
      </w:r>
    </w:p>
    <w:p>
      <w:r>
        <w:t xml:space="preserve">(Speaker C)  Okay, then the only other things that I have moving to the reverie budget is that landscape. Is that per our contract? </w:t>
      </w:r>
    </w:p>
    <w:p>
      <w:r>
        <w:t xml:space="preserve">(Speaker L)  Yes. </w:t>
      </w:r>
    </w:p>
    <w:p>
      <w:r>
        <w:t xml:space="preserve">(Speaker C)  All right. Dog maintenance. Why did we go up </w:t>
      </w:r>
    </w:p>
    <w:p>
      <w:r>
        <w:t xml:space="preserve">(Speaker L)  that. </w:t>
      </w:r>
    </w:p>
    <w:p>
      <w:r>
        <w:t xml:space="preserve">(Speaker B)  I know there was something I think that's just based off. Yeah, we probably could keep that one down a little bit. </w:t>
      </w:r>
    </w:p>
    <w:p>
      <w:r>
        <w:t xml:space="preserve">(Speaker C)  Yeah, let's, let's. I mean I don't know what's going on in that dog park. </w:t>
      </w:r>
    </w:p>
    <w:p>
      <w:r>
        <w:t xml:space="preserve">(Speaker B)  There was numbers that Kevin had sent over that we plugged in. I don't think he would have done that. So let me. We can reduce, keep, keep the dog part the same either. </w:t>
      </w:r>
    </w:p>
    <w:p>
      <w:r>
        <w:t xml:space="preserve">(Speaker C)  I mean I can't even believe that we've spent $5,000 in that dog park. </w:t>
      </w:r>
    </w:p>
    <w:p>
      <w:r>
        <w:t xml:space="preserve">(Speaker B)  The bags are expensive. </w:t>
      </w:r>
    </w:p>
    <w:p>
      <w:r>
        <w:t xml:space="preserve">(Speaker C)  Okay, well is that including the dog waste removal? Is that the line item we're using for that? </w:t>
      </w:r>
    </w:p>
    <w:p>
      <w:r>
        <w:t xml:space="preserve">(Speaker J)  But, but do they remove. </w:t>
      </w:r>
    </w:p>
    <w:p>
      <w:r>
        <w:t xml:space="preserve">(Speaker C)  Yeah. </w:t>
      </w:r>
    </w:p>
    <w:p>
      <w:r>
        <w:t xml:space="preserve">(Speaker B)  So that, that would be because they are under contract there which I don't know how long do we know if </w:t>
      </w:r>
    </w:p>
    <w:p>
      <w:r>
        <w:t xml:space="preserve">(Speaker J)  they repair side there? Because we don't do that in tr. </w:t>
      </w:r>
    </w:p>
    <w:p>
      <w:r>
        <w:t xml:space="preserve">(Speaker B)  Do they do that there? I mean that it's maintained by Brightview. </w:t>
      </w:r>
    </w:p>
    <w:p>
      <w:r>
        <w:t xml:space="preserve">(Speaker C)  So we would have a. </w:t>
      </w:r>
    </w:p>
    <w:p>
      <w:r>
        <w:t xml:space="preserve">(Speaker B)  Be just like anything else. Like if it dies for no cause of theirs and they would provide a proposal to replace it if it dies because of something they did. </w:t>
      </w:r>
    </w:p>
    <w:p>
      <w:r>
        <w:t xml:space="preserve">(Speaker M)  Right. </w:t>
      </w:r>
    </w:p>
    <w:p>
      <w:r>
        <w:t xml:space="preserve">(Speaker B)  Safety, </w:t>
      </w:r>
    </w:p>
    <w:p>
      <w:r>
        <w:t xml:space="preserve">(Speaker C)  this entry gate, access control, what all is in that? Because I do see that we went up on that. But I do see obviously our actuals are high because of all of the struggles that we've had. I'm assuming that that's where that's being coded to. </w:t>
      </w:r>
    </w:p>
    <w:p>
      <w:r>
        <w:t xml:space="preserve">(Speaker M)  That's the new. </w:t>
      </w:r>
    </w:p>
    <w:p>
      <w:r>
        <w:t xml:space="preserve">(Speaker B)  Yeah, we got the new contract which is less than, which is lower. </w:t>
      </w:r>
    </w:p>
    <w:p>
      <w:r>
        <w:t xml:space="preserve">(Speaker C)  So when we say new contract is this, that we're in Vera. So this is in Vera is going under here too? </w:t>
      </w:r>
    </w:p>
    <w:p>
      <w:r>
        <w:t xml:space="preserve">(Speaker L)  Yes. </w:t>
      </w:r>
    </w:p>
    <w:p>
      <w:r>
        <w:t xml:space="preserve">(Speaker C)  Okay, so this is in Vera. And then the new company that we just approved will go under there as well. </w:t>
      </w:r>
    </w:p>
    <w:p>
      <w:r>
        <w:t xml:space="preserve">(Speaker B)  Yeah, the very first bottom above miscellaneous. </w:t>
      </w:r>
    </w:p>
    <w:p>
      <w:r>
        <w:t xml:space="preserve">(Speaker C)  Okay, so this is per contract then telephone. We went up on that. But I thought that we had signed something that was going to be a cheaper option. Did we ever enter into that contract? Cuz I know we were going back and forth. </w:t>
      </w:r>
    </w:p>
    <w:p>
      <w:r>
        <w:t xml:space="preserve">(Speaker B)  Yeah, we're doing, we're looking to do the month to month. Wow. </w:t>
      </w:r>
    </w:p>
    <w:p>
      <w:r>
        <w:t xml:space="preserve">(Speaker L)  No. </w:t>
      </w:r>
    </w:p>
    <w:p>
      <w:r>
        <w:t xml:space="preserve">(Speaker B)  And this again, this number is in here because this is what at the time we were just doing what was current since been approved to go into </w:t>
      </w:r>
    </w:p>
    <w:p>
      <w:r>
        <w:t xml:space="preserve">(Speaker M)  the month to month on the month to month. </w:t>
      </w:r>
    </w:p>
    <w:p>
      <w:r>
        <w:t xml:space="preserve">(Speaker C)  So can we drop that number? I mean I know I'm not trying to pick nickel and dime us here, but also I know the residents are looking for any cost savings that we could possibly do. So </w:t>
      </w:r>
    </w:p>
    <w:p>
      <w:r>
        <w:t xml:space="preserve">(Speaker A)  I was going to say about like the access cards. </w:t>
      </w:r>
    </w:p>
    <w:p>
      <w:r>
        <w:t xml:space="preserve">(Speaker C)  Yep, I got that. </w:t>
      </w:r>
    </w:p>
    <w:p>
      <w:r>
        <w:t xml:space="preserve">(Speaker A)  Why are we spending $1500 more on access cards? </w:t>
      </w:r>
    </w:p>
    <w:p>
      <w:r>
        <w:t xml:space="preserve">(Speaker C)  And we might have been in the beginning, but that's good. </w:t>
      </w:r>
    </w:p>
    <w:p>
      <w:r>
        <w:t xml:space="preserve">(Speaker B)  Usually you spend more early on. </w:t>
      </w:r>
    </w:p>
    <w:p>
      <w:r>
        <w:t xml:space="preserve">(Speaker C)  Yeah, I was like, wow, we could probably decrease. </w:t>
      </w:r>
    </w:p>
    <w:p>
      <w:r>
        <w:t xml:space="preserve">(Speaker B)  Well they do have, I mean part of it. They have a lot of houses still coming in Reverie. So there are going to be. </w:t>
      </w:r>
    </w:p>
    <w:p>
      <w:r>
        <w:t xml:space="preserve">(Speaker C)  They're coming real slow. </w:t>
      </w:r>
    </w:p>
    <w:p>
      <w:r>
        <w:t xml:space="preserve">(Speaker A)  Yeah, well see that was my point with the content. I mean the reserve stuff. Home sales are slowing down. Interest rates have gone back up. Like things are going to come slower to a halt as prices drop. Why go and spend that money when we can get at least a little caught up while home sales are down? </w:t>
      </w:r>
    </w:p>
    <w:p>
      <w:r>
        <w:t xml:space="preserve">(Speaker B)  Yeah, it is. I mean we did lower that by $2,000. We went from 5,000 down to 3,000. </w:t>
      </w:r>
    </w:p>
    <w:p>
      <w:r>
        <w:t xml:space="preserve">(Speaker C)  So going back to the phone thing, can we lower that to whatever our new contract is? Okay. Have that amount. I thought we could still have both done until we make. </w:t>
      </w:r>
    </w:p>
    <w:p>
      <w:r>
        <w:t xml:space="preserve">(Speaker F)  Until we assure the ring central is working properly with the amenity center. </w:t>
      </w:r>
    </w:p>
    <w:p>
      <w:r>
        <w:t xml:space="preserve">(Speaker C)  Jennifer, do we have both phone services going right now? No, no, we got rid of it. We got the ring only right now. </w:t>
      </w:r>
    </w:p>
    <w:p>
      <w:r>
        <w:t xml:space="preserve">(Speaker F)  We're still trying to get that set up. </w:t>
      </w:r>
    </w:p>
    <w:p>
      <w:r>
        <w:t xml:space="preserve">(Speaker C)  Oh, the ring situation set up. </w:t>
      </w:r>
    </w:p>
    <w:p>
      <w:r>
        <w:t xml:space="preserve">(Speaker N)  And just for context, this does have the Internet and it's rolled into that deal. </w:t>
      </w:r>
    </w:p>
    <w:p>
      <w:r>
        <w:t xml:space="preserve">(Speaker C)  The telephone is also the Internet. Gl. </w:t>
      </w:r>
    </w:p>
    <w:p>
      <w:r>
        <w:t xml:space="preserve">(Speaker A)  Yeah, yeah, yeah, it is. Okay. </w:t>
      </w:r>
    </w:p>
    <w:p>
      <w:r>
        <w:t xml:space="preserve">(Speaker C)  Okay. </w:t>
      </w:r>
    </w:p>
    <w:p>
      <w:r>
        <w:t xml:space="preserve">(Speaker N)  That's also probably affecting the cost. </w:t>
      </w:r>
    </w:p>
    <w:p>
      <w:r>
        <w:t xml:space="preserve">(Speaker C)  Okay, then we just need to leave that alone then if that's the case, and then moving on to the access card cards, I think we could go more towards. Well, I guess you already did lower it, so that's fine. And then lifestyles. I have the same questions about all of our. All of our contracts are going up for all of our staff. So is that per contract they have increases. </w:t>
      </w:r>
    </w:p>
    <w:p>
      <w:r>
        <w:t xml:space="preserve">(Speaker B)  So that is what was provided. So, I mean, the board does have some say. You know, they can give pushback, but that's historically. He'll send each year what the salaries would be for those. Those are in the budget for the board to approve. </w:t>
      </w:r>
    </w:p>
    <w:p>
      <w:r>
        <w:t xml:space="preserve">(Speaker M)  Do we have the actual salaries for these positions now? Because I tried finding it. </w:t>
      </w:r>
    </w:p>
    <w:p>
      <w:r>
        <w:t xml:space="preserve">(Speaker B)  No. So we have our agreement with the HOA for management is paying the H or paying the HOA per the service. It's not what the salary is, is. It's what we pay them per our contract. </w:t>
      </w:r>
    </w:p>
    <w:p>
      <w:r>
        <w:t xml:space="preserve">(Speaker N)  Right. </w:t>
      </w:r>
    </w:p>
    <w:p>
      <w:r>
        <w:t xml:space="preserve">(Speaker B)  So their salary is. Yeah, that would be either an hoa. </w:t>
      </w:r>
    </w:p>
    <w:p>
      <w:r>
        <w:t xml:space="preserve">(Speaker C)  So our contract has a flat rate. Is that correct? </w:t>
      </w:r>
    </w:p>
    <w:p>
      <w:r>
        <w:t xml:space="preserve">(Speaker L)  Yes. </w:t>
      </w:r>
    </w:p>
    <w:p>
      <w:r>
        <w:t xml:space="preserve">(Speaker B)  And that is too. We also have on here, which I will probably end up having to push it. I know there's been discussion, but we have consideration of the agreement with r homeowners association. And that's, you know, last year we renewed it and that'll be the same each year. </w:t>
      </w:r>
    </w:p>
    <w:p>
      <w:r>
        <w:t xml:space="preserve">(Speaker A)  So remind me, last year was the first year we actually gave an increase to the lifestyles position. Correct. And in quite a while, I'd have </w:t>
      </w:r>
    </w:p>
    <w:p>
      <w:r>
        <w:t xml:space="preserve">(Speaker B)  to look back on my head. </w:t>
      </w:r>
    </w:p>
    <w:p>
      <w:r>
        <w:t xml:space="preserve">(Speaker M)  That's the first time we actually just gave an increase as opposed to like a yearly. </w:t>
      </w:r>
    </w:p>
    <w:p>
      <w:r>
        <w:t xml:space="preserve">(Speaker A)  Like a yearly merit increase. </w:t>
      </w:r>
    </w:p>
    <w:p>
      <w:r>
        <w:t xml:space="preserve">(Speaker M)  But I would like to know what the salaries actually are. </w:t>
      </w:r>
    </w:p>
    <w:p>
      <w:r>
        <w:t xml:space="preserve">(Speaker C)  So that would be something that the HOA would have to provide to deal because that's. </w:t>
      </w:r>
    </w:p>
    <w:p>
      <w:r>
        <w:t xml:space="preserve">(Speaker D)  That'll be part of the agreement with Dreamfinders. </w:t>
      </w:r>
    </w:p>
    <w:p>
      <w:r>
        <w:t xml:space="preserve">(Speaker B)  The CDD has a management agreement with the hoa. It's not with Dreamfinders, it's with the hoa. And that is just. It's, you know, provide a maintenance tech for $80,000 a year. That's. And that's what we pay the HOA. It's not. We don't see the salary, you know, just like how you hire us or you hire any other vendor. You pay like maintenance, you know, X amount a year. </w:t>
      </w:r>
    </w:p>
    <w:p>
      <w:r>
        <w:t xml:space="preserve">(Speaker J)  And then you guys. </w:t>
      </w:r>
    </w:p>
    <w:p>
      <w:r>
        <w:t xml:space="preserve">(Speaker B)  And they. They handle. Pay the salary and everything internally, their </w:t>
      </w:r>
    </w:p>
    <w:p>
      <w:r>
        <w:t xml:space="preserve">(Speaker A)  salary info is between their employer and them. </w:t>
      </w:r>
    </w:p>
    <w:p>
      <w:r>
        <w:t xml:space="preserve">(Speaker D)  Correct. I understand. Yeah, I understand that. So. But when you look at the. At the management agreement, there's spots for how much you're going to pay for each position. How is that decided? </w:t>
      </w:r>
    </w:p>
    <w:p>
      <w:r>
        <w:t xml:space="preserve">(Speaker J)  You would have to go to your HOA board meeting and ask that question. </w:t>
      </w:r>
    </w:p>
    <w:p>
      <w:r>
        <w:t xml:space="preserve">(Speaker M)  In prior years, probably Kevin would provide that information. </w:t>
      </w:r>
    </w:p>
    <w:p>
      <w:r>
        <w:t xml:space="preserve">(Speaker A)  We just need to know how many. </w:t>
      </w:r>
    </w:p>
    <w:p>
      <w:r>
        <w:t xml:space="preserve">(Speaker B)  And that's what I. So for this, same as last year is he sends the email for the. What they're looking to budget for those lines. </w:t>
      </w:r>
    </w:p>
    <w:p>
      <w:r>
        <w:t xml:space="preserve">(Speaker C)  So I would be looking to change that to be whatever we are contractually obligated to pay the association. Instead of going up on all of these, you know, the lifestyle, the cam, all of these things, or I don't even know why we have CAM in here. </w:t>
      </w:r>
    </w:p>
    <w:p>
      <w:r>
        <w:t xml:space="preserve">(Speaker B)  So there would be. I mean, that's something that we're going to discuss. Discuss. Because we haven't. We haven't finalized the 27 funding agreement or the HOA agreement yet because we. We kind of still have all this going on with the transition from Kevin to. This is so the maintenance tech. So we. Yeah, so we do have. The maintenance tech is 3830 an hour. Administrative assistant, 2653. Lifestyle management manager, $49.53. No, that's facility manager. </w:t>
      </w:r>
    </w:p>
    <w:p>
      <w:r>
        <w:t xml:space="preserve">(Speaker G)  I'm sorry. </w:t>
      </w:r>
    </w:p>
    <w:p>
      <w:r>
        <w:t xml:space="preserve">(Speaker B)  Facility manager and lifestyle is $38.64. That was last. That's the current one. That's the current one we're in right now. </w:t>
      </w:r>
    </w:p>
    <w:p>
      <w:r>
        <w:t xml:space="preserve">(Speaker M)  All right, so if we calculate that out to be a yearly salary plus the 25% load, which is what these companies add, does that equate to what we have next? </w:t>
      </w:r>
    </w:p>
    <w:p>
      <w:r>
        <w:t xml:space="preserve">(Speaker B)  I'd have to do that. </w:t>
      </w:r>
    </w:p>
    <w:p>
      <w:r>
        <w:t xml:space="preserve">(Speaker C)  Yeah, you'd have to. Somebody's gonna have to bust out a calculator. Mindy. Daniel, can you do that in your head, please? Spit us out of numbers, Daniel. You didn't know your math ways. So to my point here is that I think that we. We should leave the numbers the same. Same for the staff. Unless we're going. Unless our new agreement that we're getting into with the association has different numbers </w:t>
      </w:r>
    </w:p>
    <w:p>
      <w:r>
        <w:t xml:space="preserve">(Speaker B)  that we have not settled. </w:t>
      </w:r>
    </w:p>
    <w:p>
      <w:r>
        <w:t xml:space="preserve">(Speaker C)  I know, but we pay by the preliminary. I mean, I could skip down here in the agenda. Is it in here? </w:t>
      </w:r>
    </w:p>
    <w:p>
      <w:r>
        <w:t xml:space="preserve">(Speaker B)  No, it's a burnout. So. Because we haven't been able to finalize it yet with the transition from. </w:t>
      </w:r>
    </w:p>
    <w:p>
      <w:r>
        <w:t xml:space="preserve">(Speaker C)  Is it the same numbers, though? </w:t>
      </w:r>
    </w:p>
    <w:p>
      <w:r>
        <w:t xml:space="preserve">(Speaker B)  It's just blanks. </w:t>
      </w:r>
    </w:p>
    <w:p>
      <w:r>
        <w:t xml:space="preserve">(Speaker M)  Right now. </w:t>
      </w:r>
    </w:p>
    <w:p>
      <w:r>
        <w:t xml:space="preserve">(Speaker B)  Oh, that's what we were going to talk. </w:t>
      </w:r>
    </w:p>
    <w:p>
      <w:r>
        <w:t xml:space="preserve">(Speaker C)  Okay, so then I think that we should leave the numbers the same. I mean in my opinion, I think that we should leave the staffing amounts the same. Our agreement with the association, the numbers should stay the same. If we're going to be going into this agreement. </w:t>
      </w:r>
    </w:p>
    <w:p>
      <w:r>
        <w:t xml:space="preserve">(Speaker B)  Do you guys have any comments? </w:t>
      </w:r>
    </w:p>
    <w:p>
      <w:r>
        <w:t xml:space="preserve">(Speaker G)  I don't have enough information to hurt </w:t>
      </w:r>
    </w:p>
    <w:p>
      <w:r>
        <w:t xml:space="preserve">(Speaker B)  me one way or another right now. </w:t>
      </w:r>
    </w:p>
    <w:p>
      <w:r>
        <w:t xml:space="preserve">(Speaker G)  I haven't seen any of those contracts. </w:t>
      </w:r>
    </w:p>
    <w:p>
      <w:r>
        <w:t xml:space="preserve">(Speaker C)  We haven't either. And that's the part that we, you know, it's hard to make a decision based on our budget and cost the homeowners increase when we don't know what the contract is. And honestly as this entity, you know that's kind of a contract that's between the HOA and the management companies. So I'm assuming that maybe Kevin submitted these numbers based on increases to salaries. </w:t>
      </w:r>
    </w:p>
    <w:p>
      <w:r>
        <w:t xml:space="preserve">(Speaker N)  These are. So there is that staff has not received. But there are staff members. The few that have remained. There have not been increase in two years to their. To the salary being paid to the employee. So this is encompassing of that. </w:t>
      </w:r>
    </w:p>
    <w:p>
      <w:r>
        <w:t xml:space="preserve">(Speaker C)  And by the staff members that have been there, you mean Toby. </w:t>
      </w:r>
    </w:p>
    <w:p>
      <w:r>
        <w:t xml:space="preserve">(Speaker N)  Right. </w:t>
      </w:r>
    </w:p>
    <w:p>
      <w:r>
        <w:t xml:space="preserve">(Speaker C)  So we're talking one. We're one maintenance guy is what you're saying. </w:t>
      </w:r>
    </w:p>
    <w:p>
      <w:r>
        <w:t xml:space="preserve">(Speaker N)  Right. Which is what, what. Why this discussion is happening. So Toby hasn't received an increase in two years. The other positions are market value based on the research provided for those positions. </w:t>
      </w:r>
    </w:p>
    <w:p>
      <w:r>
        <w:t xml:space="preserve">(Speaker J)  Toby's been there two years. </w:t>
      </w:r>
    </w:p>
    <w:p>
      <w:r>
        <w:t xml:space="preserve">(Speaker D)  So help me understand. So let's use $100,000 as an example. We're paying the cam $100,000 is First Services paying money </w:t>
      </w:r>
    </w:p>
    <w:p>
      <w:r>
        <w:t xml:space="preserve">(Speaker C)  association manager. </w:t>
      </w:r>
    </w:p>
    <w:p>
      <w:r>
        <w:t xml:space="preserve">(Speaker N)  So there's going to be a burn rate just like you see anywhere else. So whatever the salary is, then there's a burden break. </w:t>
      </w:r>
    </w:p>
    <w:p>
      <w:r>
        <w:t xml:space="preserve">(Speaker C)  What is that? The amenity management. Is it the lifestyle person? There's one that says lifestyle Lifestyle director and the other one says lifestyle community association manager. So the community association manager is the manager of an hoa. So it just to me seems like. </w:t>
      </w:r>
    </w:p>
    <w:p>
      <w:r>
        <w:t xml:space="preserve">(Speaker D)  Vacation where we're paying health insurance. </w:t>
      </w:r>
    </w:p>
    <w:p>
      <w:r>
        <w:t xml:space="preserve">(Speaker H)  It goes into the number, </w:t>
      </w:r>
    </w:p>
    <w:p>
      <w:r>
        <w:t xml:space="preserve">(Speaker B)  he's funded it through deficit fund. </w:t>
      </w:r>
    </w:p>
    <w:p>
      <w:r>
        <w:t xml:space="preserve">(Speaker N)  They pay that curve of just what the salary is. There's not an extra charge if somebody's working a 40 hour week and they take a day off. </w:t>
      </w:r>
    </w:p>
    <w:p>
      <w:r>
        <w:t xml:space="preserve">(Speaker D)  But the agreement, the agreement says. </w:t>
      </w:r>
    </w:p>
    <w:p>
      <w:r>
        <w:t xml:space="preserve">(Speaker N)  But it is all that is all how the contract is written. </w:t>
      </w:r>
    </w:p>
    <w:p>
      <w:r>
        <w:t xml:space="preserve">(Speaker D)  The agreement says that the CDD pays for hours of work, actual hours to work. And it doesn't include anything about covering health insurance, Automobile coverage. </w:t>
      </w:r>
    </w:p>
    <w:p>
      <w:r>
        <w:t xml:space="preserve">(Speaker N)  This is Actually the first one between the CDD and the association, like this is personality. So our agreement between the association, </w:t>
      </w:r>
    </w:p>
    <w:p>
      <w:r>
        <w:t xml:space="preserve">(Speaker E)  so </w:t>
      </w:r>
    </w:p>
    <w:p>
      <w:r>
        <w:t xml:space="preserve">(Speaker N)  I can speak to contractually what that says as far as where those misalign. I have not had an opportunity to </w:t>
      </w:r>
    </w:p>
    <w:p>
      <w:r>
        <w:t xml:space="preserve">(Speaker B)  look at who runs. </w:t>
      </w:r>
    </w:p>
    <w:p>
      <w:r>
        <w:t xml:space="preserve">(Speaker D)  And I think we're kind of putting the carpet full, of course in this fact that we need to know. So we do have what the demands are going to be as far as the salary checks are going to. </w:t>
      </w:r>
    </w:p>
    <w:p>
      <w:r>
        <w:t xml:space="preserve">(Speaker B)  And we did. We do have the ability to. We have to have the budget adopted by September 15. So we could push this to the next meeting because it's September 10th. Not that that's ideal, but you know, we're just kind of. We're working with what we had at the time with transitioning and everything that's happened. </w:t>
      </w:r>
    </w:p>
    <w:p>
      <w:r>
        <w:t xml:space="preserve">(Speaker A)  Just a question for head headcount, like for what we pay for. Like so like on the line item, I'm looking at like lifestyle, community associate, association manager. The budget for that went up quite a lot. And do we get more headcount out of that or is that just. </w:t>
      </w:r>
    </w:p>
    <w:p>
      <w:r>
        <w:t xml:space="preserve">(Speaker N)  Yeah, so those are all position based. So right now there's admin, there's three staff members, there's your admin, front desk, the maintenance supervisor. And then. </w:t>
      </w:r>
    </w:p>
    <w:p>
      <w:r>
        <w:t xml:space="preserve">(Speaker F)  Is this separate? I'm just. </w:t>
      </w:r>
    </w:p>
    <w:p>
      <w:r>
        <w:t xml:space="preserve">(Speaker A)  Those are all full time employees too, correct? </w:t>
      </w:r>
    </w:p>
    <w:p>
      <w:r>
        <w:t xml:space="preserve">(Speaker N)  Yes, they're all full time. </w:t>
      </w:r>
    </w:p>
    <w:p>
      <w:r>
        <w:t xml:space="preserve">(Speaker C)  So I have a problem with this community association manager. The CDD should not be paying for this. So I want to get that removed altogether. A community association manager is someone who manages an hoa. So that should be coming out of the HOA budget, not our budget. The agreement that we have with the association. The HOA is to pay for staff to run the amenity center, not to manage the hoa. </w:t>
      </w:r>
    </w:p>
    <w:p>
      <w:r>
        <w:t xml:space="preserve">(Speaker N)  So facilities versus hoa. So I understand what you're saying. I think there were conversations before I was even in the picture about this </w:t>
      </w:r>
    </w:p>
    <w:p>
      <w:r>
        <w:t xml:space="preserve">(Speaker F)  thing where there was a time where </w:t>
      </w:r>
    </w:p>
    <w:p>
      <w:r>
        <w:t xml:space="preserve">(Speaker N)  it was on the other side and then it was moved. I'm not privy exactly with those conversations, but I can and I do understand splitting that. You know, you're having one person do the facilities maintenance and the HOA maintenance. Splitting that salary in a way where that makes sense for facilities versus hoa. I know those conversations took place at some point. </w:t>
      </w:r>
    </w:p>
    <w:p>
      <w:r>
        <w:t xml:space="preserve">(Speaker C)  Yeah, I was here for it. But I don't know that I fully recognize, recognized that we were in fact including a community association manager salary. So it is my opinion that that needs to be removed altogether, that we shouldn't be paying for that. And in our agreement it doesn't say that we should be paying for that. Right now. </w:t>
      </w:r>
    </w:p>
    <w:p>
      <w:r>
        <w:t xml:space="preserve">(Speaker B)  The agreement list of maintenance stack at 40, 40 hours, administrative assistant of 40 hours, facility manager at 4 hours per week, and a lifestyle manager at 40 hours per week. </w:t>
      </w:r>
    </w:p>
    <w:p>
      <w:r>
        <w:t xml:space="preserve">(Speaker C)  Yeah. And nowhere does it say anything about a community association manager. So I want to get that removed. </w:t>
      </w:r>
    </w:p>
    <w:p>
      <w:r>
        <w:t xml:space="preserve">(Speaker J)  So. </w:t>
      </w:r>
    </w:p>
    <w:p>
      <w:r>
        <w:t xml:space="preserve">(Speaker M)  All right, little history. So two years ago, there were certain positions here that were on the HOA budget. And I think it was community manager. It was. I think even the lifestyle director. It was on the HOA budget and Kevin moved everything, I guess for simplicity. </w:t>
      </w:r>
    </w:p>
    <w:p>
      <w:r>
        <w:t xml:space="preserve">(Speaker C)  But it should not be that way. No, he didn't do it for simplicity, but it should not be that way. The community association manager salary should be on the HoA budget, not on our budget, and it's not in our agreement. </w:t>
      </w:r>
    </w:p>
    <w:p>
      <w:r>
        <w:t xml:space="preserve">(Speaker M)  So the manager, the person that manages, oversees the landscaping and the hoa, not the hoa. This is the person that manages the </w:t>
      </w:r>
    </w:p>
    <w:p>
      <w:r>
        <w:t xml:space="preserve">(Speaker C)  facilities manager should be managing the facility. That's what we're paying for. </w:t>
      </w:r>
    </w:p>
    <w:p>
      <w:r>
        <w:t xml:space="preserve">(Speaker A)  We have a line item. We have a line item for admin and facility management. </w:t>
      </w:r>
    </w:p>
    <w:p>
      <w:r>
        <w:t xml:space="preserve">(Speaker M)  The facility manager. </w:t>
      </w:r>
    </w:p>
    <w:p>
      <w:r>
        <w:t xml:space="preserve">(Speaker A)  Correct. We have a line item for administration, admin, Facility manager. </w:t>
      </w:r>
    </w:p>
    <w:p>
      <w:r>
        <w:t xml:space="preserve">(Speaker C)  Then who's the b. Who's the maintenance person? </w:t>
      </w:r>
    </w:p>
    <w:p>
      <w:r>
        <w:t xml:space="preserve">(Speaker D)  Who's the maintenance tech? </w:t>
      </w:r>
    </w:p>
    <w:p>
      <w:r>
        <w:t xml:space="preserve">(Speaker F)  Right. </w:t>
      </w:r>
    </w:p>
    <w:p>
      <w:r>
        <w:t xml:space="preserve">(Speaker N)  So Toby. Toby is your maintenance person. </w:t>
      </w:r>
    </w:p>
    <w:p>
      <w:r>
        <w:t xml:space="preserve">(Speaker M)  Okay. </w:t>
      </w:r>
    </w:p>
    <w:p>
      <w:r>
        <w:t xml:space="preserve">(Speaker N)  So right now you have a community association manager who is essentially functioning as both. They're your facilities manager and your community association manager. </w:t>
      </w:r>
    </w:p>
    <w:p>
      <w:r>
        <w:t xml:space="preserve">(Speaker C)  So we're paying. </w:t>
      </w:r>
    </w:p>
    <w:p>
      <w:r>
        <w:t xml:space="preserve">(Speaker F)  We're. </w:t>
      </w:r>
    </w:p>
    <w:p>
      <w:r>
        <w:t xml:space="preserve">(Speaker C)  We're paying double for one person is what is happening. </w:t>
      </w:r>
    </w:p>
    <w:p>
      <w:r>
        <w:t xml:space="preserve">(Speaker J)  So we have a building maintenance super and admin facility management. Is that the same person? </w:t>
      </w:r>
    </w:p>
    <w:p>
      <w:r>
        <w:t xml:space="preserve">(Speaker E)  Yeah. </w:t>
      </w:r>
    </w:p>
    <w:p>
      <w:r>
        <w:t xml:space="preserve">(Speaker N)  So the way it's, it's the way it's worded in here. So you have a front desk admin person position, a maintenance supervisor position, and then you have somebody who is doing CAM functioning or you know, in the HOA sense of violations and architectural review </w:t>
      </w:r>
    </w:p>
    <w:p>
      <w:r>
        <w:t xml:space="preserve">(Speaker C)  and those sort of things. Which is an hoa. </w:t>
      </w:r>
    </w:p>
    <w:p>
      <w:r>
        <w:t xml:space="preserve">(Speaker A)  Roger. </w:t>
      </w:r>
    </w:p>
    <w:p>
      <w:r>
        <w:t xml:space="preserve">(Speaker E)  Hoa, which are. </w:t>
      </w:r>
    </w:p>
    <w:p>
      <w:r>
        <w:t xml:space="preserve">(Speaker C)  Hoa, which has nothing to do with this district. </w:t>
      </w:r>
    </w:p>
    <w:p>
      <w:r>
        <w:t xml:space="preserve">(Speaker N)  Correct. </w:t>
      </w:r>
    </w:p>
    <w:p>
      <w:r>
        <w:t xml:space="preserve">(Speaker M)  But that one person. </w:t>
      </w:r>
    </w:p>
    <w:p>
      <w:r>
        <w:t xml:space="preserve">(Speaker N)  I hear what you're saying. I think it makes a lot of sense that at a minimum, that salary is split facilities manager versus hoa. </w:t>
      </w:r>
    </w:p>
    <w:p>
      <w:r>
        <w:t xml:space="preserve">(Speaker C)  But we have a line item for facilities manager. We're paying a salary for facilities manager at $55,000 a year and a proposed increase to $65,000 a year. </w:t>
      </w:r>
    </w:p>
    <w:p>
      <w:r>
        <w:t xml:space="preserve">(Speaker N)  That's the administrative system. </w:t>
      </w:r>
    </w:p>
    <w:p>
      <w:r>
        <w:t xml:space="preserve">(Speaker A)  Yeah, but we also have a. We also have a building maintenance super field manager. </w:t>
      </w:r>
    </w:p>
    <w:p>
      <w:r>
        <w:t xml:space="preserve">(Speaker H)  So. </w:t>
      </w:r>
    </w:p>
    <w:p>
      <w:r>
        <w:t xml:space="preserve">(Speaker A)  So we have. We have. </w:t>
      </w:r>
    </w:p>
    <w:p>
      <w:r>
        <w:t xml:space="preserve">(Speaker E)  Hold on. </w:t>
      </w:r>
    </w:p>
    <w:p>
      <w:r>
        <w:t xml:space="preserve">(Speaker A)  We have an admin facility management we have building maintenance, super field management. We have Lifestyle Community association manager and lifestyle director. </w:t>
      </w:r>
    </w:p>
    <w:p>
      <w:r>
        <w:t xml:space="preserve">(Speaker D)  The CDD and the HOA agreement was for this fiscal year four years ago. And the CDD said we're going to pay for a maintenance tech 40 hours a week. We're going to pay for an administrative assistant 40 hours a week. We're going to pay for a facilities manager minimum of four hours a week and then a lifestyles manager 40, 40 hours a week. And we're gonna, according to that agreement that was signed by everybody, we're gonna pay a certain amount of money for hours work towards that. </w:t>
      </w:r>
    </w:p>
    <w:p>
      <w:r>
        <w:t xml:space="preserve">(Speaker J)  So the first. </w:t>
      </w:r>
    </w:p>
    <w:p>
      <w:r>
        <w:t xml:space="preserve">(Speaker C)  Yeah. So in not in that agreement is this Lifestyles Community association manager. So I would like to see that removed from our budget. </w:t>
      </w:r>
    </w:p>
    <w:p>
      <w:r>
        <w:t xml:space="preserve">(Speaker A)  Yeah, because basically you said we have 3.2 FTE working for us and we have four line items for that we're paying for. So we're not even paying for a whole person. </w:t>
      </w:r>
    </w:p>
    <w:p>
      <w:r>
        <w:t xml:space="preserve">(Speaker D)  But then we're gonna, then we're gonna face a practical issue that Kevin was, was very active when he was here. From what I understand, Mr. Smith is going to be the new HOA board president. Is he going to be that active as Kevin was in the day to day functioning of referee or is that going to be. What's the right word? Abrogated for the, for the camp? </w:t>
      </w:r>
    </w:p>
    <w:p>
      <w:r>
        <w:t xml:space="preserve">(Speaker C)  I mean the, the, the biggest point here, the biggest takeaway, okay is that contractually our, our contract, contract with the association does not include this line item Lifestyle Community Association Manager. Therefore it should be removed for, from our budget. </w:t>
      </w:r>
    </w:p>
    <w:p>
      <w:r>
        <w:t xml:space="preserve">(Speaker M)  And therefore they add that to the hoa. </w:t>
      </w:r>
    </w:p>
    <w:p>
      <w:r>
        <w:t xml:space="preserve">(Speaker C)  Correct. </w:t>
      </w:r>
    </w:p>
    <w:p>
      <w:r>
        <w:t xml:space="preserve">(Speaker B)  I have the numbers for the items now. So the hourly rates. So for the maintenance stack at the 40 hours per the rate in the agreement is 79 $664 marked up by the 25%. The overhead is 99,580. For the maintenance deck. </w:t>
      </w:r>
    </w:p>
    <w:p>
      <w:r>
        <w:t xml:space="preserve">(Speaker M)  Which position is that? </w:t>
      </w:r>
    </w:p>
    <w:p>
      <w:r>
        <w:t xml:space="preserve">(Speaker B)  Maintenance. That's what they're saying. There's, that's what's so just, just a flat hourly rate for the maintenance tech is 79 $664 for 40 hours a week at the amounting agreement. Administrative assistant 55 $182.40. Facility manager 10,302. That one's tough because that's a minimum. That's not a 40 hour week one. </w:t>
      </w:r>
    </w:p>
    <w:p>
      <w:r>
        <w:t xml:space="preserve">(Speaker J)  Right. </w:t>
      </w:r>
    </w:p>
    <w:p>
      <w:r>
        <w:t xml:space="preserve">(Speaker B)  And then lifestyle manager of $80,371.20. That's without any overhead. Last year's budget, that's what we had per the previous agreement. The agreement we're currently in right now so which, which was the one that. </w:t>
      </w:r>
    </w:p>
    <w:p>
      <w:r>
        <w:t xml:space="preserve">(Speaker A)  And we haven't signed any. </w:t>
      </w:r>
    </w:p>
    <w:p>
      <w:r>
        <w:t xml:space="preserve">(Speaker B)  I would assume it would. </w:t>
      </w:r>
    </w:p>
    <w:p>
      <w:r>
        <w:t xml:space="preserve">(Speaker L)  Yeah. </w:t>
      </w:r>
    </w:p>
    <w:p>
      <w:r>
        <w:t xml:space="preserve">(Speaker M)  Right. So that's the current. </w:t>
      </w:r>
    </w:p>
    <w:p>
      <w:r>
        <w:t xml:space="preserve">(Speaker D)  But the other thing that makes this sort of sloppy is the fact that this is a pass through that if you look at the budget, how much checks that we write each month, we're paying that money directly to the person. So wouldn't it be a lot cleaner if we say, okay, we agree to pay $50 an hour for a particular position and they're going to work 40 hours a week, which is $2,000. Right, whatever. $2,000 a week. Instead of that going through a pass through where we pay that person directly. </w:t>
      </w:r>
    </w:p>
    <w:p>
      <w:r>
        <w:t xml:space="preserve">(Speaker L)  Yeah. </w:t>
      </w:r>
    </w:p>
    <w:p>
      <w:r>
        <w:t xml:space="preserve">(Speaker B)  And that's, that's just the way. So that is, that's like, that's how GMS's agreement is for the onsite trail mark. It's X amount for the year. It's paid the same amount. I believe you guys are on a cost plus basis. Is that what that is? And that's, you know, the, the other company that had bid for on site at trail mark, they wanted to do the cost plus too. And that's kind of how that turns out. With it, it's more of a pass through than just, just a straight contractual price. </w:t>
      </w:r>
    </w:p>
    <w:p>
      <w:r>
        <w:t xml:space="preserve">(Speaker D)  But you know, and I look to the future, those houses are going to be sold in what, two, three years depending on what the market is. Is this, is this agreement going to continue? Is this board going to say, okay, Reverie hoa, which is now going to be resident control, we want to maintain this agreement. </w:t>
      </w:r>
    </w:p>
    <w:p>
      <w:r>
        <w:t xml:space="preserve">(Speaker B)  It's always up to the board. There was discussion last year of getting out of that agreement. I mean it was discussed by the board. </w:t>
      </w:r>
    </w:p>
    <w:p>
      <w:r>
        <w:t xml:space="preserve">(Speaker D)  I mean, I'm sure that nobody on this board wants to be blindsided three years from now when this comes, comes up. </w:t>
      </w:r>
    </w:p>
    <w:p>
      <w:r>
        <w:t xml:space="preserve">(Speaker C)  We have it built. We have it built. Yeah, we have it built into the budget to, you know, obviously have these positions. So in the event that we don't carry through with our agreement with the association, we would still budgetarily be able to staff the amenities center. Basically the agreement is given, giving control to the HoA to manage our facilities. And I honestly believe it was so that Kevin could hire. It was it was for, for them to be able to hire First Service because First Service contract the CDD would not agree to because of what was it there. Oh, there was language in there that if, oh there </w:t>
      </w:r>
    </w:p>
    <w:p>
      <w:r>
        <w:t xml:space="preserve">(Speaker J)  they couldn't come, they couldn't stay working in the building. Yeah. </w:t>
      </w:r>
    </w:p>
    <w:p>
      <w:r>
        <w:t xml:space="preserve">(Speaker C)  Unless we paid $60,000. And that was what this Blackmail. In my opinion, that was what this board decided was not going to happen. So as a workaround in order to get First Service employed in your community, we or Greg suggested this agreement. So that's how the agreement came about. So it's up to us whether or not we want to continue that agreement or not. </w:t>
      </w:r>
    </w:p>
    <w:p>
      <w:r>
        <w:t xml:space="preserve">(Speaker M)  But if we didn't, what would be the downside to it? </w:t>
      </w:r>
    </w:p>
    <w:p>
      <w:r>
        <w:t xml:space="preserve">(Speaker J)  The other side, the flip side would be GMS kind of a thing, you know, where you hire one company to do all of it and you have eyes on you. </w:t>
      </w:r>
    </w:p>
    <w:p>
      <w:r>
        <w:t xml:space="preserve">(Speaker C)  You wouldn't have to change any of your staffing if you so choose. I mean, if you so choose, you could still. But. But then we go back to would First Service be willing to take that verbiage out of their contract? They were pretty steadfast in the fact that they weren't going to, which means </w:t>
      </w:r>
    </w:p>
    <w:p>
      <w:r>
        <w:t xml:space="preserve">(Speaker D)  if they wouldn't, in that case, it </w:t>
      </w:r>
    </w:p>
    <w:p>
      <w:r>
        <w:t xml:space="preserve">(Speaker N)  was before my time. What was the contractual language? </w:t>
      </w:r>
    </w:p>
    <w:p>
      <w:r>
        <w:t xml:space="preserve">(Speaker C)  Basically, if. If staff wanted, if you guys left and staff wanted to stay there, that the district would have to pay $60,000. </w:t>
      </w:r>
    </w:p>
    <w:p>
      <w:r>
        <w:t xml:space="preserve">(Speaker J)  So when Trail Mark switched theirs, we were blindsided. Our board was blindsided by that. And there was a person, a couple persons we wanted to keep on, and they said they wouldn't allow that to happen unless we paid $60,000. So he wanted your company to be there, and so it was easier for him to say, let's just set up an hoa and then we just pay the HOA and then they do the thing. But we don't. </w:t>
      </w:r>
    </w:p>
    <w:p>
      <w:r>
        <w:t xml:space="preserve">(Speaker N)  We. </w:t>
      </w:r>
    </w:p>
    <w:p>
      <w:r>
        <w:t xml:space="preserve">(Speaker J)  Like when I used to come over and talk to Cassie, I think I told you this many times, I could never just talk to Cassie. I had to talk to Cassie and Sammy had to be there and somebody else had to be there and Kevin had to be there. And all I wanted to know was, </w:t>
      </w:r>
    </w:p>
    <w:p>
      <w:r>
        <w:t xml:space="preserve">(Speaker C)  what's going on in lifestyle? </w:t>
      </w:r>
    </w:p>
    <w:p>
      <w:r>
        <w:t xml:space="preserve">(Speaker J)  What are you up to? </w:t>
      </w:r>
    </w:p>
    <w:p>
      <w:r>
        <w:t xml:space="preserve">(Speaker A)  What. </w:t>
      </w:r>
    </w:p>
    <w:p>
      <w:r>
        <w:t xml:space="preserve">(Speaker F)  What, you know, what do you need from me? </w:t>
      </w:r>
    </w:p>
    <w:p>
      <w:r>
        <w:t xml:space="preserve">(Speaker C)  Kind of thing. </w:t>
      </w:r>
    </w:p>
    <w:p>
      <w:r>
        <w:t xml:space="preserve">(Speaker J)  And there was. There was a lot of. In my opinion, I just felt like it was just an odd situation because I could sit and talk to. I sit and talk to these people all the time. And it was no, you know, it was just kind of like, what's happening? </w:t>
      </w:r>
    </w:p>
    <w:p>
      <w:r>
        <w:t xml:space="preserve">(Speaker N)  Or I can't speak to that part because that's lifestyle and completely separate. </w:t>
      </w:r>
    </w:p>
    <w:p>
      <w:r>
        <w:t xml:space="preserve">(Speaker E)  Right. </w:t>
      </w:r>
    </w:p>
    <w:p>
      <w:r>
        <w:t xml:space="preserve">(Speaker C)  Yeah. He also wanted on these. So that's, you know, the other thing </w:t>
      </w:r>
    </w:p>
    <w:p>
      <w:r>
        <w:t xml:space="preserve">(Speaker D)  to consider is, though, although it's not black and white, I understand there's sort of a agreement that the management is tied to the developer's contribution. Now, it's not black and white, but that's sort of what I. The impression that it. </w:t>
      </w:r>
    </w:p>
    <w:p>
      <w:r>
        <w:t xml:space="preserve">(Speaker C)  That was what Kevin would use. Yeah. That if we. If we didn't go forward with that agreement that he would pull deficit funding. </w:t>
      </w:r>
    </w:p>
    <w:p>
      <w:r>
        <w:t xml:space="preserve">(Speaker D)  None of the documents. </w:t>
      </w:r>
    </w:p>
    <w:p>
      <w:r>
        <w:t xml:space="preserve">(Speaker C)  Oh, no. It was never written anywhere. It was never written anywhere. </w:t>
      </w:r>
    </w:p>
    <w:p>
      <w:r>
        <w:t xml:space="preserve">(Speaker D)  So we're being held hostage. </w:t>
      </w:r>
    </w:p>
    <w:p>
      <w:r>
        <w:t xml:space="preserve">(Speaker C)  Listen, Kevin is no longer with Dreamfinders. Kevin's no longer here. We have Luke, Louie, Lewis, Cowling. So what was said, we can't consider that. Right. And I know Mindy likes to keep Dreamfinders funding, and I get why, but at some point, your residents are going to have to face what it actually costs to run the community. </w:t>
      </w:r>
    </w:p>
    <w:p>
      <w:r>
        <w:t xml:space="preserve">(Speaker M)  And then we'll also have more control over what it costs. Cost to run the community. </w:t>
      </w:r>
    </w:p>
    <w:p>
      <w:r>
        <w:t xml:space="preserve">(Speaker C)  We have control right now locked into. </w:t>
      </w:r>
    </w:p>
    <w:p>
      <w:r>
        <w:t xml:space="preserve">(Speaker M)  Well, we have certain contracts that we use because those are what Dreamfinders wants us to use. </w:t>
      </w:r>
    </w:p>
    <w:p>
      <w:r>
        <w:t xml:space="preserve">(Speaker A)  And that didn't work out well for us either. </w:t>
      </w:r>
    </w:p>
    <w:p>
      <w:r>
        <w:t xml:space="preserve">(Speaker M)  Well, I'm the same, but this is what it is. All right, so. And nothing against First Residential or on the. But perhaps we want a totally different management let go to GMS for everything. So those are things that we'll control when we take over running everything for Reverie. But right now we don't. And the hoa. And the hoa. I'll tell you, I have a couple of issues with the whole hoa. And I know this is about the cdd, not about the hoa, but the fact that Kevin is no longer there. We have David Smith who's on the HOA board. As far as we know, that's it. And Jerry, they don't have meetings quarterly, so we have no input. We're assigning control and responsibility to the HOA board for managing the amenity center and all this stuff, but we have no input into what's going on. </w:t>
      </w:r>
    </w:p>
    <w:p>
      <w:r>
        <w:t xml:space="preserve">(Speaker J)  And that can affect us, you guys, because we're giving. We're funding it. </w:t>
      </w:r>
    </w:p>
    <w:p>
      <w:r>
        <w:t xml:space="preserve">(Speaker M)  That's my point. I know this is not. </w:t>
      </w:r>
    </w:p>
    <w:p>
      <w:r>
        <w:t xml:space="preserve">(Speaker C)  All right, okay, let's. </w:t>
      </w:r>
    </w:p>
    <w:p>
      <w:r>
        <w:t xml:space="preserve">(Speaker K)  Let's. </w:t>
      </w:r>
    </w:p>
    <w:p>
      <w:r>
        <w:t xml:space="preserve">(Speaker C)  Let's circle back, okay? </w:t>
      </w:r>
    </w:p>
    <w:p>
      <w:r>
        <w:t xml:space="preserve">(Speaker M)  Let's. </w:t>
      </w:r>
    </w:p>
    <w:p>
      <w:r>
        <w:t xml:space="preserve">(Speaker C)  Let's get through this budget so we can approve this budget and move on. Okay? So basically </w:t>
      </w:r>
    </w:p>
    <w:p>
      <w:r>
        <w:t xml:space="preserve">(Speaker M)  with everybody else's, why is it going up that significantly? If those are the right salaries from the current year budget and that's what we're spending, why are we getting 10 and 12 and 15% increase? </w:t>
      </w:r>
    </w:p>
    <w:p>
      <w:r>
        <w:t xml:space="preserve">(Speaker A)  Well, it's not the same salary as last year and we're paying for people that aren't fully here. </w:t>
      </w:r>
    </w:p>
    <w:p>
      <w:r>
        <w:t xml:space="preserve">(Speaker C)  Okay, so is everyone in agreement that we are removing this lifestyles community association manager salary from our budget. </w:t>
      </w:r>
    </w:p>
    <w:p>
      <w:r>
        <w:t xml:space="preserve">(Speaker M)  I think you have to keep the four hours that's in the agreement we have. </w:t>
      </w:r>
    </w:p>
    <w:p>
      <w:r>
        <w:t xml:space="preserve">(Speaker C)  We have no community association manager in the agreement. So we need to have this salary removed. </w:t>
      </w:r>
    </w:p>
    <w:p>
      <w:r>
        <w:t xml:space="preserve">(Speaker A)  Falls building manager. </w:t>
      </w:r>
    </w:p>
    <w:p>
      <w:r>
        <w:t xml:space="preserve">(Speaker B)  Facility manager is a minimum for different name. </w:t>
      </w:r>
    </w:p>
    <w:p>
      <w:r>
        <w:t xml:space="preserve">(Speaker M)  But okay. </w:t>
      </w:r>
    </w:p>
    <w:p>
      <w:r>
        <w:t xml:space="preserve">(Speaker B)  Well we have two. We have a lifestyle director budgeted and there's a lifestyle community association. </w:t>
      </w:r>
    </w:p>
    <w:p>
      <w:r>
        <w:t xml:space="preserve">(Speaker D)  And I agree that under these facilities manager, the rate that we were going to pay was $49 this year. Is that consistent with. That would seem to me that that would be a rate that you would pay at camp. </w:t>
      </w:r>
    </w:p>
    <w:p>
      <w:r>
        <w:t xml:space="preserve">(Speaker A)  I don't think we need to get into like. </w:t>
      </w:r>
    </w:p>
    <w:p>
      <w:r>
        <w:t xml:space="preserve">(Speaker B)  And that one's tough because. Because the grieving is a minimum of four hours. So it's harder for us to track that they could be doing, you know, 10 hours a week. </w:t>
      </w:r>
    </w:p>
    <w:p>
      <w:r>
        <w:t xml:space="preserve">(Speaker G)  I got any other questions? So in the agreement, there's no operation operational line item in that contract. </w:t>
      </w:r>
    </w:p>
    <w:p>
      <w:r>
        <w:t xml:space="preserve">(Speaker A)  So we have a building maintenance super field management. </w:t>
      </w:r>
    </w:p>
    <w:p>
      <w:r>
        <w:t xml:space="preserve">(Speaker B)  Yeah. There's a maintenance tech, an administrative assistant, a facility manager and a lifestyle manager. Or the four items. </w:t>
      </w:r>
    </w:p>
    <w:p>
      <w:r>
        <w:t xml:space="preserve">(Speaker C)  There's no community association manager. But somehow that made it. </w:t>
      </w:r>
    </w:p>
    <w:p>
      <w:r>
        <w:t xml:space="preserve">(Speaker G)  I'm just thinking that might be just the language they put in there for that position. Well, there's an operations. Just like the city has an operations line item that an operational line item. Or is that really truly a cam? </w:t>
      </w:r>
    </w:p>
    <w:p>
      <w:r>
        <w:t xml:space="preserve">(Speaker C)  It's paying the cam, I believe. </w:t>
      </w:r>
    </w:p>
    <w:p>
      <w:r>
        <w:t xml:space="preserve">(Speaker N)  I think so the CAM is doing two jobs. The CAM is also the facilities maintenance person. They're the person, you know, the operations. The operations of the amenities and all the common areas. They're running it as if the C didn't exist. </w:t>
      </w:r>
    </w:p>
    <w:p>
      <w:r>
        <w:t xml:space="preserve">(Speaker E)  Right. </w:t>
      </w:r>
    </w:p>
    <w:p>
      <w:r>
        <w:t xml:space="preserve">(Speaker N)  They're doing all the things that a CAM would do had Divinity center existed and belong fully to Referee association. So it's set up as a standard community in that typically that CAM would serve as general manager </w:t>
      </w:r>
    </w:p>
    <w:p>
      <w:r>
        <w:t xml:space="preserve">(Speaker D)  from what the documents say. </w:t>
      </w:r>
    </w:p>
    <w:p>
      <w:r>
        <w:t xml:space="preserve">(Speaker B)  And I think I kind of recall last year, I don't know if many of you had this conversation with Kevin about bringing the cam. So he essentially definitely deficit funded. I mean that was his. </w:t>
      </w:r>
    </w:p>
    <w:p>
      <w:r>
        <w:t xml:space="preserve">(Speaker M)  That was part. </w:t>
      </w:r>
    </w:p>
    <w:p>
      <w:r>
        <w:t xml:space="preserve">(Speaker E)  Yes. </w:t>
      </w:r>
    </w:p>
    <w:p>
      <w:r>
        <w:t xml:space="preserve">(Speaker B)  Yeah. So like. Because I guess I don't know if they can deficit fund the hoa. So they can. So they wanted to move it to the CDD and pay it by Dreamfinders through the cdd. </w:t>
      </w:r>
    </w:p>
    <w:p>
      <w:r>
        <w:t xml:space="preserve">(Speaker M)  But this is the operations manner. We're getting hung up on the naming conventions. There are four people. There's a. </w:t>
      </w:r>
    </w:p>
    <w:p>
      <w:r>
        <w:t xml:space="preserve">(Speaker C)  We're not getting hung up on the name. The person that is in the role is doing the job of two people. So basically, if we remove this from this line item from this budget, somebody still has to pay that CAM salary. So it will just go onto your HOA budget, which therefore will probably raise the cost of your HOA dues in </w:t>
      </w:r>
    </w:p>
    <w:p>
      <w:r>
        <w:t xml:space="preserve">(Speaker M)  addition to what we're. </w:t>
      </w:r>
    </w:p>
    <w:p>
      <w:r>
        <w:t xml:space="preserve">(Speaker D)  Which is going to be inevitable anyway once things switch over. The job description for facilities manager is keep a list of product warranties, maintain maintenance logs, document vendors that have provided service, track dates for required maintenance, follow up to ensure corrections. I think that would be our function a lot less than what a CAM does. </w:t>
      </w:r>
    </w:p>
    <w:p>
      <w:r>
        <w:t xml:space="preserve">(Speaker B)  Yeah, I think it would. Because the actual definition in the budget for the lifestyle community is association manager is to provide a lifestyle community association manager to oversee all maintenance related contracts for the amenities center in common common area as well as repairs. So I do think that lifestyle community association Manager is not a good title for this because in the description it has nothing to do with that. So we could just change that to operations manager, which is typically what that. </w:t>
      </w:r>
    </w:p>
    <w:p>
      <w:r>
        <w:t xml:space="preserve">(Speaker D)  And why was that? Why was the document said it was 48. Four hours a week minimum. Four hours a week. Was that a typo or was that. That's all we expected out of that person was a minimum of four hours a week not to be there every hour, every day manage the facility. </w:t>
      </w:r>
    </w:p>
    <w:p>
      <w:r>
        <w:t xml:space="preserve">(Speaker B)  Wes, I don't know if you could speak on that. I know a lot of the negotiation was between council because council to tried drafts the agreement and dream funders and then it was brought back to the board for approval. </w:t>
      </w:r>
    </w:p>
    <w:p>
      <w:r>
        <w:t xml:space="preserve">(Speaker D)  I agree with you, Shelby. You can't let the budget just simmer. We've got to make a decision. But clearly there is not a position on this agreement that we had that we have in hand. </w:t>
      </w:r>
    </w:p>
    <w:p>
      <w:r>
        <w:t xml:space="preserve">(Speaker C)  We're gonna have to update the agreement. But. So what do we have? What do we have in trail, Mark? Okay, we have operations Manager, Amenities Manager, </w:t>
      </w:r>
    </w:p>
    <w:p>
      <w:r>
        <w:t xml:space="preserve">(Speaker J)  and Jordan and Patrick. And I don't know what their titles are. </w:t>
      </w:r>
    </w:p>
    <w:p>
      <w:r>
        <w:t xml:space="preserve">(Speaker F)  Facility attendant, Maintenance. </w:t>
      </w:r>
    </w:p>
    <w:p>
      <w:r>
        <w:t xml:space="preserve">(Speaker C)  So what I'm saying is what Part time. What we're paying. So what we're paying for or at Trailmark is exactly what we should be paying for at Reverie to run the facility. </w:t>
      </w:r>
    </w:p>
    <w:p>
      <w:r>
        <w:t xml:space="preserve">(Speaker J)  Yep. </w:t>
      </w:r>
    </w:p>
    <w:p>
      <w:r>
        <w:t xml:space="preserve">(Speaker M)  That's what we. </w:t>
      </w:r>
    </w:p>
    <w:p>
      <w:r>
        <w:t xml:space="preserve">(Speaker C)  No, Elena does all of that. So we have. We have Amenity manager, which I'm. I obviously want that CAM removed. We have Amenity. It would be an amenities manager is what the title would be. And then we have field Manager. Is that what you are, Dan? </w:t>
      </w:r>
    </w:p>
    <w:p>
      <w:r>
        <w:t xml:space="preserve">(Speaker A)  Yes, Facility management. Field management. </w:t>
      </w:r>
    </w:p>
    <w:p>
      <w:r>
        <w:t xml:space="preserve">(Speaker C)  And then facility management would be those other people that you just talked about. And then lifestyles. But we don't have a lifestyle. We. Well, we do. Elena is our lifestyles person too, so. </w:t>
      </w:r>
    </w:p>
    <w:p>
      <w:r>
        <w:t xml:space="preserve">(Speaker J)  And then we have Patrick part time. </w:t>
      </w:r>
    </w:p>
    <w:p>
      <w:r>
        <w:t xml:space="preserve">(Speaker C)  I just think that also if we're going to continue this agreement that we need to. We shouldn't be paying for a cam, period. End of story. I don't care that the cam's doing two jobs. </w:t>
      </w:r>
    </w:p>
    <w:p>
      <w:r>
        <w:t xml:space="preserve">(Speaker L)  I agree. </w:t>
      </w:r>
    </w:p>
    <w:p>
      <w:r>
        <w:t xml:space="preserve">(Speaker G)  I think, I think that should be separated out. </w:t>
      </w:r>
    </w:p>
    <w:p>
      <w:r>
        <w:t xml:space="preserve">(Speaker C)  Yeah. Yeah. Because if tomorrow or you know, next year or whatever, we. Or if we decide not to sign this agreement, we're still going to need money in our budget if we were not to continue utilizing for service. Nothing against you guys, really. </w:t>
      </w:r>
    </w:p>
    <w:p>
      <w:r>
        <w:t xml:space="preserve">(Speaker J)  Yeah. </w:t>
      </w:r>
    </w:p>
    <w:p>
      <w:r>
        <w:t xml:space="preserve">(Speaker C)  We're not trying to get rid of you. We're just trying to do what's best for the community long term is to </w:t>
      </w:r>
    </w:p>
    <w:p>
      <w:r>
        <w:t xml:space="preserve">(Speaker N)  decide on what, you know, like that amenities manager. Because I mean, frankly, yes, they are licensed cam, but as far as cam, things that actually exist for that property. </w:t>
      </w:r>
    </w:p>
    <w:p>
      <w:r>
        <w:t xml:space="preserve">(Speaker C)  But they're still. Yeah, but they could have a portfolio cam and that could be fully on the HOA side. And then we can. Could hire an amenities manager and just have an amenities manager. </w:t>
      </w:r>
    </w:p>
    <w:p>
      <w:r>
        <w:t xml:space="preserve">(Speaker B)  Right, but you're still going to pay </w:t>
      </w:r>
    </w:p>
    <w:p>
      <w:r>
        <w:t xml:space="preserve">(Speaker N)  a full time person facilities manager. </w:t>
      </w:r>
    </w:p>
    <w:p>
      <w:r>
        <w:t xml:space="preserve">(Speaker C)  Yeah. </w:t>
      </w:r>
    </w:p>
    <w:p>
      <w:r>
        <w:t xml:space="preserve">(Speaker N)  So that's like. I mean, you're essentially getting both for one salary. Understood. It should be separated. </w:t>
      </w:r>
    </w:p>
    <w:p>
      <w:r>
        <w:t xml:space="preserve">(Speaker C)  Yeah. </w:t>
      </w:r>
    </w:p>
    <w:p>
      <w:r>
        <w:t xml:space="preserve">(Speaker N)  Just for clarity and keeping those two entities separate from what a can does versus what an amenities manager, facilities manager does, that makes it like. I do understand the cleanliness of that and how that does separate it. But you're. You're going to hire that facilities maintenance facilities manager regardless of whether they are licensed cam, non licensed CAM doing anything else. </w:t>
      </w:r>
    </w:p>
    <w:p>
      <w:r>
        <w:t xml:space="preserve">(Speaker C)  I guess the question, you know, obviously we are going to have to discuss the agreement and no matter what, the agreement is going to change. I don't think that we should be voting on that because the verbiage and everything needs to change in there. But I guess the question is whether we're keeping this full amount of the $115,000 in here or if we're going to split that amount in half because we are. We shouldn't be paying for a cam. </w:t>
      </w:r>
    </w:p>
    <w:p>
      <w:r>
        <w:t xml:space="preserve">(Speaker M)  How many hours does the cam. </w:t>
      </w:r>
    </w:p>
    <w:p>
      <w:r>
        <w:t xml:space="preserve">(Speaker J)  40. </w:t>
      </w:r>
    </w:p>
    <w:p>
      <w:r>
        <w:t xml:space="preserve">(Speaker A)  40. </w:t>
      </w:r>
    </w:p>
    <w:p>
      <w:r>
        <w:t xml:space="preserve">(Speaker M)  No. How much should it be? I'm not. The position is 40 hours managing. Overseeing the whole amenity manager. That's a full composition. </w:t>
      </w:r>
    </w:p>
    <w:p>
      <w:r>
        <w:t xml:space="preserve">(Speaker N)  So you're so like if we were to do this on a roll where we were just managing the homeowner association, it had nothing to do with the facilities. Correct question. </w:t>
      </w:r>
    </w:p>
    <w:p>
      <w:r>
        <w:t xml:space="preserve">(Speaker J)  Correct. </w:t>
      </w:r>
    </w:p>
    <w:p>
      <w:r>
        <w:t xml:space="preserve">(Speaker N)  I mean, it's hard to quote you numbers or anything like this. I mean typically it would be done on a portfolio, probably in a portfolio model. And you've got a little over what 250 homes that now. Something like that. 300 somewhere in that area. So we would probably do that on one of our 10 to 15 hour contracts. So like close to exact numbers. I mean those are typ. Because they're based on units predicted total closed units and all that. Like I can't spit out a number for you. I can tell you it would be kind of a 40 hour camp who had other properties and 10 or 15 of those hours will be assigned to you. </w:t>
      </w:r>
    </w:p>
    <w:p>
      <w:r>
        <w:t xml:space="preserve">(Speaker M)  So the original agreement had four hours. </w:t>
      </w:r>
    </w:p>
    <w:p>
      <w:r>
        <w:t xml:space="preserve">(Speaker N)  That makes zero sense to me. </w:t>
      </w:r>
    </w:p>
    <w:p>
      <w:r>
        <w:t xml:space="preserve">(Speaker D)  It wasn't for camp. </w:t>
      </w:r>
    </w:p>
    <w:p>
      <w:r>
        <w:t xml:space="preserve">(Speaker B)  That was a facility manager. It's a. It says minimum of 4. I did check the older agreement but even before that one. And that also was four hours minimum. </w:t>
      </w:r>
    </w:p>
    <w:p>
      <w:r>
        <w:t xml:space="preserve">(Speaker N)  Yes. </w:t>
      </w:r>
    </w:p>
    <w:p>
      <w:r>
        <w:t xml:space="preserve">(Speaker B)  So I don't know if it was a typo. I think that's just what was agreed. But I also don't like. And you don't normally see in agreements minimum of. Because even the other ones say minimum of 40 hours. Usually it's just 40 hours. And so I do think that that is something to work on in the agreement. Not having that minimum out. Have what's expected. </w:t>
      </w:r>
    </w:p>
    <w:p>
      <w:r>
        <w:t xml:space="preserve">(Speaker E)  Right. </w:t>
      </w:r>
    </w:p>
    <w:p>
      <w:r>
        <w:t xml:space="preserve">(Speaker N)  Let's just put something in there. It just doesn't like that you're not managing this. </w:t>
      </w:r>
    </w:p>
    <w:p>
      <w:r>
        <w:t xml:space="preserve">(Speaker M)  Yeah, but there's a cam portion that we're saying should be on the HOA budget and not in the CBD budget. I think that's what we want. </w:t>
      </w:r>
    </w:p>
    <w:p>
      <w:r>
        <w:t xml:space="preserve">(Speaker B)  I do want to. I do just want to make sure. </w:t>
      </w:r>
    </w:p>
    <w:p>
      <w:r>
        <w:t xml:space="preserve">(Speaker M)  Yes, but the amenity manager portion needs to be on. </w:t>
      </w:r>
    </w:p>
    <w:p>
      <w:r>
        <w:t xml:space="preserve">(Speaker B)  I do want to. Just to make sure it's clear that it does say cam on there. But the actual description of the work is essentially an operations manager. So you know, we have contracted four items in the agreement. There are four items on here. There's the lifestyle director, the facility manager, the field manager and the lifestyle cam. So I think it would be better to be. The lifestyle manager would be the lifestyle director. The admin. The facility manager would be the facility manager. The building maintenance would be the maintenance tech and then the lifestyle community manager. Community association manager really would be amenity manager. The field manager. </w:t>
      </w:r>
    </w:p>
    <w:p>
      <w:r>
        <w:t xml:space="preserve">(Speaker C)  Yeah. Can you make those updates? Yeah, </w:t>
      </w:r>
    </w:p>
    <w:p>
      <w:r>
        <w:t xml:space="preserve">(Speaker B)  so I think that that would clear it up. </w:t>
      </w:r>
    </w:p>
    <w:p>
      <w:r>
        <w:t xml:space="preserve">(Speaker C)  Why is there a front desk person that will paint at the front desk? </w:t>
      </w:r>
    </w:p>
    <w:p>
      <w:r>
        <w:t xml:space="preserve">(Speaker M)  Why is there one? </w:t>
      </w:r>
    </w:p>
    <w:p>
      <w:r>
        <w:t xml:space="preserve">(Speaker A)  Dream finders. </w:t>
      </w:r>
    </w:p>
    <w:p>
      <w:r>
        <w:t xml:space="preserve">(Speaker J)  Oh, it's a dream finders. The lady at the gal that works </w:t>
      </w:r>
    </w:p>
    <w:p>
      <w:r>
        <w:t xml:space="preserve">(Speaker C)  at the front desk. </w:t>
      </w:r>
    </w:p>
    <w:p>
      <w:r>
        <w:t xml:space="preserve">(Speaker M)  Well, you have one person that's serving both. </w:t>
      </w:r>
    </w:p>
    <w:p>
      <w:r>
        <w:t xml:space="preserve">(Speaker J)  What else does she do? </w:t>
      </w:r>
    </w:p>
    <w:p>
      <w:r>
        <w:t xml:space="preserve">(Speaker M)  No, I'm saying in Tramock. Elena. She does lifestyle. </w:t>
      </w:r>
    </w:p>
    <w:p>
      <w:r>
        <w:t xml:space="preserve">(Speaker C)  All right, so I guess as it stands right now, we'll keep. We'll keep it in here, but we're going to call it amenities manager in case we, you know. </w:t>
      </w:r>
    </w:p>
    <w:p>
      <w:r>
        <w:t xml:space="preserve">(Speaker B)  Yeah. </w:t>
      </w:r>
    </w:p>
    <w:p>
      <w:r>
        <w:t xml:space="preserve">(Speaker C)  That situation. </w:t>
      </w:r>
    </w:p>
    <w:p>
      <w:r>
        <w:t xml:space="preserve">(Speaker B)  Amenity of field. We could kind of combine amenity field. </w:t>
      </w:r>
    </w:p>
    <w:p>
      <w:r>
        <w:t xml:space="preserve">(Speaker C)  There you go. </w:t>
      </w:r>
    </w:p>
    <w:p>
      <w:r>
        <w:t xml:space="preserve">(Speaker B)  And then that would be the building </w:t>
      </w:r>
    </w:p>
    <w:p>
      <w:r>
        <w:t xml:space="preserve">(Speaker D)  instead of Cam, Correct? </w:t>
      </w:r>
    </w:p>
    <w:p>
      <w:r>
        <w:t xml:space="preserve">(Speaker B)  Yeah, instead of Cam. It'd be amenity slash field manager. And then the building maintenance would be the maintenance stack. </w:t>
      </w:r>
    </w:p>
    <w:p>
      <w:r>
        <w:t xml:space="preserve">(Speaker C)  I still don't think that we should be going up as much though, on all of these salaries either. I agree. </w:t>
      </w:r>
    </w:p>
    <w:p>
      <w:r>
        <w:t xml:space="preserve">(Speaker B)  Listen to the Lord. </w:t>
      </w:r>
    </w:p>
    <w:p>
      <w:r>
        <w:t xml:space="preserve">(Speaker K)  So. </w:t>
      </w:r>
    </w:p>
    <w:p>
      <w:r>
        <w:t xml:space="preserve">(Speaker C)  So let's just keep all the salaries the same as they were for 20, 26. Do you guys agree? </w:t>
      </w:r>
    </w:p>
    <w:p>
      <w:r>
        <w:t xml:space="preserve">(Speaker A)  Does that take away from. </w:t>
      </w:r>
    </w:p>
    <w:p>
      <w:r>
        <w:t xml:space="preserve">(Speaker M)  Can we put a simple. </w:t>
      </w:r>
    </w:p>
    <w:p>
      <w:r>
        <w:t xml:space="preserve">(Speaker C)  For all of the positions. </w:t>
      </w:r>
    </w:p>
    <w:p>
      <w:r>
        <w:t xml:space="preserve">(Speaker A)  That's what I was saying. </w:t>
      </w:r>
    </w:p>
    <w:p>
      <w:r>
        <w:t xml:space="preserve">(Speaker B)  They do deserve raises. </w:t>
      </w:r>
    </w:p>
    <w:p>
      <w:r>
        <w:t xml:space="preserve">(Speaker A)  Just a merit increase. </w:t>
      </w:r>
    </w:p>
    <w:p>
      <w:r>
        <w:t xml:space="preserve">(Speaker C)  Okay, </w:t>
      </w:r>
    </w:p>
    <w:p>
      <w:r>
        <w:t xml:space="preserve">(Speaker J)  that's enough. </w:t>
      </w:r>
    </w:p>
    <w:p>
      <w:r>
        <w:t xml:space="preserve">(Speaker C)  Because that's a. That's a very. I mean, this is like 10% increase. </w:t>
      </w:r>
    </w:p>
    <w:p>
      <w:r>
        <w:t xml:space="preserve">(Speaker A)  The average. I mean. </w:t>
      </w:r>
    </w:p>
    <w:p>
      <w:r>
        <w:t xml:space="preserve">(Speaker C)  Yeah, like 10 to 12%. </w:t>
      </w:r>
    </w:p>
    <w:p>
      <w:r>
        <w:t xml:space="preserve">(Speaker A)  My point too is like, are we direct paying or are we paying vendor </w:t>
      </w:r>
    </w:p>
    <w:p>
      <w:r>
        <w:t xml:space="preserve">(Speaker N)  who then takes their cut budget if you want to. </w:t>
      </w:r>
    </w:p>
    <w:p>
      <w:r>
        <w:t xml:space="preserve">(Speaker C)  Just like. </w:t>
      </w:r>
    </w:p>
    <w:p>
      <w:r>
        <w:t xml:space="preserve">(Speaker N)  Like the insurance would be the pain, but not the. </w:t>
      </w:r>
    </w:p>
    <w:p>
      <w:r>
        <w:t xml:space="preserve">(Speaker C)  Was not in the budget. </w:t>
      </w:r>
    </w:p>
    <w:p>
      <w:r>
        <w:t xml:space="preserve">(Speaker N)  So that's going to account for most. The majority of what you're seeing increase. </w:t>
      </w:r>
    </w:p>
    <w:p>
      <w:r>
        <w:t xml:space="preserve">(Speaker J)  So we have to hold this over </w:t>
      </w:r>
    </w:p>
    <w:p>
      <w:r>
        <w:t xml:space="preserve">(Speaker K)  this part till we figure out. </w:t>
      </w:r>
    </w:p>
    <w:p>
      <w:r>
        <w:t xml:space="preserve">(Speaker B)  I mean, we technically could push this on till September. We have to have it adopted if </w:t>
      </w:r>
    </w:p>
    <w:p>
      <w:r>
        <w:t xml:space="preserve">(Speaker J)  we get everything else taken. </w:t>
      </w:r>
    </w:p>
    <w:p>
      <w:r>
        <w:t xml:space="preserve">(Speaker C)  We're almost dying. Can we just bust this out? </w:t>
      </w:r>
    </w:p>
    <w:p>
      <w:r>
        <w:t xml:space="preserve">(Speaker J)  Yeah. </w:t>
      </w:r>
    </w:p>
    <w:p>
      <w:r>
        <w:t xml:space="preserve">(Speaker N)  Okay. </w:t>
      </w:r>
    </w:p>
    <w:p>
      <w:r>
        <w:t xml:space="preserve">(Speaker C)  All right, let's keep moving. So is everybody good with doing a 3% increase on the. On the staff? </w:t>
      </w:r>
    </w:p>
    <w:p>
      <w:r>
        <w:t xml:space="preserve">(Speaker D)  I'm sorry. I'm sorry. </w:t>
      </w:r>
    </w:p>
    <w:p>
      <w:r>
        <w:t xml:space="preserve">(Speaker C)  A 3% increase on the staff? </w:t>
      </w:r>
    </w:p>
    <w:p>
      <w:r>
        <w:t xml:space="preserve">(Speaker M)  Yes. </w:t>
      </w:r>
    </w:p>
    <w:p>
      <w:r>
        <w:t xml:space="preserve">(Speaker C)  Okay. All right, moving on. My only other question was about the pool maintenance. We jumped up from 25,000 to 46. </w:t>
      </w:r>
    </w:p>
    <w:p>
      <w:r>
        <w:t xml:space="preserve">(Speaker M)  I asked Kevin about that. He said he had a new contract with a new company and it was </w:t>
      </w:r>
    </w:p>
    <w:p>
      <w:r>
        <w:t xml:space="preserve">(Speaker B)  a lot more expensive and a lot better. </w:t>
      </w:r>
    </w:p>
    <w:p>
      <w:r>
        <w:t xml:space="preserve">(Speaker C)  So is he. The pool contracts through us. Right. </w:t>
      </w:r>
    </w:p>
    <w:p>
      <w:r>
        <w:t xml:space="preserve">(Speaker J)  It should be just like the landscape, </w:t>
      </w:r>
    </w:p>
    <w:p>
      <w:r>
        <w:t xml:space="preserve">(Speaker C)  but they don't give us. </w:t>
      </w:r>
    </w:p>
    <w:p>
      <w:r>
        <w:t xml:space="preserve">(Speaker B)  Well, I think part of the response. </w:t>
      </w:r>
    </w:p>
    <w:p>
      <w:r>
        <w:t xml:space="preserve">(Speaker C)  What do you mean? We don't have that, Kevin. They change them and they don't tell us. </w:t>
      </w:r>
    </w:p>
    <w:p>
      <w:r>
        <w:t xml:space="preserve">(Speaker K)  Yeah. </w:t>
      </w:r>
    </w:p>
    <w:p>
      <w:r>
        <w:t xml:space="preserve">(Speaker C)  So is it through the. Is it through the hoa? </w:t>
      </w:r>
    </w:p>
    <w:p>
      <w:r>
        <w:t xml:space="preserve">(Speaker B)  It should be. The agreement should be through the CDD and the pool contractor and the HOA manager on site should be the one making sure everything's done for the contract. </w:t>
      </w:r>
    </w:p>
    <w:p>
      <w:r>
        <w:t xml:space="preserve">(Speaker C)  But we don't have the contract. </w:t>
      </w:r>
    </w:p>
    <w:p>
      <w:r>
        <w:t xml:space="preserve">(Speaker J)  But we don't have one. </w:t>
      </w:r>
    </w:p>
    <w:p>
      <w:r>
        <w:t xml:space="preserve">(Speaker F)  We have one. </w:t>
      </w:r>
    </w:p>
    <w:p>
      <w:r>
        <w:t xml:space="preserve">(Speaker H)  It's with the old company. </w:t>
      </w:r>
    </w:p>
    <w:p>
      <w:r>
        <w:t xml:space="preserve">(Speaker C)  Who are we using? </w:t>
      </w:r>
    </w:p>
    <w:p>
      <w:r>
        <w:t xml:space="preserve">(Speaker F)  Where did. </w:t>
      </w:r>
    </w:p>
    <w:p>
      <w:r>
        <w:t xml:space="preserve">(Speaker C)  Could you pull the contract, please? Okay, so I have the proposal from 25 for CBUS was from October of 25. But did he change it since then? </w:t>
      </w:r>
    </w:p>
    <w:p>
      <w:r>
        <w:t xml:space="preserve">(Speaker B)  So I think. I think part of that as well is that. And this is potentially something we could lower. We've spent. Our budget was to 25,000 for the year. We spent 29 already because we've had a ton of those pool problems. So trending for the rest of the year, we're projecting 44,000 to be spent. </w:t>
      </w:r>
    </w:p>
    <w:p>
      <w:r>
        <w:t xml:space="preserve">(Speaker C)  But we had. We have a pool repairs line item. So that should. This should just be the maintenance contract. </w:t>
      </w:r>
    </w:p>
    <w:p>
      <w:r>
        <w:t xml:space="preserve">(Speaker B)  Which we were over on the pool repairs as well. But no, I mean I think we can. That also. That does also include full chemicals because the contract is just for the maintenance. Yes, chemicals are built separately but still built to that line item which fluctuate. But I don't think we need that much of an increase. </w:t>
      </w:r>
    </w:p>
    <w:p>
      <w:r>
        <w:t xml:space="preserve">(Speaker C)  Yeah, I think I've seen like a. Did you find the contract? Do you have a contract from Seabus? </w:t>
      </w:r>
    </w:p>
    <w:p>
      <w:r>
        <w:t xml:space="preserve">(Speaker B)  We have The C bus 1, which is the current one we're under right now. </w:t>
      </w:r>
    </w:p>
    <w:p>
      <w:r>
        <w:t xml:space="preserve">(Speaker F)  Yeah. </w:t>
      </w:r>
    </w:p>
    <w:p>
      <w:r>
        <w:t xml:space="preserve">(Speaker B)  Which is $2,500 per month. </w:t>
      </w:r>
    </w:p>
    <w:p>
      <w:r>
        <w:t xml:space="preserve">(Speaker A)  Like our 2500 </w:t>
      </w:r>
    </w:p>
    <w:p>
      <w:r>
        <w:t xml:space="preserve">(Speaker C)  marks 30. </w:t>
      </w:r>
    </w:p>
    <w:p>
      <w:r>
        <w:t xml:space="preserve">(Speaker B)  So plus that there's. We've been seeing about a 4% increase from him. </w:t>
      </w:r>
    </w:p>
    <w:p>
      <w:r>
        <w:t xml:space="preserve">(Speaker C)  Can we do 35? </w:t>
      </w:r>
    </w:p>
    <w:p>
      <w:r>
        <w:t xml:space="preserve">(Speaker B)  But it also does include include pool chemicals. Pool chemicals are not included in that 2500 loan. </w:t>
      </w:r>
    </w:p>
    <w:p>
      <w:r>
        <w:t xml:space="preserve">(Speaker M)  Are you sure? </w:t>
      </w:r>
    </w:p>
    <w:p>
      <w:r>
        <w:t xml:space="preserve">(Speaker B)  It says. It says in bold chemicals not included. So that's. I, I do honestly think 45 is about the right number because pool chemicals are not cheap. </w:t>
      </w:r>
    </w:p>
    <w:p>
      <w:r>
        <w:t xml:space="preserve">(Speaker C)  This says extra service. </w:t>
      </w:r>
    </w:p>
    <w:p>
      <w:r>
        <w:t xml:space="preserve">(Speaker A)  Well, the good thing is if we go with it, we can monitor it too for next. </w:t>
      </w:r>
    </w:p>
    <w:p>
      <w:r>
        <w:t xml:space="preserve">(Speaker C)  That's all I have if we're. </w:t>
      </w:r>
    </w:p>
    <w:p>
      <w:r>
        <w:t xml:space="preserve">(Speaker F)  All right. </w:t>
      </w:r>
    </w:p>
    <w:p>
      <w:r>
        <w:t xml:space="preserve">(Speaker C)  I didn't realize that the chemicals weren't included. Normally his contracts do for a while </w:t>
      </w:r>
    </w:p>
    <w:p>
      <w:r>
        <w:t xml:space="preserve">(Speaker J)  was just find them off the. </w:t>
      </w:r>
    </w:p>
    <w:p>
      <w:r>
        <w:t xml:space="preserve">(Speaker C)  You know, just going the black market. </w:t>
      </w:r>
    </w:p>
    <w:p>
      <w:r>
        <w:t xml:space="preserve">(Speaker J)  Yeah. </w:t>
      </w:r>
    </w:p>
    <w:p>
      <w:r>
        <w:t xml:space="preserve">(Speaker M)  2500 for the contract and 1350amonth. Chemicals. </w:t>
      </w:r>
    </w:p>
    <w:p>
      <w:r>
        <w:t xml:space="preserve">(Speaker J)  Chemical. </w:t>
      </w:r>
    </w:p>
    <w:p>
      <w:r>
        <w:t xml:space="preserve">(Speaker L)  It's almost like $700 a month on. </w:t>
      </w:r>
    </w:p>
    <w:p>
      <w:r>
        <w:t xml:space="preserve">(Speaker B)  I know almost $700 a month. </w:t>
      </w:r>
    </w:p>
    <w:p>
      <w:r>
        <w:t xml:space="preserve">(Speaker C)  So we don't buy chemicals on our side either. His contract doesn't include chemicals. </w:t>
      </w:r>
    </w:p>
    <w:p>
      <w:r>
        <w:t xml:space="preserve">(Speaker L)  No, we do. We have a separate one. But that's just what he brings in. So we get like the bigger. I think it's Hawkins for Some of the cool chemicals, like the chlorine stuff, but he brings in like tile, soap phosphate and we need that tricolor. </w:t>
      </w:r>
    </w:p>
    <w:p>
      <w:r>
        <w:t xml:space="preserve">(Speaker B)  Like there's different things to use and sometimes we. It does need to be purchased beyond it. Like some summers when it's extra hot, less rain, we might go through more chlorine. Like Dan would have to go and get some. </w:t>
      </w:r>
    </w:p>
    <w:p>
      <w:r>
        <w:t xml:space="preserve">(Speaker C)  All right, those are all the things that I had. Does anybody have anything else? Can we move forward with a motion to approve these budgets? </w:t>
      </w:r>
    </w:p>
    <w:p>
      <w:r>
        <w:t xml:space="preserve">(Speaker A)  Yeah, let me. </w:t>
      </w:r>
    </w:p>
    <w:p>
      <w:r>
        <w:t xml:space="preserve">(Speaker B)  I can. I have the Excel here. </w:t>
      </w:r>
    </w:p>
    <w:p>
      <w:r>
        <w:t xml:space="preserve">(Speaker J)  What are we changing the pool to anything? </w:t>
      </w:r>
    </w:p>
    <w:p>
      <w:r>
        <w:t xml:space="preserve">(Speaker C)  No, I think we go with Daniel's recommendation because of the lack of chemicals included in the contract. </w:t>
      </w:r>
    </w:p>
    <w:p>
      <w:r>
        <w:t xml:space="preserve">(Speaker J)  Going from 25. 5 to 46. </w:t>
      </w:r>
    </w:p>
    <w:p>
      <w:r>
        <w:t xml:space="preserve">(Speaker E)  2. </w:t>
      </w:r>
    </w:p>
    <w:p>
      <w:r>
        <w:t xml:space="preserve">(Speaker C)  We're gonna do that. I think the only changes that we. We're making is the titling of the staff. </w:t>
      </w:r>
    </w:p>
    <w:p>
      <w:r>
        <w:t xml:space="preserve">(Speaker M)  Sure, sure. </w:t>
      </w:r>
    </w:p>
    <w:p>
      <w:r>
        <w:t xml:space="preserve">(Speaker J)  And giving it. </w:t>
      </w:r>
    </w:p>
    <w:p>
      <w:r>
        <w:t xml:space="preserve">(Speaker C)  And the salaries. </w:t>
      </w:r>
    </w:p>
    <w:p>
      <w:r>
        <w:t xml:space="preserve">(Speaker J)  Yes. </w:t>
      </w:r>
    </w:p>
    <w:p>
      <w:r>
        <w:t xml:space="preserve">(Speaker C)  And we're also. There was something else that we were going to change. Oh yeah, the dog park. </w:t>
      </w:r>
    </w:p>
    <w:p>
      <w:r>
        <w:t xml:space="preserve">(Speaker B)  We do have the dog duty caddy, which is like a couple hundred bucks a month. </w:t>
      </w:r>
    </w:p>
    <w:p>
      <w:r>
        <w:t xml:space="preserve">(Speaker C)  Okay, </w:t>
      </w:r>
    </w:p>
    <w:p>
      <w:r>
        <w:t xml:space="preserve">(Speaker D)  I'm good. </w:t>
      </w:r>
    </w:p>
    <w:p>
      <w:r>
        <w:t xml:space="preserve">(Speaker B)  So changing the staff salary to the 3% increase with what was there. I didn't change it. Sorry. I thought this Excel was tied in. </w:t>
      </w:r>
    </w:p>
    <w:p>
      <w:r>
        <w:t xml:space="preserve">(Speaker M)  It. </w:t>
      </w:r>
    </w:p>
    <w:p>
      <w:r>
        <w:t xml:space="preserve">(Speaker B)  It's $33,200 decrease overall. And that's by 578 homes. So it's roughly $57 decrease. </w:t>
      </w:r>
    </w:p>
    <w:p>
      <w:r>
        <w:t xml:space="preserve">(Speaker C)  We'll take it. </w:t>
      </w:r>
    </w:p>
    <w:p>
      <w:r>
        <w:t xml:space="preserve">(Speaker D)  Yep. </w:t>
      </w:r>
    </w:p>
    <w:p>
      <w:r>
        <w:t xml:space="preserve">(Speaker A)  So that was what, 181 you said </w:t>
      </w:r>
    </w:p>
    <w:p>
      <w:r>
        <w:t xml:space="preserve">(Speaker B)  that was actually down to like 1 20. Yeah. </w:t>
      </w:r>
    </w:p>
    <w:p>
      <w:r>
        <w:t xml:space="preserve">(Speaker C)  Hey, what's the difference between the net versus growth? </w:t>
      </w:r>
    </w:p>
    <w:p>
      <w:r>
        <w:t xml:space="preserve">(Speaker B)  It's about a 33, 200 difference. So by divided by the 578 units, it's about a 57 dollar decrease. </w:t>
      </w:r>
    </w:p>
    <w:p>
      <w:r>
        <w:t xml:space="preserve">(Speaker M)  So instead of 127, 181. </w:t>
      </w:r>
    </w:p>
    <w:p>
      <w:r>
        <w:t xml:space="preserve">(Speaker B)  Well, the total would be 18. </w:t>
      </w:r>
    </w:p>
    <w:p>
      <w:r>
        <w:t xml:space="preserve">(Speaker M)  Well, 181 plus 57. </w:t>
      </w:r>
    </w:p>
    <w:p>
      <w:r>
        <w:t xml:space="preserve">(Speaker A)  Correct. </w:t>
      </w:r>
    </w:p>
    <w:p>
      <w:r>
        <w:t xml:space="preserve">(Speaker M)  That's really good. </w:t>
      </w:r>
    </w:p>
    <w:p>
      <w:r>
        <w:t xml:space="preserve">(Speaker C)  All right, so what is the per unit net and per gross? Like what's that? </w:t>
      </w:r>
    </w:p>
    <w:p>
      <w:r>
        <w:t xml:space="preserve">(Speaker B)  So the net is. So the gross includes the collection fee and the early discount fee. So we assess on the gross because we don't know. We can't assess on the net because if everybody paid in November we would get. They get. It's like a 5% discount property tax. So we would get 5% less revenue. So it's. </w:t>
      </w:r>
    </w:p>
    <w:p>
      <w:r>
        <w:t xml:space="preserve">(Speaker D)  We. </w:t>
      </w:r>
    </w:p>
    <w:p>
      <w:r>
        <w:t xml:space="preserve">(Speaker B)  We assess off the gross amount and if the residents pay. And then there's also the county collects, I think 4%. They charge 4% for collection. So if you know the number that's in here. So like the 1380, the 1468 gross. If they pay in November, you get 5% less than that because you get a discount for paying early. So that's, that's it. </w:t>
      </w:r>
    </w:p>
    <w:p>
      <w:r>
        <w:t xml:space="preserve">(Speaker A)  Got it. </w:t>
      </w:r>
    </w:p>
    <w:p>
      <w:r>
        <w:t xml:space="preserve">(Speaker C)  Thank you for explaining. I was wondering that. </w:t>
      </w:r>
    </w:p>
    <w:p>
      <w:r>
        <w:t xml:space="preserve">(Speaker B)  So basically net. Net is what is needed to cover the expenses to the, to the dollar gross is what we need to including the discount and the collection. </w:t>
      </w:r>
    </w:p>
    <w:p>
      <w:r>
        <w:t xml:space="preserve">(Speaker F)  All right. </w:t>
      </w:r>
    </w:p>
    <w:p>
      <w:r>
        <w:t xml:space="preserve">(Speaker C)  I'd like to make a motion to approve the budget for Six Mile Creek with the changes. With the changes mentioned including moving to capital Detroit. No, not including that because I mean can we, we don't have to do that now. Can't we do that at another time? </w:t>
      </w:r>
    </w:p>
    <w:p>
      <w:r>
        <w:t xml:space="preserve">(Speaker B)  Well, if we. </w:t>
      </w:r>
    </w:p>
    <w:p>
      <w:r>
        <w:t xml:space="preserve">(Speaker C)  Closer to when we know what our exact surplus is. I don't want to, I don't want to base off Mindy's estimation of 100 </w:t>
      </w:r>
    </w:p>
    <w:p>
      <w:r>
        <w:t xml:space="preserve">(Speaker B)  use it as a carry forward surplus. We would need to include it now to, to decrease the increase to make it less for moving it into capital. We would just do that at the end of the year once we. </w:t>
      </w:r>
    </w:p>
    <w:p>
      <w:r>
        <w:t xml:space="preserve">(Speaker C)  Yeah, that's, that's what we're going to </w:t>
      </w:r>
    </w:p>
    <w:p>
      <w:r>
        <w:t xml:space="preserve">(Speaker M)  do so we can move at the </w:t>
      </w:r>
    </w:p>
    <w:p>
      <w:r>
        <w:t xml:space="preserve">(Speaker A)  end of the year so there's no </w:t>
      </w:r>
    </w:p>
    <w:p>
      <w:r>
        <w:t xml:space="preserve">(Speaker M)  action needed surpluses at that point. </w:t>
      </w:r>
    </w:p>
    <w:p>
      <w:r>
        <w:t xml:space="preserve">(Speaker B)  We could do that. </w:t>
      </w:r>
    </w:p>
    <w:p>
      <w:r>
        <w:t xml:space="preserve">(Speaker C)  Okay, so my motion still stands. I'm looking for a second. </w:t>
      </w:r>
    </w:p>
    <w:p>
      <w:r>
        <w:t xml:space="preserve">(Speaker A)  I'll second your motion. </w:t>
      </w:r>
    </w:p>
    <w:p>
      <w:r>
        <w:t xml:space="preserve">(Speaker B)  Motion and second. All in favor say aye. </w:t>
      </w:r>
    </w:p>
    <w:p>
      <w:r>
        <w:t xml:space="preserve">(Speaker E)  Aye. </w:t>
      </w:r>
    </w:p>
    <w:p>
      <w:r>
        <w:t xml:space="preserve">(Speaker D)  All right. </w:t>
      </w:r>
    </w:p>
    <w:p>
      <w:r>
        <w:t xml:space="preserve">(Speaker G)  Opposed? </w:t>
      </w:r>
    </w:p>
    <w:p>
      <w:r>
        <w:t xml:space="preserve">(Speaker B)  Hearing None. Motion passes. </w:t>
      </w:r>
    </w:p>
    <w:p>
      <w:r>
        <w:t xml:space="preserve">(Speaker D)  Right. </w:t>
      </w:r>
    </w:p>
    <w:p>
      <w:r>
        <w:t xml:space="preserve">(Speaker B)  And then we have one more public hearing that we have to do related to res. Well, we have actually not what happens but we have per the budget, we have a 20 resolution 202614 imposing special assessments and certifying the assessment role. All this really is doing is just saying these are the assessments that we're charging and it authorized us to create the assessment assessment role which is what's used to send to the county and the county uses that information to collect it on the property tax bill. So it's really. If you have any questions or if you have any comments on the process of how the assessment is collected. So I just need a motion to open the public hearing. </w:t>
      </w:r>
    </w:p>
    <w:p>
      <w:r>
        <w:t xml:space="preserve">(Speaker C)  Motion I'll second. </w:t>
      </w:r>
    </w:p>
    <w:p>
      <w:r>
        <w:t xml:space="preserve">(Speaker B)  Motion and a second. All in favor say aye. Any opposed hearing? Non public hearing is open. This isn't for the budget, but you guys have any comments on the process of how the budget or how the money is collected which is through your property tax bill. </w:t>
      </w:r>
    </w:p>
    <w:p>
      <w:r>
        <w:t xml:space="preserve">(Speaker C)  Ma', am, we can't hear you. </w:t>
      </w:r>
    </w:p>
    <w:p>
      <w:r>
        <w:t xml:space="preserve">(Speaker A)  You got to come up, speak to </w:t>
      </w:r>
    </w:p>
    <w:p>
      <w:r>
        <w:t xml:space="preserve">(Speaker J)  the microphone, talk really loud. </w:t>
      </w:r>
    </w:p>
    <w:p>
      <w:r>
        <w:t xml:space="preserve">(Speaker F)  My. </w:t>
      </w:r>
    </w:p>
    <w:p>
      <w:r>
        <w:t xml:space="preserve">(Speaker C)  The first year I lived here. </w:t>
      </w:r>
    </w:p>
    <w:p>
      <w:r>
        <w:t xml:space="preserve">(Speaker B)  What's your name? </w:t>
      </w:r>
    </w:p>
    <w:p>
      <w:r>
        <w:t xml:space="preserve">(Speaker C)  Linda Downen. I live in Reverie. </w:t>
      </w:r>
    </w:p>
    <w:p>
      <w:r>
        <w:t xml:space="preserve">(Speaker A)  Okay. </w:t>
      </w:r>
    </w:p>
    <w:p>
      <w:r>
        <w:t xml:space="preserve">(Speaker C)  My CDD fee was higher than my county taxes. I was shocked, and I'm not quite. And the one thing that I'm really concerned about is how does the yard. Well, the public maintenance, how does that work? We have no smaller public areas that Brightview would be handling over the huge road that goes all the way to your area. And how much of that Is it equal or are we paying a percentage of the cost? </w:t>
      </w:r>
    </w:p>
    <w:p>
      <w:r>
        <w:t xml:space="preserve">(Speaker B)  It's just the comment section, but there's two separate contracts. So there's a contract just for the areas in Reverie and just for the trail mark. </w:t>
      </w:r>
    </w:p>
    <w:p>
      <w:r>
        <w:t xml:space="preserve">(Speaker F)  Okay. </w:t>
      </w:r>
    </w:p>
    <w:p>
      <w:r>
        <w:t xml:space="preserve">(Speaker B)  But re does pay into the trail mark. </w:t>
      </w:r>
    </w:p>
    <w:p>
      <w:r>
        <w:t xml:space="preserve">(Speaker C)  Yeah, we pay what? </w:t>
      </w:r>
    </w:p>
    <w:p>
      <w:r>
        <w:t xml:space="preserve">(Speaker B)  You pay the trail mark. RE Pays the trail mark. O and M as well. So Reverie pays its own O and M for its own budget as well as the trail mark. </w:t>
      </w:r>
    </w:p>
    <w:p>
      <w:r>
        <w:t xml:space="preserve">(Speaker C)  Why is that? </w:t>
      </w:r>
    </w:p>
    <w:p>
      <w:r>
        <w:t xml:space="preserve">(Speaker B)  That's how it was set up when it was developed. </w:t>
      </w:r>
    </w:p>
    <w:p>
      <w:r>
        <w:t xml:space="preserve">(Speaker C)  Well, that's where I'm concerned. I think the setup was never for us. It was against us. I think we fund a lot more money through you all, then we get advantage of it. So that's it. Thank you. </w:t>
      </w:r>
    </w:p>
    <w:p>
      <w:r>
        <w:t xml:space="preserve">(Speaker B)  Any other comments on the collection of the assessment? All right, I see a motion to close the public hearing. </w:t>
      </w:r>
    </w:p>
    <w:p>
      <w:r>
        <w:t xml:space="preserve">(Speaker C)  Motion. </w:t>
      </w:r>
    </w:p>
    <w:p>
      <w:r>
        <w:t xml:space="preserve">(Speaker A)  Second. </w:t>
      </w:r>
    </w:p>
    <w:p>
      <w:r>
        <w:t xml:space="preserve">(Speaker B)  Motion and a second. All in favor say aye. Any opposed? The public hearing is closed. </w:t>
      </w:r>
    </w:p>
    <w:p>
      <w:r>
        <w:t xml:space="preserve">(Speaker J)  All right. </w:t>
      </w:r>
    </w:p>
    <w:p>
      <w:r>
        <w:t xml:space="preserve">(Speaker B)  So unless the board has any questions on that same process, and we just need a motion to approve resolution 20, 26 to 14. </w:t>
      </w:r>
    </w:p>
    <w:p>
      <w:r>
        <w:t xml:space="preserve">(Speaker C)  Motion, I'll. </w:t>
      </w:r>
    </w:p>
    <w:p>
      <w:r>
        <w:t xml:space="preserve">(Speaker B)  Second motion and a second. All in favor say aye. Any opposed? </w:t>
      </w:r>
    </w:p>
    <w:p>
      <w:r>
        <w:t xml:space="preserve">(Speaker D)  Hearing? </w:t>
      </w:r>
    </w:p>
    <w:p>
      <w:r>
        <w:t xml:space="preserve">(Speaker B)  None. Motion passes. Great. Next, we have consent consideration of the developer funding agreement with Dreamfinders for fiscal year 27. Not sure if this is something we're ready to discuss now. We essentially have the blank form here, which is the same that's been used in the past. It just needs the numbers filled in, which would be associated with this budget. So we can. He's saying we can approve it in substantial form, which is essentially saying there's still some changes coming, and then the chair could have final authorization, or we could just bring it back to the next meeting. Completed. </w:t>
      </w:r>
    </w:p>
    <w:p>
      <w:r>
        <w:t xml:space="preserve">(Speaker C)  What do you guys think? I think we marinate over it and bring it back to the next meeting. </w:t>
      </w:r>
    </w:p>
    <w:p>
      <w:r>
        <w:t xml:space="preserve">(Speaker A)  Yeah, I think it gives you some time, too, to get a little bit more familiar with everything. </w:t>
      </w:r>
    </w:p>
    <w:p>
      <w:r>
        <w:t xml:space="preserve">(Speaker G)  So this is a little bit complicated. </w:t>
      </w:r>
    </w:p>
    <w:p>
      <w:r>
        <w:t xml:space="preserve">(Speaker A)  I don't want to pressure Cook anything right now, but I definitely think it'd be good if you got some better understanding of the community and everything going on. </w:t>
      </w:r>
    </w:p>
    <w:p>
      <w:r>
        <w:t xml:space="preserve">(Speaker C)  So, you know, we can take the next month to look over this and decide if, you know, we want any changes made to it or maybe more realistic as to what is actually occurring there with staff. </w:t>
      </w:r>
    </w:p>
    <w:p>
      <w:r>
        <w:t xml:space="preserve">(Speaker B)  Yes. We could just table it. </w:t>
      </w:r>
    </w:p>
    <w:p>
      <w:r>
        <w:t xml:space="preserve">(Speaker C)  Okay. </w:t>
      </w:r>
    </w:p>
    <w:p>
      <w:r>
        <w:t xml:space="preserve">(Speaker B)  And then we'll bring it back. Any. Any issues with that, Wes. That works. Okay, so we'll table this and then potentially maybe. So the next one we have is the consideration of the agreement with the Reverie Homeowners association for the next fiscal year. Don't know if we want to table that as well or. </w:t>
      </w:r>
    </w:p>
    <w:p>
      <w:r>
        <w:t xml:space="preserve">(Speaker M)  I. I think we should. </w:t>
      </w:r>
    </w:p>
    <w:p>
      <w:r>
        <w:t xml:space="preserve">(Speaker A)  I think after the budget conversation, I think we should probably kind of look at just the job. Jobs itself and then get job responsibilities. </w:t>
      </w:r>
    </w:p>
    <w:p>
      <w:r>
        <w:t xml:space="preserve">(Speaker J)  Yeah. </w:t>
      </w:r>
    </w:p>
    <w:p>
      <w:r>
        <w:t xml:space="preserve">(Speaker C)  Sorry, I'm not following your Jimbo, what was this about? </w:t>
      </w:r>
    </w:p>
    <w:p>
      <w:r>
        <w:t xml:space="preserve">(Speaker B)  This was just the. The agreement with the homeowners association for the facility management, because we approved it last year, which goes through September 30, so we'll need to do it again before October 1 or fiscal May 27, which. So we could table this as well the next month once we. Kind of. </w:t>
      </w:r>
    </w:p>
    <w:p>
      <w:r>
        <w:t xml:space="preserve">(Speaker M)  My biggest concern with this whole agreement is the fact that we don't have HOA meetings. We don't have any involvement in what's occurring. I mean, Anna and Jerry, the HOA board is great, except they don't meet. So we have no input as to what's going on or even with what Lifestyles is doing. It's all under the aspect of disagreement that the HOA controls it all and we have no input. And the people even that are on the board, our president doesn't. </w:t>
      </w:r>
    </w:p>
    <w:p>
      <w:r>
        <w:t xml:space="preserve">(Speaker A)  I think we should look at it. I mean, we need to table it. </w:t>
      </w:r>
    </w:p>
    <w:p>
      <w:r>
        <w:t xml:space="preserve">(Speaker C)  I mean, we don't have to, you know, move forward with the agreement. It's not. It's not a must do. So just keep that in mind when you're reviewing it. But yes, let's table. </w:t>
      </w:r>
    </w:p>
    <w:p>
      <w:r>
        <w:t xml:space="preserve">(Speaker B)  All right, we're going to move on then. Next we have the last public hearing. And this is for the purpose of adopting the amended and restated rules of procedure, which is Resolution 2026-15. These are essentially the rules and procedures that the district operates under. It's very common. Every couple year or two, every few years, the district council will revise these to match what current legislation has changed. Because, you know, every year they have a legislative session and they make new laws, and so we just change it as needed to stay current with laws. So that's all that this is. It's not taking anything out. You know, there's one, for instance, one of them is like the ADA requirement currently is they can notify us within like 24 hours if they need some sort of ADA exemption that was increased, I think to 72 hours because it's unrealistic to get something done potentially in that time. So again, these are just things to keep us in line with what the legislation says. So we'll go ahead and open the public hearing, then the board can have their discussion and go from there. So I need a motion to open the public hearing. </w:t>
      </w:r>
    </w:p>
    <w:p>
      <w:r>
        <w:t xml:space="preserve">(Speaker A)  Motion second. </w:t>
      </w:r>
    </w:p>
    <w:p>
      <w:r>
        <w:t xml:space="preserve">(Speaker B)  Motion, second. All in favor say I. I. Any opposed hearing? None. Public hearings open. So you guys, is there any comments on the restated amended rules and procedures? They are in the agenda package. Wes, I don't know if there's anything you want to add to it that I missed. </w:t>
      </w:r>
    </w:p>
    <w:p>
      <w:r>
        <w:t xml:space="preserve">(Speaker L)  Only 30 questions. </w:t>
      </w:r>
    </w:p>
    <w:p>
      <w:r>
        <w:t xml:space="preserve">(Speaker B)  I think you're. You had a good description. </w:t>
      </w:r>
    </w:p>
    <w:p>
      <w:r>
        <w:t xml:space="preserve">(Speaker A)  Is there any like any other things that we need to be aware of that have changed? </w:t>
      </w:r>
    </w:p>
    <w:p>
      <w:r>
        <w:t xml:space="preserve">(Speaker L)  No. </w:t>
      </w:r>
    </w:p>
    <w:p>
      <w:r>
        <w:t xml:space="preserve">(Speaker B)  I mean nothing. Nothing critical. </w:t>
      </w:r>
    </w:p>
    <w:p>
      <w:r>
        <w:t xml:space="preserve">(Speaker J)  What? </w:t>
      </w:r>
    </w:p>
    <w:p>
      <w:r>
        <w:t xml:space="preserve">(Speaker B)  Is there anything you can think of? </w:t>
      </w:r>
    </w:p>
    <w:p>
      <w:r>
        <w:t xml:space="preserve">(Speaker L)  Yeah, there's nothing that's going to change the day to day operations of the district. The. The biggest changes have to do deal with some noticing requirements both in the </w:t>
      </w:r>
    </w:p>
    <w:p>
      <w:r>
        <w:t xml:space="preserve">(Speaker B)  language and the time frames of notices </w:t>
      </w:r>
    </w:p>
    <w:p>
      <w:r>
        <w:t xml:space="preserve">(Speaker L)  for when the board may choose to update or add to any of the </w:t>
      </w:r>
    </w:p>
    <w:p>
      <w:r>
        <w:t xml:space="preserve">(Speaker H)  rates that are going to be placed. </w:t>
      </w:r>
    </w:p>
    <w:p>
      <w:r>
        <w:t xml:space="preserve">(Speaker L)  Otherwise, it's mostly just. Things to bring the document current. With Florida law. For example, there was recently a change in the law that allowed CDDs to </w:t>
      </w:r>
    </w:p>
    <w:p>
      <w:r>
        <w:t xml:space="preserve">(Speaker B)  be in multiple counties. </w:t>
      </w:r>
    </w:p>
    <w:p>
      <w:r>
        <w:t xml:space="preserve">(Speaker L)  So the word county was made plural counties throughout the document. </w:t>
      </w:r>
    </w:p>
    <w:p>
      <w:r>
        <w:t xml:space="preserve">(Speaker A)  The. </w:t>
      </w:r>
    </w:p>
    <w:p>
      <w:r>
        <w:t xml:space="preserve">(Speaker L)  The reason we did that, even though </w:t>
      </w:r>
    </w:p>
    <w:p>
      <w:r>
        <w:t xml:space="preserve">(Speaker B)  Six Mile Creek isn't in two counties, </w:t>
      </w:r>
    </w:p>
    <w:p>
      <w:r>
        <w:t xml:space="preserve">(Speaker L)  is this is something that we are recommending for all the CDVs we represent throughout the state in excess of 100. So it's truly a housekeeping measure and not something that is specific to 6 mile or is going to change anything substantive with 6 mile operation. </w:t>
      </w:r>
    </w:p>
    <w:p>
      <w:r>
        <w:t xml:space="preserve">(Speaker B)  Any comments? I would just need a motion to close the public hearing. </w:t>
      </w:r>
    </w:p>
    <w:p>
      <w:r>
        <w:t xml:space="preserve">(Speaker A)  I'll make a motion to close. </w:t>
      </w:r>
    </w:p>
    <w:p>
      <w:r>
        <w:t xml:space="preserve">(Speaker B)  Motion and a second. All in favor say aye. Any opposed hearing? None. Motion passes. Does the board have any questions on this? If not, I would see a motion to approve Torrent registration resolution 2026 15. </w:t>
      </w:r>
    </w:p>
    <w:p>
      <w:r>
        <w:t xml:space="preserve">(Speaker C)  Motion I'll second. </w:t>
      </w:r>
    </w:p>
    <w:p>
      <w:r>
        <w:t xml:space="preserve">(Speaker B)  Motion and a second. All in favor say II Any opposed hearing? None. Motion passes. Next, we have approval of the consent agenda. We have engineering item ratification requisition number 353A. We have approval of the minutes of the July 8, 2026 meeting. Gratification of the agreement with the Gulfstream Design Group for professional Engineering Services. Ratification of agreement with JAX Utility Management for the pawn bank repair and reverie. Ratification for proposal from Brightview. Brightview proposal for the suction line turf restore in Reverie. Ratification the Brightview proposal for the initial irrigation audit. </w:t>
      </w:r>
    </w:p>
    <w:p>
      <w:r>
        <w:t xml:space="preserve">(Speaker A)  Reverie. </w:t>
      </w:r>
    </w:p>
    <w:p>
      <w:r>
        <w:t xml:space="preserve">(Speaker B)  And ratification of the Brightview proposal for preventative maintenance, irrigation, repairs and revolution. Ratification for the Tysons amp, which installation, which we discussed in the past. Reverie. The balance sheet as of June 30, and the statement of revenues and expenditures, the assessment receipt schedule and the check register totaling $216,405.18. Unless there are any questions, comments on any of those items, I would receive a motion to approve the consent agenda. </w:t>
      </w:r>
    </w:p>
    <w:p>
      <w:r>
        <w:t xml:space="preserve">(Speaker D)  Going to prove it with just this point of information. The rationale from Tyson as to why we need to have this new amp is. The other one's broken. </w:t>
      </w:r>
    </w:p>
    <w:p>
      <w:r>
        <w:t xml:space="preserve">(Speaker B)  It's broken. </w:t>
      </w:r>
    </w:p>
    <w:p>
      <w:r>
        <w:t xml:space="preserve">(Speaker D)  Yep. </w:t>
      </w:r>
    </w:p>
    <w:p>
      <w:r>
        <w:t xml:space="preserve">(Speaker L)  Yeah. </w:t>
      </w:r>
    </w:p>
    <w:p>
      <w:r>
        <w:t xml:space="preserve">(Speaker D)  And we're paying $6,000 where, if you research this item, you can get us to four. So I know we're going to improve in the future. </w:t>
      </w:r>
    </w:p>
    <w:p>
      <w:r>
        <w:t xml:space="preserve">(Speaker B)  We did talk about that because it came up at the last meeting and it turned out it had been done already. So that's what we're ratifying. But, yeah, in the future, we will look into other options. Did you hear that? </w:t>
      </w:r>
    </w:p>
    <w:p>
      <w:r>
        <w:t xml:space="preserve">(Speaker A)  I saw it. </w:t>
      </w:r>
    </w:p>
    <w:p>
      <w:r>
        <w:t xml:space="preserve">(Speaker E)  Yeah. </w:t>
      </w:r>
    </w:p>
    <w:p>
      <w:r>
        <w:t xml:space="preserve">(Speaker C)  It was right behind you. </w:t>
      </w:r>
    </w:p>
    <w:p>
      <w:r>
        <w:t xml:space="preserve">(Speaker H)  Right there. </w:t>
      </w:r>
    </w:p>
    <w:p>
      <w:r>
        <w:t xml:space="preserve">(Speaker C)  I, like, heard static. </w:t>
      </w:r>
    </w:p>
    <w:p>
      <w:r>
        <w:t xml:space="preserve">(Speaker B)  I did, too. </w:t>
      </w:r>
    </w:p>
    <w:p>
      <w:r>
        <w:t xml:space="preserve">(Speaker C)  I can't come to the window right </w:t>
      </w:r>
    </w:p>
    <w:p>
      <w:r>
        <w:t xml:space="preserve">(Speaker A)  here </w:t>
      </w:r>
    </w:p>
    <w:p>
      <w:r>
        <w:t xml:space="preserve">(Speaker B)  unless there's anything else. I would just need a motion to approve the consent agenda. Motion. And a second. All in favor say aye. Any opposed hearing? </w:t>
      </w:r>
    </w:p>
    <w:p>
      <w:r>
        <w:t xml:space="preserve">(Speaker K)  None. </w:t>
      </w:r>
    </w:p>
    <w:p>
      <w:r>
        <w:t xml:space="preserve">(Speaker B)  Motion passes. All right, so next we have staff reports. </w:t>
      </w:r>
    </w:p>
    <w:p>
      <w:r>
        <w:t xml:space="preserve">(Speaker H)  Reports. </w:t>
      </w:r>
    </w:p>
    <w:p>
      <w:r>
        <w:t xml:space="preserve">(Speaker B)  First we have attorney Wes. Anything? Any update? Wes? Oh, I have zero service. </w:t>
      </w:r>
    </w:p>
    <w:p>
      <w:r>
        <w:t xml:space="preserve">(Speaker A)  I heard it click off. </w:t>
      </w:r>
    </w:p>
    <w:p>
      <w:r>
        <w:t xml:space="preserve">(Speaker B)  I just went to satellite. </w:t>
      </w:r>
    </w:p>
    <w:p>
      <w:r>
        <w:t xml:space="preserve">(Speaker C)  It was that light. </w:t>
      </w:r>
    </w:p>
    <w:p>
      <w:r>
        <w:t xml:space="preserve">(Speaker B)  Sorry, the phone got disconnected. I don't know if it's because of that. Hello, and welcome to the meeting. </w:t>
      </w:r>
    </w:p>
    <w:p>
      <w:r>
        <w:t xml:space="preserve">(Speaker C)  Please enter your passcode followed by the </w:t>
      </w:r>
    </w:p>
    <w:p>
      <w:r>
        <w:t xml:space="preserve">(Speaker M)  pound or hash key and I will connect you. </w:t>
      </w:r>
    </w:p>
    <w:p>
      <w:r>
        <w:t xml:space="preserve">(Speaker C)  Please enter your passcode followed by the pound or hash key and on connect you. </w:t>
      </w:r>
    </w:p>
    <w:p>
      <w:r>
        <w:t xml:space="preserve">(Speaker B)  Hello, and welcome to the meeting. </w:t>
      </w:r>
    </w:p>
    <w:p>
      <w:r>
        <w:t xml:space="preserve">(Speaker C)  Please enter your passcode followed by discount. One moment, please. </w:t>
      </w:r>
    </w:p>
    <w:p>
      <w:r>
        <w:t xml:space="preserve">(Speaker B)  All right. Sorry. Wes, can you hear us? </w:t>
      </w:r>
    </w:p>
    <w:p>
      <w:r>
        <w:t xml:space="preserve">(Speaker C)  Yes, I can. </w:t>
      </w:r>
    </w:p>
    <w:p>
      <w:r>
        <w:t xml:space="preserve">(Speaker L)  Little muffled, but yes, I can hear you. </w:t>
      </w:r>
    </w:p>
    <w:p>
      <w:r>
        <w:t xml:space="preserve">(Speaker B)  Yeah, it's raining really hard right now. We're on your report. Did you have anything to report? We'll move on then to engineering. </w:t>
      </w:r>
    </w:p>
    <w:p>
      <w:r>
        <w:t xml:space="preserve">(Speaker H)  We had two on bank inspections since the last meeting. One was at 1:58. Left early. Sent that, reported to Daniel. I have a feeling that that's an irrigation issue. Because the grass, the way the grass </w:t>
      </w:r>
    </w:p>
    <w:p>
      <w:r>
        <w:t xml:space="preserve">(Speaker L)  is grown in, is the most exposed Soil. </w:t>
      </w:r>
    </w:p>
    <w:p>
      <w:r>
        <w:t xml:space="preserve">(Speaker H)  It's right next to two irrigation heads. That scenario exists right by the break </w:t>
      </w:r>
    </w:p>
    <w:p>
      <w:r>
        <w:t xml:space="preserve">(Speaker B)  in a pond bank. </w:t>
      </w:r>
    </w:p>
    <w:p>
      <w:r>
        <w:t xml:space="preserve">(Speaker H)  It does start, even if it's a slope trickle leak, it has that exposed base to start pushing in the soil. So there's a good run there that we can't see. I pointed out to the homeowner was </w:t>
      </w:r>
    </w:p>
    <w:p>
      <w:r>
        <w:t xml:space="preserve">(Speaker B)  actually reading the book in the backyard </w:t>
      </w:r>
    </w:p>
    <w:p>
      <w:r>
        <w:t xml:space="preserve">(Speaker H)  to make sure she roll an angle in it deep for that one. I would say just before we do anything as a district, verify the irrigation leaks on the homeowner side and then just repair it with soil. And so that one's not a big one. Then we did another one at Rustic Mill Drive that will start in Greenpoint. I went out there, took a look, made some recommendations. It sounded like it aligned green points scope work that they were bidding out. I did notice we have a few areas where there are large drainage inlets in these drainagements on the pockets. So where we were this morning at the Bluegrass Pond, it's another scenario that's going to have another erosion issue because if the inlet is higher than the surrounding rate, the water doesn't come to repair. The one they're looking to repair is on Rustic Mill. That one Exactly. What he's doing is what the as built show that makes sense to fix. But this morning we were at the Bluegrass Pond, which is pond number 32. Another inlet is exhibiting the same behavior. So I'm concerned that that will wash out too. I spoke to Daniel this morning. I don't think that one's covered under the developer anymore. So you can see the property line swale is conveying water that should be going into that inlet and it's actually going beside it starting to like cut a little erosion line into angling. I don't know if maybe we were a cloud agreement like to see if you can get some cost savings to address that. Fix it now before it becomes an issue before us. And if it does actually work, Washington, he just has to build up the area around which the same exact scope of work. Just less soil than we needed on this other one. Like I mentioned earlier, we went through the drawings that we received from BTM highlighting all the drainage and utility easements within our drawings to help the district review fences or anything else. So Daniel has that on flash drive. There are two phases we didn't get. I think it's four and six from etm. I saw a little sinkhole developing on Trail Mark Drive. Daniel caught it about the same time. These are county owned roads. </w:t>
      </w:r>
    </w:p>
    <w:p>
      <w:r>
        <w:t xml:space="preserve">(Speaker A)  That's a pothole. By the drainage. </w:t>
      </w:r>
    </w:p>
    <w:p>
      <w:r>
        <w:t xml:space="preserve">(Speaker H)  Little pothole by the drain. Yeah. That's a common signifier for the drainage pipe that's going into the inlet. The joint that gets sealed off throughout sometimes fails. And then you start to get kind of like an hourglass effect. So I would imagine the soil you're losing is going into the inlet. I actually drove by it today after and it's not as bad as it looks. When you're driving by, there's still earth, like kind of holding up. It didn't actually collapse yet. But if that pipe is very deep underground, if it does open up, it's going to be bad. </w:t>
      </w:r>
    </w:p>
    <w:p>
      <w:r>
        <w:t xml:space="preserve">(Speaker L)  But yeah, the dingle mountain they were checking out today. So I should have an update on that later, see what's going on. Hopefully it's not as bad as the other one next. </w:t>
      </w:r>
    </w:p>
    <w:p>
      <w:r>
        <w:t xml:space="preserve">(Speaker H)  And then we had the bluegrass pond. We went out there to look at some bank erosion. Daniel's been working on getting pricing for winter repair. I did review those proposals. I was going over them with Daniel this morning. The algae growth to me is very normal for this time of year. It's actually light compared to a lot of other districts that I've been in and other ponds that I've seen. I explained earlier that that's based on the ebb and flow of the rain right now. </w:t>
      </w:r>
    </w:p>
    <w:p>
      <w:r>
        <w:t xml:space="preserve">(Speaker I)  This is healthy. </w:t>
      </w:r>
    </w:p>
    <w:p>
      <w:r>
        <w:t xml:space="preserve">(Speaker H)  There was a large fish kill we noticed in there. I know some of the residents don't like having natural vegetation growing at the bank line. Or we would refer to as the normal water level where your land meets the water. Everything in the water would help as far as plant material to take care of those. And you wouldn't have to be dealing with the tree. </w:t>
      </w:r>
    </w:p>
    <w:p>
      <w:r>
        <w:t xml:space="preserve">(Speaker A)  How much did we have to Last year? </w:t>
      </w:r>
    </w:p>
    <w:p>
      <w:r>
        <w:t xml:space="preserve">(Speaker H)  I don't know what. </w:t>
      </w:r>
    </w:p>
    <w:p>
      <w:r>
        <w:t xml:space="preserve">(Speaker A)  We had a lot of that cattail stuff. It got cut, cut down. And then we had to pay someone </w:t>
      </w:r>
    </w:p>
    <w:p>
      <w:r>
        <w:t xml:space="preserve">(Speaker H)  to help go out and clean it up. </w:t>
      </w:r>
    </w:p>
    <w:p>
      <w:r>
        <w:t xml:space="preserve">(Speaker C)  I don't think that we ever paid to have it cleaned up, but we did it. It's still there. The meter one by my house. Yeah, it's still there. </w:t>
      </w:r>
    </w:p>
    <w:p>
      <w:r>
        <w:t xml:space="preserve">(Speaker H)  Something. I mean, it could be worth it to consult with an environmental specialist to just see if what the most cost effective options are to control the issues that you're having. I can't really speak to all of that because it's not my area of expertise and behaviors to other. </w:t>
      </w:r>
    </w:p>
    <w:p>
      <w:r>
        <w:t xml:space="preserve">(Speaker J)  You talked about putting in that one pond. I don't know if it was flowers, but it was plants. Was super expensive. And the people like, we don't want </w:t>
      </w:r>
    </w:p>
    <w:p>
      <w:r>
        <w:t xml:space="preserve">(Speaker C)  it in a red Yard. </w:t>
      </w:r>
    </w:p>
    <w:p>
      <w:r>
        <w:t xml:space="preserve">(Speaker H)  Yeah. So like the cattails, there's other kinds of natural, like local vegetation. </w:t>
      </w:r>
    </w:p>
    <w:p>
      <w:r>
        <w:t xml:space="preserve">(Speaker C)  Yeah. That's kind of why we chose the carp route. So we just need to get more carp. </w:t>
      </w:r>
    </w:p>
    <w:p>
      <w:r>
        <w:t xml:space="preserve">(Speaker H)  Definitely help. We have a lot of ponds so they all do in most of interconnect to each other in some way. So I don't know if you had planned. </w:t>
      </w:r>
    </w:p>
    <w:p>
      <w:r>
        <w:t xml:space="preserve">(Speaker C)  We are, yeah. </w:t>
      </w:r>
    </w:p>
    <w:p>
      <w:r>
        <w:t xml:space="preserve">(Speaker H)  Daniel's proposals mentioned the SONK system. I have experience installing that SONK system in another district. After I went through these proposals, I did just some math on price per foot. I have one contractor, we're in that other district, got us a price for about half of what your least expensive one is. So I'll give you that information and you give that guy a call. The sock system is great. It's just not cheap. And it's a 50 year product. I haven't seen one that would. I haven't seen the SOC system long enough to trust it. But it seems like the idea is there and they're calling it a 50 year product. It's basically like a burlap sack that you pin to the toe of the slope, wrap it up over the top, they go into the pond, they dredge sand out of the pond and into the burlap sack to re establish an even pond bank. And then you take sod and staple sod into that and now you have a pond bank forever that's more structural than just sand sitting on the bank waiting for something to unwind it. So I'll get of that information and we'll take it from there. Also, if the board's okay with it, I can talk to a couple of civil contractors and see what it would cost. For now just re and pack it in and then solve it. </w:t>
      </w:r>
    </w:p>
    <w:p>
      <w:r>
        <w:t xml:space="preserve">(Speaker A)  I think that's a good idea actually. </w:t>
      </w:r>
    </w:p>
    <w:p>
      <w:r>
        <w:t xml:space="preserve">(Speaker H)  That could be considerable. Yeah, I think anything you do is going to be disruptive to that drainage easement. We access that bluegrass and then the pond bank is going to be disrupted with the, you know, bobcat going back and forth. But whenever we set a scope of work like that, we just make sure to restore to previous condition and we get pictures before they start. Takes care. </w:t>
      </w:r>
    </w:p>
    <w:p>
      <w:r>
        <w:t xml:space="preserve">(Speaker B)  Then I do want to talk about the pond bank repair. We talked about the access point. So you know the Revery, the pond bank repairs that we've approved with Jack's Utility Management that tree finders and three point agreed to bed. I did get an email from Nick with the, with the developer when they were out there looking at it. So I'm just going to kind of Read this to you. The issue is regarding homeowner fencing into the unobstructed drainage easement. This goes back to that. We're finding out where they are and they aren't. On lots 295 to 296, there's a 35 foot drainage easement that splits the properties 15 on each side. And then lot 296 has fenced all the way to the property line, ignoring this seven and a half section of unobstructed easement within their property, they've installed fencing, irrigation and plant material all the way up to the fence to the property line. So essentially, they can't get to the pond to make the repair as is. So there's two options. There is one, and this is the one I think you've looked at it and you agree with. Option one would be to regrade the swale to enter the storm structure from a different angle within lot's 295 7.5 foot unobstructed easement. This would allow the homeowner to keep their fencing and landscaping in place without disturbing any other areas. Work would be designed as intended, but it would not be exactly what ETM had designed in their approved set. And then option two, which, by the book, the CDD would need to have the ML1 remove the fence in order to regrade the swale according to the design. So that's. Those are the two options. Essentially. Mike did look at option one. He does think it's fine, we could go with option one and get the work done without having any disturbing. Option two may take some time because we have to notice them, we have to get them to move their fence. Normally, I would say, personally I would be for option two just because it is, that's why that easement's there. But with the time it's already taken, very long time, we're not, you know, who knows how long it can take to actually get that fence moved. So, I mean, I think if option one is fine, but it may be the best option. And then we will continue to go through our assessment of all the easements and then we'll come back to the board and get direction on what we want to do. Both the board wants to be able to move forward, but as far as getting this bond bank risk restoration for every. Which we've been talking about for, like almost a year now. Yeah, optional one will be the quickest </w:t>
      </w:r>
    </w:p>
    <w:p>
      <w:r>
        <w:t xml:space="preserve">(Speaker H)  way to get it. Yeah, it's really not that big of a space to disrupt the fence, but it's Already there. When we looked at the as builds, the top of that pond bank is supposed to be at a 22, right at that drainage endlet. It's like a 10 or so lower, which is about an inch and a half. But it's enough to allow the water, like that other one I mentioned, to just pass by the inlet. So if they just bring the top of the bank behind the inlet up to its designed elevation, it kind of creates a backboard for the water to just make its way to the inlet. The homeowner was out there. When I was looking at it, he was asking me some questions. I try not to get too into it until it comes here. I was explaining my purpose and what it was out there for. He didn't seem to mind if he had to move bushes or fence. I just don't think it's worth all the headache, to be honest. For what the fix is, it's literally just taking some dirt, Putting it on the backside. I mentioned if they can just notch out the inlet, which will allow water to get in at a lower elevation, which will help it better. Same for that other one at bluegrass. It'll help a lot as far as redirecting where that swale is. These swales on paper look like these, but in the field, it's a flat space that, you know, eventually kind of shapes its own way with the waterfall. So it's going in the direction that he proposed. Anyway, it was raining when it was out there, so I can see it rides the property line swell, and it kind of kicks itself out and just is missing the inlet. So if the top of bank was built to its designed elevation, this probably wouldn't be happening. Also, I'm not here to link critique designs, but if you have the top of bank at a 22 at the top of that created a 22, the grate should be lower than whatever you're trying to get it to not pass common sense. Water goes down. </w:t>
      </w:r>
    </w:p>
    <w:p>
      <w:r>
        <w:t xml:space="preserve">(Speaker A)  Yeah. </w:t>
      </w:r>
    </w:p>
    <w:p>
      <w:r>
        <w:t xml:space="preserve">(Speaker H)  I mean, that. That's just the comment I have. Which, with the notches, will help, in a sense, lower the grade elevation of the inlet while we raise the top. </w:t>
      </w:r>
    </w:p>
    <w:p>
      <w:r>
        <w:t xml:space="preserve">(Speaker L)  Yeah. </w:t>
      </w:r>
    </w:p>
    <w:p>
      <w:r>
        <w:t xml:space="preserve">(Speaker B)  They did confirm that part of the restoration will be to get that elevation corrected. So look. Or in the structure. </w:t>
      </w:r>
    </w:p>
    <w:p>
      <w:r>
        <w:t xml:space="preserve">(Speaker L)  Cool. </w:t>
      </w:r>
    </w:p>
    <w:p>
      <w:r>
        <w:t xml:space="preserve">(Speaker B)  So the boards are right with option one. </w:t>
      </w:r>
    </w:p>
    <w:p>
      <w:r>
        <w:t xml:space="preserve">(Speaker D)  Yeah. </w:t>
      </w:r>
    </w:p>
    <w:p>
      <w:r>
        <w:t xml:space="preserve">(Speaker H)  We can take a look. Like, once it's done, we can go look at it and kind of give it a. Looks like it'll hold. Thumbs up. </w:t>
      </w:r>
    </w:p>
    <w:p>
      <w:r>
        <w:t xml:space="preserve">(Speaker C)  Sounds good. </w:t>
      </w:r>
    </w:p>
    <w:p>
      <w:r>
        <w:t xml:space="preserve">(Speaker A)  Okay, I'll make a motion for option one. </w:t>
      </w:r>
    </w:p>
    <w:p>
      <w:r>
        <w:t xml:space="preserve">(Speaker B)  I'll second motion and second all in Favor say aye. Any opposed? Everybody in favor hearing. Anything else? </w:t>
      </w:r>
    </w:p>
    <w:p>
      <w:r>
        <w:t xml:space="preserve">(Speaker H)  Mike, that's it for what I did this morning. I'll kick you guys. Just showing the areas we looked at for follow up. I just didn't have time to do it. But you'll have a like tomorrow. Otherwise I have nothing else unless there's questions. </w:t>
      </w:r>
    </w:p>
    <w:p>
      <w:r>
        <w:t xml:space="preserve">(Speaker B)  All right, Any questions for the engineer? All right, we'll move on to manager. We just have two things today. Discussion and approval of the fiscal year 27 goals and objectives. You'll see it here in the package. It's the same we had last year. This is something that last year year the state started requiring. It's very broad. They didn't give any really direction on it. So they basically said you just got to come up with goals and objectives to complete it. Actually was on the legislative session this year to remove it, which it didn't pass. So we have, what we have in here is the same as we had last year. We have items under community communication engagement, hold at least five regular public meetings first year, provide public notices of the meetings in accordance with the Florida Statutes under the financial transparency and accountability. We have annual budget preparation. We have financial reports published the CDD website, the most recent version of the audit, the fiscal year budget with any amendments and the most recent financials. And then finally the getting the audit done each year. These are really things that we do. Just good practice. Anyways, this is what we had last year. So unless you guys have any questions on any of these or want to add anything to it or remove anything, I would just need a motion to approve the goals and objectives for this period. </w:t>
      </w:r>
    </w:p>
    <w:p>
      <w:r>
        <w:t xml:space="preserve">(Speaker A)  What was the state's purpose for having goals and objectives? </w:t>
      </w:r>
    </w:p>
    <w:p>
      <w:r>
        <w:t xml:space="preserve">(Speaker H)  What's. What's requirement? </w:t>
      </w:r>
    </w:p>
    <w:p>
      <w:r>
        <w:t xml:space="preserve">(Speaker A)  So if you don't meet the goal, then that's. </w:t>
      </w:r>
    </w:p>
    <w:p>
      <w:r>
        <w:t xml:space="preserve">(Speaker B)  You would just, you would just say no, you didn't meet the bill. </w:t>
      </w:r>
    </w:p>
    <w:p>
      <w:r>
        <w:t xml:space="preserve">(Speaker C)  I'll make a motion. </w:t>
      </w:r>
    </w:p>
    <w:p>
      <w:r>
        <w:t xml:space="preserve">(Speaker B)  Second motion will second. All in favor say aye. </w:t>
      </w:r>
    </w:p>
    <w:p>
      <w:r>
        <w:t xml:space="preserve">(Speaker J)  Aye. </w:t>
      </w:r>
    </w:p>
    <w:p>
      <w:r>
        <w:t xml:space="preserve">(Speaker B)  Any opposed hearing none. Motion passes. And then lastly, just have the discussion and approval of the fiscal year 27 meeting schedule. You'll see the dates here in the agenda package. It's sticking with the same </w:t>
      </w:r>
    </w:p>
    <w:p>
      <w:r>
        <w:t xml:space="preserve">(Speaker M)  third or </w:t>
      </w:r>
    </w:p>
    <w:p>
      <w:r>
        <w:t xml:space="preserve">(Speaker B)  Wednesday, second Wednesday of each month here at this location at 1:00pm the only exception is the November meeting will be November 4th, which is the first Wednesday. That's because Veterans Day is the normal day. So we pushed it up a week. And again we can always change these. We could always cancel them, add more. We just have to have an actual schedule approval. So unless you guys have any questions on this and we just need a motion to approve the fiscal year. Can you send a meeting schedule? </w:t>
      </w:r>
    </w:p>
    <w:p>
      <w:r>
        <w:t xml:space="preserve">(Speaker A)  I'll second it. </w:t>
      </w:r>
    </w:p>
    <w:p>
      <w:r>
        <w:t xml:space="preserve">(Speaker B)  Motion and a second. All in favor say aye. Any opposed hearing none. Motion passes. That was all that I had in the csm. Anything for me. We'll move on to trail mark operations and amenities. </w:t>
      </w:r>
    </w:p>
    <w:p>
      <w:r>
        <w:t xml:space="preserve">(Speaker L)  Yeah so. So high tech installing the security system over at the amenity center. The alarm is everything is done. They are still installing the new cameras for the tor down so this be completed tomorrow. The gym benches were ordered so roughly four weeks for the timeline for that. We did order a new part for the ship so I approved the proposal for that. It was within our thresholds. They should be out tomorrow. So that's be waiting. The front door to the amenity center is fixed now. So the park finally got the rebirth. So that's working correctly. All of the fitness pro proposal approved at the last meeting. All those repairs have been done. And then the kayak launch side two of them have been placed arrows in the kayak launch area to signify that it's over there. They were really pulled out. All of the county board work is </w:t>
      </w:r>
    </w:p>
    <w:p>
      <w:r>
        <w:t xml:space="preserve">(Speaker H)  done preparing the one that he pointed </w:t>
      </w:r>
    </w:p>
    <w:p>
      <w:r>
        <w:t xml:space="preserve">(Speaker L)  out maybe the second to that of that one area that by doll said it was complete. And then we had some men's urinals fixed in the restroom in the amenity center and then the repair section. Other than that. Happy to take any questions or I can. I don't know if you want to do the gym update now or after. </w:t>
      </w:r>
    </w:p>
    <w:p>
      <w:r>
        <w:t xml:space="preserve">(Speaker D)  Okay. </w:t>
      </w:r>
    </w:p>
    <w:p>
      <w:r>
        <w:t xml:space="preserve">(Speaker L)  So we also have a proposal in front of you online. This was one of the weight racks that we removed. We removed a weight rack and carried 5 to 25 dumb dumbbells to get into that walk through. It wasn't commercial grade and we didn't know if it was approved by the district initially. So we went online. We found one that is commercial grade. We have gotten requests for it to come back out there. So this is what we found that is commercial grade that we took. We do want to proceed. I know it's got a five year warranty on everything and it would be the same thing. It's just a different shape and commercial graded. It was purchased by us. So we can make. </w:t>
      </w:r>
    </w:p>
    <w:p>
      <w:r>
        <w:t xml:space="preserve">(Speaker C)  So the weights that are there currently on that big rack don't have. Aren't these. </w:t>
      </w:r>
    </w:p>
    <w:p>
      <w:r>
        <w:t xml:space="preserve">(Speaker L)  No, they do. They do. This was just like a a separate second section up. So there right now we have I believe it's like five through 70 pounds. And then this was. We had one of these additionally in </w:t>
      </w:r>
    </w:p>
    <w:p>
      <w:r>
        <w:t xml:space="preserve">(Speaker A)  the gym two Supposed to be a second set. </w:t>
      </w:r>
    </w:p>
    <w:p>
      <w:r>
        <w:t xml:space="preserve">(Speaker L)  A second set. Yeah, exactly. </w:t>
      </w:r>
    </w:p>
    <w:p>
      <w:r>
        <w:t xml:space="preserve">(Speaker H)  I mean I would be okay with the second set. </w:t>
      </w:r>
    </w:p>
    <w:p>
      <w:r>
        <w:t xml:space="preserve">(Speaker L)  Yeah, it's more just maybe about like. Price is $1086. So there are cheaper ones. But this one specifically said in the comments that it was commercial rage. So I know we're just trying to </w:t>
      </w:r>
    </w:p>
    <w:p>
      <w:r>
        <w:t xml:space="preserve">(Speaker A)  be cognizant of that five year warranty on. It's good too. I don't know how you'd mess up a dumbbell </w:t>
      </w:r>
    </w:p>
    <w:p>
      <w:r>
        <w:t xml:space="preserve">(Speaker B)  set. Something. The board wants to </w:t>
      </w:r>
    </w:p>
    <w:p>
      <w:r>
        <w:t xml:space="preserve">(Speaker A)  make a motion to approve. </w:t>
      </w:r>
    </w:p>
    <w:p>
      <w:r>
        <w:t xml:space="preserve">(Speaker B)  Motion and a second. All in favor say aye. Any opposed hearing? Non. Motion passes. </w:t>
      </w:r>
    </w:p>
    <w:p>
      <w:r>
        <w:t xml:space="preserve">(Speaker C)  So when you're coming in the neighborhood that big, you know, Green Point before they left brought those big orange signs in. There's one when you come in the neighborhood that's all black. Yeah. What's up with that? </w:t>
      </w:r>
    </w:p>
    <w:p>
      <w:r>
        <w:t xml:space="preserve">(Speaker L)  It didn't go directly across your river. Basically it got damaged. I reached out to Nick so some different green points or someone in his office is going to replace that. </w:t>
      </w:r>
    </w:p>
    <w:p>
      <w:r>
        <w:t xml:space="preserve">(Speaker A)  What's supposed to be like is there </w:t>
      </w:r>
    </w:p>
    <w:p>
      <w:r>
        <w:t xml:space="preserve">(Speaker H)  a sign going up? </w:t>
      </w:r>
    </w:p>
    <w:p>
      <w:r>
        <w:t xml:space="preserve">(Speaker L)  It just points to where the new model homes are. There's a few in the community. There's one as you like. As you get back towards the end the trail from our job, it just says like, you know, Richmond Model homes. It's just a big red orange sign. Yeah. So it got. It got hit, we're assuming or stolen or broken. So he's going to get a new one on. </w:t>
      </w:r>
    </w:p>
    <w:p>
      <w:r>
        <w:t xml:space="preserve">(Speaker C)  Yeah. If you'll just like follow up on that. Cuz I don't really want it. You know, I think it took them a while to get those flags that were out front that were like horrible looking fragments for forever. So I don't want the same thing. Right. </w:t>
      </w:r>
    </w:p>
    <w:p>
      <w:r>
        <w:t xml:space="preserve">(Speaker H)  I'll follow. </w:t>
      </w:r>
    </w:p>
    <w:p>
      <w:r>
        <w:t xml:space="preserve">(Speaker L)  It was late last week so I'll follow tomorrow. </w:t>
      </w:r>
    </w:p>
    <w:p>
      <w:r>
        <w:t xml:space="preserve">(Speaker C)  All right, cool. </w:t>
      </w:r>
    </w:p>
    <w:p>
      <w:r>
        <w:t xml:space="preserve">(Speaker E)  So I had to cancel my pool party last weekend because it rained and I was slightly depressed because I made survival kits for the kids. But I'm just going to combine this weekend's pool party into two. So I'll get all my survival kids and then I Japan a surprise gift for the adults as well. So be 25 kid gifts and then 25 gifts and then our capacity reset vendor that we approved I think two months ago has pulled out of her vendor agreement because she's moving. And then aside from that I'm working on some things in the future. So I restarted working with Vision City for Bash but now it's being whole family. And then I spoke with Joseph Florida Reasoning in regards to doing a 5k in the neighborhood in February if the border of Baylor had. He didn't say he's done it in the past. So he already has a map and then he has his own staff that will be stationed throughout the area to make sure things are safe. His only thing was he said that if he's fairly confident that we will meet participation requirements for the neighborhood and if we do, then we don't have to open it up to the public. But if he doesn't get participation requirements, he would open it up to the public. But we'll be willing to buy mobile bathrooms if the board doesn't care that as well. And I'll have more details probably around December for the board. But that is something I'm thinking of doing branding as a coupon run to hopefully do run down the transaction. </w:t>
      </w:r>
    </w:p>
    <w:p>
      <w:r>
        <w:t xml:space="preserve">(Speaker C)  I feel like we've done that in the past. </w:t>
      </w:r>
    </w:p>
    <w:p>
      <w:r>
        <w:t xml:space="preserve">(Speaker E)  And then he supplies like the bibs. He does the time counting. He's got the giant inflatable shark in the end. </w:t>
      </w:r>
    </w:p>
    <w:p>
      <w:r>
        <w:t xml:space="preserve">(Speaker B)  So yeah, really excited about it. </w:t>
      </w:r>
    </w:p>
    <w:p>
      <w:r>
        <w:t xml:space="preserve">(Speaker E)  And I will keep you guys updated. And then Dana with paint night does like the holiday paint nights is in interested in doing like a kids program after school once a week if the board would be okay with that. She'll also try it for about a month to see if it can meet participation counts. And if that is approved by the board it would be on the Monday </w:t>
      </w:r>
    </w:p>
    <w:p>
      <w:r>
        <w:t xml:space="preserve">(Speaker J)  after years and it would be in the campus. </w:t>
      </w:r>
    </w:p>
    <w:p>
      <w:r>
        <w:t xml:space="preserve">(Speaker B)  Is that something you're looking for approval today or are you coming back with more heads up. </w:t>
      </w:r>
    </w:p>
    <w:p>
      <w:r>
        <w:t xml:space="preserve">(Speaker A)  Paint lady wants to do a kids after school program. How long is she wanting to do </w:t>
      </w:r>
    </w:p>
    <w:p>
      <w:r>
        <w:t xml:space="preserve">(Speaker B)  the kids program for? </w:t>
      </w:r>
    </w:p>
    <w:p>
      <w:r>
        <w:t xml:space="preserve">(Speaker E)  Like it's about an hour and 15 minutes every Monday in but she's just going to try it out for a month to see if it is something that in the neighborhood is interested in. If it is, then it'll be a </w:t>
      </w:r>
    </w:p>
    <w:p>
      <w:r>
        <w:t xml:space="preserve">(Speaker A)  recurring thing should follow like under the same same agreement policy as the rest of the vendors. </w:t>
      </w:r>
    </w:p>
    <w:p>
      <w:r>
        <w:t xml:space="preserve">(Speaker C)  I mean my only concern is kids in paints. </w:t>
      </w:r>
    </w:p>
    <w:p>
      <w:r>
        <w:t xml:space="preserve">(Speaker J)  Have you ever been to a a paint night with the dogs? </w:t>
      </w:r>
    </w:p>
    <w:p>
      <w:r>
        <w:t xml:space="preserve">(Speaker C)  Yeah, but do you know how much </w:t>
      </w:r>
    </w:p>
    <w:p>
      <w:r>
        <w:t xml:space="preserve">(Speaker A)  fun kids have with them? </w:t>
      </w:r>
    </w:p>
    <w:p>
      <w:r>
        <w:t xml:space="preserve">(Speaker C)  They don't clean up all over our amenity center. That's what I'm trying to say. </w:t>
      </w:r>
    </w:p>
    <w:p>
      <w:r>
        <w:t xml:space="preserve">(Speaker J)  That's why I said camp house and not inside because they've done them inside. </w:t>
      </w:r>
    </w:p>
    <w:p>
      <w:r>
        <w:t xml:space="preserve">(Speaker C)  What about on our furniture? </w:t>
      </w:r>
    </w:p>
    <w:p>
      <w:r>
        <w:t xml:space="preserve">(Speaker E)  They were pretty good about cleaning up. </w:t>
      </w:r>
    </w:p>
    <w:p>
      <w:r>
        <w:t xml:space="preserve">(Speaker J)  Don't they put plastic? She usually puts plastic covers over the tables. Yeah, I've been there for a birdhouse one before. </w:t>
      </w:r>
    </w:p>
    <w:p>
      <w:r>
        <w:t xml:space="preserve">(Speaker C)  All right, just remember I said this, remember what Michelle's comment when poor Dan's having to scrub pen up of everything </w:t>
      </w:r>
    </w:p>
    <w:p>
      <w:r>
        <w:t xml:space="preserve">(Speaker A)  we don't want to. I told you so. </w:t>
      </w:r>
    </w:p>
    <w:p>
      <w:r>
        <w:t xml:space="preserve">(Speaker C)  You'll get one. Don't worry. </w:t>
      </w:r>
    </w:p>
    <w:p>
      <w:r>
        <w:t xml:space="preserve">(Speaker B)  You said Mondays. </w:t>
      </w:r>
    </w:p>
    <w:p>
      <w:r>
        <w:t xml:space="preserve">(Speaker G)  When? </w:t>
      </w:r>
    </w:p>
    <w:p>
      <w:r>
        <w:t xml:space="preserve">(Speaker E)  Mondays. From 4 to 5. 15. </w:t>
      </w:r>
    </w:p>
    <w:p>
      <w:r>
        <w:t xml:space="preserve">(Speaker A)  I'll make a motion to approve the kids program. </w:t>
      </w:r>
    </w:p>
    <w:p>
      <w:r>
        <w:t xml:space="preserve">(Speaker B)  A second motion and a second. All in favor say aye. </w:t>
      </w:r>
    </w:p>
    <w:p>
      <w:r>
        <w:t xml:space="preserve">(Speaker C)  I'm nice. </w:t>
      </w:r>
    </w:p>
    <w:p>
      <w:r>
        <w:t xml:space="preserve">(Speaker N)  Oh, sorry. </w:t>
      </w:r>
    </w:p>
    <w:p>
      <w:r>
        <w:t xml:space="preserve">(Speaker B)  Sorry. So the motion passes. 401. All right, go ahead. </w:t>
      </w:r>
    </w:p>
    <w:p>
      <w:r>
        <w:t xml:space="preserve">(Speaker E)  Lastly, in front of you guys is a schedule. A couple months ago we approved Mary Andrew with a kid action kids gym for a volleyball program. But then she was involved in an accident. She had to recover. She is recovered now and wants to do the ball programming. So. Scheduled for the ball programming. Basically just proceeding approval. </w:t>
      </w:r>
    </w:p>
    <w:p>
      <w:r>
        <w:t xml:space="preserve">(Speaker C)  I'm fine with it. I think we already. </w:t>
      </w:r>
    </w:p>
    <w:p>
      <w:r>
        <w:t xml:space="preserve">(Speaker A)  Yeah, we. In fact I think I talked to Mary on the phone right after her accident. </w:t>
      </w:r>
    </w:p>
    <w:p>
      <w:r>
        <w:t xml:space="preserve">(Speaker G)  So. </w:t>
      </w:r>
    </w:p>
    <w:p>
      <w:r>
        <w:t xml:space="preserve">(Speaker A)  Yeah, I'm good with it too. </w:t>
      </w:r>
    </w:p>
    <w:p>
      <w:r>
        <w:t xml:space="preserve">(Speaker B)  Gonna make a motion to approve that. So you have it. </w:t>
      </w:r>
    </w:p>
    <w:p>
      <w:r>
        <w:t xml:space="preserve">(Speaker A)  I'll make a motion to approve. Hek. </w:t>
      </w:r>
    </w:p>
    <w:p>
      <w:r>
        <w:t xml:space="preserve">(Speaker B)  Second motion and a second. All in favor say aye. Any opposed hearing? None. Motion passes. Anything else? Elena? Any other. Any questions? Comments for Elena? </w:t>
      </w:r>
    </w:p>
    <w:p>
      <w:r>
        <w:t xml:space="preserve">(Speaker C)  I have one. Are we doing touch a truck this year? </w:t>
      </w:r>
    </w:p>
    <w:p>
      <w:r>
        <w:t xml:space="preserve">(Speaker M)  Okay. </w:t>
      </w:r>
    </w:p>
    <w:p>
      <w:r>
        <w:t xml:space="preserve">(Speaker C)  Did you say that and I'm just having amnesia. </w:t>
      </w:r>
    </w:p>
    <w:p>
      <w:r>
        <w:t xml:space="preserve">(Speaker A)  Oh, okay. </w:t>
      </w:r>
    </w:p>
    <w:p>
      <w:r>
        <w:t xml:space="preserve">(Speaker E)  But yes. </w:t>
      </w:r>
    </w:p>
    <w:p>
      <w:r>
        <w:t xml:space="preserve">(Speaker M)  Yes. </w:t>
      </w:r>
    </w:p>
    <w:p>
      <w:r>
        <w:t xml:space="preserve">(Speaker C)  That's not okay. Cuz I feel like the people like it. Yeah, the kids like it. </w:t>
      </w:r>
    </w:p>
    <w:p>
      <w:r>
        <w:t xml:space="preserve">(Speaker E)  I. I was going to try from last year. I was going to try to do it in September but with the budget where it's at right now. </w:t>
      </w:r>
    </w:p>
    <w:p>
      <w:r>
        <w:t xml:space="preserve">(Speaker A)  Did we get life flight? </w:t>
      </w:r>
    </w:p>
    <w:p>
      <w:r>
        <w:t xml:space="preserve">(Speaker C)  You know the helicopter? </w:t>
      </w:r>
    </w:p>
    <w:p>
      <w:r>
        <w:t xml:space="preserve">(Speaker E)  Yeah. </w:t>
      </w:r>
    </w:p>
    <w:p>
      <w:r>
        <w:t xml:space="preserve">(Speaker H)  I can probably help you get contractors to show up with giant trucks and excavators and stuff. You want to pass my number along and then. Yeah, I'll put you in touch with some. </w:t>
      </w:r>
    </w:p>
    <w:p>
      <w:r>
        <w:t xml:space="preserve">(Speaker B)  All right, we'll move on then to the revver reports. I'm guessing there's probably no DFH updates. </w:t>
      </w:r>
    </w:p>
    <w:p>
      <w:r>
        <w:t xml:space="preserve">(Speaker G)  No, I'll defer my updates. I. I know that there was. There were a few proposals for like fire pit and flag pole. </w:t>
      </w:r>
    </w:p>
    <w:p>
      <w:r>
        <w:t xml:space="preserve">(Speaker B)  Don't really know where those are. </w:t>
      </w:r>
    </w:p>
    <w:p>
      <w:r>
        <w:t xml:space="preserve">(Speaker G)  I think they </w:t>
      </w:r>
    </w:p>
    <w:p>
      <w:r>
        <w:t xml:space="preserve">(Speaker B)  check but I'll let </w:t>
      </w:r>
    </w:p>
    <w:p>
      <w:r>
        <w:t xml:space="preserve">(Speaker G)  them do the report and I can. If I can fill in and get some more information. </w:t>
      </w:r>
    </w:p>
    <w:p>
      <w:r>
        <w:t xml:space="preserve">(Speaker H)  I'll do that. </w:t>
      </w:r>
    </w:p>
    <w:p>
      <w:r>
        <w:t xml:space="preserve">(Speaker B)  I will move on then to operations for services. </w:t>
      </w:r>
    </w:p>
    <w:p>
      <w:r>
        <w:t xml:space="preserve">(Speaker J)  Hi. </w:t>
      </w:r>
    </w:p>
    <w:p>
      <w:r>
        <w:t xml:space="preserve">(Speaker F)  So just other than outside points in the report that you got, there were two trash cans that were installed at the garden. Really good quality trash cans. But they were more gifting. </w:t>
      </w:r>
    </w:p>
    <w:p>
      <w:r>
        <w:t xml:space="preserve">(Speaker B)  Way out. </w:t>
      </w:r>
    </w:p>
    <w:p>
      <w:r>
        <w:t xml:space="preserve">(Speaker F)  Yeah, they pulled a seven foot gator out of the medicine pond. And so that would be a good motivator to add more signs. So the signs would be going up. We continue to encourage people to not swim in the ponds. </w:t>
      </w:r>
    </w:p>
    <w:p>
      <w:r>
        <w:t xml:space="preserve">(Speaker A)  You having a problem with that? </w:t>
      </w:r>
    </w:p>
    <w:p>
      <w:r>
        <w:t xml:space="preserve">(Speaker F)  We did. </w:t>
      </w:r>
    </w:p>
    <w:p>
      <w:r>
        <w:t xml:space="preserve">(Speaker J)  It was you guys. </w:t>
      </w:r>
    </w:p>
    <w:p>
      <w:r>
        <w:t xml:space="preserve">(Speaker F)  But, you know, afternoon swimming. </w:t>
      </w:r>
    </w:p>
    <w:p>
      <w:r>
        <w:t xml:space="preserve">(Speaker M)  No. </w:t>
      </w:r>
    </w:p>
    <w:p>
      <w:r>
        <w:t xml:space="preserve">(Speaker F)  I did get pictures of some resident kids waiting in the pond. I don't know if my email might </w:t>
      </w:r>
    </w:p>
    <w:p>
      <w:r>
        <w:t xml:space="preserve">(Speaker C)  have been a little. </w:t>
      </w:r>
    </w:p>
    <w:p>
      <w:r>
        <w:t xml:space="preserve">(Speaker F)  He's still working and trucking along on the painting of the fences and the areas and with the wood trim all around the amenity center. They're working on getting a list together of all the spa and pool grout areas that need to be repaired. And that's. I mean, he just continues to keep walking around, hearing and cleaning. But that's, of course, the generalization of wisdom Report. </w:t>
      </w:r>
    </w:p>
    <w:p>
      <w:r>
        <w:t xml:space="preserve">(Speaker A)  What was wrong with the ac? </w:t>
      </w:r>
    </w:p>
    <w:p>
      <w:r>
        <w:t xml:space="preserve">(Speaker F)  The thermostat went down, so they were able to. To fix it and put the same thermostat cover on, but it wasn't correct. So they went. They got another one. And as he was installing it, he shorted it out. So he's just getting another part and putting that in. </w:t>
      </w:r>
    </w:p>
    <w:p>
      <w:r>
        <w:t xml:space="preserve">(Speaker E)  Okay. </w:t>
      </w:r>
    </w:p>
    <w:p>
      <w:r>
        <w:t xml:space="preserve">(Speaker F)  But it is working fine. </w:t>
      </w:r>
    </w:p>
    <w:p>
      <w:r>
        <w:t xml:space="preserve">(Speaker D)  Okay. </w:t>
      </w:r>
    </w:p>
    <w:p>
      <w:r>
        <w:t xml:space="preserve">(Speaker F)  The ion system, though, is a little bit more complicated. And you can't just replace the six lenses. </w:t>
      </w:r>
    </w:p>
    <w:p>
      <w:r>
        <w:t xml:space="preserve">(Speaker C)  Well, we just replaced that AC unit not that long ago. Like two years, a year or two ago. Is that. I wonder if that's the same level. </w:t>
      </w:r>
    </w:p>
    <w:p>
      <w:r>
        <w:t xml:space="preserve">(Speaker D)  All right. </w:t>
      </w:r>
    </w:p>
    <w:p>
      <w:r>
        <w:t xml:space="preserve">(Speaker B)  Anything else really styles or. I'm sorry for operations. </w:t>
      </w:r>
    </w:p>
    <w:p>
      <w:r>
        <w:t xml:space="preserve">(Speaker M)  I have a few questions in terms of statuses for some housekeeping. </w:t>
      </w:r>
    </w:p>
    <w:p>
      <w:r>
        <w:t xml:space="preserve">(Speaker E)  Sure. </w:t>
      </w:r>
    </w:p>
    <w:p>
      <w:r>
        <w:t xml:space="preserve">(Speaker M)  Because the full heater was that it will repair. </w:t>
      </w:r>
    </w:p>
    <w:p>
      <w:r>
        <w:t xml:space="preserve">(Speaker F)  We're still working on trying. We did meet with CES and we </w:t>
      </w:r>
    </w:p>
    <w:p>
      <w:r>
        <w:t xml:space="preserve">(Speaker B)  did get a report. </w:t>
      </w:r>
    </w:p>
    <w:p>
      <w:r>
        <w:t xml:space="preserve">(Speaker F)  And their report was similar to the one we received about the valve, but we're waiting to get a bid to actually replace the board. They said replace the valve and please forgive me. I don't know how the valve is, but they said if it breaks again, then you'll want to look at the motherboard. And I'm kind of of the opinion. We already did that. So now we can fast forward. But Toby's been calling them. We're trying to get that report and that proposal to you guys, but I know we want to have that pinned down by next winter, but I mean, again, we don't want to just run and repair it. We want to make sure it's the right repair. </w:t>
      </w:r>
    </w:p>
    <w:p>
      <w:r>
        <w:t xml:space="preserve">(Speaker M)  The sound system here is the TY C approved. The irrigation is hopefully repaired. Soil replacement on the route. This is more of a drink finders question. The empty lots there's been a lot of complaints about weeds and not being painting. </w:t>
      </w:r>
    </w:p>
    <w:p>
      <w:r>
        <w:t xml:space="preserve">(Speaker B)  Those are box and I put that </w:t>
      </w:r>
    </w:p>
    <w:p>
      <w:r>
        <w:t xml:space="preserve">(Speaker G)  on a monthly schedule moving forward. We did mow last month and we did miss a few lots. Had to come back. It was. It was probably about 10 lots. So I did. I did send that back to the vendor and. And I thought that that was completed. </w:t>
      </w:r>
    </w:p>
    <w:p>
      <w:r>
        <w:t xml:space="preserve">(Speaker B)  I'll drive it off for today. </w:t>
      </w:r>
    </w:p>
    <w:p>
      <w:r>
        <w:t xml:space="preserve">(Speaker M)  Okay. </w:t>
      </w:r>
    </w:p>
    <w:p>
      <w:r>
        <w:t xml:space="preserve">(Speaker G)  Now I'll get that on schedule. </w:t>
      </w:r>
    </w:p>
    <w:p>
      <w:r>
        <w:t xml:space="preserve">(Speaker M)  That's been pretty accurate. And you see said that you're not up to speed yet on some of the other. </w:t>
      </w:r>
    </w:p>
    <w:p>
      <w:r>
        <w:t xml:space="preserve">(Speaker G)  Yeah, I had a list of a </w:t>
      </w:r>
    </w:p>
    <w:p>
      <w:r>
        <w:t xml:space="preserve">(Speaker B)  few things that were. </w:t>
      </w:r>
    </w:p>
    <w:p>
      <w:r>
        <w:t xml:space="preserve">(Speaker G)  That were supposedly approved. One was the fire pit. I have not seen the proposal. Proposals have not been given to me on that. And then also a flag pole. I don't know much information on where it's going just putting it in. So I'm trying to get that information right now. </w:t>
      </w:r>
    </w:p>
    <w:p>
      <w:r>
        <w:t xml:space="preserve">(Speaker M)  The other couple of things that Kevin had been working on or getting a proposal for given that it's being done, was acoustical boards in the amenity center because the sound level is pretty horrific for anybody that's in there as well as lights. Additional lighting for the pickleball courts. </w:t>
      </w:r>
    </w:p>
    <w:p>
      <w:r>
        <w:t xml:space="preserve">(Speaker G)  I haven't heard about the pickleball lighting. I did hear something about the acoustical board, but I don't know if that's anybody's proposed that or there's anything been done with that. I never not heard of the pickleball lightings. </w:t>
      </w:r>
    </w:p>
    <w:p>
      <w:r>
        <w:t xml:space="preserve">(Speaker M)  All right. Is this something that you can follow up on? </w:t>
      </w:r>
    </w:p>
    <w:p>
      <w:r>
        <w:t xml:space="preserve">(Speaker G)  Yeah, I can look. Take a look at the pickleball lighting. Typically that's designed by a lighting engineer and it has to do with not only the lighting of the quartz but the surrounding area. </w:t>
      </w:r>
    </w:p>
    <w:p>
      <w:r>
        <w:t xml:space="preserve">(Speaker F)  It. </w:t>
      </w:r>
    </w:p>
    <w:p>
      <w:r>
        <w:t xml:space="preserve">(Speaker G)  So I'll. I can look into that. I. I'll look into it. But I like said I can't find machine. </w:t>
      </w:r>
    </w:p>
    <w:p>
      <w:r>
        <w:t xml:space="preserve">(Speaker M)  No, I think his wrong either. It was more trying to get. Get a proposal. </w:t>
      </w:r>
    </w:p>
    <w:p>
      <w:r>
        <w:t xml:space="preserve">(Speaker G)  Okay. </w:t>
      </w:r>
    </w:p>
    <w:p>
      <w:r>
        <w:t xml:space="preserve">(Speaker C)  I thought he did get a proposal and it was like super expensive. </w:t>
      </w:r>
    </w:p>
    <w:p>
      <w:r>
        <w:t xml:space="preserve">(Speaker A)  Yeah, it was like $40,000. </w:t>
      </w:r>
    </w:p>
    <w:p>
      <w:r>
        <w:t xml:space="preserve">(Speaker E)  Yeah. </w:t>
      </w:r>
    </w:p>
    <w:p>
      <w:r>
        <w:t xml:space="preserve">(Speaker M)  So we've. </w:t>
      </w:r>
    </w:p>
    <w:p>
      <w:r>
        <w:t xml:space="preserve">(Speaker C)  I think we've already been down that </w:t>
      </w:r>
    </w:p>
    <w:p>
      <w:r>
        <w:t xml:space="preserve">(Speaker M)  road of getting reports he had gotten proposal. </w:t>
      </w:r>
    </w:p>
    <w:p>
      <w:r>
        <w:t xml:space="preserve">(Speaker F)  But if you're looking into some others, </w:t>
      </w:r>
    </w:p>
    <w:p>
      <w:r>
        <w:t xml:space="preserve">(Speaker C)  I think that was just his answer to suffice. You Mindy. </w:t>
      </w:r>
    </w:p>
    <w:p>
      <w:r>
        <w:t xml:space="preserve">(Speaker F)  Him and I had some conversations with ways to like have them fabricated especially. I mean he was working pretty hard on trying to make sure that he met the need but within a price range. But we were talking about designs and ways like you actually make them throwing breadcrumbs. </w:t>
      </w:r>
    </w:p>
    <w:p>
      <w:r>
        <w:t xml:space="preserve">(Speaker M)  Just throw some, </w:t>
      </w:r>
    </w:p>
    <w:p>
      <w:r>
        <w:t xml:space="preserve">(Speaker F)  You know A little bit more complicated than that. But, I mean, he was trying, right? </w:t>
      </w:r>
    </w:p>
    <w:p>
      <w:r>
        <w:t xml:space="preserve">(Speaker C)  All right, Mindy, is that all you got? </w:t>
      </w:r>
    </w:p>
    <w:p>
      <w:r>
        <w:t xml:space="preserve">(Speaker D)  That's it. </w:t>
      </w:r>
    </w:p>
    <w:p>
      <w:r>
        <w:t xml:space="preserve">(Speaker B)  All right, I will move on then to lifestyle. </w:t>
      </w:r>
    </w:p>
    <w:p>
      <w:r>
        <w:t xml:space="preserve">(Speaker N)  No one's here, and I do not see that I must provide a report. </w:t>
      </w:r>
    </w:p>
    <w:p>
      <w:r>
        <w:t xml:space="preserve">(Speaker M)  It was. </w:t>
      </w:r>
    </w:p>
    <w:p>
      <w:r>
        <w:t xml:space="preserve">(Speaker F)  Yeah, you all have a coffee. </w:t>
      </w:r>
    </w:p>
    <w:p>
      <w:r>
        <w:t xml:space="preserve">(Speaker C)  I'm coming to Country Night Boots and scooters. Y' all better let me in. He's like, no, we won't say what. </w:t>
      </w:r>
    </w:p>
    <w:p>
      <w:r>
        <w:t xml:space="preserve">(Speaker N)  So that is working very successfully. </w:t>
      </w:r>
    </w:p>
    <w:p>
      <w:r>
        <w:t xml:space="preserve">(Speaker F)  There's very strict gas policy. </w:t>
      </w:r>
    </w:p>
    <w:p>
      <w:r>
        <w:t xml:space="preserve">(Speaker C)  Well, since Mindy laughed at me, maybe Jerry will let me come with it </w:t>
      </w:r>
    </w:p>
    <w:p>
      <w:r>
        <w:t xml:space="preserve">(Speaker M)  and make sure you sign in. </w:t>
      </w:r>
    </w:p>
    <w:p>
      <w:r>
        <w:t xml:space="preserve">(Speaker K)  That's right. </w:t>
      </w:r>
    </w:p>
    <w:p>
      <w:r>
        <w:t xml:space="preserve">(Speaker C)  All right, looks good. </w:t>
      </w:r>
    </w:p>
    <w:p>
      <w:r>
        <w:t xml:space="preserve">(Speaker B)  All right, that brings us into supervisor request. Do we have any supervisor requests tonight? </w:t>
      </w:r>
    </w:p>
    <w:p>
      <w:r>
        <w:t xml:space="preserve">(Speaker J)  I do. I request that. I would like to put in a request that in the very near future we did a deep clean in the welcome center at Trail Mark. We have not had one. And I've lived here seven years and I know that before that they never had one. And I think that the floors need to be sanded, just brushed nice and then clean it really good when it's done. It is the wall, the papered wall that has the map on it. The coffee pot has been gone for at least a month, maybe two months. Yeah. And there's. I took some spray, sorry, glass sprayer that works really well on that kind of stuff because you can clean it. And it got the splatters from the coffee pot off of there. But I can only go up as far as my hand goes up, so. And I don't think anyone wants more me on a ladder. So I'm just thinking if they could go up even just high enough so that the immediate, you know, 10 first 10ft, you would not see coffee splatters on the wall. And the drawers are cleaned out and everything, but the fronts of those cabinets are scratched. They're not very attractive. And of course, the developer was going to replace doors at the sink and they didn't. And that's not going to get done. So whatever we do have, I think if we got it cleaned, it would look a whole lot better. </w:t>
      </w:r>
    </w:p>
    <w:p>
      <w:r>
        <w:t xml:space="preserve">(Speaker A)  Alina, question if we. Would it be possible to do an event like a spring cleaning or like a fall cleaning event where we hold a raffle for all the volunteers to come and clean our community center people. Get some buy in and keeping our place clean and have a chance to win a good price? </w:t>
      </w:r>
    </w:p>
    <w:p>
      <w:r>
        <w:t xml:space="preserve">(Speaker B)  Yeah, we can't gamble. And typically we can't gamble. Supposed to have workers conference rooms, but </w:t>
      </w:r>
    </w:p>
    <w:p>
      <w:r>
        <w:t xml:space="preserve">(Speaker A)  we can do volunteers with with raffles through law. </w:t>
      </w:r>
    </w:p>
    <w:p>
      <w:r>
        <w:t xml:space="preserve">(Speaker J)  The thing is, we have cleaners. We have people there that clean. </w:t>
      </w:r>
    </w:p>
    <w:p>
      <w:r>
        <w:t xml:space="preserve">(Speaker A)  I know that, but, you know, we'd have to pay. I'm just saying, like. </w:t>
      </w:r>
    </w:p>
    <w:p>
      <w:r>
        <w:t xml:space="preserve">(Speaker C)  Right. </w:t>
      </w:r>
    </w:p>
    <w:p>
      <w:r>
        <w:t xml:space="preserve">(Speaker A)  I think it'd be a good community event. </w:t>
      </w:r>
    </w:p>
    <w:p>
      <w:r>
        <w:t xml:space="preserve">(Speaker J)  I don't know if we could get </w:t>
      </w:r>
    </w:p>
    <w:p>
      <w:r>
        <w:t xml:space="preserve">(Speaker A)  up on the ladder, like, get people to have involvement. </w:t>
      </w:r>
    </w:p>
    <w:p>
      <w:r>
        <w:t xml:space="preserve">(Speaker B)  Like, hey, throw it out there. </w:t>
      </w:r>
    </w:p>
    <w:p>
      <w:r>
        <w:t xml:space="preserve">(Speaker A)  Like, we're gonna have a community cleaning event at the amenities center. Every volunteer gets entered into. Into a. A A lot route. </w:t>
      </w:r>
    </w:p>
    <w:p>
      <w:r>
        <w:t xml:space="preserve">(Speaker C)  We don't have the insurance for it. </w:t>
      </w:r>
    </w:p>
    <w:p>
      <w:r>
        <w:t xml:space="preserve">(Speaker B)  Yeah, I mean, that's a. Technically, we should have. </w:t>
      </w:r>
    </w:p>
    <w:p>
      <w:r>
        <w:t xml:space="preserve">(Speaker J)  Could we have peanut? But could we have pizza? </w:t>
      </w:r>
    </w:p>
    <w:p>
      <w:r>
        <w:t xml:space="preserve">(Speaker C)  I mean, yeah. </w:t>
      </w:r>
    </w:p>
    <w:p>
      <w:r>
        <w:t xml:space="preserve">(Speaker B)  Again, the biggest thing is technically volunteers for the insurance. You should have a. A workers call. They have a special volunteer. </w:t>
      </w:r>
    </w:p>
    <w:p>
      <w:r>
        <w:t xml:space="preserve">(Speaker J)  That's what I was thinking. </w:t>
      </w:r>
    </w:p>
    <w:p>
      <w:r>
        <w:t xml:space="preserve">(Speaker B)  It's not super expensive. </w:t>
      </w:r>
    </w:p>
    <w:p>
      <w:r>
        <w:t xml:space="preserve">(Speaker J)  Yeah. </w:t>
      </w:r>
    </w:p>
    <w:p>
      <w:r>
        <w:t xml:space="preserve">(Speaker B)  It's just something we don't have currently, because we don't have. </w:t>
      </w:r>
    </w:p>
    <w:p>
      <w:r>
        <w:t xml:space="preserve">(Speaker J)  But I know that. I know that rubbery had a deep clean done. I don't know how much it cost </w:t>
      </w:r>
    </w:p>
    <w:p>
      <w:r>
        <w:t xml:space="preserve">(Speaker C)  and I know you guys probably don't </w:t>
      </w:r>
    </w:p>
    <w:p>
      <w:r>
        <w:t xml:space="preserve">(Speaker J)  know, but they had one done. </w:t>
      </w:r>
    </w:p>
    <w:p>
      <w:r>
        <w:t xml:space="preserve">(Speaker B)  The janitorial company could do that. It'd probably be an extra expense, but we could. </w:t>
      </w:r>
    </w:p>
    <w:p>
      <w:r>
        <w:t xml:space="preserve">(Speaker C)  Yeah. Can you just get us quotes maybe on what it would cost? We, like. I remember a couple years ago, we either had somebody come clean those floors or we talked about it. </w:t>
      </w:r>
    </w:p>
    <w:p>
      <w:r>
        <w:t xml:space="preserve">(Speaker J)  We talked about it. </w:t>
      </w:r>
    </w:p>
    <w:p>
      <w:r>
        <w:t xml:space="preserve">(Speaker C)  And I think. I think you didn't want it. </w:t>
      </w:r>
    </w:p>
    <w:p>
      <w:r>
        <w:t xml:space="preserve">(Speaker J)  I don't want polish on it. </w:t>
      </w:r>
    </w:p>
    <w:p>
      <w:r>
        <w:t xml:space="preserve">(Speaker C)  That's fin what it was. </w:t>
      </w:r>
    </w:p>
    <w:p>
      <w:r>
        <w:t xml:space="preserve">(Speaker J)  I don't want. </w:t>
      </w:r>
    </w:p>
    <w:p>
      <w:r>
        <w:t xml:space="preserve">(Speaker C)  I'm pretty sure you vetoed that. </w:t>
      </w:r>
    </w:p>
    <w:p>
      <w:r>
        <w:t xml:space="preserve">(Speaker J)  Yeah, it just attracts dirt. But if they sanded it nicely and roughed it up and then she doesn't want polish. </w:t>
      </w:r>
    </w:p>
    <w:p>
      <w:r>
        <w:t xml:space="preserve">(Speaker C)  So remember that when you send a scope out. </w:t>
      </w:r>
    </w:p>
    <w:p>
      <w:r>
        <w:t xml:space="preserve">(Speaker J)  But I just. I said I'm going to bring it up at the meeting and see if we can get some quotes. </w:t>
      </w:r>
    </w:p>
    <w:p>
      <w:r>
        <w:t xml:space="preserve">(Speaker C)  Okay, perfect. </w:t>
      </w:r>
    </w:p>
    <w:p>
      <w:r>
        <w:t xml:space="preserve">(Speaker B)  Any. Any other requests? </w:t>
      </w:r>
    </w:p>
    <w:p>
      <w:r>
        <w:t xml:space="preserve">(Speaker D)  What of a question. And a request is west on the. </w:t>
      </w:r>
    </w:p>
    <w:p>
      <w:r>
        <w:t xml:space="preserve">(Speaker B)  Yeah, it should be on. Wes, you still on? </w:t>
      </w:r>
    </w:p>
    <w:p>
      <w:r>
        <w:t xml:space="preserve">(Speaker L)  Yes, I'm still on. </w:t>
      </w:r>
    </w:p>
    <w:p>
      <w:r>
        <w:t xml:space="preserve">(Speaker D)  Yeah. I have a question. I know as a high school baseball umpire, I'm required to go through a certain level of background investigation dealing with minors. So because I'm dealing with minors, is that something that we should require of our vendors that are dealing with our children? </w:t>
      </w:r>
    </w:p>
    <w:p>
      <w:r>
        <w:t xml:space="preserve">(Speaker B)  Yeah, I mean, that's. That has. We had an insurance call recently, so we are discussing that internally kind of ways to implement that more. You know, things like when we do summer camps or programs like that. We do try to do that a lot of times. It's. You're kind of hiring a vendor, and they, you know, it's their responsibility to get those background checks if they're teaching kids. But, yeah, that is. It's something we do have on our radar to kind of dig into. </w:t>
      </w:r>
    </w:p>
    <w:p>
      <w:r>
        <w:t xml:space="preserve">(Speaker D)  Okay, great. </w:t>
      </w:r>
    </w:p>
    <w:p>
      <w:r>
        <w:t xml:space="preserve">(Speaker C)  Perfect. </w:t>
      </w:r>
    </w:p>
    <w:p>
      <w:r>
        <w:t xml:space="preserve">(Speaker B)  Thank you. And they actually have. And it can be a little pricey, but in that discussion with the insurance company, they have now a policy. It's essentially like a policy for that. </w:t>
      </w:r>
    </w:p>
    <w:p>
      <w:r>
        <w:t xml:space="preserve">(Speaker D)  When I had to do my own background investigation, I guess it was for Duval County. Whether they paid it or not. No, I had to pay for. </w:t>
      </w:r>
    </w:p>
    <w:p>
      <w:r>
        <w:t xml:space="preserve">(Speaker J)  It's like $70. </w:t>
      </w:r>
    </w:p>
    <w:p>
      <w:r>
        <w:t xml:space="preserve">(Speaker L)  Yeah. </w:t>
      </w:r>
    </w:p>
    <w:p>
      <w:r>
        <w:t xml:space="preserve">(Speaker D)  No, I had to pay for it. </w:t>
      </w:r>
    </w:p>
    <w:p>
      <w:r>
        <w:t xml:space="preserve">(Speaker I)  Yeah. </w:t>
      </w:r>
    </w:p>
    <w:p>
      <w:r>
        <w:t xml:space="preserve">(Speaker B)  But, yeah, that is something on our radar. Okay, when I get more information, I'll follow up with you. </w:t>
      </w:r>
    </w:p>
    <w:p>
      <w:r>
        <w:t xml:space="preserve">(Speaker D)  All right, perfect. Thank you. </w:t>
      </w:r>
    </w:p>
    <w:p>
      <w:r>
        <w:t xml:space="preserve">(Speaker B)  Any other supervisor requests? All right, we'll move on into audience comments. This is open audience comments. So anything you would like to make a comment on, you could just come up to the M. </w:t>
      </w:r>
    </w:p>
    <w:p>
      <w:r>
        <w:t xml:space="preserve">(Speaker K)  Just for the record, I remember the conversation I had with Kevin Anderson about the tiles and the tavern. He said the $60,000 he was saved from switching landscape companies, that's the money he was going to put into the tiles. </w:t>
      </w:r>
    </w:p>
    <w:p>
      <w:r>
        <w:t xml:space="preserve">(Speaker M)  I don't know if you saved $60,000, </w:t>
      </w:r>
    </w:p>
    <w:p>
      <w:r>
        <w:t xml:space="preserve">(Speaker K)  but if you find it, that's where it goes. And as far as the pickleball courts, we also had a conversation about that. And he was. His thing was to make all the memories the same. And because Silverleaf has six lit courts and we only have three lit courts, </w:t>
      </w:r>
    </w:p>
    <w:p>
      <w:r>
        <w:t xml:space="preserve">(Speaker C)  but they're roughed in for three more, </w:t>
      </w:r>
    </w:p>
    <w:p>
      <w:r>
        <w:t xml:space="preserve">(Speaker K)  he was going to make them all lit. </w:t>
      </w:r>
    </w:p>
    <w:p>
      <w:r>
        <w:t xml:space="preserve">(Speaker G)  There's no lighting at the courts? </w:t>
      </w:r>
    </w:p>
    <w:p>
      <w:r>
        <w:t xml:space="preserve">(Speaker N)  No. There's two sets of three. </w:t>
      </w:r>
    </w:p>
    <w:p>
      <w:r>
        <w:t xml:space="preserve">(Speaker C)  One set has the lights and the </w:t>
      </w:r>
    </w:p>
    <w:p>
      <w:r>
        <w:t xml:space="preserve">(Speaker F)  other one does not. </w:t>
      </w:r>
    </w:p>
    <w:p>
      <w:r>
        <w:t xml:space="preserve">(Speaker B)  But it does have the boxes, so </w:t>
      </w:r>
    </w:p>
    <w:p>
      <w:r>
        <w:t xml:space="preserve">(Speaker G)  it's not a lighting problem with the actual lighting upstairs. </w:t>
      </w:r>
    </w:p>
    <w:p>
      <w:r>
        <w:t xml:space="preserve">(Speaker B)  There's no lights. </w:t>
      </w:r>
    </w:p>
    <w:p>
      <w:r>
        <w:t xml:space="preserve">(Speaker C)  There's no pole. </w:t>
      </w:r>
    </w:p>
    <w:p>
      <w:r>
        <w:t xml:space="preserve">(Speaker G)  No, I got it now. Now, </w:t>
      </w:r>
    </w:p>
    <w:p>
      <w:r>
        <w:t xml:space="preserve">(Speaker C)  Thank you guys for a wonderful meeting. It was very intelligently ran as usual. I would like to preface this conversation because I had a form that I wanted to use for recognizing wonderful residents that come and that actually participate and give great comments. I gave some recommendations for you to actually use the form and. Or make sure that residents are recognized for being excellent members of this board meeting. So we encourage positivity. I'd like to obviously make that comment again since my early designation. </w:t>
      </w:r>
    </w:p>
    <w:p>
      <w:r>
        <w:t xml:space="preserve">(Speaker E)  Thank you. </w:t>
      </w:r>
    </w:p>
    <w:p>
      <w:r>
        <w:t xml:space="preserve">(Speaker C)  And then the last thing I just wanted to say, Wendy, you're absolutely right, that I just had in there the sink and the faucet. Need to be replaced and the. And the cabinets are dilapidated. </w:t>
      </w:r>
    </w:p>
    <w:p>
      <w:r>
        <w:t xml:space="preserve">(Speaker B)  Thank you, thank you, thank you. </w:t>
      </w:r>
    </w:p>
    <w:p>
      <w:r>
        <w:t xml:space="preserve">(Speaker K)  But I did. I. </w:t>
      </w:r>
    </w:p>
    <w:p>
      <w:r>
        <w:t xml:space="preserve">(Speaker C)  That was the first time I've been in there since they did that renovation that you assisted with. And I thought the furniture was great and everything looks really nice in there. </w:t>
      </w:r>
    </w:p>
    <w:p>
      <w:r>
        <w:t xml:space="preserve">(Speaker A)  It does. </w:t>
      </w:r>
    </w:p>
    <w:p>
      <w:r>
        <w:t xml:space="preserve">(Speaker C)  I didn't notice anything dirty. </w:t>
      </w:r>
    </w:p>
    <w:p>
      <w:r>
        <w:t xml:space="preserve">(Speaker J)  Well. </w:t>
      </w:r>
    </w:p>
    <w:p>
      <w:r>
        <w:t xml:space="preserve">(Speaker C)  But I was also very tired by the time I got there. </w:t>
      </w:r>
    </w:p>
    <w:p>
      <w:r>
        <w:t xml:space="preserve">(Speaker B)  Any other audience comments? First, I want to thank you guys for what you do. Could you state your name? 684, Rustic Mill. I've been out of town for a while. Just trying to catch up on a few things. I know in previous months there was discussion about possibly supplementing the access gates with a neon arm or not. </w:t>
      </w:r>
    </w:p>
    <w:p>
      <w:r>
        <w:t xml:space="preserve">(Speaker L)  I don't know what happened with that. </w:t>
      </w:r>
    </w:p>
    <w:p>
      <w:r>
        <w:t xml:space="preserve">(Speaker B)  I was also curious about the fob system, how that's working, if that's worked out well, the sign in sheets, if people are complying, if they're not complying. And lastly, the only other issue that I know is still lingering is I don't have firsthand knowledge of it is the AEDs that are surrounding the Amenities center are still expired and still haven't been replaced. I thought that was resolved a few months ago. </w:t>
      </w:r>
    </w:p>
    <w:p>
      <w:r>
        <w:t xml:space="preserve">(Speaker D)  I could be right or wrong on that, but that's all I got. </w:t>
      </w:r>
    </w:p>
    <w:p>
      <w:r>
        <w:t xml:space="preserve">(Speaker A)  And what was expired? </w:t>
      </w:r>
    </w:p>
    <w:p>
      <w:r>
        <w:t xml:space="preserve">(Speaker H)  You? </w:t>
      </w:r>
    </w:p>
    <w:p>
      <w:r>
        <w:t xml:space="preserve">(Speaker A)  Oh, the AEDs. </w:t>
      </w:r>
    </w:p>
    <w:p>
      <w:r>
        <w:t xml:space="preserve">(Speaker M)  Okay. </w:t>
      </w:r>
    </w:p>
    <w:p>
      <w:r>
        <w:t xml:space="preserve">(Speaker B)  We had the outdoor one replaced. That was all we discussed. </w:t>
      </w:r>
    </w:p>
    <w:p>
      <w:r>
        <w:t xml:space="preserve">(Speaker C)  I think we replaced the whole thing because they were the outdoor ones. Yeah. And I think we had originally purchased somehow remade ones instead of brand new ones or something to that effect. </w:t>
      </w:r>
    </w:p>
    <w:p>
      <w:r>
        <w:t xml:space="preserve">(Speaker A)  Refurbished. </w:t>
      </w:r>
    </w:p>
    <w:p>
      <w:r>
        <w:t xml:space="preserve">(Speaker C)  Yes. </w:t>
      </w:r>
    </w:p>
    <w:p>
      <w:r>
        <w:t xml:space="preserve">(Speaker B)  Any other audience comments? All right, our next scheduled meeting is September 9th at 1 o' clock here at the Good News Church. Unless there's anything else, I just need a motion to adjourn. </w:t>
      </w:r>
    </w:p>
    <w:p>
      <w:r>
        <w:t xml:space="preserve">(Speaker C)  Motion. </w:t>
      </w:r>
    </w:p>
    <w:p>
      <w:r>
        <w:t xml:space="preserve">(Speaker A)  I'll second. </w:t>
      </w:r>
    </w:p>
    <w:p>
      <w:r>
        <w:t xml:space="preserve">(Speaker B)  Motion a second. All in favor? We are adjourned. </w:t>
      </w:r>
    </w:p>
    <w:p>
      <w:r>
        <w:t xml:space="preserve">(Speaker A)  Did we really finish before 5 on a budget?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