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 xml:space="preserve">                                                                            Transcript                                                                          </w:t>
      </w:r>
    </w:p>
    <w:p>
      <w:r>
        <w: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w:t>
      </w:r>
    </w:p>
    <w:p>
      <w:r>
        <w:t xml:space="preserve">&gt;&gt;&gt;&gt;&gt;&gt;&gt;&gt;&gt;&gt;&gt;&gt;&gt;  </w:t>
      </w:r>
      <w:r>
        <w:rPr>
          <w:b/>
          <w:color w:val="FF0000"/>
        </w:rPr>
        <w:t>GAT BEGINNING OF FILE</w:t>
      </w:r>
      <w:r>
        <w:rPr>
          <w:b w:val="0"/>
          <w:color w:val="000000"/>
        </w:rPr>
        <w:t xml:space="preserve">  &gt;&gt;&gt;&gt;&gt;&gt;&gt;&gt;&gt;&gt;&gt;&gt;&gt;&gt;&gt;&gt;&gt;&gt;&gt;&gt;&gt;&gt;&gt;&gt;&gt;&gt;&gt;&gt;&gt;&gt;&gt;&gt;&gt;&gt;&gt;&gt;&gt;&gt;&gt;&gt;&gt;&gt;&gt;&gt;&gt;&gt;&gt;&gt;&gt;&gt;&gt;&gt;&gt;&gt;&gt;&gt;&gt;&gt;&gt;&gt;&gt;&gt;&gt;&gt;&gt;&gt;&gt;&gt;&gt;&gt;&gt;&gt;&gt;&gt;&gt;&gt;&gt;&gt;&gt;&gt;&gt;&gt;&gt;&gt;&gt;&gt;&gt;&gt;&gt;&gt;&gt;&gt;&gt;&gt;&gt;&gt;&gt;&gt;&gt;&gt;&gt;&gt;&gt;&gt;&gt;&gt;&gt;&gt;&gt;&gt;&gt;&gt;&gt;&gt;&gt;&gt;&gt;&gt;&gt;&gt;&gt;&gt;</w:t>
      </w:r>
    </w:p>
    <w:p>
      <w:r>
        <w: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w:t>
        <w:br/>
        <w:br/>
        <w:br/>
      </w:r>
    </w:p>
    <w:p>
      <w:r>
        <w:t>CDD NAME:</w:t>
      </w:r>
      <w:r>
        <w:rPr>
          <w:b/>
          <w:color w:val="FF0000"/>
        </w:rPr>
        <w:br/>
        <w:tab/>
        <w:tab/>
        <w:tab/>
        <w:tab/>
        <w:t xml:space="preserve"> NPR</w:t>
        <w:br/>
        <w:br/>
        <w:br/>
      </w:r>
    </w:p>
    <w:p>
      <w:r>
        <w:t>START AND END TIME OF THE CDD MEETING FILE:</w:t>
      </w:r>
      <w:r>
        <w:rPr>
          <w:b/>
          <w:color w:val="FF0000"/>
        </w:rPr>
        <w:br/>
        <w:tab/>
        <w:tab/>
        <w:tab/>
        <w:tab/>
        <w:t xml:space="preserve"> August 21, 2026 at 10:00 AM</w:t>
      </w:r>
      <w:r>
        <w:rPr>
          <w:b/>
          <w:color w:val="FF0000"/>
        </w:rPr>
        <w:br/>
        <w:tab/>
        <w:tab/>
        <w:tab/>
        <w:tab/>
        <w:t xml:space="preserve"> August 21, 2026 at 10:36 AM</w:t>
        <w:br/>
        <w:br/>
        <w:br/>
      </w:r>
    </w:p>
    <w:p>
      <w:r>
        <w:t>AUDIO FILE NAME, FILE SIZE:</w:t>
      </w:r>
      <w:r>
        <w:rPr>
          <w:b/>
          <w:color w:val="FF0000"/>
        </w:rPr>
        <w:br/>
        <w:tab/>
        <w:tab/>
        <w:tab/>
        <w:tab/>
        <w:t xml:space="preserve"> SSCG.8.3.26.BOS.MP3</w:t>
      </w:r>
      <w:r>
        <w:rPr>
          <w:b/>
          <w:color w:val="FF0000"/>
        </w:rPr>
        <w:br/>
        <w:tab/>
        <w:tab/>
        <w:tab/>
        <w:tab/>
        <w:t xml:space="preserve"> 39766590</w:t>
        <w:br/>
        <w:br/>
        <w:br/>
      </w:r>
    </w:p>
    <w:p>
      <w:r>
        <w:t>DATE AUDIO FILE SUBMITTED TO THE GAT SYSTEM:</w:t>
      </w:r>
      <w:r>
        <w:rPr>
          <w:b/>
          <w:color w:val="FF0000"/>
        </w:rPr>
        <w:br/>
        <w:tab/>
        <w:tab/>
        <w:tab/>
        <w:tab/>
        <w:t xml:space="preserve"> September 25, 2026 at 11:56 AM</w:t>
        <w:br/>
        <w:br/>
        <w:br/>
      </w:r>
    </w:p>
    <w:p>
      <w:r>
        <w:t>DATE AUDIO FILE COMPLETED BY THE GAT SYSTEM:</w:t>
      </w:r>
      <w:r>
        <w:rPr>
          <w:b/>
          <w:color w:val="FF0000"/>
        </w:rPr>
        <w:br/>
        <w:tab/>
        <w:tab/>
        <w:tab/>
        <w:tab/>
        <w:t xml:space="preserve"> September 25, 2026 at 11:57 AM</w:t>
      </w:r>
      <w:r>
        <w:rPr>
          <w:b/>
          <w:color w:val="FF0000"/>
        </w:rPr>
        <w:br/>
        <w:tab/>
        <w:tab/>
        <w:tab/>
        <w:tab/>
        <w:t xml:space="preserve"> 00:28 ELAPSED TIME</w:t>
        <w:br/>
        <w:br/>
        <w:br/>
      </w:r>
    </w:p>
    <w:p>
      <w:r>
        <w:t>MEETING AGENDA:</w:t>
      </w:r>
      <w:r>
        <w:rPr>
          <w:b/>
          <w:color w:val="FF0000"/>
        </w:rPr>
        <w:br/>
        <w:br/>
        <w:br/>
        <w:tab/>
        <w:tab/>
        <w:tab/>
        <w:tab/>
        <w:t xml:space="preserve">  </w:t>
        <w:br/>
        <w:br/>
        <w:br/>
      </w:r>
    </w:p>
    <w:p>
      <w:r>
        <w:t xml:space="preserve">(Speaker A)  All right. Good morning. It is Monday, August 3, 2026. We'll call to order. The Storybrook south at Championsgate Community Development. District board supervisors meeting. First item on the agenda is roll call. We'll just have each board member state their name for the record transcription of the minutes, and then we'll go to in person staff. I'll start with you. </w:t>
      </w:r>
    </w:p>
    <w:p>
      <w:r>
        <w:t xml:space="preserve">(Speaker B)  Cindy Hendrickson, John Lambert, Adam Morgan, Kristen Truko. </w:t>
      </w:r>
    </w:p>
    <w:p>
      <w:r>
        <w:t xml:space="preserve">(Speaker A)  Campbell, we still have you on the phone? </w:t>
      </w:r>
    </w:p>
    <w:p>
      <w:r>
        <w:t xml:space="preserve">(Speaker C)  Yes, I'm still here. Campbell McGinally. </w:t>
      </w:r>
    </w:p>
    <w:p>
      <w:r>
        <w:t xml:space="preserve">(Speaker D)  Right. </w:t>
      </w:r>
    </w:p>
    <w:p>
      <w:r>
        <w:t xml:space="preserve">(Speaker A)  So we have three supervisors present in person and one on the phone. So we have our quorum. And now we'll go staff. </w:t>
      </w:r>
    </w:p>
    <w:p>
      <w:r>
        <w:t xml:space="preserve">(Speaker E)  Okay. Kristen Truko for district council. </w:t>
      </w:r>
    </w:p>
    <w:p>
      <w:r>
        <w:t xml:space="preserve">(Speaker A)  Jay lebron with gms. </w:t>
      </w:r>
    </w:p>
    <w:p>
      <w:r>
        <w:t xml:space="preserve">(Speaker F)  Carly Chambers, field management with gms. </w:t>
      </w:r>
    </w:p>
    <w:p>
      <w:r>
        <w:t xml:space="preserve">(Speaker A)  And then we'll go to our conference call. Jason, we still have you. </w:t>
      </w:r>
    </w:p>
    <w:p>
      <w:r>
        <w:t xml:space="preserve">(Speaker C)  Okay, now we go with Kimley Horn, engineer. </w:t>
      </w:r>
    </w:p>
    <w:p>
      <w:r>
        <w:t xml:space="preserve">(Speaker A)  All right, that brings us down to our public comment period. Any members of the public wish to make. </w:t>
      </w:r>
    </w:p>
    <w:p>
      <w:r>
        <w:t xml:space="preserve">(Speaker F)  There's no refer to the public. </w:t>
      </w:r>
    </w:p>
    <w:p>
      <w:r>
        <w:t xml:space="preserve">(Speaker D)  Okay. </w:t>
      </w:r>
    </w:p>
    <w:p>
      <w:r>
        <w:t xml:space="preserve">(Speaker A)  No one on the phone. </w:t>
      </w:r>
    </w:p>
    <w:p>
      <w:r>
        <w:t xml:space="preserve">(Speaker G)  All right, here we go. We'll bring it back to the board. </w:t>
      </w:r>
    </w:p>
    <w:p>
      <w:r>
        <w:t xml:space="preserve">(Speaker A)  First item we have is item number three. And just a reminder for our board members, if you're using the PDF on the iPad at the top right, you will see there's a little bookmark icon that will let you navigate the agenda pretty quickly. So I just want to remind our board members about that feature. So we will look at our organizational matters. The first is the acceptance of the resignation from Rob Bonet. So Rob was in the carryover seat, so we found a general elector to fill that seat. So we've seen a motion to accept resignation from Rob Bonet. </w:t>
      </w:r>
    </w:p>
    <w:p>
      <w:r>
        <w:t xml:space="preserve">(Speaker B)  Make a motion, I'll second. </w:t>
      </w:r>
    </w:p>
    <w:p>
      <w:r>
        <w:t xml:space="preserve">(Speaker G)  All right. </w:t>
      </w:r>
    </w:p>
    <w:p>
      <w:r>
        <w:t xml:space="preserve">(Speaker A)  Motion and a second. And I'll remind everybody there's a delay on the call. So when I do the vote, I'm going to wait a little bit just for Campbell to. </w:t>
      </w:r>
    </w:p>
    <w:p>
      <w:r>
        <w:t xml:space="preserve">(Speaker G)  Sure. </w:t>
      </w:r>
    </w:p>
    <w:p>
      <w:r>
        <w:t xml:space="preserve">(Speaker C)  All right. </w:t>
      </w:r>
    </w:p>
    <w:p>
      <w:r>
        <w:t xml:space="preserve">(Speaker G)  All in favor? </w:t>
      </w:r>
    </w:p>
    <w:p>
      <w:r>
        <w:t xml:space="preserve">(Speaker H)  Aye. </w:t>
      </w:r>
    </w:p>
    <w:p>
      <w:r>
        <w:t xml:space="preserve">(Speaker C)  Aye. </w:t>
      </w:r>
    </w:p>
    <w:p>
      <w:r>
        <w:t xml:space="preserve">(Speaker D)  Any opposed? All right. </w:t>
      </w:r>
    </w:p>
    <w:p>
      <w:r>
        <w:t xml:space="preserve">(Speaker A)  Motion carries unanimously. So with that resignation, there is the opportunity for the board to appoint someone to the vacancy. The general elector who resides within the district. We did have an applicant provide information. Andrew's actually in person here today. You'll see his information sheet is on page nine of your resume. You have your PDF. You'll see his resume sheet there. So happy the board can proceed how they wish. You can appoint someone now. </w:t>
      </w:r>
    </w:p>
    <w:p>
      <w:r>
        <w:t xml:space="preserve">(Speaker D)  You can wait. </w:t>
      </w:r>
    </w:p>
    <w:p>
      <w:r>
        <w:t xml:space="preserve">(Speaker G)  Totally up to the board. </w:t>
      </w:r>
    </w:p>
    <w:p>
      <w:r>
        <w:t xml:space="preserve">(Speaker B)  We're ready, aren't we? </w:t>
      </w:r>
    </w:p>
    <w:p>
      <w:r>
        <w:t xml:space="preserve">(Speaker H)  We are. </w:t>
      </w:r>
    </w:p>
    <w:p>
      <w:r>
        <w:t xml:space="preserve">(Speaker D)  So I want to make a. </w:t>
      </w:r>
    </w:p>
    <w:p>
      <w:r>
        <w:t xml:space="preserve">(Speaker B)  Make a motion to appoint. </w:t>
      </w:r>
    </w:p>
    <w:p>
      <w:r>
        <w:t xml:space="preserve">(Speaker H)  I'll second. </w:t>
      </w:r>
    </w:p>
    <w:p>
      <w:r>
        <w:t xml:space="preserve">(Speaker D)  All Right. </w:t>
      </w:r>
    </w:p>
    <w:p>
      <w:r>
        <w:t xml:space="preserve">(Speaker A)  So we have a motion and a second to appoint Andrew Costco. </w:t>
      </w:r>
    </w:p>
    <w:p>
      <w:r>
        <w:t xml:space="preserve">(Speaker G)  All right. </w:t>
      </w:r>
    </w:p>
    <w:p>
      <w:r>
        <w:t xml:space="preserve">(Speaker A)  To the general elector seat formerly held by Rob Bonet. </w:t>
      </w:r>
    </w:p>
    <w:p>
      <w:r>
        <w:t xml:space="preserve">(Speaker G)  All right, all in favor? </w:t>
      </w:r>
    </w:p>
    <w:p>
      <w:r>
        <w:t xml:space="preserve">(Speaker B)  All right. </w:t>
      </w:r>
    </w:p>
    <w:p>
      <w:r>
        <w:t xml:space="preserve">(Speaker D)  Any of those. </w:t>
      </w:r>
    </w:p>
    <w:p>
      <w:r>
        <w:t xml:space="preserve">(Speaker A)  All right, motion carries. You name. </w:t>
      </w:r>
    </w:p>
    <w:p>
      <w:r>
        <w:t xml:space="preserve">(Speaker B)  Welcome to the table. </w:t>
      </w:r>
    </w:p>
    <w:p>
      <w:r>
        <w:t xml:space="preserve">(Speaker F)  All right, you go ahead and grab </w:t>
      </w:r>
    </w:p>
    <w:p>
      <w:r>
        <w:t xml:space="preserve">(Speaker A)  a seat up here. So I'll also switch where you in. So that you are. </w:t>
      </w:r>
    </w:p>
    <w:p>
      <w:r>
        <w:t xml:space="preserve">(Speaker C)  Joey Duncan Dewberry. </w:t>
      </w:r>
    </w:p>
    <w:p>
      <w:r>
        <w:t xml:space="preserve">(Speaker B)  Hey, Andrew. Adam Morgan. </w:t>
      </w:r>
    </w:p>
    <w:p>
      <w:r>
        <w:t xml:space="preserve">(Speaker D)  Adam, great to meet you. </w:t>
      </w:r>
    </w:p>
    <w:p>
      <w:r>
        <w:t xml:space="preserve">(Speaker B)  Yeah. </w:t>
      </w:r>
    </w:p>
    <w:p>
      <w:r>
        <w:t xml:space="preserve">(Speaker A)  Oh, hey, good morning. We're still in the Champions Gate meeting, so Shingle Creek and Bronson will start maybe in 20, 30 minutes. </w:t>
      </w:r>
    </w:p>
    <w:p>
      <w:r>
        <w:t xml:space="preserve">(Speaker C)  Okay, I'll. I'll hang up and call back. Thanks. </w:t>
      </w:r>
    </w:p>
    <w:p>
      <w:r>
        <w:t xml:space="preserve">(Speaker D)  Thanks. </w:t>
      </w:r>
    </w:p>
    <w:p>
      <w:r>
        <w:t xml:space="preserve">(Speaker A)  Okay, so I'm just gonna go ahead and swear you in real quickly. So I. State your name. </w:t>
      </w:r>
    </w:p>
    <w:p>
      <w:r>
        <w:t xml:space="preserve">(Speaker D)  Aye. </w:t>
      </w:r>
    </w:p>
    <w:p>
      <w:r>
        <w:t xml:space="preserve">(Speaker A)  Andrew Koslow, a citizen of the state of Florida, of United States of America, and being employed by or an officer of Stony Brook south at Champions Gate Community Development District and a recipient of public funds as such employee or officer, do hereby solemnly swear or affirm that I will support the Constitution of the United States and of the state of Florida. </w:t>
      </w:r>
    </w:p>
    <w:p>
      <w:r>
        <w:t xml:space="preserve">(Speaker D)  I do. </w:t>
      </w:r>
    </w:p>
    <w:p>
      <w:r>
        <w:t xml:space="preserve">(Speaker G)  All right, awesome. </w:t>
      </w:r>
    </w:p>
    <w:p>
      <w:r>
        <w:t xml:space="preserve">(Speaker A)  So I'm just gonna have you sign, right. Print your name there and sign there, and I can notarize then. So with that oath, you are officially sworn into office. </w:t>
      </w:r>
    </w:p>
    <w:p>
      <w:r>
        <w:t xml:space="preserve">(Speaker H)  Welcome. </w:t>
      </w:r>
    </w:p>
    <w:p>
      <w:r>
        <w:t xml:space="preserve">(Speaker D)  Thank you. John. </w:t>
      </w:r>
    </w:p>
    <w:p>
      <w:r>
        <w:t xml:space="preserve">(Speaker A)  And I believe council was discussing some general. </w:t>
      </w:r>
    </w:p>
    <w:p>
      <w:r>
        <w:t xml:space="preserve">(Speaker F)  Yes, We. </w:t>
      </w:r>
    </w:p>
    <w:p>
      <w:r>
        <w:t xml:space="preserve">(Speaker E)  We went over the laws that apply to CDD supervisors in the state of Florida. You know that now you're a government official, so you're subject to all the public official law, Sunshine law, code of ethics for public officials, public records laws. We can schedule a time outside of this board meeting to finish our discussion, but we'll also be sending you from my office, we'll be sending you a summary packet with details on. More details on the laws that we discussed and apply to you. </w:t>
      </w:r>
    </w:p>
    <w:p>
      <w:r>
        <w:t xml:space="preserve">(Speaker D)  Great. </w:t>
      </w:r>
    </w:p>
    <w:p>
      <w:r>
        <w:t xml:space="preserve">(Speaker E)  Okay. </w:t>
      </w:r>
    </w:p>
    <w:p>
      <w:r>
        <w:t xml:space="preserve">(Speaker D)  Thank you. </w:t>
      </w:r>
    </w:p>
    <w:p>
      <w:r>
        <w:t xml:space="preserve">(Speaker A)  And then our office, GMS serves as district manager, and we'll be able to help you with any of the forms and things that are required to get </w:t>
      </w:r>
    </w:p>
    <w:p>
      <w:r>
        <w:t xml:space="preserve">(Speaker D)  those set up with those. </w:t>
      </w:r>
    </w:p>
    <w:p>
      <w:r>
        <w:t xml:space="preserve">(Speaker B)  It's really not that bad. </w:t>
      </w:r>
    </w:p>
    <w:p>
      <w:r>
        <w:t xml:space="preserve">(Speaker H)  It sounds worse than it is. </w:t>
      </w:r>
    </w:p>
    <w:p>
      <w:r>
        <w:t xml:space="preserve">(Speaker D)  I've been through. </w:t>
      </w:r>
    </w:p>
    <w:p>
      <w:r>
        <w:t xml:space="preserve">(Speaker A)  All right, so with that. So anytime there is a new appointment or an election, there's the opportunity to elect officers. So we have on the Agenda Resolution 2026 03, electing officers. So Rob was vice chair, so we will need to make, you know, fill that spot so the board can redo everything. Someone can make a, you know, a selection that the board can go with who wants to be vice chair. So really, it's up to the board, how they wish to proceed. But we do need a vice chairman. </w:t>
      </w:r>
    </w:p>
    <w:p>
      <w:r>
        <w:t xml:space="preserve">(Speaker F)  We're looking at John. </w:t>
      </w:r>
    </w:p>
    <w:p>
      <w:r>
        <w:t xml:space="preserve">(Speaker B)  Yeah. So we'll leave me for now as chair because it's easy for me to sign stuff at the office. And then John. John Lambert is vice chair. </w:t>
      </w:r>
    </w:p>
    <w:p>
      <w:r>
        <w:t xml:space="preserve">(Speaker C)  Okay. </w:t>
      </w:r>
    </w:p>
    <w:p>
      <w:r>
        <w:t xml:space="preserve">(Speaker B)  And then everybody else is assistant secretary. </w:t>
      </w:r>
    </w:p>
    <w:p>
      <w:r>
        <w:t xml:space="preserve">(Speaker A)  Is that a motion for the motion? </w:t>
      </w:r>
    </w:p>
    <w:p>
      <w:r>
        <w:t xml:space="preserve">(Speaker F)  Second. </w:t>
      </w:r>
    </w:p>
    <w:p>
      <w:r>
        <w:t xml:space="preserve">(Speaker A)  All right, so we have a motion. </w:t>
      </w:r>
    </w:p>
    <w:p>
      <w:r>
        <w:t xml:space="preserve">(Speaker B)  Thank you. </w:t>
      </w:r>
    </w:p>
    <w:p>
      <w:r>
        <w:t xml:space="preserve">(Speaker A)  Cindy, a second. </w:t>
      </w:r>
    </w:p>
    <w:p>
      <w:r>
        <w:t xml:space="preserve">(Speaker G)  All right, all in favor? </w:t>
      </w:r>
    </w:p>
    <w:p>
      <w:r>
        <w:t xml:space="preserve">(Speaker B)  Aye. </w:t>
      </w:r>
    </w:p>
    <w:p>
      <w:r>
        <w:t xml:space="preserve">(Speaker C)  All right. </w:t>
      </w:r>
    </w:p>
    <w:p>
      <w:r>
        <w:t xml:space="preserve">(Speaker D)  Any opposed? </w:t>
      </w:r>
    </w:p>
    <w:p>
      <w:r>
        <w:t xml:space="preserve">(Speaker A)  All right, motion carries unanimously. So we'll get that officer list updated. All right, item number four. This is the approval of the minutes of the June 1, 2026, Board of Supervisors meeting. There's no questions or comments. Just need a motion to approve. </w:t>
      </w:r>
    </w:p>
    <w:p>
      <w:r>
        <w:t xml:space="preserve">(Speaker B)  You all good with the minutes? Yes. Make a motion to accept. </w:t>
      </w:r>
    </w:p>
    <w:p>
      <w:r>
        <w:t xml:space="preserve">(Speaker A)  Second motion and a second. </w:t>
      </w:r>
    </w:p>
    <w:p>
      <w:r>
        <w:t xml:space="preserve">(Speaker G)  All in favor? </w:t>
      </w:r>
    </w:p>
    <w:p>
      <w:r>
        <w:t xml:space="preserve">(Speaker D)  Any opposed? Any opposed? All right, motion carries. </w:t>
      </w:r>
    </w:p>
    <w:p>
      <w:r>
        <w:t xml:space="preserve">(Speaker A)  All right, this brings down to item number five. So our first of two public hearings on these items. I'm sorry, one public hearing on two items. So first, receive a motion to open the public hearing. </w:t>
      </w:r>
    </w:p>
    <w:p>
      <w:r>
        <w:t xml:space="preserve">(Speaker B)  Make a motion. </w:t>
      </w:r>
    </w:p>
    <w:p>
      <w:r>
        <w:t xml:space="preserve">(Speaker H)  I'll second. </w:t>
      </w:r>
    </w:p>
    <w:p>
      <w:r>
        <w:t xml:space="preserve">(Speaker A)  All right, Motion and a second. </w:t>
      </w:r>
    </w:p>
    <w:p>
      <w:r>
        <w:t xml:space="preserve">(Speaker G)  All in favor? </w:t>
      </w:r>
    </w:p>
    <w:p>
      <w:r>
        <w:t xml:space="preserve">(Speaker H)  Top mic. </w:t>
      </w:r>
    </w:p>
    <w:p>
      <w:r>
        <w:t xml:space="preserve">(Speaker G)  Aye. </w:t>
      </w:r>
    </w:p>
    <w:p>
      <w:r>
        <w:t xml:space="preserve">(Speaker C)  All right. </w:t>
      </w:r>
    </w:p>
    <w:p>
      <w:r>
        <w:t xml:space="preserve">(Speaker D)  Any opposed? </w:t>
      </w:r>
    </w:p>
    <w:p>
      <w:r>
        <w:t xml:space="preserve">(Speaker A)  All right, motion is passed unanimously. Public hearing is open. So the two items under the public hearing is resolution 202604 is adopting the fiscal year 27 budget related to the annual appropriations. And we also have resolution 2026 05, imposing special assessments and certifying an assessment rule. Are there any public comments on either of those items? You're done. I'll bring it back to the board. So the first one 5A is 2026 04, which adopts the fiscal year 27 budget. Same budget the board approved as a proposed budget, updated with actuals there, same as before. No increase in assessments to residents. So everything will stay as it is this, this year for next year. So no increases there. So that's always good news. </w:t>
      </w:r>
    </w:p>
    <w:p>
      <w:r>
        <w:t xml:space="preserve">(Speaker B)  And this has remained unchanged since the previous two times we discussed it? </w:t>
      </w:r>
    </w:p>
    <w:p>
      <w:r>
        <w:t xml:space="preserve">(Speaker A)  Yeah, we updated the actuals there through the end of June, so you can kind of see where we're trending. So there's no changes or corrections. You just need to approve resolution 2026 04, adopting the fiscal year 2017. </w:t>
      </w:r>
    </w:p>
    <w:p>
      <w:r>
        <w:t xml:space="preserve">(Speaker H)  Motion to approve. </w:t>
      </w:r>
    </w:p>
    <w:p>
      <w:r>
        <w:t xml:space="preserve">(Speaker A)  Second motion and a second. </w:t>
      </w:r>
    </w:p>
    <w:p>
      <w:r>
        <w:t xml:space="preserve">(Speaker G)  All in favor? </w:t>
      </w:r>
    </w:p>
    <w:p>
      <w:r>
        <w:t xml:space="preserve">(Speaker B)  Aye. </w:t>
      </w:r>
    </w:p>
    <w:p>
      <w:r>
        <w:t xml:space="preserve">(Speaker C)  Aye. </w:t>
      </w:r>
    </w:p>
    <w:p>
      <w:r>
        <w:t xml:space="preserve">(Speaker D)  Any opposed? All right, motion carried. </w:t>
      </w:r>
    </w:p>
    <w:p>
      <w:r>
        <w:t xml:space="preserve">(Speaker A)  All right, as part of that, also, we have resolution 2026 05, imposing special assessments and certifying assessor role. So you guys just adopted the budget with the previous resolution, and this resolution actually imposes those special assessments and what actually funds the Budget that you just adopted. Happy to take any questions on it. If not, just need a motion to approve. </w:t>
      </w:r>
    </w:p>
    <w:p>
      <w:r>
        <w:t xml:space="preserve">(Speaker F)  Motion to approve. </w:t>
      </w:r>
    </w:p>
    <w:p>
      <w:r>
        <w:t xml:space="preserve">(Speaker C)  All right. </w:t>
      </w:r>
    </w:p>
    <w:p>
      <w:r>
        <w:t xml:space="preserve">(Speaker H)  Second motion. A second. </w:t>
      </w:r>
    </w:p>
    <w:p>
      <w:r>
        <w:t xml:space="preserve">(Speaker G)  All in favor? </w:t>
      </w:r>
    </w:p>
    <w:p>
      <w:r>
        <w:t xml:space="preserve">(Speaker D)  Aye. Any opposed? </w:t>
      </w:r>
    </w:p>
    <w:p>
      <w:r>
        <w:t xml:space="preserve">(Speaker C)  All right. </w:t>
      </w:r>
    </w:p>
    <w:p>
      <w:r>
        <w:t xml:space="preserve">(Speaker D)  Motion carries. </w:t>
      </w:r>
    </w:p>
    <w:p>
      <w:r>
        <w:t xml:space="preserve">(Speaker F)  Unanimously. </w:t>
      </w:r>
    </w:p>
    <w:p>
      <w:r>
        <w:t xml:space="preserve">(Speaker A)  I see a motion to close. </w:t>
      </w:r>
    </w:p>
    <w:p>
      <w:r>
        <w:t xml:space="preserve">(Speaker D)  Call the hearing. </w:t>
      </w:r>
    </w:p>
    <w:p>
      <w:r>
        <w:t xml:space="preserve">(Speaker B)  Take a motion. </w:t>
      </w:r>
    </w:p>
    <w:p>
      <w:r>
        <w:t xml:space="preserve">(Speaker F)  Second. </w:t>
      </w:r>
    </w:p>
    <w:p>
      <w:r>
        <w:t xml:space="preserve">(Speaker D)  Sorry. </w:t>
      </w:r>
    </w:p>
    <w:p>
      <w:r>
        <w:t xml:space="preserve">(Speaker A)  And a second. </w:t>
      </w:r>
    </w:p>
    <w:p>
      <w:r>
        <w:t xml:space="preserve">(Speaker G)  All in favor? </w:t>
      </w:r>
    </w:p>
    <w:p>
      <w:r>
        <w:t xml:space="preserve">(Speaker B)  Aye. </w:t>
      </w:r>
    </w:p>
    <w:p>
      <w:r>
        <w:t xml:space="preserve">(Speaker D)  Aye. </w:t>
      </w:r>
    </w:p>
    <w:p>
      <w:r>
        <w:t xml:space="preserve">(Speaker A)  Campbell, are you still with us? </w:t>
      </w:r>
    </w:p>
    <w:p>
      <w:r>
        <w:t xml:space="preserve">(Speaker C)  Yes. Okay. </w:t>
      </w:r>
    </w:p>
    <w:p>
      <w:r>
        <w:t xml:space="preserve">(Speaker A)  Are you okay with closing the public hearing? </w:t>
      </w:r>
    </w:p>
    <w:p>
      <w:r>
        <w:t xml:space="preserve">(Speaker C)  Yes. Yes, I did say it. Maybe somebody heard me. </w:t>
      </w:r>
    </w:p>
    <w:p>
      <w:r>
        <w:t xml:space="preserve">(Speaker D)  Sorry. All right. </w:t>
      </w:r>
    </w:p>
    <w:p>
      <w:r>
        <w:t xml:space="preserve">(Speaker A)  Any opposed? </w:t>
      </w:r>
    </w:p>
    <w:p>
      <w:r>
        <w:t xml:space="preserve">(Speaker C)  Yeah, I. </w:t>
      </w:r>
    </w:p>
    <w:p>
      <w:r>
        <w:t xml:space="preserve">(Speaker G)  Okay. </w:t>
      </w:r>
    </w:p>
    <w:p>
      <w:r>
        <w:t xml:space="preserve">(Speaker D)  No, I oppose. Motion carries. </w:t>
      </w:r>
    </w:p>
    <w:p>
      <w:r>
        <w:t xml:space="preserve">(Speaker A)  Delay is tough. All right, next we have resolution 20. 26. 06. </w:t>
      </w:r>
    </w:p>
    <w:p>
      <w:r>
        <w:t xml:space="preserve">(Speaker B)  I know. </w:t>
      </w:r>
    </w:p>
    <w:p>
      <w:r>
        <w:t xml:space="preserve">(Speaker D)  Christine, did you want to go through this one, or do you want me to? </w:t>
      </w:r>
    </w:p>
    <w:p>
      <w:r>
        <w:t xml:space="preserve">(Speaker A)  Okay, sure. All right. So as the board was aware, this is an election year, and there was two seats that were on the ballot, so there was no one that officially qualified through the supervisor of elections. So essentially, this is a resolution that just officially declares those two seats vacant at two weeks, second Tuesday after the election. So since no one officially qualified, the board will then have to appoint someone to those seats. Usual protocol is the board wishes the person that's in it currently just gets reappointed to their current seat. So the two seats, one was that Andrew's now in, and then the other seat is Adam's carryover seat. </w:t>
      </w:r>
    </w:p>
    <w:p>
      <w:r>
        <w:t xml:space="preserve">(Speaker E)  The incumbent stays in that seat, and then within 90 days, the law says that the remainder of the CDD shall appoint someone to that seat. So it could also still be Adam or whoever we want to appoint, etc. So this is basically the incumbent stays in the seat, but we have to pass this resolution. </w:t>
      </w:r>
    </w:p>
    <w:p>
      <w:r>
        <w:t xml:space="preserve">(Speaker F)  Declaration. </w:t>
      </w:r>
    </w:p>
    <w:p>
      <w:r>
        <w:t xml:space="preserve">(Speaker A)  Couldn't qualify because he's not a general elector. </w:t>
      </w:r>
    </w:p>
    <w:p>
      <w:r>
        <w:t xml:space="preserve">(Speaker D)  So. </w:t>
      </w:r>
    </w:p>
    <w:p>
      <w:r>
        <w:t xml:space="preserve">(Speaker B)  Yeah, I don't live here. I live up the road, but not here. </w:t>
      </w:r>
    </w:p>
    <w:p>
      <w:r>
        <w:t xml:space="preserve">(Speaker C)  Right. </w:t>
      </w:r>
    </w:p>
    <w:p>
      <w:r>
        <w:t xml:space="preserve">(Speaker B)  So Andrew, he stays in his seat automatically because we just appointed him. </w:t>
      </w:r>
    </w:p>
    <w:p>
      <w:r>
        <w:t xml:space="preserve">(Speaker E)  You'll just appoint him again as a best practice. Practice. </w:t>
      </w:r>
    </w:p>
    <w:p>
      <w:r>
        <w:t xml:space="preserve">(Speaker B)  Yeah, but I can't appoint myself. </w:t>
      </w:r>
    </w:p>
    <w:p>
      <w:r>
        <w:t xml:space="preserve">(Speaker E)  He stays automatically. </w:t>
      </w:r>
    </w:p>
    <w:p>
      <w:r>
        <w:t xml:space="preserve">(Speaker D)  Okay, Right. </w:t>
      </w:r>
    </w:p>
    <w:p>
      <w:r>
        <w:t xml:space="preserve">(Speaker A)  We can't do it till after up in November, so. </w:t>
      </w:r>
    </w:p>
    <w:p>
      <w:r>
        <w:t xml:space="preserve">(Speaker B)  Oh, okay. To review. So you're giving us the answers to the test. </w:t>
      </w:r>
    </w:p>
    <w:p>
      <w:r>
        <w:t xml:space="preserve">(Speaker A)  Yeah, whatever you guys like to do. So this is just. This resolution is just declaring those two seats vacant. </w:t>
      </w:r>
    </w:p>
    <w:p>
      <w:r>
        <w:t xml:space="preserve">(Speaker E)  And it's a statutory requirement. </w:t>
      </w:r>
    </w:p>
    <w:p>
      <w:r>
        <w:t xml:space="preserve">(Speaker F)  So we're just looking for a motion to approve. </w:t>
      </w:r>
    </w:p>
    <w:p>
      <w:r>
        <w:t xml:space="preserve">(Speaker B)  Make a motion. </w:t>
      </w:r>
    </w:p>
    <w:p>
      <w:r>
        <w:t xml:space="preserve">(Speaker A)  Second and a second. </w:t>
      </w:r>
    </w:p>
    <w:p>
      <w:r>
        <w:t xml:space="preserve">(Speaker G)  All in favor? </w:t>
      </w:r>
    </w:p>
    <w:p>
      <w:r>
        <w:t xml:space="preserve">(Speaker H)  Aye. </w:t>
      </w:r>
    </w:p>
    <w:p>
      <w:r>
        <w:t xml:space="preserve">(Speaker C)  Aye. </w:t>
      </w:r>
    </w:p>
    <w:p>
      <w:r>
        <w:t xml:space="preserve">(Speaker D)  Any opposed? All right, motion carries. </w:t>
      </w:r>
    </w:p>
    <w:p>
      <w:r>
        <w:t xml:space="preserve">(Speaker A)  And then, like I said, and after the November, we'll. We'll bring that up again for the board, so they're aware of it. </w:t>
      </w:r>
    </w:p>
    <w:p>
      <w:r>
        <w:t xml:space="preserve">(Speaker D)  All right. </w:t>
      </w:r>
    </w:p>
    <w:p>
      <w:r>
        <w:t xml:space="preserve">(Speaker A)  Item number seven. This is consideration of approval for environmental services From Biotech. Did you want to read this one at the board? </w:t>
      </w:r>
    </w:p>
    <w:p>
      <w:r>
        <w:t xml:space="preserve">(Speaker B)  Is anyone from Biotech on the phone or no? </w:t>
      </w:r>
    </w:p>
    <w:p>
      <w:r>
        <w:t xml:space="preserve">(Speaker A)  No, I don't believe so. We've done this every year. </w:t>
      </w:r>
    </w:p>
    <w:p>
      <w:r>
        <w:t xml:space="preserve">(Speaker B)  I know we do. I know we do every year. But this year they dropped the ball on several occasions where we kind of got in a sticky wicket with the Water Management District. So I want to make sure that if we're new and if we're renewing their contract again, that Danny realizes that he. He's got to pay attention and make sure that stuff's getting done on a timely manner when it's supposed to be done or they won't get paid because it's. I mean, I had to bail him out. </w:t>
      </w:r>
    </w:p>
    <w:p>
      <w:r>
        <w:t xml:space="preserve">(Speaker F)  So I'll reach out to freak for schedule and then they can be dealing with me. </w:t>
      </w:r>
    </w:p>
    <w:p>
      <w:r>
        <w:t xml:space="preserve">(Speaker B)  Yeah, that was. Yeah, because it was. I mean, when the Water Management district is going around them and contacting me, we got a problem. </w:t>
      </w:r>
    </w:p>
    <w:p>
      <w:r>
        <w:t xml:space="preserve">(Speaker F)  Yeah. </w:t>
      </w:r>
    </w:p>
    <w:p>
      <w:r>
        <w:t xml:space="preserve">(Speaker C)  So, yeah, I would just like to say we. We bought them last year. They were supposed to put in management positions or monitoring stations in the wetlands and it was never done. Last year we. We passed a motion for them to put in a management stair at Warren monitoring stations, and it was never done in the wetlands. Was that. I want you know where that is before we take this on again. </w:t>
      </w:r>
    </w:p>
    <w:p>
      <w:r>
        <w:t xml:space="preserve">(Speaker B)  Was that. Was that through this board or the other board? </w:t>
      </w:r>
    </w:p>
    <w:p>
      <w:r>
        <w:t xml:space="preserve">(Speaker C)  No, that was through this board. </w:t>
      </w:r>
    </w:p>
    <w:p>
      <w:r>
        <w:t xml:space="preserve">(Speaker G)  I don't remember. </w:t>
      </w:r>
    </w:p>
    <w:p>
      <w:r>
        <w:t xml:space="preserve">(Speaker C)  Because the monitoring stations were behind Fallen Oak. Between Fallen Oak and Vellatita. They were supposed to be. And there was. They've never been put in. That's a year now. Hello? </w:t>
      </w:r>
    </w:p>
    <w:p>
      <w:r>
        <w:t xml:space="preserve">(Speaker B)  Yeah, I'm just trying to recall because I don't recall. I recall monitoring in terms of just keeping an eyeball on it. But I don't. I don't remember having them actually physically install any kind of monitoring system. </w:t>
      </w:r>
    </w:p>
    <w:p>
      <w:r>
        <w:t xml:space="preserve">(Speaker C)  Yeah, it was a whole presentation that was done by Alan. I can't remember the exact date. I think. I think if you look in the June or August minute is where we'll find them. They did a proposal. They outlined where the monitoring stations would be. In fact, going by the proposal, one of them was supposed to be behind. Be behind my house, but it has never been put in. </w:t>
      </w:r>
    </w:p>
    <w:p>
      <w:r>
        <w:t xml:space="preserve">(Speaker B)  Okay, that's. I'm glad you brought that up. We'll look into that. Because they do not. It says just monitoring events. </w:t>
      </w:r>
    </w:p>
    <w:p>
      <w:r>
        <w:t xml:space="preserve">(Speaker C)  Yeah, I know. They were supposed to put in station. I think if memory serves me right, they were supposed to put in four stations or three stations along that area of wetland. </w:t>
      </w:r>
    </w:p>
    <w:p>
      <w:r>
        <w:t xml:space="preserve">(Speaker B)  Attend a Site meeting with agencies, and </w:t>
      </w:r>
    </w:p>
    <w:p>
      <w:r>
        <w:t xml:space="preserve">(Speaker C)  they were supposed to. Yeah, they were supposed to issue a yearly report as well, which we've never seen. </w:t>
      </w:r>
    </w:p>
    <w:p>
      <w:r>
        <w:t xml:space="preserve">(Speaker B)  Okay, we'll. We'll look into that. Can we. </w:t>
      </w:r>
    </w:p>
    <w:p>
      <w:r>
        <w:t xml:space="preserve">(Speaker A)  So what. </w:t>
      </w:r>
    </w:p>
    <w:p>
      <w:r>
        <w:t xml:space="preserve">(Speaker B)  Can we just table this proposal until we do a little more research? </w:t>
      </w:r>
    </w:p>
    <w:p>
      <w:r>
        <w:t xml:space="preserve">(Speaker A)  Yeah, we'll have to meet. We won't meet again until October. So it's start of the fiscal year. </w:t>
      </w:r>
    </w:p>
    <w:p>
      <w:r>
        <w:t xml:space="preserve">(Speaker B)  That's fine. </w:t>
      </w:r>
    </w:p>
    <w:p>
      <w:r>
        <w:t xml:space="preserve">(Speaker A)  So we should be okay if the board wants to. That or maybe there's any other vendors that could submit a proposal as well. </w:t>
      </w:r>
    </w:p>
    <w:p>
      <w:r>
        <w:t xml:space="preserve">(Speaker B)  Okay, yeah, let's. Let's look into that because. </w:t>
      </w:r>
    </w:p>
    <w:p>
      <w:r>
        <w:t xml:space="preserve">(Speaker A)  All right, we'll table that till October. That we can also research what Campbell's saying. Yeah, talk to. Talk to their management. </w:t>
      </w:r>
    </w:p>
    <w:p>
      <w:r>
        <w:t xml:space="preserve">(Speaker B)  Yeah, I want to look into that, too, because I have no recollection of monitoring stations, so. </w:t>
      </w:r>
    </w:p>
    <w:p>
      <w:r>
        <w:t xml:space="preserve">(Speaker D)  That's okay. </w:t>
      </w:r>
    </w:p>
    <w:p>
      <w:r>
        <w:t xml:space="preserve">(Speaker B)  I hope my memory's not getting that bad. </w:t>
      </w:r>
    </w:p>
    <w:p>
      <w:r>
        <w:t xml:space="preserve">(Speaker C)  All right, so we'll take you, Campbell. No problem. </w:t>
      </w:r>
    </w:p>
    <w:p>
      <w:r>
        <w:t xml:space="preserve">(Speaker D)  All right. </w:t>
      </w:r>
    </w:p>
    <w:p>
      <w:r>
        <w:t xml:space="preserve">(Speaker A)  All right, so next we have the consideration of the engagement letter for fiscal year year 2026 audit. So the audit committee and the board selected Growl and associates as your. Your auditor, your third party independent auditor. So this engagement letter is just standard every year. This is basically, we're allowing them permission to start the audit process. </w:t>
      </w:r>
    </w:p>
    <w:p>
      <w:r>
        <w:t xml:space="preserve">(Speaker B)  Make a motion to approve a second </w:t>
      </w:r>
    </w:p>
    <w:p>
      <w:r>
        <w:t xml:space="preserve">(Speaker A)  motion and a second. </w:t>
      </w:r>
    </w:p>
    <w:p>
      <w:r>
        <w:t xml:space="preserve">(Speaker G)  All in favor? </w:t>
      </w:r>
    </w:p>
    <w:p>
      <w:r>
        <w:t xml:space="preserve">(Speaker D)  Any opposed? Motion carries. Motion carriers. </w:t>
      </w:r>
    </w:p>
    <w:p>
      <w:r>
        <w:t xml:space="preserve">(Speaker A)  All right, next we have our staff reports. Start with district council. </w:t>
      </w:r>
    </w:p>
    <w:p>
      <w:r>
        <w:t xml:space="preserve">(Speaker E)  Okay. </w:t>
      </w:r>
    </w:p>
    <w:p>
      <w:r>
        <w:t xml:space="preserve">(Speaker C)  All right. </w:t>
      </w:r>
    </w:p>
    <w:p>
      <w:r>
        <w:t xml:space="preserve">(Speaker E)  Good morning, board. I don't have any updates for you today. No news is good news. </w:t>
      </w:r>
    </w:p>
    <w:p>
      <w:r>
        <w:t xml:space="preserve">(Speaker H)  That's it. </w:t>
      </w:r>
    </w:p>
    <w:p>
      <w:r>
        <w:t xml:space="preserve">(Speaker F)  Thank you. </w:t>
      </w:r>
    </w:p>
    <w:p>
      <w:r>
        <w:t xml:space="preserve">(Speaker D)  Any questions? </w:t>
      </w:r>
    </w:p>
    <w:p>
      <w:r>
        <w:t xml:space="preserve">(Speaker A)  All right, we'll go to our engineer. Jason, we still have you online. </w:t>
      </w:r>
    </w:p>
    <w:p>
      <w:r>
        <w:t xml:space="preserve">(Speaker C)  Yes, sir. Still here. </w:t>
      </w:r>
    </w:p>
    <w:p>
      <w:r>
        <w:t xml:space="preserve">(Speaker G)  All right, great. </w:t>
      </w:r>
    </w:p>
    <w:p>
      <w:r>
        <w:t xml:space="preserve">(Speaker A)  Same as last meeting. We have your. Your annual engineers report letter on the. On the agenda, But I don't know if you have anything else you wanted to add to the board? </w:t>
      </w:r>
    </w:p>
    <w:p>
      <w:r>
        <w:t xml:space="preserve">(Speaker B)  For the board. No, nothing for this one. These were more wet ponds and all that. And once it's all dry, looked okay, </w:t>
      </w:r>
    </w:p>
    <w:p>
      <w:r>
        <w:t xml:space="preserve">(Speaker C)  it'd be operating as permitted. </w:t>
      </w:r>
    </w:p>
    <w:p>
      <w:r>
        <w:t xml:space="preserve">(Speaker B)  Great. </w:t>
      </w:r>
    </w:p>
    <w:p>
      <w:r>
        <w:t xml:space="preserve">(Speaker A)  And then the letter on page 107, he just states that everything's functioning as expected and the budget is appropriate for any issues that might arise. So there's no questions on that. Just need a motion to accept that report. </w:t>
      </w:r>
    </w:p>
    <w:p>
      <w:r>
        <w:t xml:space="preserve">(Speaker B)  Make a motion. </w:t>
      </w:r>
    </w:p>
    <w:p>
      <w:r>
        <w:t xml:space="preserve">(Speaker F)  Second. </w:t>
      </w:r>
    </w:p>
    <w:p>
      <w:r>
        <w:t xml:space="preserve">(Speaker D)  All right. Motion second. </w:t>
      </w:r>
    </w:p>
    <w:p>
      <w:r>
        <w:t xml:space="preserve">(Speaker G)  All in favor? </w:t>
      </w:r>
    </w:p>
    <w:p>
      <w:r>
        <w:t xml:space="preserve">(Speaker B)  Aye. </w:t>
      </w:r>
    </w:p>
    <w:p>
      <w:r>
        <w:t xml:space="preserve">(Speaker F)  Aye. </w:t>
      </w:r>
    </w:p>
    <w:p>
      <w:r>
        <w:t xml:space="preserve">(Speaker D)  Any opposed? </w:t>
      </w:r>
    </w:p>
    <w:p>
      <w:r>
        <w:t xml:space="preserve">(Speaker C)  Aye. </w:t>
      </w:r>
    </w:p>
    <w:p>
      <w:r>
        <w:t xml:space="preserve">(Speaker D)  Any opposed? </w:t>
      </w:r>
    </w:p>
    <w:p>
      <w:r>
        <w:t xml:space="preserve">(Speaker A)  Oh, she carries you in this thing. All right, bring us down to our field manager. </w:t>
      </w:r>
    </w:p>
    <w:p>
      <w:r>
        <w:t xml:space="preserve">(Speaker H)  Well, let me add. Did we skip the engagement letter? </w:t>
      </w:r>
    </w:p>
    <w:p>
      <w:r>
        <w:t xml:space="preserve">(Speaker G)  No. </w:t>
      </w:r>
    </w:p>
    <w:p>
      <w:r>
        <w:t xml:space="preserve">(Speaker B)  Yeah. Well, we approved it. </w:t>
      </w:r>
    </w:p>
    <w:p>
      <w:r>
        <w:t xml:space="preserve">(Speaker G)  Yeah. </w:t>
      </w:r>
    </w:p>
    <w:p>
      <w:r>
        <w:t xml:space="preserve">(Speaker H)  Oh, we did. </w:t>
      </w:r>
    </w:p>
    <w:p>
      <w:r>
        <w:t xml:space="preserve">(Speaker D)  Okay. Yep, we did. Sorry. </w:t>
      </w:r>
    </w:p>
    <w:p>
      <w:r>
        <w:t xml:space="preserve">(Speaker H)  I was reading something else. </w:t>
      </w:r>
    </w:p>
    <w:p>
      <w:r>
        <w:t xml:space="preserve">(Speaker D)  We. </w:t>
      </w:r>
    </w:p>
    <w:p>
      <w:r>
        <w:t xml:space="preserve">(Speaker A)  We skipped the biotech. </w:t>
      </w:r>
    </w:p>
    <w:p>
      <w:r>
        <w:t xml:space="preserve">(Speaker H)  Gotcha. </w:t>
      </w:r>
    </w:p>
    <w:p>
      <w:r>
        <w:t xml:space="preserve">(Speaker A)  We tabled that. </w:t>
      </w:r>
    </w:p>
    <w:p>
      <w:r>
        <w:t xml:space="preserve">(Speaker D)  That's where that gap was. </w:t>
      </w:r>
    </w:p>
    <w:p>
      <w:r>
        <w:t xml:space="preserve">(Speaker A)  All right, field manager, want to pardon. </w:t>
      </w:r>
    </w:p>
    <w:p>
      <w:r>
        <w:t xml:space="preserve">(Speaker D)  All right. </w:t>
      </w:r>
    </w:p>
    <w:p>
      <w:r>
        <w:t xml:space="preserve">(Speaker F)  Hi, everybody. This is my first field management report written for you guys, so please be patient with me on this one. In my opinion, landscaping services have been performing as needed. Floralon has been very responsive. There was a minor illness where there was a slight delay in responsiveness. But their team did reach out to me to make sure there was anything that needed urgent response or anything like that. Nothing in the Champions Gate CD or the Stoneburg itself. Champion aquatic maintenance has been continuing. Lots of really intense conditions lately with the heat and the weather and everything. Lots of algae coming up, but so far so good. For the ponds that were a little bit more wild that we do have in the district, I am seeing that they are slowly making their way through the plant life that needs to be removed. I have discussed with the landscapers, as they see that die off, they need to make sure that they are also getting down closer to the edge so that it essentially is mitigating on either side. So we are seeing some progress on those. They all look really good. There was a fountain that was installed with pine fallen oak. If you guys have all seen it go by and take a look, it looks great. And it is. That's the only other contracted item that I really got to view on the end of this switch over between myself and Alan, but that is up and running. So the fountains themselves, the rest of them, I've been monitoring for outages. We did have one fountain that had a light system go out that has been repaired there. One thing that we have had recently is some trash in some of the ponds. So I did send out the GMS maintenance team. They cleaned out several of the ponds. There was pretty large pipes that were still left over, and there was some debris that was just kind of exposed as the water level has been coming down. And of course, now it's coming back up, and so they were able to get that all cleaned up. We have some. Several dead trees around some of the more wild ponds, which for those, I got proposals to have those just removed. There's an abundance of trees, and they're all against the wetland. I think it's safe that they can be removed. They were struggling a little bit. If we do want to proceed with replacement, I think we probably do that in fiscal year 2028. But for right now, we're just gonna get rid of the dead stuff. So it's not ending up in the pond and becoming like a whole situation. </w:t>
      </w:r>
    </w:p>
    <w:p>
      <w:r>
        <w:t xml:space="preserve">(Speaker B)  Were those trees that were installed? </w:t>
      </w:r>
    </w:p>
    <w:p>
      <w:r>
        <w:t xml:space="preserve">(Speaker F)  Yeah. </w:t>
      </w:r>
    </w:p>
    <w:p>
      <w:r>
        <w:t xml:space="preserve">(Speaker G)  Okay. </w:t>
      </w:r>
    </w:p>
    <w:p>
      <w:r>
        <w:t xml:space="preserve">(Speaker F)  Soft washing for the monuments has started. I have a little bit of budget left over in fiscal year 2026, so we can get those all cleaned up. That's for both districts. All of the monuments are getting cleaned, weather providing, of course. Let's see. Monument lighting has been pretty good. This one, I said no fewer outages or reports, but there is actually a letter that is starting to dim on the bell seat of entrance. So I apologize. I noticed that as I was reviewing the photos closer again. And so I did send that over to the maintenance crew to have them review that. And then there's a couple of fences that have been identified on our Whistling Strait that looks like they probably got hit at some point. And so, so those will be repaired. So nothing major, no large scale things, no disturbances with animals or anything like that. Everything's looking pretty good. So speaking of pressure washing, as we move back, I have a proposal here for pressure washing all of the monuments twice yearly. Just to kind of put that on a constant rotation versus a and as needed kind of sort of situation. I did speak to the pressure washer and we're thinking of January and July is the best time to be able to do it. January. So after the holiday season, all the decorations have come down, we can get them cleaned up. Anything that might have built up on the decorations. And then July, allowing us to kind of clean off all the green stuff that grows through the humid seasons, kind of get through that and then get through the holiday season so that they are looking a little bit cleaner, a little bit fresher. And so for the Stony Brook South Champions date total, as you'll see, there's prices for the Stony Brook south, who did also approve this, the occurrence cost is $2,075 per occurrence, which I do believe we should be able to fit into the budget pretty cleanly for the monument maintenance. </w:t>
      </w:r>
    </w:p>
    <w:p>
      <w:r>
        <w:t xml:space="preserve">(Speaker B)  This will be split between the two CDDs. </w:t>
      </w:r>
    </w:p>
    <w:p>
      <w:r>
        <w:t xml:space="preserve">(Speaker F)  Overall. It will split between the two CDDs. But if we were to look at just the CDD, just the cost for just the Champions Gate monuments, it's a little bit higher because you have more monuments in the Champions Gate cdd. But yes, the overall the cost is. And then the next item that I have, </w:t>
      </w:r>
    </w:p>
    <w:p>
      <w:r>
        <w:t xml:space="preserve">(Speaker G)  I'm so sorry. </w:t>
      </w:r>
    </w:p>
    <w:p>
      <w:r>
        <w:t xml:space="preserve">(Speaker A)  Pressure Washington, did you know the other board approved it. Did you guys want to also approve that pressure washing on the schedule as proposed as needed. </w:t>
      </w:r>
    </w:p>
    <w:p>
      <w:r>
        <w:t xml:space="preserve">(Speaker D)  Okay. </w:t>
      </w:r>
    </w:p>
    <w:p>
      <w:r>
        <w:t xml:space="preserve">(Speaker A)  To approve that. </w:t>
      </w:r>
    </w:p>
    <w:p>
      <w:r>
        <w:t xml:space="preserve">(Speaker H)  So moved. </w:t>
      </w:r>
    </w:p>
    <w:p>
      <w:r>
        <w:t xml:space="preserve">(Speaker A)  Second motion and a second. </w:t>
      </w:r>
    </w:p>
    <w:p>
      <w:r>
        <w:t xml:space="preserve">(Speaker G)  All in favor? </w:t>
      </w:r>
    </w:p>
    <w:p>
      <w:r>
        <w:t xml:space="preserve">(Speaker A)  Aye. </w:t>
      </w:r>
    </w:p>
    <w:p>
      <w:r>
        <w:t xml:space="preserve">(Speaker C)  Aye. </w:t>
      </w:r>
    </w:p>
    <w:p>
      <w:r>
        <w:t xml:space="preserve">(Speaker A)  Any opposed all right, motion carries. </w:t>
      </w:r>
    </w:p>
    <w:p>
      <w:r>
        <w:t xml:space="preserve">(Speaker H)  I did notice on today when I was walking down Whistling Straits, exiting on the monument, the sidewalk there, there's damage on the lower left hand side of that monument. </w:t>
      </w:r>
    </w:p>
    <w:p>
      <w:r>
        <w:t xml:space="preserve">(Speaker D)  Okay. </w:t>
      </w:r>
    </w:p>
    <w:p>
      <w:r>
        <w:t xml:space="preserve">(Speaker H)  Down towards the ground side. </w:t>
      </w:r>
    </w:p>
    <w:p>
      <w:r>
        <w:t xml:space="preserve">(Speaker F)  I'll have to check it out. I have something for that in here as well. Actually. Not that I was aware of that. That sounds new because I've been over there recently and I haven't seen any damage. So thank you for notifying me. So the next item that I have is a proposal for a removal and replacement of dead and dying trees along west side. Full of </w:t>
      </w:r>
    </w:p>
    <w:p>
      <w:r>
        <w:t xml:space="preserve">(Speaker C)  the. </w:t>
      </w:r>
    </w:p>
    <w:p>
      <w:r>
        <w:t xml:space="preserve">(Speaker F)  Some of the trees just did not bounce back after the freeze. And we've given them plenty of time. We see a lot of landscaping coming back. But some of the trees, you know, they have been really struggling through this summer season. And that's not just here. I'm seeing that throughout most of my districts. And in Stony Brook south at cgd, I'm seeing some pine issues and stuff like that. So it's not just here, mind you. There's a lot of trees because west side Boulevard is very long and it's very tree lined, which will be great in 10 years. But in the meantime, we have approximately $10,000 worth of removal and replacement. That is, I suggest, for the boulevard. </w:t>
      </w:r>
    </w:p>
    <w:p>
      <w:r>
        <w:t xml:space="preserve">(Speaker B)  I noticed that they have the quantities delineated, but they don't have the unit price pricing. They just have a total. </w:t>
      </w:r>
    </w:p>
    <w:p>
      <w:r>
        <w:t xml:space="preserve">(Speaker F)  Yes, Floralon's really bad about providing the exact unit pricing. I can normally figure it out as I go through. I can get that clarified and bring </w:t>
      </w:r>
    </w:p>
    <w:p>
      <w:r>
        <w:t xml:space="preserve">(Speaker G)  it back for the next few days. </w:t>
      </w:r>
    </w:p>
    <w:p>
      <w:r>
        <w:t xml:space="preserve">(Speaker B)  Is it your opinion that this is a reasonable price for what they're doing? </w:t>
      </w:r>
    </w:p>
    <w:p>
      <w:r>
        <w:t xml:space="preserve">(Speaker F)  Yeah, especially because some of those trees have been in there for like a hot minute, I think with the roots and everything. I think considering it's 14 trees, it's actually not a terrible price. </w:t>
      </w:r>
    </w:p>
    <w:p>
      <w:r>
        <w:t xml:space="preserve">(Speaker B)  If they've been there for so long and they're. Why are they dying? </w:t>
      </w:r>
    </w:p>
    <w:p>
      <w:r>
        <w:t xml:space="preserve">(Speaker F)  Some of them are. I don't know if it's the conditions of the freeze did something to them or they had something going on with them and they just were not necessarily the healthiest of trees. And then it got affected and then the summer season came in and just really wiped them out. But I did see a rather rapid </w:t>
      </w:r>
    </w:p>
    <w:p>
      <w:r>
        <w:t xml:space="preserve">(Speaker B)  decline because oaks and maples are freeze resistant. </w:t>
      </w:r>
    </w:p>
    <w:p>
      <w:r>
        <w:t xml:space="preserve">(Speaker F)  They are freeze resistant. But I have been seeing the maples and the oaks in a couple of my other districts all of a sudden just dropping. I don't know what's going on with them. I Did ask them if they are. This was to prove that they need to find out what's going on, if there's a fungus or something going on. </w:t>
      </w:r>
    </w:p>
    <w:p>
      <w:r>
        <w:t xml:space="preserve">(Speaker B)  Do we anticipate. Are we seeing additional trees that are looking like this? Like this is going to be possibly recurring thing y' all see in the neighborhood periodically? </w:t>
      </w:r>
    </w:p>
    <w:p>
      <w:r>
        <w:t xml:space="preserve">(Speaker H)  Yeah. I was going to ask is there an opportunity to actually inject them with some chemicals to be able to help strengthen them? </w:t>
      </w:r>
    </w:p>
    <w:p>
      <w:r>
        <w:t xml:space="preserve">(Speaker F)  We can do that. I would obviously not suggest these trees because these ones are pretty much well past that. But for the trees that are starting to show signs of stress, I have discussed that with them, and we can look into this. </w:t>
      </w:r>
    </w:p>
    <w:p>
      <w:r>
        <w:t xml:space="preserve">(Speaker B)  Are we fertilizing them? </w:t>
      </w:r>
    </w:p>
    <w:p>
      <w:r>
        <w:t xml:space="preserve">(Speaker F)  They are getting fertilized on regular. </w:t>
      </w:r>
    </w:p>
    <w:p>
      <w:r>
        <w:t xml:space="preserve">(Speaker B)  Okay. </w:t>
      </w:r>
    </w:p>
    <w:p>
      <w:r>
        <w:t xml:space="preserve">(Speaker H)  Just think if we can. If we can inject them with something to help strengthen them, it might curtail any cost down the road, depending upon </w:t>
      </w:r>
    </w:p>
    <w:p>
      <w:r>
        <w:t xml:space="preserve">(Speaker B)  what the cost is. Yeah. </w:t>
      </w:r>
    </w:p>
    <w:p>
      <w:r>
        <w:t xml:space="preserve">(Speaker F)  So, yeah, I will say of the trees that I have that are. They are trees that I did notice when I first started were kind of a little bit behind the curve. </w:t>
      </w:r>
    </w:p>
    <w:p>
      <w:r>
        <w:t xml:space="preserve">(Speaker C)  Her. </w:t>
      </w:r>
    </w:p>
    <w:p>
      <w:r>
        <w:t xml:space="preserve">(Speaker F)  They seem to have really come back after a moment. But then something happened, took them out. And like I said, I've seen this in some of my other neighborhoods as well, where it was windy, what, six weeks ago, And I was like, I feel like something might have blown in on it, because all of a sudden I had a bunch of trees just go in other neighborhoods as well. </w:t>
      </w:r>
    </w:p>
    <w:p>
      <w:r>
        <w:t xml:space="preserve">(Speaker D)  Well, </w:t>
      </w:r>
    </w:p>
    <w:p>
      <w:r>
        <w:t xml:space="preserve">(Speaker H)  I don't think they want dead trees along the street. </w:t>
      </w:r>
    </w:p>
    <w:p>
      <w:r>
        <w:t xml:space="preserve">(Speaker B)  I don't think so either. Do we. Do we have a motion to approve? </w:t>
      </w:r>
    </w:p>
    <w:p>
      <w:r>
        <w:t xml:space="preserve">(Speaker H)  A motion to approve. </w:t>
      </w:r>
    </w:p>
    <w:p>
      <w:r>
        <w:t xml:space="preserve">(Speaker B)  I'll second. In the future, if you could get the de. Itemized stuff from them, that would be helpful. </w:t>
      </w:r>
    </w:p>
    <w:p>
      <w:r>
        <w:t xml:space="preserve">(Speaker G)  All in favor? </w:t>
      </w:r>
    </w:p>
    <w:p>
      <w:r>
        <w:t xml:space="preserve">(Speaker F)  All right, so the next proposal. </w:t>
      </w:r>
    </w:p>
    <w:p>
      <w:r>
        <w:t xml:space="preserve">(Speaker D)  Any of Silas. All right, motion carries. </w:t>
      </w:r>
    </w:p>
    <w:p>
      <w:r>
        <w:t xml:space="preserve">(Speaker F)  I apologize. I'm super eager. So my next proposal that I have is this is just for the removal of some of the trees that we're seeing that are not. That were installed. It's. There's not a lot of trees installed around most of the ponds and some of the later phases, we did see them getting installed, but some of those younger trees, they just didn't take. And I think they've been there for a little while and then just kind of. Kind of went unnoticed because they were kind of blending in with wetland that was near them. And so we do have a decent amount that have not survived and have started falling over. My suggestion is to just flush, cut, flush cut them and then just leave the ones that are already there that Are surviving unless you would prefer to have them replaced. But these are in areas that they won't really go noticed if they are removed. </w:t>
      </w:r>
    </w:p>
    <w:p>
      <w:r>
        <w:t xml:space="preserve">(Speaker B)  I don't know why we ever planted them to start with. </w:t>
      </w:r>
    </w:p>
    <w:p>
      <w:r>
        <w:t xml:space="preserve">(Speaker F)  And then we do see that on Whistling Straits there were three crepe myrtles that just very rapidly declined. That's part of some of the decline that I'm seeing is for my other neighborhoods, established trees that just decline very, very quickly. But for some of the other ones, they're under five years old, so they're still pretty young. It looks like they probably have, you know, been declining for quite some while. For some time. I know Allen generally kind of does them as needed, kind of sort of. But because there was so many, I wanted to bring it to the board to just remove them all at once and just be done with them. </w:t>
      </w:r>
    </w:p>
    <w:p>
      <w:r>
        <w:t xml:space="preserve">(Speaker A)  And there's room in this year's budget, so. </w:t>
      </w:r>
    </w:p>
    <w:p>
      <w:r>
        <w:t xml:space="preserve">(Speaker D)  Knocked out. </w:t>
      </w:r>
    </w:p>
    <w:p>
      <w:r>
        <w:t xml:space="preserve">(Speaker H)  There's room in this year. </w:t>
      </w:r>
    </w:p>
    <w:p>
      <w:r>
        <w:t xml:space="preserve">(Speaker D)  Yeah. </w:t>
      </w:r>
    </w:p>
    <w:p>
      <w:r>
        <w:t xml:space="preserve">(Speaker H)  Make a motion to approve. </w:t>
      </w:r>
    </w:p>
    <w:p>
      <w:r>
        <w:t xml:space="preserve">(Speaker F)  Second. </w:t>
      </w:r>
    </w:p>
    <w:p>
      <w:r>
        <w:t xml:space="preserve">(Speaker A)  All right. </w:t>
      </w:r>
    </w:p>
    <w:p>
      <w:r>
        <w:t xml:space="preserve">(Speaker D)  Any of those. All right, motion carries. </w:t>
      </w:r>
    </w:p>
    <w:p>
      <w:r>
        <w:t xml:space="preserve">(Speaker F)  My next item is just the renewal of the tiger Aquatic Services for the Copen grass. </w:t>
      </w:r>
    </w:p>
    <w:p>
      <w:r>
        <w:t xml:space="preserve">(Speaker B)  How have they been doing? </w:t>
      </w:r>
    </w:p>
    <w:p>
      <w:r>
        <w:t xml:space="preserve">(Speaker F)  As far as I know, they're doing fine. </w:t>
      </w:r>
    </w:p>
    <w:p>
      <w:r>
        <w:t xml:space="preserve">(Speaker H)  The ponds, right? </w:t>
      </w:r>
    </w:p>
    <w:p>
      <w:r>
        <w:t xml:space="preserve">(Speaker B)  It's for the Kogan grass. It grows in the upland buffers around the ponds. All the water management districts in the state of Florida have deemed coinggrass to be an invasive species, which it is aggressive. And so any areas where they can stick their finger and tell us that we have to maintain cogoing grass annually, they do. So almost every one of our districts that has a cogoingrass issue, we have to hire a company to spray it four or six times a year to maintain it or the district will revoke her permit. So it's kind of a necessary evil. Like I said, the management. The water management districts take advantage of the fact that there's us with money. So they, you know, if it's a regular neighborhood like I live in, they won't touch it. But unfortunately they make us do it, so. So I guess we have to do us a motion to proof a second. </w:t>
      </w:r>
    </w:p>
    <w:p>
      <w:r>
        <w:t xml:space="preserve">(Speaker G)  All in favor? </w:t>
      </w:r>
    </w:p>
    <w:p>
      <w:r>
        <w:t xml:space="preserve">(Speaker A)  All right, any oppos, a motion carriers? </w:t>
      </w:r>
    </w:p>
    <w:p>
      <w:r>
        <w:t xml:space="preserve">(Speaker B)  What is that? </w:t>
      </w:r>
    </w:p>
    <w:p>
      <w:r>
        <w:t xml:space="preserve">(Speaker F)  My next item is proposal for monument painting. This includes minor stucco repairs and caulking as well as any plant life that might be growing inside the towers, which in the Champions Gate cdd. There's only one that I've witnessed that has anything growing inside of the towers, and that's on the one that's on west side Boulevard. </w:t>
      </w:r>
    </w:p>
    <w:p>
      <w:r>
        <w:t xml:space="preserve">(Speaker B)  That's a per Location price. </w:t>
      </w:r>
    </w:p>
    <w:p>
      <w:r>
        <w:t xml:space="preserve">(Speaker F)  So this is the per location price. So the Stony Brook south lip essentially happened as Allen budgeted for three monuments between the two districts to be replaced. South who. Whose monuments are a little bit wolf One's being repaired due to damage from a car accident. And then I would say they. They only have two other monuments and they probably do need it. Most significantly of your monuments, the ones that probably need the most attention is the one that is off of west side Boulevard across from Oasis Boulevard. That one's looking a little bit rough because it is one of the oldest monuments in the community. And then we can do further monuments in fiscal year 2028 and get all </w:t>
      </w:r>
    </w:p>
    <w:p>
      <w:r>
        <w:t xml:space="preserve">(Speaker A)  of them within two years. </w:t>
      </w:r>
    </w:p>
    <w:p>
      <w:r>
        <w:t xml:space="preserve">(Speaker B)  So this is my question. </w:t>
      </w:r>
    </w:p>
    <w:p>
      <w:r>
        <w:t xml:space="preserve">(Speaker G)  Yeah. </w:t>
      </w:r>
    </w:p>
    <w:p>
      <w:r>
        <w:t xml:space="preserve">(Speaker B)  Why did we just approve a company to pressure wash the monuments when we're going to tear them down and rebuild them? </w:t>
      </w:r>
    </w:p>
    <w:p>
      <w:r>
        <w:t xml:space="preserve">(Speaker F)  We're not tearing them down and rebuilding them. We are only painting them. There's only one that's getting torn down and that's because of car hit. </w:t>
      </w:r>
    </w:p>
    <w:p>
      <w:r>
        <w:t xml:space="preserve">(Speaker B)  May not torn down. But, you know, sounds like they're going to resurface them some. </w:t>
      </w:r>
    </w:p>
    <w:p>
      <w:r>
        <w:t xml:space="preserve">(Speaker F)  They're not going to resurface them them. They are just going to do minor patches. Nothing more than I think they said 3 square feet when I was discussing it with them. So this would just be like painting your house. </w:t>
      </w:r>
    </w:p>
    <w:p>
      <w:r>
        <w:t xml:space="preserve">(Speaker B)  So who goes first? The pressure wash or the painting? </w:t>
      </w:r>
    </w:p>
    <w:p>
      <w:r>
        <w:t xml:space="preserve">(Speaker F)  In this case, all of the pressure washing just got done. So the next time it would be needed to be done would not be until January. And ideally we can have the painting done before the holidays or after the holiday season. We can of course skip the pressure washing on the freshly painted monuments, but it's just so that also now that they're clean, let's keep them clean. </w:t>
      </w:r>
    </w:p>
    <w:p>
      <w:r>
        <w:t xml:space="preserve">(Speaker B)  Oh, man. Would have been nice to do this during the dry season. </w:t>
      </w:r>
    </w:p>
    <w:p>
      <w:r>
        <w:t xml:space="preserve">(Speaker F)  I plan on having it done during the dry season since this is for. Well, this would push it into fiscal year 2020. </w:t>
      </w:r>
    </w:p>
    <w:p>
      <w:r>
        <w:t xml:space="preserve">(Speaker B)  Oh, so this isn't something that's going to start like next week. </w:t>
      </w:r>
    </w:p>
    <w:p>
      <w:r>
        <w:t xml:space="preserve">(Speaker H)  So this is just for one. </w:t>
      </w:r>
    </w:p>
    <w:p>
      <w:r>
        <w:t xml:space="preserve">(Speaker F)  That's the price for just one. </w:t>
      </w:r>
    </w:p>
    <w:p>
      <w:r>
        <w:t xml:space="preserve">(Speaker D)  Yeah. </w:t>
      </w:r>
    </w:p>
    <w:p>
      <w:r>
        <w:t xml:space="preserve">(Speaker H)  And it's just which one again? West side Oasis. </w:t>
      </w:r>
    </w:p>
    <w:p>
      <w:r>
        <w:t xml:space="preserve">(Speaker F)  I would suggest west side noises. The other monument upon the one that is the Stony Brook South Monument. That's the one that has to be repaired due to the car accident. That one we just approved cost for several different options depending on the damage, in which we will likely repaint the whole thing anyway. And then the Oasis on the other side will probably look a little bit </w:t>
      </w:r>
    </w:p>
    <w:p>
      <w:r>
        <w:t xml:space="preserve">(Speaker B)  dingy in comparison, which is the one you saw the damage on, John, is that one there? </w:t>
      </w:r>
    </w:p>
    <w:p>
      <w:r>
        <w:t xml:space="preserve">(Speaker H)  Oh, it's the one on Whistling street on west side. </w:t>
      </w:r>
    </w:p>
    <w:p>
      <w:r>
        <w:t xml:space="preserve">(Speaker B)  Okay. Whistling Street. </w:t>
      </w:r>
    </w:p>
    <w:p>
      <w:r>
        <w:t xml:space="preserve">(Speaker A)  I'll just add to the proposed budget. We already factored the monument painting into the budget. </w:t>
      </w:r>
    </w:p>
    <w:p>
      <w:r>
        <w:t xml:space="preserve">(Speaker B)  Three, so. </w:t>
      </w:r>
    </w:p>
    <w:p>
      <w:r>
        <w:t xml:space="preserve">(Speaker A)  Yeah, so Alan had three. </w:t>
      </w:r>
    </w:p>
    <w:p>
      <w:r>
        <w:t xml:space="preserve">(Speaker B)  You said Alan had three in the budget. Yeah, so we've already approved it. We've already approved it. </w:t>
      </w:r>
    </w:p>
    <w:p>
      <w:r>
        <w:t xml:space="preserve">(Speaker A)  So it's in the budget. So it's already accounted for. If the board, like, wanted to go forward, Allen had planned on doing it already, so just. </w:t>
      </w:r>
    </w:p>
    <w:p>
      <w:r>
        <w:t xml:space="preserve">(Speaker D)  I'll make sure you guys are aware of that. </w:t>
      </w:r>
    </w:p>
    <w:p>
      <w:r>
        <w:t xml:space="preserve">(Speaker H)  And the monument that got hit by the car, their insurance company's taking care of it. </w:t>
      </w:r>
    </w:p>
    <w:p>
      <w:r>
        <w:t xml:space="preserve">(Speaker F)  We will submit it to insurance. Yes, we will stop to pay the deductible, but it will be submitted to insurance. We just approved the initial cost for the area that was actually repaired. But if it if expands to further repairs being needed because of the situation that was discussed today, we shouldn't have a deductible. If. If the car. Whoever did it, their insurance company. </w:t>
      </w:r>
    </w:p>
    <w:p>
      <w:r>
        <w:t xml:space="preserve">(Speaker E)  They should not. </w:t>
      </w:r>
    </w:p>
    <w:p>
      <w:r>
        <w:t xml:space="preserve">(Speaker F)  Unfortunately, nobody was found. </w:t>
      </w:r>
    </w:p>
    <w:p>
      <w:r>
        <w:t xml:space="preserve">(Speaker H)  Okay, got it. </w:t>
      </w:r>
    </w:p>
    <w:p>
      <w:r>
        <w:t xml:space="preserve">(Speaker B)  So it's our insurance that's covering it. </w:t>
      </w:r>
    </w:p>
    <w:p>
      <w:r>
        <w:t xml:space="preserve">(Speaker E)  Yeah. </w:t>
      </w:r>
    </w:p>
    <w:p>
      <w:r>
        <w:t xml:space="preserve">(Speaker F)  So now at the same time, we do have coverage and capital. </w:t>
      </w:r>
    </w:p>
    <w:p>
      <w:r>
        <w:t xml:space="preserve">(Speaker A)  So you want to move forward with the painting? It's already been, like, factored in. </w:t>
      </w:r>
    </w:p>
    <w:p>
      <w:r>
        <w:t xml:space="preserve">(Speaker H)  Yeah, I'm fine with it. So moved. </w:t>
      </w:r>
    </w:p>
    <w:p>
      <w:r>
        <w:t xml:space="preserve">(Speaker B)  Second. </w:t>
      </w:r>
    </w:p>
    <w:p>
      <w:r>
        <w:t xml:space="preserve">(Speaker D)  Any opposed? All right, motion carries. </w:t>
      </w:r>
    </w:p>
    <w:p>
      <w:r>
        <w:t xml:space="preserve">(Speaker A)  So next. I think we have floral on, and </w:t>
      </w:r>
    </w:p>
    <w:p>
      <w:r>
        <w:t xml:space="preserve">(Speaker B)  there's no other floral on. </w:t>
      </w:r>
    </w:p>
    <w:p>
      <w:r>
        <w:t xml:space="preserve">(Speaker D)  That's good. </w:t>
      </w:r>
    </w:p>
    <w:p>
      <w:r>
        <w:t xml:space="preserve">(Speaker B)  Oh, good. </w:t>
      </w:r>
    </w:p>
    <w:p>
      <w:r>
        <w:t xml:space="preserve">(Speaker A)  So the board's okay with that. And no, no price increase, which is pretty rare. So I think it's a good, good deal. You guys want to go ahead and approve the. </w:t>
      </w:r>
    </w:p>
    <w:p>
      <w:r>
        <w:t xml:space="preserve">(Speaker F)  Oh, motion. </w:t>
      </w:r>
    </w:p>
    <w:p>
      <w:r>
        <w:t xml:space="preserve">(Speaker B)  Excuse me. No, Second. </w:t>
      </w:r>
    </w:p>
    <w:p>
      <w:r>
        <w:t xml:space="preserve">(Speaker D)  Second. </w:t>
      </w:r>
    </w:p>
    <w:p>
      <w:r>
        <w:t xml:space="preserve">(Speaker G)  All in favor? </w:t>
      </w:r>
    </w:p>
    <w:p>
      <w:r>
        <w:t xml:space="preserve">(Speaker B)  I think that's the longest field manager report we've ever had. We saw one more. Oh, you're not done. </w:t>
      </w:r>
    </w:p>
    <w:p>
      <w:r>
        <w:t xml:space="preserve">(Speaker F)  Last one. </w:t>
      </w:r>
    </w:p>
    <w:p>
      <w:r>
        <w:t xml:space="preserve">(Speaker A)  Last one. It's an easy one, though. </w:t>
      </w:r>
    </w:p>
    <w:p>
      <w:r>
        <w:t xml:space="preserve">(Speaker F)  So there is actually slight caveat to this one. I actually realized that I cannot explain it. Well, for the other cdd, this is a proposal for renewal of services. This also includes the new ponds that were taken over from the golf course. So it is a proposal for all of the ponds in your district, of which there are 13. And so that will also need negate the previous contract that was just recently signed for, I believe, two ponds. And this one will now cover all 13. </w:t>
      </w:r>
    </w:p>
    <w:p>
      <w:r>
        <w:t xml:space="preserve">(Speaker B)  So 1120amonth for 13 ponds. </w:t>
      </w:r>
    </w:p>
    <w:p>
      <w:r>
        <w:t xml:space="preserve">(Speaker F)  Correct. And now it's going to be all under one. </w:t>
      </w:r>
    </w:p>
    <w:p>
      <w:r>
        <w:t xml:space="preserve">(Speaker B)  I can't back my truck up for that. </w:t>
      </w:r>
    </w:p>
    <w:p>
      <w:r>
        <w:t xml:space="preserve">(Speaker F)  They do a pretty decent Job late. </w:t>
      </w:r>
    </w:p>
    <w:p>
      <w:r>
        <w:t xml:space="preserve">(Speaker C)  Doctors. </w:t>
      </w:r>
    </w:p>
    <w:p>
      <w:r>
        <w:t xml:space="preserve">(Speaker B)  I love lake Doctor. I can't believe it's that reasonable. Everybody good? </w:t>
      </w:r>
    </w:p>
    <w:p>
      <w:r>
        <w:t xml:space="preserve">(Speaker H)  Yes. </w:t>
      </w:r>
    </w:p>
    <w:p>
      <w:r>
        <w:t xml:space="preserve">(Speaker B)  Make a motion. </w:t>
      </w:r>
    </w:p>
    <w:p>
      <w:r>
        <w:t xml:space="preserve">(Speaker H)  Second. </w:t>
      </w:r>
    </w:p>
    <w:p>
      <w:r>
        <w:t xml:space="preserve">(Speaker G)  All in favor? </w:t>
      </w:r>
    </w:p>
    <w:p>
      <w:r>
        <w:t xml:space="preserve">(Speaker C)  Aye. </w:t>
      </w:r>
    </w:p>
    <w:p>
      <w:r>
        <w:t xml:space="preserve">(Speaker D)  Motion carriage. </w:t>
      </w:r>
    </w:p>
    <w:p>
      <w:r>
        <w:t xml:space="preserve">(Speaker F)  Now I'm done. </w:t>
      </w:r>
    </w:p>
    <w:p>
      <w:r>
        <w:t xml:space="preserve">(Speaker D)  All right. </w:t>
      </w:r>
    </w:p>
    <w:p>
      <w:r>
        <w:t xml:space="preserve">(Speaker B)  Thank you, Carly. </w:t>
      </w:r>
    </w:p>
    <w:p>
      <w:r>
        <w:t xml:space="preserve">(Speaker A)  It's down to our district manager. A couple items for me. One is the approval of the check register. That's on page 137. So you'll see there from your general fund checks, 1071 through 1095 total there is 100 $147,863.16 check 11 from your capital reserve. And then also your payroll fund checks, 50135 through 50138. Grand total for the Titan Tire check register is $159,747.86. Behind that, you have your line by line registered. There's no questions on it. Just need a motion to approve. </w:t>
      </w:r>
    </w:p>
    <w:p>
      <w:r>
        <w:t xml:space="preserve">(Speaker B)  This is June and July, right? Yeah. </w:t>
      </w:r>
    </w:p>
    <w:p>
      <w:r>
        <w:t xml:space="preserve">(Speaker A)  This check Right here is May 26th. May 26th. There's no questions or comments. </w:t>
      </w:r>
    </w:p>
    <w:p>
      <w:r>
        <w:t xml:space="preserve">(Speaker B)  Make a motion to approve. </w:t>
      </w:r>
    </w:p>
    <w:p>
      <w:r>
        <w:t xml:space="preserve">(Speaker A)  Second Ocean and a second. </w:t>
      </w:r>
    </w:p>
    <w:p>
      <w:r>
        <w:t xml:space="preserve">(Speaker G)  All in favor? </w:t>
      </w:r>
    </w:p>
    <w:p>
      <w:r>
        <w:t xml:space="preserve">(Speaker C)  Aye. </w:t>
      </w:r>
    </w:p>
    <w:p>
      <w:r>
        <w:t xml:space="preserve">(Speaker D)  Motion carries unanimously. </w:t>
      </w:r>
    </w:p>
    <w:p>
      <w:r>
        <w:t xml:space="preserve">(Speaker G)  All right. </w:t>
      </w:r>
    </w:p>
    <w:p>
      <w:r>
        <w:t xml:space="preserve">(Speaker A)  Balance sheet, income statement. Those are just your unaudited financials. That's behind the check register. No action required by the board on </w:t>
      </w:r>
    </w:p>
    <w:p>
      <w:r>
        <w:t xml:space="preserve">(Speaker H)  those </w:t>
      </w:r>
    </w:p>
    <w:p>
      <w:r>
        <w:t xml:space="preserve">(Speaker A)  for fiscal year 27 meeting schedule. So I kept the same as the board currently has the every other month at 11am and then for the districts that come after, we're going to adjust those times so that they don't, like, run into each other. But we'll discuss that in the other meetings. So the board's okay with that same </w:t>
      </w:r>
    </w:p>
    <w:p>
      <w:r>
        <w:t xml:space="preserve">(Speaker B)  team of the work the schedule? </w:t>
      </w:r>
    </w:p>
    <w:p>
      <w:r>
        <w:t xml:space="preserve">(Speaker D)  Yeah. </w:t>
      </w:r>
    </w:p>
    <w:p>
      <w:r>
        <w:t xml:space="preserve">(Speaker B)  Yeah. Make a motion to approve. </w:t>
      </w:r>
    </w:p>
    <w:p>
      <w:r>
        <w:t xml:space="preserve">(Speaker H)  I'll second. </w:t>
      </w:r>
    </w:p>
    <w:p>
      <w:r>
        <w:t xml:space="preserve">(Speaker A)  And a second. </w:t>
      </w:r>
    </w:p>
    <w:p>
      <w:r>
        <w:t xml:space="preserve">(Speaker G)  All in favor? </w:t>
      </w:r>
    </w:p>
    <w:p>
      <w:r>
        <w:t xml:space="preserve">(Speaker D)  Any opposed? All right, motion carries. </w:t>
      </w:r>
    </w:p>
    <w:p>
      <w:r>
        <w:t xml:space="preserve">(Speaker A)  So we'll get that advertised first date statute and up on the website. Last two things I have is the adoption of the fiscal year 27 goals and objectives. We kept them the same as the current year, all lines with state statute. So the board's okay. Recommend keeping the goals the same. </w:t>
      </w:r>
    </w:p>
    <w:p>
      <w:r>
        <w:t xml:space="preserve">(Speaker B)  Make a motion. </w:t>
      </w:r>
    </w:p>
    <w:p>
      <w:r>
        <w:t xml:space="preserve">(Speaker A)  Second. </w:t>
      </w:r>
    </w:p>
    <w:p>
      <w:r>
        <w:t xml:space="preserve">(Speaker D)  Motion. </w:t>
      </w:r>
    </w:p>
    <w:p>
      <w:r>
        <w:t xml:space="preserve">(Speaker A)  Second. </w:t>
      </w:r>
    </w:p>
    <w:p>
      <w:r>
        <w:t xml:space="preserve">(Speaker G)  All in favor? </w:t>
      </w:r>
    </w:p>
    <w:p>
      <w:r>
        <w:t xml:space="preserve">(Speaker D)  Any opposed? All right. </w:t>
      </w:r>
    </w:p>
    <w:p>
      <w:r>
        <w:t xml:space="preserve">(Speaker A)  Motion carries unanimously. And the last thing I have is the review and approval of the fiscal year 26 goals and objectives and authorizing the chair to execute so we don't meet again until after the fiscal year ends. So this is just allowing the chair to sign off or the goals and objectives, and then the requirement is just. We have to put them on the website. </w:t>
      </w:r>
    </w:p>
    <w:p>
      <w:r>
        <w:t xml:space="preserve">(Speaker D)  That's the only. </w:t>
      </w:r>
    </w:p>
    <w:p>
      <w:r>
        <w:t xml:space="preserve">(Speaker B)  Make a motion. </w:t>
      </w:r>
    </w:p>
    <w:p>
      <w:r>
        <w:t xml:space="preserve">(Speaker F)  Second. </w:t>
      </w:r>
    </w:p>
    <w:p>
      <w:r>
        <w:t xml:space="preserve">(Speaker G)  All right. </w:t>
      </w:r>
    </w:p>
    <w:p>
      <w:r>
        <w:t xml:space="preserve">(Speaker A)  Motion and second. </w:t>
      </w:r>
    </w:p>
    <w:p>
      <w:r>
        <w:t xml:space="preserve">(Speaker G)  All in favor? </w:t>
      </w:r>
    </w:p>
    <w:p>
      <w:r>
        <w:t xml:space="preserve">(Speaker B)  Aye. </w:t>
      </w:r>
    </w:p>
    <w:p>
      <w:r>
        <w:t xml:space="preserve">(Speaker H)  Aye. </w:t>
      </w:r>
    </w:p>
    <w:p>
      <w:r>
        <w:t xml:space="preserve">(Speaker D)  Any of those all right, motion carries. </w:t>
      </w:r>
    </w:p>
    <w:p>
      <w:r>
        <w:t xml:space="preserve">(Speaker H)  You can. </w:t>
      </w:r>
    </w:p>
    <w:p>
      <w:r>
        <w:t xml:space="preserve">(Speaker A)  Is there any other business or supervisor requests? </w:t>
      </w:r>
    </w:p>
    <w:p>
      <w:r>
        <w:t xml:space="preserve">(Speaker H)  What's the status with the bulkheads being repaired? </w:t>
      </w:r>
    </w:p>
    <w:p>
      <w:r>
        <w:t xml:space="preserve">(Speaker A)  Think, Jason. We still have you on. So in the other meeting. So we've put down the deposit. Jason said the engineer said they're on the schedule. So it looks like everything's going as fast as we can make sure. Try to hit that end of August deadline. So I know we've submitted the deposit, which was something they were asking for. We got that to them. So he'll keep us updated. I'll send anything I get. I'll send out to the board on it. </w:t>
      </w:r>
    </w:p>
    <w:p>
      <w:r>
        <w:t xml:space="preserve">(Speaker D)  Okay. </w:t>
      </w:r>
    </w:p>
    <w:p>
      <w:r>
        <w:t xml:space="preserve">(Speaker G)  Okay, perfect. </w:t>
      </w:r>
    </w:p>
    <w:p>
      <w:r>
        <w:t xml:space="preserve">(Speaker H)  Thank you. </w:t>
      </w:r>
    </w:p>
    <w:p>
      <w:r>
        <w:t xml:space="preserve">(Speaker B)  Everybody else? </w:t>
      </w:r>
    </w:p>
    <w:p>
      <w:r>
        <w:t xml:space="preserve">(Speaker C)  Good. Can I just. </w:t>
      </w:r>
    </w:p>
    <w:p>
      <w:r>
        <w:t xml:space="preserve">(Speaker B)  Yep. </w:t>
      </w:r>
    </w:p>
    <w:p>
      <w:r>
        <w:t xml:space="preserve">(Speaker C)  Yeah. Can I. Can I just ask a question about the no fishing sign that we were promised a couple of months ago? </w:t>
      </w:r>
    </w:p>
    <w:p>
      <w:r>
        <w:t xml:space="preserve">(Speaker B)  No fishing signs. </w:t>
      </w:r>
    </w:p>
    <w:p>
      <w:r>
        <w:t xml:space="preserve">(Speaker C)  Carly, where are we with that? </w:t>
      </w:r>
    </w:p>
    <w:p>
      <w:r>
        <w:t xml:space="preserve">(Speaker F)  I have to follow up with Adam. I need to follow up with Alan on that. I was just thinking about that as well. </w:t>
      </w:r>
    </w:p>
    <w:p>
      <w:r>
        <w:t xml:space="preserve">(Speaker D)  Okay. </w:t>
      </w:r>
    </w:p>
    <w:p>
      <w:r>
        <w:t xml:space="preserve">(Speaker F)  So I should have an update for our next meeting and. Or you might see, you know. </w:t>
      </w:r>
    </w:p>
    <w:p>
      <w:r>
        <w:t xml:space="preserve">(Speaker B)  Yeah. They're approved, Campbell. So GMS is going to follow up with where they are. </w:t>
      </w:r>
    </w:p>
    <w:p>
      <w:r>
        <w:t xml:space="preserve">(Speaker C)  Okay, that's good. </w:t>
      </w:r>
    </w:p>
    <w:p>
      <w:r>
        <w:t xml:space="preserve">(Speaker D)  Motion. </w:t>
      </w:r>
    </w:p>
    <w:p>
      <w:r>
        <w:t xml:space="preserve">(Speaker B)  Motion to adjourn. </w:t>
      </w:r>
    </w:p>
    <w:p>
      <w:r>
        <w:t xml:space="preserve">(Speaker H)  I'll second. </w:t>
      </w:r>
    </w:p>
    <w:p>
      <w:r>
        <w:t xml:space="preserve">(Speaker A)  All right, motion in a second. </w:t>
      </w:r>
    </w:p>
    <w:p>
      <w:r>
        <w:t xml:space="preserve">(Speaker G)  All in favor? </w:t>
      </w:r>
    </w:p>
    <w:p>
      <w:r>
        <w:t xml:space="preserve">(Speaker B)  Robert. </w:t>
      </w:r>
    </w:p>
    <w:p>
      <w:r>
        <w:t xml:space="preserve">(Speaker D)  Any opposed? </w:t>
      </w:r>
    </w:p>
    <w:p>
      <w:r>
        <w:t xml:space="preserve">(Speaker A)  All right, any opposed? </w:t>
      </w:r>
    </w:p>
    <w:p>
      <w:r>
        <w:t xml:space="preserve">(Speaker B)  Thanks, Campbell. </w:t>
      </w:r>
    </w:p>
    <w:p>
      <w:r>
        <w:t xml:space="preserve">(Speaker G)  Ur. </w:t>
      </w:r>
    </w:p>
    <w:p>
      <w:r>
        <w:br/>
        <w:br/>
        <w:br/>
        <w: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w:t>
      </w:r>
    </w:p>
    <w:p>
      <w:r>
        <w:t xml:space="preserve">&gt;&gt;&gt;&gt;&gt;&gt;&gt;&gt;&gt;&gt;&gt;&gt;&gt;  </w:t>
      </w:r>
      <w:r>
        <w:rPr>
          <w:b/>
          <w:color w:val="FF0000"/>
        </w:rPr>
        <w:t>GAT END OF FILE</w:t>
      </w:r>
      <w:r>
        <w:rPr>
          <w:b w:val="0"/>
          <w:color w:val="000000"/>
        </w:rPr>
        <w:t xml:space="preserve">  &gt;&gt;&gt;&gt;&gt;&gt;&gt;&gt;&gt;&gt;&gt;&gt;&gt;&gt;&gt;&gt;&gt;&gt;&gt;&gt;&gt;&gt;&gt;&gt;&gt;&gt;&gt;&gt;&gt;&gt;&gt;&gt;&gt;&gt;&gt;&gt;&gt;&gt;&gt;&gt;&gt;&gt;&gt;&gt;&gt;&gt;&gt;&gt;&gt;&gt;&gt;&gt;&gt;&gt;&gt;&gt;&gt;&gt;&gt;&gt;&gt;&gt;&gt;&gt;&gt;&gt;&gt;&gt;&gt;&gt;&gt;&gt;&gt;&gt;&gt;&gt;&gt;&gt;&gt;&gt;&gt;&gt;&gt;&gt;&gt;&gt;&gt;&gt;&gt;&gt;&gt;&gt;&gt;&gt;&gt;&gt;&gt;&gt;&gt;&gt;&gt;&gt;&gt;&gt;&gt;&gt;&gt;&gt;&gt;&gt;&gt;&gt;&gt;&gt;&gt;&gt;&gt;&gt;&gt;&gt;&gt;&gt;&gt;&gt;&gt;&gt;&gt;&gt;&gt;</w:t>
      </w:r>
    </w:p>
    <w:p>
      <w:r>
        <w: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