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anabelle Isladn</w:t>
        <w:br/>
        <w:br/>
        <w:br/>
      </w:r>
    </w:p>
    <w:p>
      <w:r>
        <w:t>START AND END TIME OF THE CDD MEETING FILE:</w:t>
      </w:r>
      <w:r>
        <w:rPr>
          <w:b/>
          <w:color w:val="FF0000"/>
        </w:rPr>
        <w:br/>
        <w:tab/>
        <w:tab/>
        <w:tab/>
        <w:tab/>
        <w:t xml:space="preserve"> August 19, 2026 at 09:00 AM</w:t>
      </w:r>
      <w:r>
        <w:rPr>
          <w:b/>
          <w:color w:val="FF0000"/>
        </w:rPr>
        <w:br/>
        <w:tab/>
        <w:tab/>
        <w:tab/>
        <w:tab/>
        <w:t xml:space="preserve"> August 19, 2026 at 10:15 AM</w:t>
        <w:br/>
        <w:br/>
        <w:br/>
      </w:r>
    </w:p>
    <w:p>
      <w:r>
        <w:t>AUDIO FILE NAME, FILE SIZE:</w:t>
      </w:r>
      <w:r>
        <w:rPr>
          <w:b/>
          <w:color w:val="FF0000"/>
        </w:rPr>
        <w:br/>
        <w:tab/>
        <w:tab/>
        <w:tab/>
        <w:tab/>
        <w:t xml:space="preserve"> SP_090126_R2.MP3</w:t>
      </w:r>
      <w:r>
        <w:rPr>
          <w:b/>
          <w:color w:val="FF0000"/>
        </w:rPr>
        <w:br/>
        <w:tab/>
        <w:tab/>
        <w:tab/>
        <w:tab/>
        <w:t xml:space="preserve"> 38864844</w:t>
        <w:br/>
        <w:br/>
        <w:br/>
      </w:r>
    </w:p>
    <w:p>
      <w:r>
        <w:t>DATE AUDIO FILE SUBMITTED TO THE GAT SYSTEM:</w:t>
      </w:r>
      <w:r>
        <w:rPr>
          <w:b/>
          <w:color w:val="FF0000"/>
        </w:rPr>
        <w:br/>
        <w:tab/>
        <w:tab/>
        <w:tab/>
        <w:tab/>
        <w:t xml:space="preserve"> September 09, 2026 at 03:17 PM</w:t>
        <w:br/>
        <w:br/>
        <w:br/>
      </w:r>
    </w:p>
    <w:p>
      <w:r>
        <w:t>DATE AUDIO FILE COMPLETED BY THE GAT SYSTEM:</w:t>
      </w:r>
      <w:r>
        <w:rPr>
          <w:b/>
          <w:color w:val="FF0000"/>
        </w:rPr>
        <w:br/>
        <w:tab/>
        <w:tab/>
        <w:tab/>
        <w:tab/>
        <w:t xml:space="preserve"> September 09, 2026 at 03:18 PM</w:t>
      </w:r>
      <w:r>
        <w:rPr>
          <w:b/>
          <w:color w:val="FF0000"/>
        </w:rPr>
        <w:br/>
        <w:tab/>
        <w:tab/>
        <w:tab/>
        <w:tab/>
        <w:t xml:space="preserve"> 00:22 ELAPSED TIME</w:t>
        <w:br/>
        <w:br/>
        <w:br/>
      </w:r>
    </w:p>
    <w:p>
      <w:r>
        <w:t>MEETING AGENDA:</w:t>
      </w:r>
      <w:r>
        <w:rPr>
          <w:b/>
          <w:color w:val="FF0000"/>
        </w:rPr>
        <w:br/>
        <w:br/>
        <w:br/>
        <w:tab/>
        <w:tab/>
        <w:tab/>
        <w:tab/>
        <w:t xml:space="preserve">  </w:t>
        <w:br/>
        <w:br/>
        <w:br/>
      </w:r>
    </w:p>
    <w:p>
      <w:r>
        <w:t xml:space="preserve">(Speaker A)  We will go ahead and call the 2026 meeting of the Story Park Community Development District. We'll start with roll call and we'll have each of the board members introduce themselves. </w:t>
      </w:r>
    </w:p>
    <w:p>
      <w:r>
        <w:t xml:space="preserve">(Speaker B)  And we'll start with Willem Borman, chair, </w:t>
      </w:r>
    </w:p>
    <w:p>
      <w:r>
        <w:t xml:space="preserve">(Speaker C)  President David Graham, President Matthew Andolovich, vice </w:t>
      </w:r>
    </w:p>
    <w:p>
      <w:r>
        <w:t xml:space="preserve">(Speaker D)  chairman Travis Smith present. </w:t>
      </w:r>
    </w:p>
    <w:p>
      <w:r>
        <w:t xml:space="preserve">(Speaker A)  We'll let the record reflect we have four board members present and we have our corn. We only have members of the board and staff present, so there's no public comment period. We can go to approval of minutes of the Aug. 4 meeting. Those minutes are included as part of your agenda package. We can take any corrections or changes at this time or a motion to approve. </w:t>
      </w:r>
    </w:p>
    <w:p>
      <w:r>
        <w:t xml:space="preserve">(Speaker B)  Second </w:t>
      </w:r>
    </w:p>
    <w:p>
      <w:r>
        <w:t xml:space="preserve">(Speaker A)  motion and a second. All those in favor, please say aye. </w:t>
      </w:r>
    </w:p>
    <w:p>
      <w:r>
        <w:t xml:space="preserve">(Speaker D)  Can I. Aye. </w:t>
      </w:r>
    </w:p>
    <w:p>
      <w:r>
        <w:t xml:space="preserve">(Speaker A)  Any opposed? Passes unanimously. Behind that, we've got a proposal for some survey work, so we'll turn that over to Kim. </w:t>
      </w:r>
    </w:p>
    <w:p>
      <w:r>
        <w:t xml:space="preserve">(Speaker E)  So we sent you guys the proposal for the survey between the pond, cave one, charcoal and wetland. I know it's over. Your guys not to exceed. Established from last meeting. So I did bug the guy and asked him, could it be penciled down a little bit tighter? He said it is what it is. He's estimating it's about two days worth of work on field and about a half day's worth of work internally in the office. </w:t>
      </w:r>
    </w:p>
    <w:p>
      <w:r>
        <w:t xml:space="preserve">(Speaker A)  And does that relate to the map you handed out or is that a separate. </w:t>
      </w:r>
    </w:p>
    <w:p>
      <w:r>
        <w:t xml:space="preserve">(Speaker F)  That's a trail. </w:t>
      </w:r>
    </w:p>
    <w:p>
      <w:r>
        <w:t xml:space="preserve">(Speaker B)  Okay. </w:t>
      </w:r>
    </w:p>
    <w:p>
      <w:r>
        <w:t xml:space="preserve">(Speaker G)  That's the asphalt trail by the wetland and the K1 pod. </w:t>
      </w:r>
    </w:p>
    <w:p>
      <w:r>
        <w:t xml:space="preserve">(Speaker E)  It's okay. </w:t>
      </w:r>
    </w:p>
    <w:p>
      <w:r>
        <w:t xml:space="preserve">(Speaker C)  That was determined if we. What we wanted to do with it. Right. </w:t>
      </w:r>
    </w:p>
    <w:p>
      <w:r>
        <w:t xml:space="preserve">(Speaker B)  Correct. </w:t>
      </w:r>
    </w:p>
    <w:p>
      <w:r>
        <w:t xml:space="preserve">(Speaker F)  Once you get it, will this give you any determination? </w:t>
      </w:r>
    </w:p>
    <w:p>
      <w:r>
        <w:t xml:space="preserve">(Speaker B)  I'm so sorry. </w:t>
      </w:r>
    </w:p>
    <w:p>
      <w:r>
        <w:t xml:space="preserve">(Speaker F)  I was gonna say, once you get the survey, what will it provide to give enough. When they were like, give enough information. </w:t>
      </w:r>
    </w:p>
    <w:p>
      <w:r>
        <w:t xml:space="preserve">(Speaker H)  The point of that was to determine if there was some grading that could be done, like to, I guess, to alleviate liability to the district and also </w:t>
      </w:r>
    </w:p>
    <w:p>
      <w:r>
        <w:t xml:space="preserve">(Speaker C)  to figure out if it was just a fix that could be. That was just going to be, you know, new grading or whatnot. </w:t>
      </w:r>
    </w:p>
    <w:p>
      <w:r>
        <w:t xml:space="preserve">(Speaker D)  Yeah, because I think when we had the discussion last time, there was a. There was a. It was designed a certain way it was built, but there was never, I think, what I recall, not a verification of what it was built to. And this was to verify the grading to see if it matched what was permitted and what we expected. </w:t>
      </w:r>
    </w:p>
    <w:p>
      <w:r>
        <w:t xml:space="preserve">(Speaker F)  Well, I thought they said there weren't permits. That's why I was asking that it wasn't a permitted design. That's why I was asked. </w:t>
      </w:r>
    </w:p>
    <w:p>
      <w:r>
        <w:t xml:space="preserve">(Speaker D)  Well, not maybe I'm saying permitting grade Were there plans? </w:t>
      </w:r>
    </w:p>
    <w:p>
      <w:r>
        <w:t xml:space="preserve">(Speaker A)  Design plans? </w:t>
      </w:r>
    </w:p>
    <w:p>
      <w:r>
        <w:t xml:space="preserve">(Speaker D)  Yeah, there was design plans. And so whether it was built to the design was I think one of the things we wanted to establish. And then I think the other was if we were to do a fix, grading or others, are there simpler fixes that could be implemented that you know, not leave it at all but are less costly than kind of the two main options I think we had to consider which was. </w:t>
      </w:r>
    </w:p>
    <w:p>
      <w:r>
        <w:t xml:space="preserve">(Speaker F)  I was asking to make sure that the design plans are available. So you don't get a survey and don't have something to compare to. </w:t>
      </w:r>
    </w:p>
    <w:p>
      <w:r>
        <w:t xml:space="preserve">(Speaker H)  That would have to be something. </w:t>
      </w:r>
    </w:p>
    <w:p>
      <w:r>
        <w:t xml:space="preserve">(Speaker B)  Okay. The most important part is because the big fix is the most expensive fix is over six figures. </w:t>
      </w:r>
    </w:p>
    <w:p>
      <w:r>
        <w:t xml:space="preserve">(Speaker F)  Yeah. </w:t>
      </w:r>
    </w:p>
    <w:p>
      <w:r>
        <w:t xml:space="preserve">(Speaker B)  And we. Of course we. Our job is to be financially responsible. So that's why we have to find the best solution. What do you all think about this and the price? </w:t>
      </w:r>
    </w:p>
    <w:p>
      <w:r>
        <w:t xml:space="preserve">(Speaker A)  Yeah. Just for reference. So the not to exceed a proposed at the last meeting was 2,500. So obviously it was in advance. It was over that. </w:t>
      </w:r>
    </w:p>
    <w:p>
      <w:r>
        <w:t xml:space="preserve">(Speaker C)  Yeah. </w:t>
      </w:r>
    </w:p>
    <w:p>
      <w:r>
        <w:t xml:space="preserve">(Speaker B)  Six and a half. </w:t>
      </w:r>
    </w:p>
    <w:p>
      <w:r>
        <w:t xml:space="preserve">(Speaker H)  And that was based upon. </w:t>
      </w:r>
    </w:p>
    <w:p>
      <w:r>
        <w:t xml:space="preserve">(Speaker D)  Yeah, we just said. </w:t>
      </w:r>
    </w:p>
    <w:p>
      <w:r>
        <w:t xml:space="preserve">(Speaker A)  I think it was based on Christie's, not you. </w:t>
      </w:r>
    </w:p>
    <w:p>
      <w:r>
        <w:t xml:space="preserve">(Speaker H)  I'm not looking at. </w:t>
      </w:r>
    </w:p>
    <w:p>
      <w:r>
        <w:t xml:space="preserve">(Speaker A)  I think that was Christie. </w:t>
      </w:r>
    </w:p>
    <w:p>
      <w:r>
        <w:t xml:space="preserve">(Speaker C)  Yeah, it was her. </w:t>
      </w:r>
    </w:p>
    <w:p>
      <w:r>
        <w:t xml:space="preserve">(Speaker A)  Just threw out a number. </w:t>
      </w:r>
    </w:p>
    <w:p>
      <w:r>
        <w:t xml:space="preserve">(Speaker C)  Yeah. And she was even. It was just a guess. </w:t>
      </w:r>
    </w:p>
    <w:p>
      <w:r>
        <w:t xml:space="preserve">(Speaker B)  Yeah. </w:t>
      </w:r>
    </w:p>
    <w:p>
      <w:r>
        <w:t xml:space="preserve">(Speaker E)  I think it's the. It's the intricacies. I'm not defending any other way. Just FYI that we. It's. We think we need about five foot increments and we're measuring sod levels directly next to trail levels. Then the edge of the trail. Then sod. You know, it's. We're creating a pretty substantial grid to really informed. Hence why it's two days worth of work for only 500 linear feet. </w:t>
      </w:r>
    </w:p>
    <w:p>
      <w:r>
        <w:t xml:space="preserve">(Speaker H)  Well, let me ask this question. You say that the original design plans are available. I guess my fear is we pay for the survey and all we'll get back is it matches the survey, matches the plan without knowing what the plan is. Because up until the last meeting it was always. It's working as designed. </w:t>
      </w:r>
    </w:p>
    <w:p>
      <w:r>
        <w:t xml:space="preserve">(Speaker E)  The interaction between the wetland overflow into the pond. </w:t>
      </w:r>
    </w:p>
    <w:p>
      <w:r>
        <w:t xml:space="preserve">(Speaker H)  That part is working as a design. </w:t>
      </w:r>
    </w:p>
    <w:p>
      <w:r>
        <w:t xml:space="preserve">(Speaker E)  The trail is graded negatively towards the wetland in certain areas, which is obviously making it worse. If I think what we're trying to communicate is even if we did raise the trail and actually graded positively towards the land and we fixed those sod areas that overflow is still going to occur because there's not enough. </w:t>
      </w:r>
    </w:p>
    <w:p>
      <w:r>
        <w:t xml:space="preserve">(Speaker H)  Because it's coming from the lakeside pressure difference, not the hillside. Yes, in theory. </w:t>
      </w:r>
    </w:p>
    <w:p>
      <w:r>
        <w:t xml:space="preserve">(Speaker B)  Right. </w:t>
      </w:r>
    </w:p>
    <w:p>
      <w:r>
        <w:t xml:space="preserve">(Speaker H)  Because it's overflowing from the lake up until. To the path. Because the lake's too full and. </w:t>
      </w:r>
    </w:p>
    <w:p>
      <w:r>
        <w:t xml:space="preserve">(Speaker C)  No, I think it's going from the wetlands. </w:t>
      </w:r>
    </w:p>
    <w:p>
      <w:r>
        <w:t xml:space="preserve">(Speaker E)  It's going from the wetlands. </w:t>
      </w:r>
    </w:p>
    <w:p>
      <w:r>
        <w:t xml:space="preserve">(Speaker H)  Wetlands over right to the lake. We've been told that it's kind of acting as design because the water is coming out of the retention pond. The wetland, excuse me, down the slope, across the path into the pond. But obviously, during the wet season, the pond's higher, so then it's just creeping up. There is a portion of the pond, of the path. Too many p words. Where it actually is away from, like, towards the south end of the path. And every time I drive by, I can look to the right, and it's just like. There's just standing water on the path itself. And that. </w:t>
      </w:r>
    </w:p>
    <w:p>
      <w:r>
        <w:t xml:space="preserve">(Speaker E)  That is a house. </w:t>
      </w:r>
    </w:p>
    <w:p>
      <w:r>
        <w:t xml:space="preserve">(Speaker H)  It's kind of close to the street, you know, because you can see it from the. The road when you drive by. My understanding was the issue was always because the water was overflowing in the lake, which creeped up to the path. The wetland drainage was working as designed into the lake, but the lake was creeping this way, which was causing the flooding on the path itself. Am I wrong when I say that that was the. That was the issue? </w:t>
      </w:r>
    </w:p>
    <w:p>
      <w:r>
        <w:t xml:space="preserve">(Speaker E)  It's more that, though, in the wet season, the water level in the wetland raises above existing ground and flows over the trail into the pond, which is </w:t>
      </w:r>
    </w:p>
    <w:p>
      <w:r>
        <w:t xml:space="preserve">(Speaker H)  how it's supposed to work. </w:t>
      </w:r>
    </w:p>
    <w:p>
      <w:r>
        <w:t xml:space="preserve">(Speaker E)  Which is how it's supposed to work. So the elevation of the wetland is 84. The elevation of the trail is 84. Elevation of the water and the lake. The pond is 76. </w:t>
      </w:r>
    </w:p>
    <w:p>
      <w:r>
        <w:t xml:space="preserve">(Speaker H)  I guess it depends on what part of the trail, because some. You say some parts are level with the retention of the wetland. </w:t>
      </w:r>
    </w:p>
    <w:p>
      <w:r>
        <w:t xml:space="preserve">(Speaker F)  Okay. Going totally out of line. </w:t>
      </w:r>
    </w:p>
    <w:p>
      <w:r>
        <w:t xml:space="preserve">(Speaker E)  It's approximately. Yes. </w:t>
      </w:r>
    </w:p>
    <w:p>
      <w:r>
        <w:t xml:space="preserve">(Speaker A)  Yes. </w:t>
      </w:r>
    </w:p>
    <w:p>
      <w:r>
        <w:t xml:space="preserve">(Speaker E)  Some areas are. It's a little bit lower. It slopes down towards the level. </w:t>
      </w:r>
    </w:p>
    <w:p>
      <w:r>
        <w:t xml:space="preserve">(Speaker H)  Which brings another question is like, where does. Hypothetically, we picked. One of the options of fixing the issue is at what point do we. Where do we fix it? Because water is not just pulling in one spot. It's pulling in from, like, way up here, all the way down. And then actually it's pulling there. No matter what happens with the water, obviously Alan can contest that. Concrete breaks apart like crazy there, causing liability issues. </w:t>
      </w:r>
    </w:p>
    <w:p>
      <w:r>
        <w:t xml:space="preserve">(Speaker G)  Big holes, potholes in the asphalt because of the water bonding. </w:t>
      </w:r>
    </w:p>
    <w:p>
      <w:r>
        <w:t xml:space="preserve">(Speaker D)  Right. </w:t>
      </w:r>
    </w:p>
    <w:p>
      <w:r>
        <w:t xml:space="preserve">(Speaker G)  Yeah. </w:t>
      </w:r>
    </w:p>
    <w:p>
      <w:r>
        <w:t xml:space="preserve">(Speaker H)  So, yeah. </w:t>
      </w:r>
    </w:p>
    <w:p>
      <w:r>
        <w:t xml:space="preserve">(Speaker F)  One. Again, not. Not legal. This just sort of crossed my mind from the conversations because of the price this time, that there was thoughts that maybe the sod had grown up Some high along the path that it was holding water rather than letting it drip down. Yeah. </w:t>
      </w:r>
    </w:p>
    <w:p>
      <w:r>
        <w:t xml:space="preserve">(Speaker H)  Insulation. That might be the reason that, like. </w:t>
      </w:r>
    </w:p>
    <w:p>
      <w:r>
        <w:t xml:space="preserve">(Speaker F)  Well, that's. </w:t>
      </w:r>
    </w:p>
    <w:p>
      <w:r>
        <w:t xml:space="preserve">(Speaker H)  The grass is lower than. </w:t>
      </w:r>
    </w:p>
    <w:p>
      <w:r>
        <w:t xml:space="preserve">(Speaker F)  Is there any inspection of being able to go? Because I know, like, when you look at a yard sometimes. Yeah. The roots grow up and suddenly you've got this much. </w:t>
      </w:r>
    </w:p>
    <w:p>
      <w:r>
        <w:t xml:space="preserve">(Speaker G)  Yeah. Over time, you're gonna mow it at a certain height, and then that grass is gonna grow to that certain height, </w:t>
      </w:r>
    </w:p>
    <w:p>
      <w:r>
        <w:t xml:space="preserve">(Speaker F)  and then you get all that. I mean, rather than spending a 6,000, </w:t>
      </w:r>
    </w:p>
    <w:p>
      <w:r>
        <w:t xml:space="preserve">(Speaker H)  I think the survey was brought up because. How do you know it's a landscaper issue that threw the sod after it was ready to be sodded. How do we know if it was a grading issue? How do we know if it was? And we're being told it's not a design. And she could. That's what Lennar asked for. And apparently, based upon the comments from. I'm gonna say she was your supervisor. </w:t>
      </w:r>
    </w:p>
    <w:p>
      <w:r>
        <w:t xml:space="preserve">(Speaker F)  Christy Baxter. Yeah. </w:t>
      </w:r>
    </w:p>
    <w:p>
      <w:r>
        <w:t xml:space="preserve">(Speaker H)  That they told Lennard that it was a bad idea. And Lennar still said, well, they said </w:t>
      </w:r>
    </w:p>
    <w:p>
      <w:r>
        <w:t xml:space="preserve">(Speaker F)  it was going to flood. </w:t>
      </w:r>
    </w:p>
    <w:p>
      <w:r>
        <w:t xml:space="preserve">(Speaker H)  Do it as. </w:t>
      </w:r>
    </w:p>
    <w:p>
      <w:r>
        <w:t xml:space="preserve">(Speaker F)  Is there anything inspection wise that you can see? If you look at it and say, you know, hey, yeah. In these four areas, it. </w:t>
      </w:r>
    </w:p>
    <w:p>
      <w:r>
        <w:t xml:space="preserve">(Speaker G)  Well, we know that we have one big area, and that's the flooding coming </w:t>
      </w:r>
    </w:p>
    <w:p>
      <w:r>
        <w:t xml:space="preserve">(Speaker B)  over from the wetland. </w:t>
      </w:r>
    </w:p>
    <w:p>
      <w:r>
        <w:t xml:space="preserve">(Speaker G)  But then also coming off between the two houses off of imaginary, there's a big dip that comes down like this. So not only are we getting ponding issues right there, but it's also coming from irrigation from the yards. And downspouts are facing that way from </w:t>
      </w:r>
    </w:p>
    <w:p>
      <w:r>
        <w:t xml:space="preserve">(Speaker H)  the gutters, which is portable. </w:t>
      </w:r>
    </w:p>
    <w:p>
      <w:r>
        <w:t xml:space="preserve">(Speaker B)  There. Sorry. At the entrance. </w:t>
      </w:r>
    </w:p>
    <w:p>
      <w:r>
        <w:t xml:space="preserve">(Speaker G)  Yeah. </w:t>
      </w:r>
    </w:p>
    <w:p>
      <w:r>
        <w:t xml:space="preserve">(Speaker B)  It's like older rodents. </w:t>
      </w:r>
    </w:p>
    <w:p>
      <w:r>
        <w:t xml:space="preserve">(Speaker G)  Yeah. That was a. Unfortunately, Dan never fixed what Dan said he was going to do. I got a price to regrade or to re. Asphalt it. At the time, it was about $21,000. </w:t>
      </w:r>
    </w:p>
    <w:p>
      <w:r>
        <w:t xml:space="preserve">(Speaker F)  Oh, wow. </w:t>
      </w:r>
    </w:p>
    <w:p>
      <w:r>
        <w:t xml:space="preserve">(Speaker H)  Yeah. </w:t>
      </w:r>
    </w:p>
    <w:p>
      <w:r>
        <w:t xml:space="preserve">(Speaker G)  It's not a simple pot. </w:t>
      </w:r>
    </w:p>
    <w:p>
      <w:r>
        <w:t xml:space="preserve">(Speaker F)  I was just wondering, is there any sort of landscaping inspection or something to see? Hey, if we turn stuff down, would it make sense to spend a few hundred dollars doing that? </w:t>
      </w:r>
    </w:p>
    <w:p>
      <w:r>
        <w:t xml:space="preserve">(Speaker G)  We edge the trails from time to time as they grow over. But as far as mowing, there's not a whole lot we can do for mowing. It's. When I mow my yard, if I'm mowing it at three inches, it's going to stay at three inches. </w:t>
      </w:r>
    </w:p>
    <w:p>
      <w:r>
        <w:t xml:space="preserve">(Speaker F)  Yeah. But you get that gunk of roots and stuff that suddenly is above the path. </w:t>
      </w:r>
    </w:p>
    <w:p>
      <w:r>
        <w:t xml:space="preserve">(Speaker B)  What would be the. Because when I'm thinking I'm Sorry if I interrupt you. </w:t>
      </w:r>
    </w:p>
    <w:p>
      <w:r>
        <w:t xml:space="preserve">(Speaker F)  Oh, that's fine. </w:t>
      </w:r>
    </w:p>
    <w:p>
      <w:r>
        <w:t xml:space="preserve">(Speaker B)  The easiest way what I would think is to fix it when you have the pond on this side, the true on this side, to build a trench here or anything. And then in some spots you do the pipe underneath so the water can go underneath the road. </w:t>
      </w:r>
    </w:p>
    <w:p>
      <w:r>
        <w:t xml:space="preserve">(Speaker F)  That would require permit modifications. </w:t>
      </w:r>
    </w:p>
    <w:p>
      <w:r>
        <w:t xml:space="preserve">(Speaker B)  Oh, for sure. </w:t>
      </w:r>
    </w:p>
    <w:p>
      <w:r>
        <w:t xml:space="preserve">(Speaker F)  Is the pond discharging properly? Do we know if there's anything plugging the pond? </w:t>
      </w:r>
    </w:p>
    <w:p>
      <w:r>
        <w:t xml:space="preserve">(Speaker H)  Oh, on the other side of the broken. </w:t>
      </w:r>
    </w:p>
    <w:p>
      <w:r>
        <w:t xml:space="preserve">(Speaker E)  We looked at putting in a pipe. We put a control actual structure in the northern corner of the wetlands. And you would have to raise the trail a little bit in that area to get the sufficient cover the depth to the pipe. By the time we actually started looking at permit modifications and applying to the city our fees, environmental fees, geotechnical fees, like. </w:t>
      </w:r>
    </w:p>
    <w:p>
      <w:r>
        <w:t xml:space="preserve">(Speaker D)  Okay, not. </w:t>
      </w:r>
    </w:p>
    <w:p>
      <w:r>
        <w:t xml:space="preserve">(Speaker E)  That was our second option. If you remember from a couple months ago, we sent three options. That was the second option. After we actually did a cost breakdown, we said that's just not even. </w:t>
      </w:r>
    </w:p>
    <w:p>
      <w:r>
        <w:t xml:space="preserve">(Speaker B)  Oh yeah, that was crossed out. </w:t>
      </w:r>
    </w:p>
    <w:p>
      <w:r>
        <w:t xml:space="preserve">(Speaker E)  That was just not even realistic really. I think the survey is to figure out the minimum that we would that could be achieved to alleviate to a certain amount. We can't guarantee it's going to fix it, but it's really, you know, in this area the whole thing has to be regraded. So from instead of saying all 500ft raised up to a certain elevation, we would say 100ft regraded positively towards the wetland. This 50ft trimmed down the sod on the western side. This 50ft trimmed down the sod on the eastern side. That was the idea of getting this detailed grid survey. </w:t>
      </w:r>
    </w:p>
    <w:p>
      <w:r>
        <w:t xml:space="preserve">(Speaker D)  But if I look at the survey scope because I'm just looking at what it says. So is a comparison to the engineering drawings or the kind of plan the project says? The project horizontal and vertical datum. We referenced to state plane coordinates. The nad that section. Is that the reference back to the </w:t>
      </w:r>
    </w:p>
    <w:p>
      <w:r>
        <w:t xml:space="preserve">(Speaker E)  design or that's a more standardized coordinate system that surveyors work to. </w:t>
      </w:r>
    </w:p>
    <w:p>
      <w:r>
        <w:t xml:space="preserve">(Speaker D)  Yeah, but I mean. Okay, but what part. I'm just looking at the scope of what the 6500 covers. It doesn't. I don't read anywhere where it says directly. It's going to compare back to the original. The engineering drawings or the initial plan. </w:t>
      </w:r>
    </w:p>
    <w:p>
      <w:r>
        <w:t xml:space="preserve">(Speaker E)  I see it Survey scope would not state that they're just picking up elevations giving us a topographic. </w:t>
      </w:r>
    </w:p>
    <w:p>
      <w:r>
        <w:t xml:space="preserve">(Speaker C)  After the survey's done. That would then go on to. </w:t>
      </w:r>
    </w:p>
    <w:p>
      <w:r>
        <w:t xml:space="preserve">(Speaker D)  But I'm saying </w:t>
      </w:r>
    </w:p>
    <w:p>
      <w:r>
        <w:t xml:space="preserve">(Speaker A)  would have to evaluate that survey, compare it. </w:t>
      </w:r>
    </w:p>
    <w:p>
      <w:r>
        <w:t xml:space="preserve">(Speaker D)  But I'm just trying to see the total cost of it. Because here we say this is 6,000 for that but then there's a cost to do the evaluation. So I was wondering what the all in cost would be like. I only see part of the cost here. I'm not seeing the next step because to make that sort of useful we </w:t>
      </w:r>
    </w:p>
    <w:p>
      <w:r>
        <w:t xml:space="preserve">(Speaker H)  need to confusing because it's the same company. Yeah. </w:t>
      </w:r>
    </w:p>
    <w:p>
      <w:r>
        <w:t xml:space="preserve">(Speaker G)  Yeah. </w:t>
      </w:r>
    </w:p>
    <w:p>
      <w:r>
        <w:t xml:space="preserve">(Speaker D)  So I was. And so when I read the scope, it's missing. </w:t>
      </w:r>
    </w:p>
    <w:p>
      <w:r>
        <w:t xml:space="preserve">(Speaker F)  Yes. </w:t>
      </w:r>
    </w:p>
    <w:p>
      <w:r>
        <w:t xml:space="preserve">(Speaker H)  This isn't serving the scope of the job. Right. </w:t>
      </w:r>
    </w:p>
    <w:p>
      <w:r>
        <w:t xml:space="preserve">(Speaker F)  Yeah. This is solely for the servant. They usually have separate departments or </w:t>
      </w:r>
    </w:p>
    <w:p>
      <w:r>
        <w:t xml:space="preserve">(Speaker H)  it's not going to make anything more clear. Obviously. It's just gonna. It's gonna let us know the total amount based upon previous information that we've had with other services. I would say it's going to cost at least a thousand dollars. Because if you recall when we. </w:t>
      </w:r>
    </w:p>
    <w:p>
      <w:r>
        <w:t xml:space="preserve">(Speaker D)  Oh did the. Yeah, the parking. </w:t>
      </w:r>
    </w:p>
    <w:p>
      <w:r>
        <w:t xml:space="preserve">(Speaker H)  Yeah, the parking. And there were some other things. When you do that, look at the hourly rates etc. You're looking at. I'm sure it's not one person doing it. It's probably multiple people. People doing it. Each level of job title is more expensive. But my question is would we be able to get the original stuff before this takes place? </w:t>
      </w:r>
    </w:p>
    <w:p>
      <w:r>
        <w:t xml:space="preserve">(Speaker F)  You want to just send a copy to Jason so he's got it in the right. </w:t>
      </w:r>
    </w:p>
    <w:p>
      <w:r>
        <w:t xml:space="preserve">(Speaker H)  And I still don't even really know. Like I kind of understand Cameron's point of what is it really going to do? We can't stop gravity. </w:t>
      </w:r>
    </w:p>
    <w:p>
      <w:r>
        <w:t xml:space="preserve">(Speaker A)  Well, I think that's what he's trying. He's trying to be clear when he says it. </w:t>
      </w:r>
    </w:p>
    <w:p>
      <w:r>
        <w:t xml:space="preserve">(Speaker H)  You have the big hill. It comes off those homes. Does the wetlands. How far away is like do those connect or relate to each other at all? If the wetlands comes over. </w:t>
      </w:r>
    </w:p>
    <w:p>
      <w:r>
        <w:t xml:space="preserve">(Speaker E)  When I went to site that sloped </w:t>
      </w:r>
    </w:p>
    <w:p>
      <w:r>
        <w:t xml:space="preserve">(Speaker H)  down from the, you know, big hill </w:t>
      </w:r>
    </w:p>
    <w:p>
      <w:r>
        <w:t xml:space="preserve">(Speaker E)  where the dark rounded out. Those are. I think those are two separate problems. That's a grading issue of the back of the lots of versus the wetland's not flooding in. We're just getting a lot of velocity stormwater coming down that hill. So I mean really that two separate issues. That hole can just be filled today and should should go away. The wetland issue would not be related to. </w:t>
      </w:r>
    </w:p>
    <w:p>
      <w:r>
        <w:t xml:space="preserve">(Speaker H)  I don't. I don't know how to make sure other than call my friend who's running for state housing. Sandison. </w:t>
      </w:r>
    </w:p>
    <w:p>
      <w:r>
        <w:t xml:space="preserve">(Speaker A)  I mean if I'm. If I'm hearing correct, what we can do is we can get them to send me the original plans. We can distribute that to the board and maybe if they can come up with just a. What their cost would be after they get the survey. So that you guys can see. </w:t>
      </w:r>
    </w:p>
    <w:p>
      <w:r>
        <w:t xml:space="preserve">(Speaker H)  We don't want a ballpark. </w:t>
      </w:r>
    </w:p>
    <w:p>
      <w:r>
        <w:t xml:space="preserve">(Speaker G)  Yeah, we missed that one. </w:t>
      </w:r>
    </w:p>
    <w:p>
      <w:r>
        <w:t xml:space="preserve">(Speaker A)  Didn't. </w:t>
      </w:r>
    </w:p>
    <w:p>
      <w:r>
        <w:t xml:space="preserve">(Speaker D)  Yeah. </w:t>
      </w:r>
    </w:p>
    <w:p>
      <w:r>
        <w:t xml:space="preserve">(Speaker A)  If that's kind of what I'm hearing. </w:t>
      </w:r>
    </w:p>
    <w:p>
      <w:r>
        <w:t xml:space="preserve">(Speaker D)  Yeah, I think. Yeah, we need that before we can make. Make a decision. </w:t>
      </w:r>
    </w:p>
    <w:p>
      <w:r>
        <w:t xml:space="preserve">(Speaker B)  Okay, I agree. And now almost rain season is almost getting to the end and before anything that. No, but I mean, whenever we are doing this. So we're one month further. </w:t>
      </w:r>
    </w:p>
    <w:p>
      <w:r>
        <w:t xml:space="preserve">(Speaker A)  Yeah. </w:t>
      </w:r>
    </w:p>
    <w:p>
      <w:r>
        <w:t xml:space="preserve">(Speaker F)  Well, you can see. Yeah. </w:t>
      </w:r>
    </w:p>
    <w:p>
      <w:r>
        <w:t xml:space="preserve">(Speaker G)  How bad. </w:t>
      </w:r>
    </w:p>
    <w:p>
      <w:r>
        <w:t xml:space="preserve">(Speaker F)  So this is the worst. It should be in the next four weeks or five weeks. </w:t>
      </w:r>
    </w:p>
    <w:p>
      <w:r>
        <w:t xml:space="preserve">(Speaker E)  How is it? </w:t>
      </w:r>
    </w:p>
    <w:p>
      <w:r>
        <w:t xml:space="preserve">(Speaker B)  Or do you want to do. Or should we approve the survey now? Because now it's so much rain. So now. </w:t>
      </w:r>
    </w:p>
    <w:p>
      <w:r>
        <w:t xml:space="preserve">(Speaker H)  Yeah, but they're not going to care for that. </w:t>
      </w:r>
    </w:p>
    <w:p>
      <w:r>
        <w:t xml:space="preserve">(Speaker D)  It should. </w:t>
      </w:r>
    </w:p>
    <w:p>
      <w:r>
        <w:t xml:space="preserve">(Speaker E)  It should matter, to be honest. </w:t>
      </w:r>
    </w:p>
    <w:p>
      <w:r>
        <w:t xml:space="preserve">(Speaker H)  They're like, oh, there's a lot of water here. </w:t>
      </w:r>
    </w:p>
    <w:p>
      <w:r>
        <w:t xml:space="preserve">(Speaker C)  So there were two plans. One was 95 proposals. One was 95,000. The other is like 180k for the boardwalk. What was the 95. What was the cheaper option? </w:t>
      </w:r>
    </w:p>
    <w:p>
      <w:r>
        <w:t xml:space="preserve">(Speaker E)  Do you guys remember we would raise the elevation of the trail. </w:t>
      </w:r>
    </w:p>
    <w:p>
      <w:r>
        <w:t xml:space="preserve">(Speaker A)  Yeah. </w:t>
      </w:r>
    </w:p>
    <w:p>
      <w:r>
        <w:t xml:space="preserve">(Speaker E)  About what? And regrade. </w:t>
      </w:r>
    </w:p>
    <w:p>
      <w:r>
        <w:t xml:space="preserve">(Speaker H)  Yeah, the trail. </w:t>
      </w:r>
    </w:p>
    <w:p>
      <w:r>
        <w:t xml:space="preserve">(Speaker C)  And is a survey needed for that? </w:t>
      </w:r>
    </w:p>
    <w:p>
      <w:r>
        <w:t xml:space="preserve">(Speaker E)  Not for. </w:t>
      </w:r>
    </w:p>
    <w:p>
      <w:r>
        <w:t xml:space="preserve">(Speaker C)  Well, I'm trying to figure out his </w:t>
      </w:r>
    </w:p>
    <w:p>
      <w:r>
        <w:t xml:space="preserve">(Speaker E)  phone seraph to direct a contractor. </w:t>
      </w:r>
    </w:p>
    <w:p>
      <w:r>
        <w:t xml:space="preserve">(Speaker D)  Yeah. </w:t>
      </w:r>
    </w:p>
    <w:p>
      <w:r>
        <w:t xml:space="preserve">(Speaker E)  I think we would want them to get us an actual survey by the time they do it. </w:t>
      </w:r>
    </w:p>
    <w:p>
      <w:r>
        <w:t xml:space="preserve">(Speaker C)  Yeah. </w:t>
      </w:r>
    </w:p>
    <w:p>
      <w:r>
        <w:t xml:space="preserve">(Speaker H)  You're talking add up what they're going to cost. </w:t>
      </w:r>
    </w:p>
    <w:p>
      <w:r>
        <w:t xml:space="preserve">(Speaker C)  Well, I'm wondering, is the survey going to happen no matter what is it like. </w:t>
      </w:r>
    </w:p>
    <w:p>
      <w:r>
        <w:t xml:space="preserve">(Speaker A)  Or if we get a second survey? If we do the first survey. </w:t>
      </w:r>
    </w:p>
    <w:p>
      <w:r>
        <w:t xml:space="preserve">(Speaker D)  But we may not need the same fine detail of the survey. Say, if we say we're just going to raise it, we might pay half it. I'm not an expert in this, but we probably won't need that finer grid because we would raise it kind of in bulk. </w:t>
      </w:r>
    </w:p>
    <w:p>
      <w:r>
        <w:t xml:space="preserve">(Speaker F)  Is this in the capital project for this year? </w:t>
      </w:r>
    </w:p>
    <w:p>
      <w:r>
        <w:t xml:space="preserve">(Speaker A)  But there's been no money, no funding allocated. But it would be if any expenses would come out of the capital project. </w:t>
      </w:r>
    </w:p>
    <w:p>
      <w:r>
        <w:t xml:space="preserve">(Speaker C)  I can't wait for this fiscal year. Does start next year, though. </w:t>
      </w:r>
    </w:p>
    <w:p>
      <w:r>
        <w:t xml:space="preserve">(Speaker E)  That's correct. </w:t>
      </w:r>
    </w:p>
    <w:p>
      <w:r>
        <w:t xml:space="preserve">(Speaker C)  I mean, next month. </w:t>
      </w:r>
    </w:p>
    <w:p>
      <w:r>
        <w:t xml:space="preserve">(Speaker G)  It does start next year. All right, next year and next month. </w:t>
      </w:r>
    </w:p>
    <w:p>
      <w:r>
        <w:t xml:space="preserve">(Speaker H)  But you said we're. We're in good shape. </w:t>
      </w:r>
    </w:p>
    <w:p>
      <w:r>
        <w:t xml:space="preserve">(Speaker A)  I mean, right now you've got. </w:t>
      </w:r>
    </w:p>
    <w:p>
      <w:r>
        <w:t xml:space="preserve">(Speaker H)  We have some discretionary money. </w:t>
      </w:r>
    </w:p>
    <w:p>
      <w:r>
        <w:t xml:space="preserve">(Speaker A)  You've got 423,000 in cash. </w:t>
      </w:r>
    </w:p>
    <w:p>
      <w:r>
        <w:t xml:space="preserve">(Speaker D)  Yeah, we have 420. But then we have problems. Yeah, we have another one. </w:t>
      </w:r>
    </w:p>
    <w:p>
      <w:r>
        <w:t xml:space="preserve">(Speaker G)  We have some other dollar yeah. </w:t>
      </w:r>
    </w:p>
    <w:p>
      <w:r>
        <w:t xml:space="preserve">(Speaker F)  You have a hurricane and suddenly that's </w:t>
      </w:r>
    </w:p>
    <w:p>
      <w:r>
        <w:t xml:space="preserve">(Speaker B)  like one of our Weir. </w:t>
      </w:r>
    </w:p>
    <w:p>
      <w:r>
        <w:t xml:space="preserve">(Speaker F)  Sorry. </w:t>
      </w:r>
    </w:p>
    <w:p>
      <w:r>
        <w:t xml:space="preserve">(Speaker B)  One of our. We. We had to fix it. It was $180,000. </w:t>
      </w:r>
    </w:p>
    <w:p>
      <w:r>
        <w:t xml:space="preserve">(Speaker D)  Yeah. But we have another one that might come up, too, that we said. So that's. </w:t>
      </w:r>
    </w:p>
    <w:p>
      <w:r>
        <w:t xml:space="preserve">(Speaker F)  And. And FEMA is not reimbursing very well anymore. </w:t>
      </w:r>
    </w:p>
    <w:p>
      <w:r>
        <w:t xml:space="preserve">(Speaker G)  Drink your poison. </w:t>
      </w:r>
    </w:p>
    <w:p>
      <w:r>
        <w:t xml:space="preserve">(Speaker C)  So my thoughts on it are. So we've had a lot of complaints. People want to get it fixed. It's going to cost money to fix it. Finding out who was insold properly or not, if there does get to be a blame put on somebody else. I guess my first question is, is there any actual that we have at this point in time? If not, then it's pointless to figure out who's to blame. If there's anyone to blame. </w:t>
      </w:r>
    </w:p>
    <w:p>
      <w:r>
        <w:t xml:space="preserve">(Speaker F)  And I guess that's pointed at me and, you know, winging it here with the little bit that I know about it. But if it was not built to plans, you may be able to go after a contractor to say, these were the plans. You did not build it appropriately. If the way it was designed was not something that had to be permitted, it would probably be difficult to go after anybody for the design and the setup. It was required by the city as part of the, you know, permitting. So the fact they did it was something the city made Lennar build. You know, again, not knowing anything on the Lennar and engineer and design, but if there were no. No permit that had to be complied with, it would be hard to find a standard to complete. </w:t>
      </w:r>
    </w:p>
    <w:p>
      <w:r>
        <w:t xml:space="preserve">(Speaker C)  Yeah, and that's what Ms. Baxter was saying, too. There's not a. </w:t>
      </w:r>
    </w:p>
    <w:p>
      <w:r>
        <w:t xml:space="preserve">(Speaker F)  And I have a number of CDDs that are looking at developer issues. And, you know, you have to hire another engineering firm and a consultant. And those reports tend to be in the 10, 20, $30,000 each. So to litigate, you're going to end up spending 50 or 100,000 minimum to try to pursue a claim. You know, whether you get someone to settle, it really depends on the facts you can find. But most of the cases are where there's permitting or there's an actual contract with specs that said, okay, this did not happen. You know, here. Again, I don't know. I haven't seen the plans. I don't know. </w:t>
      </w:r>
    </w:p>
    <w:p>
      <w:r>
        <w:t xml:space="preserve">(Speaker H)  But I mean, I can't imagine they just said put a. </w:t>
      </w:r>
    </w:p>
    <w:p>
      <w:r>
        <w:t xml:space="preserve">(Speaker G)  Put a. </w:t>
      </w:r>
    </w:p>
    <w:p>
      <w:r>
        <w:t xml:space="preserve">(Speaker A)  True. </w:t>
      </w:r>
    </w:p>
    <w:p>
      <w:r>
        <w:t xml:space="preserve">(Speaker D)  True. </w:t>
      </w:r>
    </w:p>
    <w:p>
      <w:r>
        <w:t xml:space="preserve">(Speaker H)  No, the water thing. </w:t>
      </w:r>
    </w:p>
    <w:p>
      <w:r>
        <w:t xml:space="preserve">(Speaker D)  The pond with the. </w:t>
      </w:r>
    </w:p>
    <w:p>
      <w:r>
        <w:t xml:space="preserve">(Speaker F)  Yeah, they had to build the pond. </w:t>
      </w:r>
    </w:p>
    <w:p>
      <w:r>
        <w:t xml:space="preserve">(Speaker D)  Yeah. </w:t>
      </w:r>
    </w:p>
    <w:p>
      <w:r>
        <w:t xml:space="preserve">(Speaker H)  They had to build the wetland. Thank you. </w:t>
      </w:r>
    </w:p>
    <w:p>
      <w:r>
        <w:t xml:space="preserve">(Speaker F)  Yeah. I mean, they have to make the storm water work with the wetlands at the pond. </w:t>
      </w:r>
    </w:p>
    <w:p>
      <w:r>
        <w:t xml:space="preserve">(Speaker H)  So that I mean gosh, it's likely that bigger issues than Story Park CDD if all they have to say is hey yeah, let me see you have a crayon. Let me draw that right there. We're gonna put it right there and then just do that. </w:t>
      </w:r>
    </w:p>
    <w:p>
      <w:r>
        <w:t xml:space="preserve">(Speaker F)  And you'd have to look at all the other plans to see was there a better place to put it or was this the only. I mean again there's a lot of </w:t>
      </w:r>
    </w:p>
    <w:p>
      <w:r>
        <w:t xml:space="preserve">(Speaker H)  facts that would require department of the. Would this be county or city? </w:t>
      </w:r>
    </w:p>
    <w:p>
      <w:r>
        <w:t xml:space="preserve">(Speaker A)  City. </w:t>
      </w:r>
    </w:p>
    <w:p>
      <w:r>
        <w:t xml:space="preserve">(Speaker H)  Would that be what kind of department. </w:t>
      </w:r>
    </w:p>
    <w:p>
      <w:r>
        <w:t xml:space="preserve">(Speaker A)  Planning. If they. If it was a approval process </w:t>
      </w:r>
    </w:p>
    <w:p>
      <w:r>
        <w:t xml:space="preserve">(Speaker E)  part of the pd the plan development. There was a trail required around there </w:t>
      </w:r>
    </w:p>
    <w:p>
      <w:r>
        <w:t xml:space="preserve">(Speaker D)  I believe </w:t>
      </w:r>
    </w:p>
    <w:p>
      <w:r>
        <w:t xml:space="preserve">(Speaker E)  and the location of that was discussed throughout. But the so planning. You know, they only care that there's a trail there that's six feet wide. That's the only thing they'll care about. The city would look at the connectivity of how flows and code requirements of maintaining our stormwater for pre post discharge probably going to too much. And that would usually be the public works department or if the city of Orlando has their own stormwater department. I'm not sure but either way public works works would be the ones for you to call. </w:t>
      </w:r>
    </w:p>
    <w:p>
      <w:r>
        <w:t xml:space="preserve">(Speaker H)  They would be the ones that said we need to have a pond. It's this specific parameters this plan. </w:t>
      </w:r>
    </w:p>
    <w:p>
      <w:r>
        <w:t xml:space="preserve">(Speaker E)  It's more we tell the city we'd like to put a pond here that's this big to cater for this much to meet your overall final development stormwater criteria. </w:t>
      </w:r>
    </w:p>
    <w:p>
      <w:r>
        <w:t xml:space="preserve">(Speaker H)  And would Publix works be the people that drafted that criteria at some point in time. And then of course the commissioners approved that particular situation. </w:t>
      </w:r>
    </w:p>
    <w:p>
      <w:r>
        <w:t xml:space="preserve">(Speaker C)  And correct me if I'm wrong, a lot of times it's more just almost like a point system. It's not necessarily always has to be this exact dimensions of this for whatever </w:t>
      </w:r>
    </w:p>
    <w:p>
      <w:r>
        <w:t xml:space="preserve">(Speaker H)  it's like it's minimum standards and. </w:t>
      </w:r>
    </w:p>
    <w:p>
      <w:r>
        <w:t xml:space="preserve">(Speaker E)  Yeah. </w:t>
      </w:r>
    </w:p>
    <w:p>
      <w:r>
        <w:t xml:space="preserve">(Speaker C)  Yeah. And then whatever way the developer comes up with that as long as it checks the boxes. </w:t>
      </w:r>
    </w:p>
    <w:p>
      <w:r>
        <w:t xml:space="preserve">(Speaker H)  I asked this question because I'll just reach out to people and say can you. This is what the situation is and I want to. I'm curious to know what their response is going to be like. Oh, we have very strict parameters. </w:t>
      </w:r>
    </w:p>
    <w:p>
      <w:r>
        <w:t xml:space="preserve">(Speaker F)  Okay. We have to be really cautious if you talk with other government officials since you're on the board. </w:t>
      </w:r>
    </w:p>
    <w:p>
      <w:r>
        <w:t xml:space="preserve">(Speaker H)  Yeah, I don't staff to. Maybe I'll do my own research about that. </w:t>
      </w:r>
    </w:p>
    <w:p>
      <w:r>
        <w:t xml:space="preserve">(Speaker F)  Okay. But you just. If you're doing it as a board representative, the board needs to approve you doing it and otherwise you're to do my own research. If you're contacting government officials and I'm not contacting anybody. Oh, okay. </w:t>
      </w:r>
    </w:p>
    <w:p>
      <w:r>
        <w:t xml:space="preserve">(Speaker G)  Yeah. </w:t>
      </w:r>
    </w:p>
    <w:p>
      <w:r>
        <w:t xml:space="preserve">(Speaker B)  Yes. It's so difficult because. </w:t>
      </w:r>
    </w:p>
    <w:p>
      <w:r>
        <w:t xml:space="preserve">(Speaker D)  Yeah. </w:t>
      </w:r>
    </w:p>
    <w:p>
      <w:r>
        <w:t xml:space="preserve">(Speaker B)  I think whenever you would look at a main road with a sidewalk and there will be, like, structural issues with it, it's easier than the trail because the trail is like an amenity. So it's so much more difficult to. </w:t>
      </w:r>
    </w:p>
    <w:p>
      <w:r>
        <w:t xml:space="preserve">(Speaker F)  Yeah. It doesn't have specific. Like a sidewalk has to be a certain width. You can't have certain depth. It has to be level. A trail is much more flexible and I understand. Yeah. Okay, thanks. </w:t>
      </w:r>
    </w:p>
    <w:p>
      <w:r>
        <w:t xml:space="preserve">(Speaker C)  If we were to just do the re grading, what would we need beforehand? Surveys or. </w:t>
      </w:r>
    </w:p>
    <w:p>
      <w:r>
        <w:t xml:space="preserve">(Speaker B)  No? </w:t>
      </w:r>
    </w:p>
    <w:p>
      <w:r>
        <w:t xml:space="preserve">(Speaker E)  95,000. </w:t>
      </w:r>
    </w:p>
    <w:p>
      <w:r>
        <w:t xml:space="preserve">(Speaker D)  Yeah, </w:t>
      </w:r>
    </w:p>
    <w:p>
      <w:r>
        <w:t xml:space="preserve">(Speaker E)  I want to say no. At least not to the extent that </w:t>
      </w:r>
    </w:p>
    <w:p>
      <w:r>
        <w:t xml:space="preserve">(Speaker D)  that survey is so cut in half, </w:t>
      </w:r>
    </w:p>
    <w:p>
      <w:r>
        <w:t xml:space="preserve">(Speaker E)  because really, it's just getting the contractor out there. He can. </w:t>
      </w:r>
    </w:p>
    <w:p>
      <w:r>
        <w:t xml:space="preserve">(Speaker C)  Yeah. </w:t>
      </w:r>
    </w:p>
    <w:p>
      <w:r>
        <w:t xml:space="preserve">(Speaker E)  Get his own survey done before if he needed one. </w:t>
      </w:r>
    </w:p>
    <w:p>
      <w:r>
        <w:t xml:space="preserve">(Speaker D)  But if we raise it, how do we verify that that, like, fixes it? Is it that we're gonna raise it so high? </w:t>
      </w:r>
    </w:p>
    <w:p>
      <w:r>
        <w:t xml:space="preserve">(Speaker E)  We would request, as folks as well as do inspections, </w:t>
      </w:r>
    </w:p>
    <w:p>
      <w:r>
        <w:t xml:space="preserve">(Speaker B)  Should it be a good idea to get proposals from contractors? </w:t>
      </w:r>
    </w:p>
    <w:p>
      <w:r>
        <w:t xml:space="preserve">(Speaker G)  Yeah, I guess. </w:t>
      </w:r>
    </w:p>
    <w:p>
      <w:r>
        <w:t xml:space="preserve">(Speaker C)  We're running down two enemies. One, whose fault is it? And can we get.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