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Kingman Gate</w:t>
        <w:br/>
        <w:br/>
        <w:br/>
      </w:r>
    </w:p>
    <w:p>
      <w:r>
        <w:t>START AND END TIME OF THE CDD MEETING FILE:</w:t>
      </w:r>
      <w:r>
        <w:rPr>
          <w:b/>
          <w:color w:val="FF0000"/>
        </w:rPr>
        <w:br/>
        <w:tab/>
        <w:tab/>
        <w:tab/>
        <w:tab/>
        <w:t xml:space="preserve"> August 02, 2026 at 12:00 PM</w:t>
      </w:r>
      <w:r>
        <w:rPr>
          <w:b/>
          <w:color w:val="FF0000"/>
        </w:rPr>
        <w:br/>
        <w:tab/>
        <w:tab/>
        <w:tab/>
        <w:tab/>
        <w:t xml:space="preserve"> August 02, 2026 at 12:12 PM</w:t>
        <w:br/>
        <w:br/>
        <w:br/>
      </w:r>
    </w:p>
    <w:p>
      <w:r>
        <w:t>AUDIO FILE NAME, FILE SIZE:</w:t>
      </w:r>
      <w:r>
        <w:rPr>
          <w:b/>
          <w:color w:val="FF0000"/>
        </w:rPr>
        <w:br/>
        <w:tab/>
        <w:tab/>
        <w:tab/>
        <w:tab/>
        <w:t xml:space="preserve"> SP_080426_R2.MP3</w:t>
      </w:r>
      <w:r>
        <w:rPr>
          <w:b/>
          <w:color w:val="FF0000"/>
        </w:rPr>
        <w:br/>
        <w:tab/>
        <w:tab/>
        <w:tab/>
        <w:tab/>
        <w:t xml:space="preserve"> 107470754</w:t>
        <w:br/>
        <w:br/>
        <w:br/>
      </w:r>
    </w:p>
    <w:p>
      <w:r>
        <w:t>DATE AUDIO FILE SUBMITTED TO THE GAT SYSTEM:</w:t>
      </w:r>
      <w:r>
        <w:rPr>
          <w:b/>
          <w:color w:val="FF0000"/>
        </w:rPr>
        <w:br/>
        <w:tab/>
        <w:tab/>
        <w:tab/>
        <w:tab/>
        <w:t xml:space="preserve"> August 07, 2026 at 01:49 PM</w:t>
        <w:br/>
        <w:br/>
        <w:br/>
      </w:r>
    </w:p>
    <w:p>
      <w:r>
        <w:t>DATE AUDIO FILE COMPLETED BY THE GAT SYSTEM:</w:t>
      </w:r>
      <w:r>
        <w:rPr>
          <w:b/>
          <w:color w:val="FF0000"/>
        </w:rPr>
        <w:br/>
        <w:tab/>
        <w:tab/>
        <w:tab/>
        <w:tab/>
        <w:t xml:space="preserve"> August 07, 2026 at 01:50 PM</w:t>
      </w:r>
      <w:r>
        <w:rPr>
          <w:b/>
          <w:color w:val="FF0000"/>
        </w:rPr>
        <w:br/>
        <w:tab/>
        <w:tab/>
        <w:tab/>
        <w:tab/>
        <w:t xml:space="preserve"> 00:46 ELAPSED TIME</w:t>
        <w:br/>
        <w:br/>
        <w:br/>
      </w:r>
    </w:p>
    <w:p>
      <w:r>
        <w:t>MEETING AGENDA:</w:t>
      </w:r>
      <w:r>
        <w:rPr>
          <w:b/>
          <w:color w:val="FF0000"/>
        </w:rPr>
        <w:br/>
        <w:br/>
        <w:br/>
        <w:tab/>
        <w:tab/>
        <w:tab/>
        <w:tab/>
        <w:t xml:space="preserve"> Kingman Gate   Seat 2 : Teresa Baluja – C  ✓ </w:t>
        <w:br/>
        <w:t xml:space="preserve">Seat 3: Carmen Orozco – V.C.  </w:t>
        <w:br/>
        <w:t xml:space="preserve">Community Development District  Seat 4: Vanessa Perez – A.S. ✓ </w:t>
        <w:br/>
        <w:t xml:space="preserve">Seat 5: Raisa Krause – A.S.  </w:t>
        <w:br/>
        <w:t xml:space="preserve">Revised Meeting Agenda  Seat 1: Marc Szasz – A.S. ✓ </w:t>
        <w:br/>
        <w:t xml:space="preserve"> </w:t>
        <w:br/>
        <w:t xml:space="preserve">Friday  The Officies of Lennar Homes   </w:t>
        <w:br/>
        <w:t xml:space="preserve">June 12, 2026  5505 Waterford District Drive, Miami, Florida  </w:t>
        <w:br/>
        <w:t xml:space="preserve">11:00 a.m.  Join the meeting now  </w:t>
        <w:br/>
        <w:t xml:space="preserve"> Meeting ID: 252 431 172 080 39 and Passcode: sc2dq2Jc   </w:t>
        <w:br/>
        <w:t xml:space="preserve"> 1 872 -240-4685 and Phone Conference ID: 949 824 364#  </w:t>
        <w:br/>
        <w:t xml:space="preserve"> </w:t>
        <w:br/>
        <w:t xml:space="preserve">Staff Present: Ben Quesada (Teams), Mayra Padilla ( Teams), Jesus Lorenzo , Juliana Duque </w:t>
        <w:br/>
        <w:t xml:space="preserve">Hernandez ( Teams), Michael Pawelczyk (Teams), &amp; Juan Alvarez (Teams).  </w:t>
        <w:br/>
        <w:t xml:space="preserve"> </w:t>
        <w:br/>
        <w:t xml:space="preserve">1. Roll Call  </w:t>
        <w:br/>
        <w:t xml:space="preserve"> </w:t>
        <w:br/>
        <w:t xml:space="preserve">2. Approval of Minutes of the March 13, 2026 Meeting  – Approved - TB/VP/All .  </w:t>
        <w:br/>
        <w:t xml:space="preserve"> </w:t>
        <w:br/>
        <w:t xml:space="preserve">3. Public Hearing to Adopt the Fiscal Year 2027 Budget  – Page 9  </w:t>
        <w:br/>
        <w:t xml:space="preserve">A. Motion to Open the Public Hearing - TB/VP/All  </w:t>
        <w:br/>
        <w:t xml:space="preserve"> </w:t>
        <w:br/>
        <w:t xml:space="preserve">B. Public Comment and Discussion  – No Public Comment  </w:t>
        <w:br/>
        <w:t xml:space="preserve"> </w:t>
        <w:br/>
        <w:t xml:space="preserve">C. Consideration of Resolution #2026 -02 Annual Appropriation Resolution  – Approve d as </w:t>
        <w:br/>
        <w:t xml:space="preserve">presented with no increase - TB/VP/All . </w:t>
        <w:br/>
        <w:t xml:space="preserve"> </w:t>
        <w:br/>
        <w:t xml:space="preserve">D. Consideration of Resolution #2026 -03 Levy of Non Ad Valorem Assessments  – Approved </w:t>
        <w:br/>
        <w:t xml:space="preserve">- TB/VP/All .  </w:t>
        <w:br/>
        <w:t xml:space="preserve"> </w:t>
        <w:br/>
        <w:t xml:space="preserve">E. Motion to Close the Public Hearing  - TB/VP/All  </w:t>
        <w:br/>
        <w:t xml:space="preserve"> </w:t>
        <w:br/>
        <w:t xml:space="preserve">4. Discussion of Conveyances for 2nd Expansion Area (Positano)  – No action taken.  </w:t>
        <w:br/>
        <w:t xml:space="preserve"> </w:t>
        <w:br/>
        <w:t xml:space="preserve">5. Staff Reports  </w:t>
        <w:br/>
        <w:t xml:space="preserve">A. Attorney  </w:t>
        <w:br/>
        <w:t xml:space="preserve"> </w:t>
        <w:br/>
        <w:t xml:space="preserve">B. Engineer  </w:t>
        <w:br/>
        <w:t xml:space="preserve"> </w:t>
        <w:br/>
        <w:t xml:space="preserve">C. Field  </w:t>
        <w:br/>
        <w:t xml:space="preserve">1) Monthly Report  – Page 54 </w:t>
        <w:br/>
        <w:t xml:space="preserve"> </w:t>
        <w:br/>
        <w:t xml:space="preserve">2) Stormwater System Maintenance Proposal with Raptor Vac -systems – Approved not </w:t>
        <w:br/>
        <w:t xml:space="preserve">to exceed of $7,905 - TB/VP/All . </w:t>
        <w:br/>
        <w:t xml:space="preserve"> </w:t>
        <w:br/>
        <w:t xml:space="preserve">3) Palm Tree Cleaning Proposal with Brightview Landscape  Services, Inc.  – Approved </w:t>
        <w:br/>
        <w:t xml:space="preserve">not to exceed of $1,440 - TB/VP/All . </w:t>
        <w:br/>
        <w:t xml:space="preserve"> </w:t>
        <w:br/>
        <w:t xml:space="preserve">D. Manager   </w:t>
        <w:br/>
        <w:t xml:space="preserve">1) Consideration of Proposed Fiscal Year 2027 Meeting Schedule  – Tabled  </w:t>
        <w:br/>
        <w:t xml:space="preserve"> 2) Form 1 Financial Disclosure Due July 1, 2026  – Page 7 0 </w:t>
        <w:br/>
        <w:t xml:space="preserve"> </w:t>
        <w:br/>
        <w:t xml:space="preserve">3) Reminder to Complete Annual Ethics Training by December 31, 2026  </w:t>
        <w:br/>
        <w:t xml:space="preserve"> </w:t>
        <w:br/>
        <w:t xml:space="preserve">4) Number of Registered Voters in the District – 1,103  – Page 7 3 </w:t>
        <w:br/>
        <w:t xml:space="preserve"> </w:t>
        <w:br/>
        <w:t xml:space="preserve">6. Financial Reports  – Approved all in one motion - TB/VP/All . </w:t>
        <w:br/>
        <w:t xml:space="preserve">A. Acceptance of Check Register  – $97,210.44  </w:t>
        <w:br/>
        <w:t xml:space="preserve"> </w:t>
        <w:br/>
        <w:t xml:space="preserve">B. Acceptance of Unaudited Financials  – Page 78 </w:t>
        <w:br/>
        <w:t xml:space="preserve"> </w:t>
        <w:br/>
        <w:t xml:space="preserve">7. Supervisors Requests and Audience Comments  </w:t>
        <w:br/>
        <w:t xml:space="preserve"> </w:t>
        <w:br/>
        <w:t xml:space="preserve">8. Adjournment  - TB/VP/All  </w:t>
        <w:br/>
        <w:t xml:space="preserve"> </w:t>
        <w:br/>
        <w:t xml:space="preserve">Meetings are open to the public and may be continued to a time, date and place certain.  For more information </w:t>
        <w:br/>
        <w:t xml:space="preserve">regarding this CDD please visit the website: http://www.kingmangatecdd.com   </w:t>
        <w:br/>
        <w:br/>
        <w:br/>
      </w:r>
    </w:p>
    <w:p>
      <w:r>
        <w:t xml:space="preserve">(Speaker A)  We will go ahead and call the order. The Aug. 26 meeting of the Story Park Community Development District. We'll start with roll call, and we'll have each of the board members introduce themselves. And we'll start with Willem. </w:t>
      </w:r>
    </w:p>
    <w:p>
      <w:r>
        <w:t xml:space="preserve">(Speaker B)  Willem Gormans. </w:t>
      </w:r>
    </w:p>
    <w:p>
      <w:r>
        <w:t xml:space="preserve">(Speaker C)  Clement Matthews. Present. </w:t>
      </w:r>
    </w:p>
    <w:p>
      <w:r>
        <w:t xml:space="preserve">(Speaker D)  David Graham. </w:t>
      </w:r>
    </w:p>
    <w:p>
      <w:r>
        <w:t xml:space="preserve">(Speaker A)  Here. </w:t>
      </w:r>
    </w:p>
    <w:p>
      <w:r>
        <w:t xml:space="preserve">(Speaker E)  Travis Smith. </w:t>
      </w:r>
    </w:p>
    <w:p>
      <w:r>
        <w:t xml:space="preserve">(Speaker C)  Present. </w:t>
      </w:r>
    </w:p>
    <w:p>
      <w:r>
        <w:t xml:space="preserve">(Speaker A)  And then Ricardo, if you'd introduce yourself on the phone. </w:t>
      </w:r>
    </w:p>
    <w:p>
      <w:r>
        <w:t xml:space="preserve">(Speaker F)  Ricardo Garcia. </w:t>
      </w:r>
    </w:p>
    <w:p>
      <w:r>
        <w:t xml:space="preserve">(Speaker B)  Present. </w:t>
      </w:r>
    </w:p>
    <w:p>
      <w:r>
        <w:t xml:space="preserve">(Speaker A)  Perfect. We'll let the record reflect we have four board members present, one participating by phone. So we have our quor. The next item is public comment, period. And we'll note for purposes of our recording that we only have members of the board and staff present. So we can go to the next item, which is approval of minutes of the July 7 meeting. Those minutes are included as part of your agenda package. We can take any corrections or changes at this time, or we can seek a motion to approve. </w:t>
      </w:r>
    </w:p>
    <w:p>
      <w:r>
        <w:t xml:space="preserve">(Speaker B)  Motion to approve. </w:t>
      </w:r>
    </w:p>
    <w:p>
      <w:r>
        <w:t xml:space="preserve">(Speaker A)  Second motion and a second. All those in favor, please say aye. </w:t>
      </w:r>
    </w:p>
    <w:p>
      <w:r>
        <w:t xml:space="preserve">(Speaker C)  Aye. </w:t>
      </w:r>
    </w:p>
    <w:p>
      <w:r>
        <w:t xml:space="preserve">(Speaker B)  Aye. </w:t>
      </w:r>
    </w:p>
    <w:p>
      <w:r>
        <w:t xml:space="preserve">(Speaker A)  Any opposed? Passes unanimously. The next item then is just the public hearing on the budget. So we look for a motion of the board to open the public hearing. </w:t>
      </w:r>
    </w:p>
    <w:p>
      <w:r>
        <w:t xml:space="preserve">(Speaker C)  Motion to open. </w:t>
      </w:r>
    </w:p>
    <w:p>
      <w:r>
        <w:t xml:space="preserve">(Speaker D)  Second aye. </w:t>
      </w:r>
    </w:p>
    <w:p>
      <w:r>
        <w:t xml:space="preserve">(Speaker A)  All right. Motion and a second. All those in favor, please say aye. </w:t>
      </w:r>
    </w:p>
    <w:p>
      <w:r>
        <w:t xml:space="preserve">(Speaker C)  Aye. </w:t>
      </w:r>
    </w:p>
    <w:p>
      <w:r>
        <w:t xml:space="preserve">(Speaker A)  Passes unanimously. So the first item under that is resolution 2026 06. This is the resolution that adopts your fiscal year 27 budget. We'll note there are several blanks on the appropriation section, so we'll fill those in once the budget is actually adopted. We can do that just in case there's any slight changes. We'll note for the record that we did not increase any assessments on the general fund side. So it's pretty much what you've seen for your proposed budget. The admin side is very close to what we were currently. And so is the field side is actually very close too, as well. We just included some inflationary increases for potential in both the utilities as well as contracts, but there are no, again, no assessment increases proposed within the budget in your budget. Starting on page five, we do a line item detail. So we try to describe all of those account lines and where we have contracts or where we can spell those out. We try to spell those out so they're a little more transparent for you and your residents as to where those numbers come from. Behind that, on page 12, you'll note we've got the capital reserve fund. We expect that at the end of fiscal year 27 with the just the minimal expenses that we'd have about half a million dollars in the capital reserve fund. And then the remaining items are just the debt service. The board doesn't have any flexibility on the debt service side since those bonds are already issued. So with that, again, we'll note for our recording this is a public hearing, but there are no members of the public to make any comments. So we'll return it to the board for any questions or a motion to approve the budget. Yeah, go ahead. </w:t>
      </w:r>
    </w:p>
    <w:p>
      <w:r>
        <w:t xml:space="preserve">(Speaker E)  This one, if you can remind me, because I'm looking at the proposed budget. 27. That line is cost share agreement. What does that cover? </w:t>
      </w:r>
    </w:p>
    <w:p>
      <w:r>
        <w:t xml:space="preserve">(Speaker A)  That's the cost share with the apartment complex. So they share the. They pay a portion every year to cover the road. </w:t>
      </w:r>
    </w:p>
    <w:p>
      <w:r>
        <w:t xml:space="preserve">(Speaker E)  Okay. So that's the. </w:t>
      </w:r>
    </w:p>
    <w:p>
      <w:r>
        <w:t xml:space="preserve">(Speaker A)  Well, there will be a certain. Yeah, that road. So we have a note on our calendar once a year to go ahead and send that invoice out to them for them to. In accordance with the agreement the board approved. </w:t>
      </w:r>
    </w:p>
    <w:p>
      <w:r>
        <w:t xml:space="preserve">(Speaker D)  What page is that they like where the budget is. </w:t>
      </w:r>
    </w:p>
    <w:p>
      <w:r>
        <w:t xml:space="preserve">(Speaker E)  It's like the. </w:t>
      </w:r>
    </w:p>
    <w:p>
      <w:r>
        <w:t xml:space="preserve">(Speaker A)  It's page one under the revenues. </w:t>
      </w:r>
    </w:p>
    <w:p>
      <w:r>
        <w:t xml:space="preserve">(Speaker E)  The strengthsy of that. Because it wasn't there other years. </w:t>
      </w:r>
    </w:p>
    <w:p>
      <w:r>
        <w:t xml:space="preserve">(Speaker A)  Yeah, yeah. They had several years to. It didn't take effect until they were actually built and operating. So we found out they've got their co. So we'll start working through that shortly. </w:t>
      </w:r>
    </w:p>
    <w:p>
      <w:r>
        <w:t xml:space="preserve">(Speaker C)  When does that cost share agreement? </w:t>
      </w:r>
    </w:p>
    <w:p>
      <w:r>
        <w:t xml:space="preserve">(Speaker A)  And I think it goes for a while. </w:t>
      </w:r>
    </w:p>
    <w:p>
      <w:r>
        <w:t xml:space="preserve">(Speaker C)  A while is okay. </w:t>
      </w:r>
    </w:p>
    <w:p>
      <w:r>
        <w:t xml:space="preserve">(Speaker A)  It's not short term, but let me. Yeah, yeah. </w:t>
      </w:r>
    </w:p>
    <w:p>
      <w:r>
        <w:t xml:space="preserve">(Speaker G)  It was negotiated four or five, six years ago when they first bought the property. </w:t>
      </w:r>
    </w:p>
    <w:p>
      <w:r>
        <w:t xml:space="preserve">(Speaker C)  Yeah. </w:t>
      </w:r>
    </w:p>
    <w:p>
      <w:r>
        <w:t xml:space="preserve">(Speaker G)  Concerns about them use the road. </w:t>
      </w:r>
    </w:p>
    <w:p>
      <w:r>
        <w:t xml:space="preserve">(Speaker D)  That's just the internal road. Right. Not doubting just this little. </w:t>
      </w:r>
    </w:p>
    <w:p>
      <w:r>
        <w:t xml:space="preserve">(Speaker F)  Yeah, it's biography, I think. Right. </w:t>
      </w:r>
    </w:p>
    <w:p>
      <w:r>
        <w:t xml:space="preserve">(Speaker A)  Yeah. So we signed that agreement in 23. The parties agree that this agreement may not be terminated for the first five years. Well, that's. If they don't construct. If Linus has not obtained a building permit within 10. Within five years, it'll be. Yeah, it'll invalidate. So there's not really a termination on it. It's a continual. </w:t>
      </w:r>
    </w:p>
    <w:p>
      <w:r>
        <w:t xml:space="preserve">(Speaker C)  Okay. </w:t>
      </w:r>
    </w:p>
    <w:p>
      <w:r>
        <w:t xml:space="preserve">(Speaker A)  Yeah. It's 15,000 per year plus a 3% annual increase up to 20,000. So then it just continues and then there's provisions for it to carry on if they change ownership. </w:t>
      </w:r>
    </w:p>
    <w:p>
      <w:r>
        <w:t xml:space="preserve">(Speaker C)  So if it has a 3% increase per year, shouldn't the cost sharing agreement be more than. </w:t>
      </w:r>
    </w:p>
    <w:p>
      <w:r>
        <w:t xml:space="preserve">(Speaker A)  Well, this is the first year we're actually. So they just started. </w:t>
      </w:r>
    </w:p>
    <w:p>
      <w:r>
        <w:t xml:space="preserve">(Speaker F)  Yeah. </w:t>
      </w:r>
    </w:p>
    <w:p>
      <w:r>
        <w:t xml:space="preserve">(Speaker C)  Because this year we wanted to enter </w:t>
      </w:r>
    </w:p>
    <w:p>
      <w:r>
        <w:t xml:space="preserve">(Speaker A)  into it before they even started construction. So now that they're done and they're ready to operate, we expect to have it this year. </w:t>
      </w:r>
    </w:p>
    <w:p>
      <w:r>
        <w:t xml:space="preserve">(Speaker D)  The first payment on that and then okay. </w:t>
      </w:r>
    </w:p>
    <w:p>
      <w:r>
        <w:t xml:space="preserve">(Speaker A)  2020. </w:t>
      </w:r>
    </w:p>
    <w:p>
      <w:r>
        <w:t xml:space="preserve">(Speaker G)  Yes. </w:t>
      </w:r>
    </w:p>
    <w:p>
      <w:r>
        <w:t xml:space="preserve">(Speaker E)  And then one other question. When is our. I could have known for the HOA is considering a new like landscape companies and so far we have had the same. When is ours up next year contract. </w:t>
      </w:r>
    </w:p>
    <w:p>
      <w:r>
        <w:t xml:space="preserve">(Speaker A)  Yeah, I believe it goes through the end of 27 next year. But you've got termination provisions at any time so it can be bid out. Let me just pull in, make sure I get the right date. </w:t>
      </w:r>
    </w:p>
    <w:p>
      <w:r>
        <w:t xml:space="preserve">(Speaker D)  That'll be on your supervisor's request. </w:t>
      </w:r>
    </w:p>
    <w:p>
      <w:r>
        <w:t xml:space="preserve">(Speaker C)  Last time I was asking about the improvements to dog park and fitting those into the budget. It's in there because we have 7,500 in there for dog park maintenance. </w:t>
      </w:r>
    </w:p>
    <w:p>
      <w:r>
        <w:t xml:space="preserve">(Speaker B)  12,000 if you look on page 12. </w:t>
      </w:r>
    </w:p>
    <w:p>
      <w:r>
        <w:t xml:space="preserve">(Speaker F)  That's for a water fountain at the one introduction. But we also provided numbers for outdoor doggy equipment and shade structures which would come out of your capital reserve fund. </w:t>
      </w:r>
    </w:p>
    <w:p>
      <w:r>
        <w:t xml:space="preserve">(Speaker C)  Okay. </w:t>
      </w:r>
    </w:p>
    <w:p>
      <w:r>
        <w:t xml:space="preserve">(Speaker A)  So we put a placeholder in there for now for based on the things that Morgan kind of talked about wanting to do, certainly that would be a spot where you could accommodate much more projects. We just didn't have a. We didn't really know what else to put in there. </w:t>
      </w:r>
    </w:p>
    <w:p>
      <w:r>
        <w:t xml:space="preserve">(Speaker F)  Based on board discussion, three dog park improvements and then that outdoor fitness center that's off of History Avenue that has the rubber matting that was going to get re poured. </w:t>
      </w:r>
    </w:p>
    <w:p>
      <w:r>
        <w:t xml:space="preserve">(Speaker C)  There was another price, but that would fall under. </w:t>
      </w:r>
    </w:p>
    <w:p>
      <w:r>
        <w:t xml:space="preserve">(Speaker F)  Yeah, all that would fall. </w:t>
      </w:r>
    </w:p>
    <w:p>
      <w:r>
        <w:t xml:space="preserve">(Speaker C)  Yeah. Okay. </w:t>
      </w:r>
    </w:p>
    <w:p>
      <w:r>
        <w:t xml:space="preserve">(Speaker A)  Any other questions or comments on the budget? And then just as a reminder for folks, this doesn't lock you into any of these expenses in any account lines. You've got ability to move things around throughout the year. It's more just a financial plan. So if there's no other questions, we look for a motion of the board to approve. </w:t>
      </w:r>
    </w:p>
    <w:p>
      <w:r>
        <w:t xml:space="preserve">(Speaker B)  Motion to approve. </w:t>
      </w:r>
    </w:p>
    <w:p>
      <w:r>
        <w:t xml:space="preserve">(Speaker A)  Second motion. And a second. All those in favor, please say aye. </w:t>
      </w:r>
    </w:p>
    <w:p>
      <w:r>
        <w:t xml:space="preserve">(Speaker F)  Aye. </w:t>
      </w:r>
    </w:p>
    <w:p>
      <w:r>
        <w:t xml:space="preserve">(Speaker A)  Any opposed? All right. Passes unanimously. The next item is really the second part of your budget process. And this is resolution 2026 07. Mechanically, this is the resolution that actually imposes the special assessments. So attached to this resolution will be the adopted budget you just approved along with an assessment roll which we've provided a sample for in there. That assessment role just is a large Excel spreadsheet. It translates what you approved in the budget to what goes on the tax collectors for each of the individual properties within the district. Again, for our recording, we'll note there are no members of the audience to provide any comments, so return it to the board for any questions or comments or a motion to approve. </w:t>
      </w:r>
    </w:p>
    <w:p>
      <w:r>
        <w:t xml:space="preserve">(Speaker E)  Just one question. So with this adopted budget, we're keeping Them out the same? Correct. </w:t>
      </w:r>
    </w:p>
    <w:p>
      <w:r>
        <w:t xml:space="preserve">(Speaker A)  The assessments are the same. It'll be the same as you had last year. </w:t>
      </w:r>
    </w:p>
    <w:p>
      <w:r>
        <w:t xml:space="preserve">(Speaker D)  Better hope so. We just keep approved it. </w:t>
      </w:r>
    </w:p>
    <w:p>
      <w:r>
        <w:t xml:space="preserve">(Speaker A)  Well, I'll let you know if we. If we had to propose an increase. We send out a letter 21 days in advance to every resident and we expected we would not be able to accomplish. </w:t>
      </w:r>
    </w:p>
    <w:p>
      <w:r>
        <w:t xml:space="preserve">(Speaker D)  We're under budget right now, so. Correct. </w:t>
      </w:r>
    </w:p>
    <w:p>
      <w:r>
        <w:t xml:space="preserve">(Speaker A)  Yeah. </w:t>
      </w:r>
    </w:p>
    <w:p>
      <w:r>
        <w:t xml:space="preserve">(Speaker F)  That we knew of. </w:t>
      </w:r>
    </w:p>
    <w:p>
      <w:r>
        <w:t xml:space="preserve">(Speaker B)  Well. </w:t>
      </w:r>
    </w:p>
    <w:p>
      <w:r>
        <w:t xml:space="preserve">(Speaker C)  Motion. </w:t>
      </w:r>
    </w:p>
    <w:p>
      <w:r>
        <w:t xml:space="preserve">(Speaker B)  Second. </w:t>
      </w:r>
    </w:p>
    <w:p>
      <w:r>
        <w:t xml:space="preserve">(Speaker E)  Second. </w:t>
      </w:r>
    </w:p>
    <w:p>
      <w:r>
        <w:t xml:space="preserve">(Speaker F)  Yeah. </w:t>
      </w:r>
    </w:p>
    <w:p>
      <w:r>
        <w:t xml:space="preserve">(Speaker B)  All right. </w:t>
      </w:r>
    </w:p>
    <w:p>
      <w:r>
        <w:t xml:space="preserve">(Speaker A)  Motion and a second. All those in favor, please say aye. Any opposed? </w:t>
      </w:r>
    </w:p>
    <w:p>
      <w:r>
        <w:t xml:space="preserve">(Speaker B)  Aye. </w:t>
      </w:r>
    </w:p>
    <w:p>
      <w:r>
        <w:t xml:space="preserve">(Speaker A)  Aye. Passes unanimously. Then just to follow up, we'd look for a motion to close the public hearing. </w:t>
      </w:r>
    </w:p>
    <w:p>
      <w:r>
        <w:t xml:space="preserve">(Speaker C)  Motion. </w:t>
      </w:r>
    </w:p>
    <w:p>
      <w:r>
        <w:t xml:space="preserve">(Speaker D)  Second. </w:t>
      </w:r>
    </w:p>
    <w:p>
      <w:r>
        <w:t xml:space="preserve">(Speaker A)  Motion and a second. All those in favor, please say aye. Any opposed? </w:t>
      </w:r>
    </w:p>
    <w:p>
      <w:r>
        <w:t xml:space="preserve">(Speaker B)  Aye. </w:t>
      </w:r>
    </w:p>
    <w:p>
      <w:r>
        <w:t xml:space="preserve">(Speaker A)  All right. Pass this unanimously. The next section is just one of our annual obligations. A couple years ago, the Florida Statutes or the Florida legislature made us go through a rule making process. So we prepared the same rules as you had for the prior year. Again, they're the same. They're minimal. We call them kind of minimum compliance rules. They're things you're going to achieve anyway and all they really do is get posted on your website in accordance with the rule that was passed. So what we'd like to do if the board's amenable, is to have a motion to adopt the fiscal year 27 goals and then once the fiscal year 26 is over, to also have the chair execution the 26 goals for posting on the website. </w:t>
      </w:r>
    </w:p>
    <w:p>
      <w:r>
        <w:t xml:space="preserve">(Speaker D)  Are there anything that. </w:t>
      </w:r>
    </w:p>
    <w:p>
      <w:r>
        <w:t xml:space="preserve">(Speaker G)  The goals are generally the statutory obligations for noticing meetings that you're holding. </w:t>
      </w:r>
    </w:p>
    <w:p>
      <w:r>
        <w:t xml:space="preserve">(Speaker C)  Meetings. </w:t>
      </w:r>
    </w:p>
    <w:p>
      <w:r>
        <w:t xml:space="preserve">(Speaker D)  But I was. We haven't fallen short on any. </w:t>
      </w:r>
    </w:p>
    <w:p>
      <w:r>
        <w:t xml:space="preserve">(Speaker A)  No, no, no, no. We've kind of designed these to be things that almost all of our districts meet on a pretty regular basis. </w:t>
      </w:r>
    </w:p>
    <w:p>
      <w:r>
        <w:t xml:space="preserve">(Speaker D)  So moved on that approval of that. </w:t>
      </w:r>
    </w:p>
    <w:p>
      <w:r>
        <w:t xml:space="preserve">(Speaker B)  Second. </w:t>
      </w:r>
    </w:p>
    <w:p>
      <w:r>
        <w:t xml:space="preserve">(Speaker A)  All right, motion and a second. All those in favor, please say aye. </w:t>
      </w:r>
    </w:p>
    <w:p>
      <w:r>
        <w:t xml:space="preserve">(Speaker E)  Aye. </w:t>
      </w:r>
    </w:p>
    <w:p>
      <w:r>
        <w:t xml:space="preserve">(Speaker C)  Aye. </w:t>
      </w:r>
    </w:p>
    <w:p>
      <w:r>
        <w:t xml:space="preserve">(Speaker A)  Any opposed? Passes unanimously. The other item we wanted to include, and this is already included in your budget, but we wanted to go ahead and get the Applied Aquatics agreement approved for next fiscal year. Certainly we'll have council draft up the front end document that goes with that. But again, I think Alan can attest to their level of service. </w:t>
      </w:r>
    </w:p>
    <w:p>
      <w:r>
        <w:t xml:space="preserve">(Speaker F)  There's 17 ponds in the community that come out monthly to treat for any invasive nuisance. Excuse me. And exotic weeds along the shoreline. Any retreats they typically can do at no cost. Within 14 days they have to wait based on the EPA guidelines for whatever product they're using. And then they can retreat. But I've really not seen but maybe some sporadic algae and a little bit of torpedo. But that's happening in pretty much all my communities right now and they're doing a good job. And it's budgeted in your budget for next year as well. </w:t>
      </w:r>
    </w:p>
    <w:p>
      <w:r>
        <w:t xml:space="preserve">(Speaker D)  Could I make a request to Aquatic Applied Aquatic that maybe if this is something feasible just based upon questions or requests from residents regarding fountains and implying that the lack of a fountain causes insect issues, etc. All things that might be insinuated that a lack of fountains would cause. Could you have them maybe write something up? Unless it's going to cost us six. </w:t>
      </w:r>
    </w:p>
    <w:p>
      <w:r>
        <w:t xml:space="preserve">(Speaker F)  No, they don't do fountains per se. But I can just more so the </w:t>
      </w:r>
    </w:p>
    <w:p>
      <w:r>
        <w:t xml:space="preserve">(Speaker D)  fact that not having one's not causing turbidity. </w:t>
      </w:r>
    </w:p>
    <w:p>
      <w:r>
        <w:t xml:space="preserve">(Speaker G)  And this is a question we get in all our CDDs. And as you were saying, the cost of fountains is prohibitive. And there doesn't seem to be a good reason, but it would be good coming from. </w:t>
      </w:r>
    </w:p>
    <w:p>
      <w:r>
        <w:t xml:space="preserve">(Speaker F)  You got to remember the fountain's only controlling the water within the radius of the fountain. What typically people will do if they really think they have a problem is place aerators around the entire fountain because you're trying to move a large body of water. These are more decorative than they are anything else. And as we talked about earlier, they're very expensive initially. And the ongoing monthly electrical bill for These are typically 500amonth and that doesn't include maintenance. </w:t>
      </w:r>
    </w:p>
    <w:p>
      <w:r>
        <w:t xml:space="preserve">(Speaker C)  I think to Graham's point was more. We've had some resonance express. </w:t>
      </w:r>
    </w:p>
    <w:p>
      <w:r>
        <w:t xml:space="preserve">(Speaker F)  I'll get you something. </w:t>
      </w:r>
    </w:p>
    <w:p>
      <w:r>
        <w:t xml:space="preserve">(Speaker C)  And so if we had something from a third party, of course that we could send out. </w:t>
      </w:r>
    </w:p>
    <w:p>
      <w:r>
        <w:t xml:space="preserve">(Speaker F)  You have to do educational. </w:t>
      </w:r>
    </w:p>
    <w:p>
      <w:r>
        <w:t xml:space="preserve">(Speaker E)  And can we get this for the record, estimate cost for like one. Like we were to do a farm. Like just arrange it. I know. </w:t>
      </w:r>
    </w:p>
    <w:p>
      <w:r>
        <w:t xml:space="preserve">(Speaker A)  I mean, I think Alan has kind of numbers. </w:t>
      </w:r>
    </w:p>
    <w:p>
      <w:r>
        <w:t xml:space="preserve">(Speaker F)  I can give you a number. </w:t>
      </w:r>
    </w:p>
    <w:p>
      <w:r>
        <w:t xml:space="preserve">(Speaker E)  Yeah, yeah. Just so we have. In terms of what we say, why cost like the. </w:t>
      </w:r>
    </w:p>
    <w:p>
      <w:r>
        <w:t xml:space="preserve">(Speaker D)  So I know we had. There was one at Random park that went through a few for the back potentially. </w:t>
      </w:r>
    </w:p>
    <w:p>
      <w:r>
        <w:t xml:space="preserve">(Speaker F)  I think there was some quotes for that one. </w:t>
      </w:r>
    </w:p>
    <w:p>
      <w:r>
        <w:t xml:space="preserve">(Speaker A)  Yeah, Alan's got fresh quotes for very reason, I think. I think they're 30 to 40 grand. </w:t>
      </w:r>
    </w:p>
    <w:p>
      <w:r>
        <w:t xml:space="preserve">(Speaker G)  Yeah. </w:t>
      </w:r>
    </w:p>
    <w:p>
      <w:r>
        <w:t xml:space="preserve">(Speaker A)  All in. </w:t>
      </w:r>
    </w:p>
    <w:p>
      <w:r>
        <w:t xml:space="preserve">(Speaker G)  We just installed one at another Osceola county and it was about 30 grand. And I think the district spent another 12 so far in the first four months with repairs and miscellaneous things. </w:t>
      </w:r>
    </w:p>
    <w:p>
      <w:r>
        <w:t xml:space="preserve">(Speaker F)  So I have one that was going to be considered for another board meeting in two more weeks. It is a seven and a half horsepower fountain. As we discussed. The quote was provided by lake fountain and aeration. And that quote for this one Based on location to pull power was $32,255.50. Now, mind you, that's no power. So you got to go find a transformer somewhere, wherever that's at you want to. If there's all kinds of things that factor into that. We try to go through stormwater easements, which the district typically owns, but sometimes we have to go between somebody's yard to get through it. So there's some legal documents that need to be agreed to upon that to allow us to run that circuit through their yard. But for the most part, we try to stay within the stormwater easement. This one, like I said, was 32,000. And this is going to be talked about in two weeks. </w:t>
      </w:r>
    </w:p>
    <w:p>
      <w:r>
        <w:t xml:space="preserve">(Speaker D)  And these are all kind of. These are all retention ponds that are connected in some way, shape or form. </w:t>
      </w:r>
    </w:p>
    <w:p>
      <w:r>
        <w:t xml:space="preserve">(Speaker A)  Right. </w:t>
      </w:r>
    </w:p>
    <w:p>
      <w:r>
        <w:t xml:space="preserve">(Speaker D)  So the water does move. </w:t>
      </w:r>
    </w:p>
    <w:p>
      <w:r>
        <w:t xml:space="preserve">(Speaker A)  Oh, it moves. It wants you out the system. Absolutely, yeah. </w:t>
      </w:r>
    </w:p>
    <w:p>
      <w:r>
        <w:t xml:space="preserve">(Speaker D)  So like to say the water stagnant is not necessarily an accurate statement. Would that be correct? </w:t>
      </w:r>
    </w:p>
    <w:p>
      <w:r>
        <w:t xml:space="preserve">(Speaker F)  Well, unless you're getting rainfall and stuff, the water is typically just going to level. I'll let the engineer can speak to that. </w:t>
      </w:r>
    </w:p>
    <w:p>
      <w:r>
        <w:t xml:space="preserve">(Speaker E)  But. </w:t>
      </w:r>
    </w:p>
    <w:p>
      <w:r>
        <w:t xml:space="preserve">(Speaker H)  So every time it rains, the water connects in your inlets, your pipe system flows into the pond, it elevates, and then it discharges through the control structure. So there's a small orifice pipe that's usually below the water surface if it's wet, where that allows basically a slow recovery of the water level. So there is water moving as long as it's been raining. And then there's a larger outflow when stages get high where more water will go out. But really only in the dry season is there nothing flowing out of the pond. Typically in your wet season, there's, There's. With each rain event, you got water in and water out. </w:t>
      </w:r>
    </w:p>
    <w:p>
      <w:r>
        <w:t xml:space="preserve">(Speaker E)  And so again, just my rough estimate, if I take 35,000, we have 17 of these ponds before, you know, for power and duration, we're talking about 600,000 or more. So I mean, I just want to be on the record that, you know, want to hear statement. But if our treatments is already handling kind of the bugs or, you know, to the bugs. </w:t>
      </w:r>
    </w:p>
    <w:p>
      <w:r>
        <w:t xml:space="preserve">(Speaker A)  They're not handling the bugs. So that's. </w:t>
      </w:r>
    </w:p>
    <w:p>
      <w:r>
        <w:t xml:space="preserve">(Speaker E)  They're handling the. </w:t>
      </w:r>
    </w:p>
    <w:p>
      <w:r>
        <w:t xml:space="preserve">(Speaker F)  This is weeds, aquatic weeds. Control. Yeah. And typically, what boards will consider, and I'm not saying you shouldn't consider one, is they'll find a pond that everybody benefits from its view, you know, like where they did the fireworks this last year. That's a nice corner pond. That's something to Consider for the future. But typically, our boards that I've dealt with don't like to do them where it only benefits those that surround the fountain. </w:t>
      </w:r>
    </w:p>
    <w:p>
      <w:r>
        <w:t xml:space="preserve">(Speaker B)  I concur with that. </w:t>
      </w:r>
    </w:p>
    <w:p>
      <w:r>
        <w:t xml:space="preserve">(Speaker F)  You know, it's a benefit for the whole community. </w:t>
      </w:r>
    </w:p>
    <w:p>
      <w:r>
        <w:t xml:space="preserve">(Speaker C)  I think Bristol helps us out with that. </w:t>
      </w:r>
    </w:p>
    <w:p>
      <w:r>
        <w:t xml:space="preserve">(Speaker B)  Yeah, that's a nice fountain right in front of the apartment. </w:t>
      </w:r>
    </w:p>
    <w:p>
      <w:r>
        <w:t xml:space="preserve">(Speaker F)  Yeah. </w:t>
      </w:r>
    </w:p>
    <w:p>
      <w:r>
        <w:t xml:space="preserve">(Speaker D)  Yeah. </w:t>
      </w:r>
    </w:p>
    <w:p>
      <w:r>
        <w:t xml:space="preserve">(Speaker F)  So </w:t>
      </w:r>
    </w:p>
    <w:p>
      <w:r>
        <w:t xml:space="preserve">(Speaker C)  is there more dogs? Back to the resident's point on mosquito control. Is there additional things like mosquito control that normally gets done that we should be doing or. I don't know anything about potential. </w:t>
      </w:r>
    </w:p>
    <w:p>
      <w:r>
        <w:t xml:space="preserve">(Speaker A)  Most of our districts don't do specific mosquito control. We have some that do. If it becomes midge control, typically your county or city will provide actual. For mosquitoes. Mosquitoes, there's a service where they go around and they'll spray. We typically can do midge. Again, the effectiveness of that is kind of up to your. Up to your. You know, they say kind of everything you do for that is about 25% effective. And they have about four different solutions. So you kind of have to do all of them if you want a significant reduction. </w:t>
      </w:r>
    </w:p>
    <w:p>
      <w:r>
        <w:t xml:space="preserve">(Speaker F)  I have numbers on that too, but </w:t>
      </w:r>
    </w:p>
    <w:p>
      <w:r>
        <w:t xml:space="preserve">(Speaker A)  we can certainly get you some numbers. </w:t>
      </w:r>
    </w:p>
    <w:p>
      <w:r>
        <w:t xml:space="preserve">(Speaker E)  Yeah, I would just say we bring them back. Just a number, just so we have it on record for the cleaning. </w:t>
      </w:r>
    </w:p>
    <w:p>
      <w:r>
        <w:t xml:space="preserve">(Speaker F)  Perfect. Is that all ponds or. Or just a specific pond? </w:t>
      </w:r>
    </w:p>
    <w:p>
      <w:r>
        <w:t xml:space="preserve">(Speaker E)  I mean. </w:t>
      </w:r>
    </w:p>
    <w:p>
      <w:r>
        <w:t xml:space="preserve">(Speaker G)  Yeah, the midges tend to be in certain ponds, at least in my experience. There's certain ponds where it gets bad and it gets up on everybody's screen porches and all. It's usually not all the ponds. </w:t>
      </w:r>
    </w:p>
    <w:p>
      <w:r>
        <w:t xml:space="preserve">(Speaker F)  Yeah. And it's typically cyclical, too. They're not. They're not here 24, seven, you know, 365 days a week, couple three weeks, maybe out of the year, and then they die off, and a few months later, they show back up again. But if you want some average numbers, I'll be happy to get. I have a company that we use, and I really hate to have her do work on 17 ponds, knowing that we just should probably get an average of maybe a couple of the biggest ponds. I know the K1 pond in K. Or maybe a couple of the bigger ones that are surrounded by homes. Those would be good ones to start with, I think. </w:t>
      </w:r>
    </w:p>
    <w:p>
      <w:r>
        <w:t xml:space="preserve">(Speaker C)  That way, at least when. If homeowners are coming with questions about it, we can be like, yeah, okay, this much and doesn't do a whole lot or, you know, just more for them. </w:t>
      </w:r>
    </w:p>
    <w:p>
      <w:r>
        <w:t xml:space="preserve">(Speaker G)  Just as background, the county handles mosquito control. That's a specialized power we'd have to get if we're gonna do that. So tell people to call the county and comments there. </w:t>
      </w:r>
    </w:p>
    <w:p>
      <w:r>
        <w:t xml:space="preserve">(Speaker B)  Sometimes at night they go through with their little spray. </w:t>
      </w:r>
    </w:p>
    <w:p>
      <w:r>
        <w:t xml:space="preserve">(Speaker F)  Yep, absolutely. </w:t>
      </w:r>
    </w:p>
    <w:p>
      <w:r>
        <w:t xml:space="preserve">(Speaker G)  But if enough people call, they might. </w:t>
      </w:r>
    </w:p>
    <w:p>
      <w:r>
        <w:t xml:space="preserve">(Speaker F)  Yeah, that's a good one. </w:t>
      </w:r>
    </w:p>
    <w:p>
      <w:r>
        <w:t xml:space="preserve">(Speaker B)  Thank you. </w:t>
      </w:r>
    </w:p>
    <w:p>
      <w:r>
        <w:t xml:space="preserve">(Speaker F)  Yeah, I was trying to see if by chance I in the past had requested that, but I guess not. </w:t>
      </w:r>
    </w:p>
    <w:p>
      <w:r>
        <w:t xml:space="preserve">(Speaker A)  It never came up. So. </w:t>
      </w:r>
    </w:p>
    <w:p>
      <w:r>
        <w:t xml:space="preserve">(Speaker G)  Yeah, they can only do so many times a year based on the. But they can do more if there's enough requests. </w:t>
      </w:r>
    </w:p>
    <w:p>
      <w:r>
        <w:t xml:space="preserve">(Speaker C)  Is it that like a water fountain show like the Bellagio has is probably also out of the question. </w:t>
      </w:r>
    </w:p>
    <w:p>
      <w:r>
        <w:t xml:space="preserve">(Speaker F)  That's up to you. </w:t>
      </w:r>
    </w:p>
    <w:p>
      <w:r>
        <w:t xml:space="preserve">(Speaker A)  You guys can have everything you want. </w:t>
      </w:r>
    </w:p>
    <w:p>
      <w:r>
        <w:t xml:space="preserve">(Speaker F)  Whatever Bellagio, if you want. We're doing session increase next year. </w:t>
      </w:r>
    </w:p>
    <w:p>
      <w:r>
        <w:t xml:space="preserve">(Speaker G)  Yeah, you're going to have to have like a dancing pavilion in front. </w:t>
      </w:r>
    </w:p>
    <w:p>
      <w:r>
        <w:t xml:space="preserve">(Speaker A)  We can. So we go back. Is there a motion to approve the applied aquatics agreement? </w:t>
      </w:r>
    </w:p>
    <w:p>
      <w:r>
        <w:t xml:space="preserve">(Speaker C)  Motion. </w:t>
      </w:r>
    </w:p>
    <w:p>
      <w:r>
        <w:t xml:space="preserve">(Speaker B)  Second. </w:t>
      </w:r>
    </w:p>
    <w:p>
      <w:r>
        <w:t xml:space="preserve">(Speaker A)  Motion and a second. All those in favor, please say aye. Any opposed? </w:t>
      </w:r>
    </w:p>
    <w:p>
      <w:r>
        <w:t xml:space="preserve">(Speaker B)  Aye. </w:t>
      </w:r>
    </w:p>
    <w:p>
      <w:r>
        <w:t xml:space="preserve">(Speaker H)  All right. </w:t>
      </w:r>
    </w:p>
    <w:p>
      <w:r>
        <w:t xml:space="preserve">(Speaker A)  Carries unanimously. The other thing we added just to go ahead and get them going when the fiscal year is over is the audit agreement for fiscal year 26. This is in accordance with the bid that Ground Associates did several years ago and it's already included as the part of of your budget. So we would just look for a motion of the board to approve that auditing agreement. </w:t>
      </w:r>
    </w:p>
    <w:p>
      <w:r>
        <w:t xml:space="preserve">(Speaker C)  Motion. </w:t>
      </w:r>
    </w:p>
    <w:p>
      <w:r>
        <w:t xml:space="preserve">(Speaker B)  Second. </w:t>
      </w:r>
    </w:p>
    <w:p>
      <w:r>
        <w:t xml:space="preserve">(Speaker F)  All right. </w:t>
      </w:r>
    </w:p>
    <w:p>
      <w:r>
        <w:t xml:space="preserve">(Speaker A)  Motion and a second. All those in favor, please say aye. </w:t>
      </w:r>
    </w:p>
    <w:p>
      <w:r>
        <w:t xml:space="preserve">(Speaker C)  Aye. </w:t>
      </w:r>
    </w:p>
    <w:p>
      <w:r>
        <w:t xml:space="preserve">(Speaker B)  Aye. </w:t>
      </w:r>
    </w:p>
    <w:p>
      <w:r>
        <w:t xml:space="preserve">(Speaker A)  Any opposed? All right. Passes unanimously. With that we'll go to staff reports and we'll start with council. </w:t>
      </w:r>
    </w:p>
    <w:p>
      <w:r>
        <w:t xml:space="preserve">(Speaker D)  We had no updates this week for you guys have any questions, let us know. </w:t>
      </w:r>
    </w:p>
    <w:p>
      <w:r>
        <w:t xml:space="preserve">(Speaker A)  I'm sure later down the road we'll have our light discussion on grass. </w:t>
      </w:r>
    </w:p>
    <w:p>
      <w:r>
        <w:t xml:space="preserve">(Speaker D)  What was that last, Stephen? We'll have our discussion on grass. Oh, okay. </w:t>
      </w:r>
    </w:p>
    <w:p>
      <w:r>
        <w:t xml:space="preserve">(Speaker G)  Sorry. The new film. </w:t>
      </w:r>
    </w:p>
    <w:p>
      <w:r>
        <w:t xml:space="preserve">(Speaker C)  Didn't even know it was my focus. </w:t>
      </w:r>
    </w:p>
    <w:p>
      <w:r>
        <w:t xml:space="preserve">(Speaker A)  Then we can go to the engineer before we've got Christina Baxter here. We also handed you out. I just got the memo from Cameron about yesterday. So that's there too with some options on the walkway. </w:t>
      </w:r>
    </w:p>
    <w:p>
      <w:r>
        <w:t xml:space="preserve">(Speaker H)  And we've got Christina here, happy to answer any questions. So we did look at some options regarding the trail near Pond K1 and some high level cost order magnitude for you to consider in terms of the discussions there and then. I believe Cameron was working on providing a markup to address the ponding. I think it's theology. There's some pavement and ponding. </w:t>
      </w:r>
    </w:p>
    <w:p>
      <w:r>
        <w:t xml:space="preserve">(Speaker A)  Yeah, that was in your theology way. </w:t>
      </w:r>
    </w:p>
    <w:p>
      <w:r>
        <w:t xml:space="preserve">(Speaker C)  Okay. </w:t>
      </w:r>
    </w:p>
    <w:p>
      <w:r>
        <w:t xml:space="preserve">(Speaker F)  Prologue. </w:t>
      </w:r>
    </w:p>
    <w:p>
      <w:r>
        <w:t xml:space="preserve">(Speaker H)  Prologue. </w:t>
      </w:r>
    </w:p>
    <w:p>
      <w:r>
        <w:t xml:space="preserve">(Speaker F)  Yeah. Oh, I looked at that yesterday. It's need some help. </w:t>
      </w:r>
    </w:p>
    <w:p>
      <w:r>
        <w:t xml:space="preserve">(Speaker H)  So happy to answer any questions that you may have or. </w:t>
      </w:r>
    </w:p>
    <w:p>
      <w:r>
        <w:t xml:space="preserve">(Speaker D)  So I would Assume you're privy to the conversation that has taken place about the K1 pond issues. </w:t>
      </w:r>
    </w:p>
    <w:p>
      <w:r>
        <w:t xml:space="preserve">(Speaker H)  Yes, Cameron brought me up to speed. I've kind of. I've been aware of the conversations. </w:t>
      </w:r>
    </w:p>
    <w:p>
      <w:r>
        <w:t xml:space="preserve">(Speaker D)  And then the conversation was had last week on the phone. He was on the phone. And the conversation here within the. Our last board meeting, just trying to understand. And I'll go ahead and start talking just because I was the one that </w:t>
      </w:r>
    </w:p>
    <w:p>
      <w:r>
        <w:t xml:space="preserve">(Speaker F)  brought it up and I'm over in </w:t>
      </w:r>
    </w:p>
    <w:p>
      <w:r>
        <w:t xml:space="preserve">(Speaker D)  phase K, so I understand what's going on when it rains and how it's a little frustrating. Doesn't really make sense that something that was. It's working as designed, but it's not designed in a way that works, if that makes sense. And so after asking some questions like who was the. Was your engineering firm the firm that was in charge, or was the one that was approving the original design when I assume Lennar was developing, which would have been probably, I would imagine, if not a majority, but. Or if not a 50 board, all represented by Lennar, it could have been a 3 to 2 majority with Lennar and getting that approved. How it. Why or how would. It's just a frustrating situation, I guess you could say, because as one would hope that something is designed and engineered and created and finally finalized, approved, et cetera, all those things as designed. But when you see the design, it's not working. And then you find out the person that said it was created as design was the same engineers that is now supposedly supposed to be representing the residents of story parks. So just almost like it's like a big conflict of interest because you had on one end somebody that approved the design before the residents took over the cdd. And then you have the same company saying it is working as designed, but you're also representing. Now you're representing the residents of the CDB. And then you get three quotes, actually now just two. Well, one is 95,000 and another one is 180,000, which to me don't seem cost. There's not. It's a minimal cost benefit. To the residents of the cdd. And almost like. Well, I guess you guys just kind of have to keep with it because even though it is working as design, it's a poor design. So I guess if y' all can maybe shed. You could shed some light on how the whole process from start to finish, just so for the benefit of the board to understand. And then maybe that gives us an idea of what direction to take. </w:t>
      </w:r>
    </w:p>
    <w:p>
      <w:r>
        <w:t xml:space="preserve">(Speaker C)  So, Peggy, back on that real quick. It's like it's working as it's IP designed because the design was bad. Right. </w:t>
      </w:r>
    </w:p>
    <w:p>
      <w:r>
        <w:t xml:space="preserve">(Speaker G)  So, well, from. I'll just give you just background in general, how it all works. There's an engineering report that gives basic improvements that the district is going to finance and acquire. Lennard developed it. So Lennar, through one of their engineers or landscape designer, designed that. It got permitted through city and whoever else is doing the permitting for it. And then once it's completed and once the bonds are issued, then a package comes and the district engineer reviews it, makes sure that it's been the design that the city approved was properly done and that everything is in good shape, and then the board agrees to accept it. But that's the process we go through, and we run into this as developments </w:t>
      </w:r>
    </w:p>
    <w:p>
      <w:r>
        <w:t xml:space="preserve">(Speaker D)  age, quite often it's not aged. It's the newest part of our community. It might. It's less than three years old. That area actually might be less than two. </w:t>
      </w:r>
    </w:p>
    <w:p>
      <w:r>
        <w:t xml:space="preserve">(Speaker G)  And. Yeah, and what we run into often is that, you know, if the city approves this as part of landscape design or part of improvement design, then you get into an argument of is it design flaw or is it permitting flaw? </w:t>
      </w:r>
    </w:p>
    <w:p>
      <w:r>
        <w:t xml:space="preserve">(Speaker D)  Well, we were told last week or last month. Excuse me. That the engineers approved the original design. </w:t>
      </w:r>
    </w:p>
    <w:p>
      <w:r>
        <w:t xml:space="preserve">(Speaker B)  Your firm. </w:t>
      </w:r>
    </w:p>
    <w:p>
      <w:r>
        <w:t xml:space="preserve">(Speaker H)  Sure, yeah. I'm happy to answer. There's a lot in that statement, so I'll try to do my best to kind of step through that for you. So, yes, my firm was responsible for the design, engineering, and permitting. We were under contract with Lennar Homes, and we progressed through that process with Lennar. The design decisions and some of the why and how and amenities in that phase were part of kind of the evolution of design and some decisions made together between our firm and Lennar in terms of where that trail goes, the elevations it's placed at, and the overall function of some of the stormwater components with the wetland, the pond, and where that drill sits. So that's kind of the. Originally how that transpired. Yes. We also represent the cdd. You've hired us as your CDD engineer. Yes. We both functioned and designed, engineered and permitted the project, and we function as your CDD engineer. We do do our best to wear both hats. </w:t>
      </w:r>
    </w:p>
    <w:p>
      <w:r>
        <w:t xml:space="preserve">(Speaker D)  Are you saying at that time you were representing both? </w:t>
      </w:r>
    </w:p>
    <w:p>
      <w:r>
        <w:t xml:space="preserve">(Speaker H)  We have from the beginning. Lennar had us as the design engineer and functioning as the CDD engineer. It's fairly common for that role to be served by the same firm. There are some advantages to it because we're aware of the projects, the history, the construction. And also we come in with a Knowledge base as the CDD engineer, because we've been involved since the beginning. At times, yes, I can see your concern in terms of CDD versus design. We do our best to answer questions from an engineering standpoint and rely on our code standards and experience in that realm. </w:t>
      </w:r>
    </w:p>
    <w:p>
      <w:r>
        <w:t xml:space="preserve">(Speaker A)  So. </w:t>
      </w:r>
    </w:p>
    <w:p>
      <w:r>
        <w:t xml:space="preserve">(Speaker H)  But I. I do hear your concern. </w:t>
      </w:r>
    </w:p>
    <w:p>
      <w:r>
        <w:t xml:space="preserve">(Speaker C)  What Cameron was saying was that it's designed to overflow the wetlands design overflow across the trail and drain into the pond. Right. Pond K1. </w:t>
      </w:r>
    </w:p>
    <w:p>
      <w:r>
        <w:t xml:space="preserve">(Speaker H)  That is. That is correct. And I can shed a little bit of my own. </w:t>
      </w:r>
    </w:p>
    <w:p>
      <w:r>
        <w:t xml:space="preserve">(Speaker C)  Sounds good. </w:t>
      </w:r>
    </w:p>
    <w:p>
      <w:r>
        <w:t xml:space="preserve">(Speaker H)  Yeah. </w:t>
      </w:r>
    </w:p>
    <w:p>
      <w:r>
        <w:t xml:space="preserve">(Speaker C)  I think the issue comes down to it doesn't overflow and drain. We overflows and. </w:t>
      </w:r>
    </w:p>
    <w:p>
      <w:r>
        <w:t xml:space="preserve">(Speaker H)  Yes. </w:t>
      </w:r>
    </w:p>
    <w:p>
      <w:r>
        <w:t xml:space="preserve">(Speaker D)  So in rises and cysts. </w:t>
      </w:r>
    </w:p>
    <w:p>
      <w:r>
        <w:t xml:space="preserve">(Speaker C)  Yeah. So is that a design issue? Like, like seems like explicit overflow into the pond. And it doesn't seem like the root cause of that is it's a poorly designed. </w:t>
      </w:r>
    </w:p>
    <w:p>
      <w:r>
        <w:t xml:space="preserve">(Speaker D)  Why would you acknowledge that it's a design issue when you were the ones that designed it? </w:t>
      </w:r>
    </w:p>
    <w:p>
      <w:r>
        <w:t xml:space="preserve">(Speaker C)  And now, </w:t>
      </w:r>
    </w:p>
    <w:p>
      <w:r>
        <w:t xml:space="preserve">(Speaker D)  like, why would you say, oh, yeah, it's our fault, we designed it. </w:t>
      </w:r>
    </w:p>
    <w:p>
      <w:r>
        <w:t xml:space="preserve">(Speaker E)  Wrong. </w:t>
      </w:r>
    </w:p>
    <w:p>
      <w:r>
        <w:t xml:space="preserve">(Speaker D)  No, it's designed. It's working as designed. </w:t>
      </w:r>
    </w:p>
    <w:p>
      <w:r>
        <w:t xml:space="preserve">(Speaker H)  So let me maybe phrase that different. I was not at the meeting. I did skim through the minutes. So I can see where, you know, I think Cameron was trying to answer your questions to the best of his abilities. But sometimes when you're in a room with a lot of people asking questions, you sometimes tend to say things the same way, trying to say them a different way. So the design of that system, I'll just kind of give you an overview from my perspective. And I was involved with it from the beginning. So that system is designed such that when that wetland stage is up, it is supposed to overtop the trail and the water will go into the pond. The pond is lower than that wetland system. It basically goes from the wetland well over top. Water will go into the pond, and then the water gets discharged through the control structure to the wetland to the west. Based on review of the photos from the ponding you've got going on in the trail, it appears that through that corridor, you do have some water traps. Some areas are kind of sloped a little bit back this way. Some are just low. Looks like you've got some sod that might be sitting higher than the trail. That's, you know, not helping water to drain. As part of our city certification of completion process, we are not required to get as built along the those pathways, if you will. So while the site was a visual inspection, was probably done and walked. We don't have as built of the grade and the trail through there. So likely some of these low areas was not picked up on during that process. So I think some of your ponding is due to some of those conditions. While yes, that wetland will stage up and over topsoap 100% we were very well aware that was the design and the intent and that was discussed with Lennar as the developer. That during certain times of the year, yes, that will be have water on it over it and it may be unusable for portions of the year. </w:t>
      </w:r>
    </w:p>
    <w:p>
      <w:r>
        <w:t xml:space="preserve">(Speaker E)  Maybe just on that point with the. Because you mentioned that it wasn't picked up in the Hanover process or didn't have to do like the asphilt. Is that part of what would have been done when we get it handed over as a CDD from Lennar or </w:t>
      </w:r>
    </w:p>
    <w:p>
      <w:r>
        <w:t xml:space="preserve">(Speaker G)  when would that it's usually done by the city when they sign off and it's completed. </w:t>
      </w:r>
    </w:p>
    <w:p>
      <w:r>
        <w:t xml:space="preserve">(Speaker E)  Okay. </w:t>
      </w:r>
    </w:p>
    <w:p>
      <w:r>
        <w:t xml:space="preserve">(Speaker G)  And if the city doesn't require it, it's not done. And that's in a number of things that are finished. The city gets permits without as built. So they base the design on what they see, but they are not measuring to see did the contractor actually build it exactly to the specs that were designed. </w:t>
      </w:r>
    </w:p>
    <w:p>
      <w:r>
        <w:t xml:space="preserve">(Speaker E)  But then just. I'm just trying to understand the CP on you. Then what we get because we were relying on maybe meeting that kind of standard or meeting the design. And if it's not, is there any recourse we have or is it just tough luck you took it over. Was it called or the city permitted it and you had to. </w:t>
      </w:r>
    </w:p>
    <w:p>
      <w:r>
        <w:t xml:space="preserve">(Speaker G)  Yeah, no, I understand. And I say it seems to be coming up a lot. The city. We have no recourse against the city. We say you issued a permit and you. You said this was completed and you didn't do this. It is going to say, yeah, not </w:t>
      </w:r>
    </w:p>
    <w:p>
      <w:r>
        <w:t xml:space="preserve">(Speaker E)  adversary C but ladar. Because </w:t>
      </w:r>
    </w:p>
    <w:p>
      <w:r>
        <w:t xml:space="preserve">(Speaker G)  to try to go after a developer, we would have to prove a construction defect. And when you start looking into construction and an actual defect, if it was designed so it would go down, you'd have to prove that it was designed, it was built. We'd have to go out and do surveys to make sure that it was actually built as design. Design issues, as you brought up with landscaping, you know, has the sod built up enough that it's holding more water than anyone could have reasonably anticipated? There's a lot of other things that would go it's, you know, contributory negligence. Kind of like you have to look at, okay, maybe they designed it wrong or maybe they designed it perfectly and the engineer did it. Right. And again, I don't know the specifics, this is the first one hearing of this. But then you have to look at the landscaping, the contractor, the design. Maybe it was built completely. Right. But people were using it to use for construction. People were driving along it with machines to build houses. There's a whole lot of factors that would have to go in to be able to say yes, this was designed improperly, Lennar should have done it. And then we have a claim of some kind. No, I was going to say because I've had this come up in a couple districts in the last couple years and trying to establish that something is designed wrong is a tough hurdle to jump through unfortunately. </w:t>
      </w:r>
    </w:p>
    <w:p>
      <w:r>
        <w:t xml:space="preserve">(Speaker E)  I'm just trying to compare the cost. Again, I'm not saying get in that route, but the minimum option is 100,000. How much would a review or like would it cost to have something just. If we're going to look into that again, I just want to have an order of magnitude, I don't know. </w:t>
      </w:r>
    </w:p>
    <w:p>
      <w:r>
        <w:t xml:space="preserve">(Speaker G)  We have to figure out where the Pluto's are looking at the, looking at the permits. </w:t>
      </w:r>
    </w:p>
    <w:p>
      <w:r>
        <w:t xml:space="preserve">(Speaker D)  Remind me your first name. </w:t>
      </w:r>
    </w:p>
    <w:p>
      <w:r>
        <w:t xml:space="preserve">(Speaker H)  Christy. </w:t>
      </w:r>
    </w:p>
    <w:p>
      <w:r>
        <w:t xml:space="preserve">(Speaker D)  So Christie's pointed out a couple of potential issues. Could be, you know, low lying sod, things of that nature. I would imagine lifting that sod up, backfilling some in some way to have a more unified decline into the pond protection potentially could avoid those issues. And therefore I can't imagine those would be things that would cause 95,000, 180,000 et cetera. But correct me if I'm wrong, landscapers are throwing the sod down. </w:t>
      </w:r>
    </w:p>
    <w:p>
      <w:r>
        <w:t xml:space="preserve">(Speaker E)  Right. </w:t>
      </w:r>
    </w:p>
    <w:p>
      <w:r>
        <w:t xml:space="preserve">(Speaker D)  But would the engineers be in charge </w:t>
      </w:r>
    </w:p>
    <w:p>
      <w:r>
        <w:t xml:space="preserve">(Speaker F)  of </w:t>
      </w:r>
    </w:p>
    <w:p>
      <w:r>
        <w:t xml:space="preserve">(Speaker D)  the grading of, from the wetland over the hill, grading down into that area? Just based off memory, there's a pretty steep incline from the, from the hill, but it isn't necessarily straight into the pond. It's more in a southward direction. Again, I'm going off my memory. I don't have to go out there and look at it to explain what I'm trying to say. And so maybe that angle is keeping it from going straight into the pond. It's bringing it over to this direction towards more along parallel the path than perpendicular to the path. </w:t>
      </w:r>
    </w:p>
    <w:p>
      <w:r>
        <w:t xml:space="preserve">(Speaker H)  Yeah. And, and so maybe a first step before we really start to, to pick a park. I think Cameron was trying to kind of give you order of magnitude numbers would be to go through and get some surveys kind of from the, along the top of bank of the pond, kind of at a decent grid where we can truly get a topographic survey. Of what was built through there and also the elevation of the sod versus the pavement so we can get a better understanding. Because looking at the picture, certain sections might be a different issue as you move along the trail. So it may not totally be a blanket. You know, we may be able to fix certain sections with a fairly minor fix. We might. And then some other sections you may not have a great net improvement in the end. And it may just be the water from the wetland. From looking at the photos out there, I do have the opinion that you may have a varied condition along that trail because it's a decent couple hundred feet where you're seeing some issues through there. </w:t>
      </w:r>
    </w:p>
    <w:p>
      <w:r>
        <w:t xml:space="preserve">(Speaker D)  Which then goes back to the question at the very beginning. And this is. We've been talking about this for a good six months at least. Probably since I've been on the board. </w:t>
      </w:r>
    </w:p>
    <w:p>
      <w:r>
        <w:t xml:space="preserve">(Speaker A)  Maybe since. </w:t>
      </w:r>
    </w:p>
    <w:p>
      <w:r>
        <w:t xml:space="preserve">(Speaker D)  Maybe since December and even before that. It goes back to the question is you're saying hundreds of. Not hundreds, 100 to you know, 100 plus feet. </w:t>
      </w:r>
    </w:p>
    <w:p>
      <w:r>
        <w:t xml:space="preserve">(Speaker C)  Yeah. </w:t>
      </w:r>
    </w:p>
    <w:p>
      <w:r>
        <w:t xml:space="preserve">(Speaker D)  I mean that's a design flaw. </w:t>
      </w:r>
    </w:p>
    <w:p>
      <w:r>
        <w:t xml:space="preserve">(Speaker C)  Well or so actually back to their point. Is it a design fault or is it an implementation fault? </w:t>
      </w:r>
    </w:p>
    <w:p>
      <w:r>
        <w:t xml:space="preserve">(Speaker E)  Yeah, that's what I like. </w:t>
      </w:r>
    </w:p>
    <w:p>
      <w:r>
        <w:t xml:space="preserve">(Speaker G)  Yeah. </w:t>
      </w:r>
    </w:p>
    <w:p>
      <w:r>
        <w:t xml:space="preserve">(Speaker C)  It could have been designed perfectly when they did it. So they didn't do it according to design. </w:t>
      </w:r>
    </w:p>
    <w:p>
      <w:r>
        <w:t xml:space="preserve">(Speaker E)  Cuz all was a visual inspection. Not really. </w:t>
      </w:r>
    </w:p>
    <w:p>
      <w:r>
        <w:t xml:space="preserve">(Speaker G)  Yeah, we've just redone some trails very similar. And there's been washouts. Turned out the kind of soil under the base wasn't well and so we just had to replace them in certain areas it was washing out because it wasn't. Apparently whatever was specked and was decided to be a better choice. And it's great in some places, but in some places it's not working. But again they weren't able to make a claim because they're just wasn't enough information. </w:t>
      </w:r>
    </w:p>
    <w:p>
      <w:r>
        <w:t xml:space="preserve">(Speaker B)  That's so difficult. </w:t>
      </w:r>
    </w:p>
    <w:p>
      <w:r>
        <w:t xml:space="preserve">(Speaker G)  Yeah, it's. It's really tough on these, which I </w:t>
      </w:r>
    </w:p>
    <w:p>
      <w:r>
        <w:t xml:space="preserve">(Speaker C)  know K has even noted that the existing trail is inconsistently graded leading to limited draining across the trail. </w:t>
      </w:r>
    </w:p>
    <w:p>
      <w:r>
        <w:t xml:space="preserve">(Speaker D)  Limited grading would be. </w:t>
      </w:r>
    </w:p>
    <w:p>
      <w:r>
        <w:t xml:space="preserve">(Speaker G)  So what would it take for a proposal and what it would take for you guys to kind of do a </w:t>
      </w:r>
    </w:p>
    <w:p>
      <w:r>
        <w:t xml:space="preserve">(Speaker H)  survey and see I. I can have our survey provide a proposal to kind of go through and survey at a fine enough grid that we can give you a little better input at least as to at least how it was graded in the final condition and then where that pavement sits versus the sod. I think that would be my first recommendation to kind of making sure if you go forward with a solution we have a better confidence level of what fix is appropriate in what location. I would like to address the design flaw question. There is not a code requirement to design pedestrian trails above a certain elevation related to either the wetland and. Or the pond. So we. I. This was discussed with Lennar different options in this area in terms of what they wanted as. As to kind of the concern about this area being wet during the wet season. So the design of an elevation of the trail is not out of compliance with any code requirements. It's an amenity feature. And yes, for the residents, you would love to walk on your path and have it high and dry all year long. However, it was a known element during design and permitting that was going to have some portions of the year, it would likely be wet. </w:t>
      </w:r>
    </w:p>
    <w:p>
      <w:r>
        <w:t xml:space="preserve">(Speaker D)  Jason, would that be something that was in the sunshine or no? </w:t>
      </w:r>
    </w:p>
    <w:p>
      <w:r>
        <w:t xml:space="preserve">(Speaker A)  I. I have to look through the records. </w:t>
      </w:r>
    </w:p>
    <w:p>
      <w:r>
        <w:t xml:space="preserve">(Speaker D)  I don't know what my question would be. It was that like CDD discussion, not cdd, but Lennar cbd. </w:t>
      </w:r>
    </w:p>
    <w:p>
      <w:r>
        <w:t xml:space="preserve">(Speaker G)  Because I would. I mean, I doubt it. I have no idea. I would doubt that because generally the developers make their decisions on design and amenities based on selling in their market and where they have space. And where is the nicest place to put a walking trail? Or are we just going to have a slope or are we going to do that? And that's something that wouldn't be like </w:t>
      </w:r>
    </w:p>
    <w:p>
      <w:r>
        <w:t xml:space="preserve">(Speaker D)  a CBD property at that time. </w:t>
      </w:r>
    </w:p>
    <w:p>
      <w:r>
        <w:t xml:space="preserve">(Speaker A)  It wouldn't have been at that time. </w:t>
      </w:r>
    </w:p>
    <w:p>
      <w:r>
        <w:t xml:space="preserve">(Speaker E)  That's why I was asking about the exception process, if there was anything there </w:t>
      </w:r>
    </w:p>
    <w:p>
      <w:r>
        <w:t xml:space="preserve">(Speaker B)  also in that case. So let's say at that moment when the turnover is there, then it becomes CDD property, Correct? </w:t>
      </w:r>
    </w:p>
    <w:p>
      <w:r>
        <w:t xml:space="preserve">(Speaker G)  Yes. </w:t>
      </w:r>
    </w:p>
    <w:p>
      <w:r>
        <w:t xml:space="preserve">(Speaker E)  So that's why I was asking at the turnover, is there anything that we could go back to or we would just like not knowing. So that's. </w:t>
      </w:r>
    </w:p>
    <w:p>
      <w:r>
        <w:t xml:space="preserve">(Speaker F)  Yeah. </w:t>
      </w:r>
    </w:p>
    <w:p>
      <w:r>
        <w:t xml:space="preserve">(Speaker C)  I think also on the design flaw thing, you know, it was just going off of. It was designed to overflow and it doesn't. Not knowing anything about how. Assuming it gets built, how it's designed, you know, so whether it's a design flaw or Lennar chose poor design decision </w:t>
      </w:r>
    </w:p>
    <w:p>
      <w:r>
        <w:t xml:space="preserve">(Speaker F)  or </w:t>
      </w:r>
    </w:p>
    <w:p>
      <w:r>
        <w:t xml:space="preserve">(Speaker H)  I hear you, I'm support again. </w:t>
      </w:r>
    </w:p>
    <w:p>
      <w:r>
        <w:t xml:space="preserve">(Speaker C)  Or maybe implementation was bad or it just is what Lennar wanted and we're stuck with it. </w:t>
      </w:r>
    </w:p>
    <w:p>
      <w:r>
        <w:t xml:space="preserve">(Speaker H)  We're just trying to figure out is </w:t>
      </w:r>
    </w:p>
    <w:p>
      <w:r>
        <w:t xml:space="preserve">(Speaker C)  it our residents, $95,000 that have to be spent or was there someone who really dropped the ball who messed it up. </w:t>
      </w:r>
    </w:p>
    <w:p>
      <w:r>
        <w:t xml:space="preserve">(Speaker H)  Yeah. So I, I would kind of just add to that context. Sometimes during the design process, which was not part of the CDD this happened well before sometimes as we implement requirements from the city to provide amenities that meet criteria, to provide some trails or elements. We will add very commonly trails around these ponds and we'll have a, we call it a value engineering discussion about how we do it, where they sit and some of the constraints as to when you put these in. We commonly will put them in along upland wetland buffers which when wetlands stage up, it gets wet. So this is not the first or last conversation about a trail that's wet that I probably will ever have. And unfortunately, sometimes for the residents, again, it's not usable part of, for part of the year. So. </w:t>
      </w:r>
    </w:p>
    <w:p>
      <w:r>
        <w:t xml:space="preserve">(Speaker C)  And if it was designed not to be easable, </w:t>
      </w:r>
    </w:p>
    <w:p>
      <w:r>
        <w:t xml:space="preserve">(Speaker E)  we wouldn't know that until after we have it over. </w:t>
      </w:r>
    </w:p>
    <w:p>
      <w:r>
        <w:t xml:space="preserve">(Speaker C)  Then it is as disop. </w:t>
      </w:r>
    </w:p>
    <w:p>
      <w:r>
        <w:t xml:space="preserve">(Speaker B)  So if we, if we do a survey, is there extra cost for their cdd? </w:t>
      </w:r>
    </w:p>
    <w:p>
      <w:r>
        <w:t xml:space="preserve">(Speaker A)  The survey cost just. </w:t>
      </w:r>
    </w:p>
    <w:p>
      <w:r>
        <w:t xml:space="preserve">(Speaker H)  We could just do the survey cost and then we can review that and get. Give you a little more context as to the elevations it's sitting at today versus design elevations versus okay, if you were to regrade that corridor, this is what we would recommend. Or if there's just certain areas where, hey, sod's sitting six inches above on both sides. Can we fix some sod for this section? And it likely will. Will drain better than it does today. Again, we could probably come up with a hierarchy of recommendations in different cost levels, if you will, to at least give you something a little better to consider. </w:t>
      </w:r>
    </w:p>
    <w:p>
      <w:r>
        <w:t xml:space="preserve">(Speaker E)  So the first step would be to get that proposal of what that would cost us and then we could take it in the next meeting. </w:t>
      </w:r>
    </w:p>
    <w:p>
      <w:r>
        <w:t xml:space="preserve">(Speaker B)  If we do you all think, because now we're talking about it already for six, seven months. Do you all think we should allocate some money towards it that whenever, whenever it stays under that budget for the survey cost, then at least perhaps we can get the survey during the next meeting. </w:t>
      </w:r>
    </w:p>
    <w:p>
      <w:r>
        <w:t xml:space="preserve">(Speaker C)  We have a decent amount in cat packs. </w:t>
      </w:r>
    </w:p>
    <w:p>
      <w:r>
        <w:t xml:space="preserve">(Speaker E)  Yeah, well, this would be capital. This would be like my understanding the survey would just be like operating. </w:t>
      </w:r>
    </w:p>
    <w:p>
      <w:r>
        <w:t xml:space="preserve">(Speaker A)  It's an operating. </w:t>
      </w:r>
    </w:p>
    <w:p>
      <w:r>
        <w:t xml:space="preserve">(Speaker C)  Sorry, for the survey, you mean? </w:t>
      </w:r>
    </w:p>
    <w:p>
      <w:r>
        <w:t xml:space="preserve">(Speaker B)  Yeah, for. For now. For the survey. Because now if we wait for the </w:t>
      </w:r>
    </w:p>
    <w:p>
      <w:r>
        <w:t xml:space="preserve">(Speaker C)  only 10 times on how much survey cost is. If it needs a hundred dollars, then who cares if it's $50,000 then. </w:t>
      </w:r>
    </w:p>
    <w:p>
      <w:r>
        <w:t xml:space="preserve">(Speaker B)  Or else we have to wait a couple thousand dollars. </w:t>
      </w:r>
    </w:p>
    <w:p>
      <w:r>
        <w:t xml:space="preserve">(Speaker H)  Again, I don't usually price the survey component in my office, so it's far less than the numbers on the email. </w:t>
      </w:r>
    </w:p>
    <w:p>
      <w:r>
        <w:t xml:space="preserve">(Speaker B)  At least if we do something right now and we can allocate or we can approval for let's say $4,000 right now maybe we can get the survey during the next meeting or elsewhere two months for it instead of just one month. </w:t>
      </w:r>
    </w:p>
    <w:p>
      <w:r>
        <w:t xml:space="preserve">(Speaker E)  But I don't know if it matters. Yeah. Because I think it's. I'd rather see the breakdown of it. Yeah. Okay. Because I think any fix if we're in 100,000 we're gonna take longer to discuss it and get it in. </w:t>
      </w:r>
    </w:p>
    <w:p>
      <w:r>
        <w:t xml:space="preserve">(Speaker B)  Yeah, of course. </w:t>
      </w:r>
    </w:p>
    <w:p>
      <w:r>
        <w:t xml:space="preserve">(Speaker C)  Yeah. </w:t>
      </w:r>
    </w:p>
    <w:p>
      <w:r>
        <w:t xml:space="preserve">(Speaker H)  Another item you may want to consider. You know the cost on here for the boardwalk is a very high level of. We don't necessarily do those all the time. They're commonly the developer will contract directly with a boardwalk individual. So I don't know if you guys have, you know a contractor that could give you a little more refined per linear cost on that element just to help. </w:t>
      </w:r>
    </w:p>
    <w:p>
      <w:r>
        <w:t xml:space="preserve">(Speaker C)  But the boardwalks are also a huge pain to maintain. </w:t>
      </w:r>
    </w:p>
    <w:p>
      <w:r>
        <w:t xml:space="preserve">(Speaker H)  I was letting you know that we put a pretty decent swag on that one. But that is not something that we review bids for on a regular basis. </w:t>
      </w:r>
    </w:p>
    <w:p>
      <w:r>
        <w:t xml:space="preserve">(Speaker C)  Yeah. I mean sounds like figuring out how </w:t>
      </w:r>
    </w:p>
    <w:p>
      <w:r>
        <w:t xml:space="preserve">(Speaker F)  much it would be to do some </w:t>
      </w:r>
    </w:p>
    <w:p>
      <w:r>
        <w:t xml:space="preserve">(Speaker C)  sort of survey and then that telling us giving us all the more information of what we would actually need to do to improve it. Also combining that with was it. Is it working as intended or did someone mess up along the way? </w:t>
      </w:r>
    </w:p>
    <w:p>
      <w:r>
        <w:t xml:space="preserve">(Speaker D)  You understand the only people that there's no one in this room or anywhere else that are going to say that it's not working at point this. Yes, but which is the problem. We're. We're trying to. Represent our residents, the members of the cdd. </w:t>
      </w:r>
    </w:p>
    <w:p>
      <w:r>
        <w:t xml:space="preserve">(Speaker F)  Yes. </w:t>
      </w:r>
    </w:p>
    <w:p>
      <w:r>
        <w:t xml:space="preserve">(Speaker D)  With the fiduciary responsibility. But with we're basically being told without </w:t>
      </w:r>
    </w:p>
    <w:p>
      <w:r>
        <w:t xml:space="preserve">(Speaker C)  a certified if we have a ceremony that says oh look this is actually 10 inches lower than it was supposed to and there's no way that's natural then that looks like it would be more implementation fault. </w:t>
      </w:r>
    </w:p>
    <w:p>
      <w:r>
        <w:t xml:space="preserve">(Speaker E)  Right. </w:t>
      </w:r>
    </w:p>
    <w:p>
      <w:r>
        <w:t xml:space="preserve">(Speaker D)  But it still goes back to Lenar knew that that was potentially going to happen. </w:t>
      </w:r>
    </w:p>
    <w:p>
      <w:r>
        <w:t xml:space="preserve">(Speaker C)  Well I mean unless it slopes 10 inches higher and the construction did it incorrectly. I mean it would all boil down to if that was the case then it's trying to do a lawsuit or whatever. But without knowing those specifics and seems like for remediation or finding out if there was poor implementation either results in except in a survey what it sounds </w:t>
      </w:r>
    </w:p>
    <w:p>
      <w:r>
        <w:t xml:space="preserve">(Speaker E)  like to me </w:t>
      </w:r>
    </w:p>
    <w:p>
      <w:r>
        <w:t xml:space="preserve">(Speaker C)  because how do we say it was implemented incorrectly if we. </w:t>
      </w:r>
    </w:p>
    <w:p>
      <w:r>
        <w:t xml:space="preserve">(Speaker D)  You're gonna have to get some sort of support for it anyway. </w:t>
      </w:r>
    </w:p>
    <w:p>
      <w:r>
        <w:t xml:space="preserve">(Speaker C)  Yeah. Yeah. I mean I'm with you. Seems like if it's supposed to drain in the pond. If it doesn't somewhere that is not correct. However, I'm also not in the world of being a developer. And maybe that's good enough or maybe somewhere in between, I don't know. But without actual. </w:t>
      </w:r>
    </w:p>
    <w:p>
      <w:r>
        <w:t xml:space="preserve">(Speaker D)  And the reality is metrics to go </w:t>
      </w:r>
    </w:p>
    <w:p>
      <w:r>
        <w:t xml:space="preserve">(Speaker C)  off of could be it just goes back and forth. </w:t>
      </w:r>
    </w:p>
    <w:p>
      <w:r>
        <w:t xml:space="preserve">(Speaker D)  Could be blamed on the city, could be blamed on the county, could be blamed on the state. Yeah, that's when you make calls. </w:t>
      </w:r>
    </w:p>
    <w:p>
      <w:r>
        <w:t xml:space="preserve">(Speaker A)  I mean, it's an issue again, that's </w:t>
      </w:r>
    </w:p>
    <w:p>
      <w:r>
        <w:t xml:space="preserve">(Speaker D)  when you make calls to commissioners, mayors, legislators. </w:t>
      </w:r>
    </w:p>
    <w:p>
      <w:r>
        <w:t xml:space="preserve">(Speaker A)  This issue comes up a lot. And, you know, we get, you know, especially when resident boards take over from a developer, they find things that weren't, you know, where. Yes, there's an ideal way to build something, but that doesn't necessarily mean that's what the developer did. That met minimum code. </w:t>
      </w:r>
    </w:p>
    <w:p>
      <w:r>
        <w:t xml:space="preserve">(Speaker D)  It almost needs to be a new construction resident bill of rights. And y' all laugh, but, I mean, there's a teacher bill of Rights. </w:t>
      </w:r>
    </w:p>
    <w:p>
      <w:r>
        <w:t xml:space="preserve">(Speaker C)  That. </w:t>
      </w:r>
    </w:p>
    <w:p>
      <w:r>
        <w:t xml:space="preserve">(Speaker D)  There's a student bill of rights. There's a parent bill of Rights. Now there's a school board member bill of rights. And I'm just speaking on education because I'm a teacher. So, you know, as we explore this, maybe just like take all root rot or the CDD that brings change to some of these things. Probably not. </w:t>
      </w:r>
    </w:p>
    <w:p>
      <w:r>
        <w:t xml:space="preserve">(Speaker C)  I think. </w:t>
      </w:r>
    </w:p>
    <w:p>
      <w:r>
        <w:t xml:space="preserve">(Speaker D)  So we need to make a motion to not to exceed. </w:t>
      </w:r>
    </w:p>
    <w:p>
      <w:r>
        <w:t xml:space="preserve">(Speaker C)  Actually, I don't think we were. Getting the serenity done. </w:t>
      </w:r>
    </w:p>
    <w:p>
      <w:r>
        <w:t xml:space="preserve">(Speaker D)  Oh, I. Sorry, I missed the thought. </w:t>
      </w:r>
    </w:p>
    <w:p>
      <w:r>
        <w:t xml:space="preserve">(Speaker B)  Yeah, no, I think it's what Travis said is let's wait until at least we have a breakdown of the cost </w:t>
      </w:r>
    </w:p>
    <w:p>
      <w:r>
        <w:t xml:space="preserve">(Speaker F)  and what's going on. </w:t>
      </w:r>
    </w:p>
    <w:p>
      <w:r>
        <w:t xml:space="preserve">(Speaker D)  Don't we want to survey first, </w:t>
      </w:r>
    </w:p>
    <w:p>
      <w:r>
        <w:t xml:space="preserve">(Speaker G)  have </w:t>
      </w:r>
    </w:p>
    <w:p>
      <w:r>
        <w:t xml:space="preserve">(Speaker C)  more information on how much costs and all that stuff? </w:t>
      </w:r>
    </w:p>
    <w:p>
      <w:r>
        <w:t xml:space="preserve">(Speaker D)  That's why we're doing the nine seed, so she can go ahead and get the survey done between now and then. And then maybe there's some guidance on recommended solutions if they're different than this. So then we know the cost of those projects. So now we're not. We're not waiting a month to have the survey proposal. Then we're waiting another month to have the results of the survey, which then has the recommendations. </w:t>
      </w:r>
    </w:p>
    <w:p>
      <w:r>
        <w:t xml:space="preserve">(Speaker A)  And then we're. </w:t>
      </w:r>
    </w:p>
    <w:p>
      <w:r>
        <w:t xml:space="preserve">(Speaker E)  And again, how. Where did that come from? Is just for. Without knowing a base price of what it's going to cost, giving a new document seat. I always set a budget, and I just usually am against that. Like, if I say don't go with 4,000 and it comes back 3,500, maybe it would still be 2,000. So that's why I'm well against that, </w:t>
      </w:r>
    </w:p>
    <w:p>
      <w:r>
        <w:t xml:space="preserve">(Speaker D)  not holding her to the fire, but she mentioned, you know, a couple thousand dollars for the survey. I would imagine then, based upon the hourly rates that I've seen in the contract, it's probably, you know, two to four hours after that. And I'm just spitballing numbers here, so I would say, you know, not to exceed, like, $4,000 again, if you guys. </w:t>
      </w:r>
    </w:p>
    <w:p>
      <w:r>
        <w:t xml:space="preserve">(Speaker G)  You can do it, you can certainly </w:t>
      </w:r>
    </w:p>
    <w:p>
      <w:r>
        <w:t xml:space="preserve">(Speaker A)  do them not to exceed. And what you can also do is delegate authority to the chair or to someone execute when she has the proposal to make. </w:t>
      </w:r>
    </w:p>
    <w:p>
      <w:r>
        <w:t xml:space="preserve">(Speaker D)  And I think Travis's concern is that if we say not to exceed 4,000, then they're. They're coming back with a cost of 39.99. </w:t>
      </w:r>
    </w:p>
    <w:p>
      <w:r>
        <w:t xml:space="preserve">(Speaker C)  But I also don't want it to be normally at 6,000, but we will just do part of it for 4,000. </w:t>
      </w:r>
    </w:p>
    <w:p>
      <w:r>
        <w:t xml:space="preserve">(Speaker G)  Well, maybe. Yeah, maybe just wait till next month. And at the same time, you guys can be thinking about it over the months, so perhaps you can have some ideas as well as the proposal. </w:t>
      </w:r>
    </w:p>
    <w:p>
      <w:r>
        <w:t xml:space="preserve">(Speaker D)  Can we grant authority to Willem. </w:t>
      </w:r>
    </w:p>
    <w:p>
      <w:r>
        <w:t xml:space="preserve">(Speaker A)  Yes. </w:t>
      </w:r>
    </w:p>
    <w:p>
      <w:r>
        <w:t xml:space="preserve">(Speaker D)  As a chair that says, based upon the quote for the survey that we get, if it is $2,500 not to exceed $2,500, then we grant him authority to approve the survey to happen so that when we come back, the survey's done, we have the recommendation. After that, if it exceeds 2500, then we wait to the next night. </w:t>
      </w:r>
    </w:p>
    <w:p>
      <w:r>
        <w:t xml:space="preserve">(Speaker F)  Okay, sounds good. </w:t>
      </w:r>
    </w:p>
    <w:p>
      <w:r>
        <w:t xml:space="preserve">(Speaker C)  I motion that </w:t>
      </w:r>
    </w:p>
    <w:p>
      <w:r>
        <w:t xml:space="preserve">(Speaker D)  it was my motion. </w:t>
      </w:r>
    </w:p>
    <w:p>
      <w:r>
        <w:t xml:space="preserve">(Speaker E)  I'm just kidding. </w:t>
      </w:r>
    </w:p>
    <w:p>
      <w:r>
        <w:t xml:space="preserve">(Speaker A)  I'm just here. We got a motion and a second of a not to exceed of 2500 and authority to the chair to execute once we have that proposal. All those in favor, please say. Passage. Anything else on the engineering side? Then we'll go on to the district manager's report, and we'll go to the check register in your general fund. We've got checks 1707 through 1721, as well as July payroll, for a total of $84,826.50. There's a summary of those invoices that follow. We'll note many of them are just transfers from your general fund to your debt service. But Alan and I can take any questions, or we can take a motion to approve. </w:t>
      </w:r>
    </w:p>
    <w:p>
      <w:r>
        <w:t xml:space="preserve">(Speaker D)  So moved. </w:t>
      </w:r>
    </w:p>
    <w:p>
      <w:r>
        <w:t xml:space="preserve">(Speaker A)  Second motion and a second. All those in favor, please say aye. </w:t>
      </w:r>
    </w:p>
    <w:p>
      <w:r>
        <w:t xml:space="preserve">(Speaker B)  Aye. </w:t>
      </w:r>
    </w:p>
    <w:p>
      <w:r>
        <w:t xml:space="preserve">(Speaker E)  Aye. </w:t>
      </w:r>
    </w:p>
    <w:p>
      <w:r>
        <w:t xml:space="preserve">(Speaker A)  Any opposed? All right. Passage unanimously. Behind that, you've got your balance sheet and income statement. There's no action required by the board in your general fund. We are performing about $60,000 better than budget actuals. So we're in great shape there as far as your assessments. We are at 100% collected. So we're in great shape on your assessments as well. </w:t>
      </w:r>
    </w:p>
    <w:p>
      <w:r>
        <w:t xml:space="preserve">(Speaker D)  I apologize. Since there's no action on this. Just going back to engineer, just on the contract. It's from 2015 originally. Is that the most recent we have? </w:t>
      </w:r>
    </w:p>
    <w:p>
      <w:r>
        <w:t xml:space="preserve">(Speaker A)  Yep. Yeah. Typically they don't. Those aren't. </w:t>
      </w:r>
    </w:p>
    <w:p>
      <w:r>
        <w:t xml:space="preserve">(Speaker D)  So nothing's changed on fees or anything? </w:t>
      </w:r>
    </w:p>
    <w:p>
      <w:r>
        <w:t xml:space="preserve">(Speaker A)  Well, they may change their fees, and I think that's kind of spelled out in the contract. Approve that or when they change, typically, sometimes they'll bring back a fee schedule. If there's a change, a significant change in the fee schedule. </w:t>
      </w:r>
    </w:p>
    <w:p>
      <w:r>
        <w:t xml:space="preserve">(Speaker D)  Maybe that's 26. </w:t>
      </w:r>
    </w:p>
    <w:p>
      <w:r>
        <w:t xml:space="preserve">(Speaker A)  Then the next item we have just for, again, compliance purposes, is the approval of the fiscal year 27 meeting schedule. We've kept the same schedule at the Same location at 4 o'. </w:t>
      </w:r>
    </w:p>
    <w:p>
      <w:r>
        <w:t xml:space="preserve">(Speaker C)  Clock. </w:t>
      </w:r>
    </w:p>
    <w:p>
      <w:r>
        <w:t xml:space="preserve">(Speaker A)  Again, we are required to advertise an annual meeting schedule. So we take any questions or comments from the board or a motion to approve. </w:t>
      </w:r>
    </w:p>
    <w:p>
      <w:r>
        <w:t xml:space="preserve">(Speaker E)  Just one question. How long in advance? We wanted to do maybe one during the year in, like, Story Park Again, sure. </w:t>
      </w:r>
    </w:p>
    <w:p>
      <w:r>
        <w:t xml:space="preserve">(Speaker A)  No, I mean, it's required. You have to advertise it seven days in advance in the newspaper. So what you can do is say, say you wanted to do the March meeting. If you let us know at that February meeting that we want to move our March meeting to that time, that's fine. We'll have plenty of time to average. </w:t>
      </w:r>
    </w:p>
    <w:p>
      <w:r>
        <w:t xml:space="preserve">(Speaker E)  Okay. </w:t>
      </w:r>
    </w:p>
    <w:p>
      <w:r>
        <w:t xml:space="preserve">(Speaker A)  But you. Again, we like to have it done this way. You can make changes to this. We can cancel meetings, you can add meetings, but this sets up for the year a schedule which is required by the statutes. </w:t>
      </w:r>
    </w:p>
    <w:p>
      <w:r>
        <w:t xml:space="preserve">(Speaker D)  Motion to approve. Second motion. </w:t>
      </w:r>
    </w:p>
    <w:p>
      <w:r>
        <w:t xml:space="preserve">(Speaker A)  And a second. All those in favor say aye. </w:t>
      </w:r>
    </w:p>
    <w:p>
      <w:r>
        <w:t xml:space="preserve">(Speaker C)  Aye. </w:t>
      </w:r>
    </w:p>
    <w:p>
      <w:r>
        <w:t xml:space="preserve">(Speaker A)  Any opposed? </w:t>
      </w:r>
    </w:p>
    <w:p>
      <w:r>
        <w:t xml:space="preserve">(Speaker E)  All right. </w:t>
      </w:r>
    </w:p>
    <w:p>
      <w:r>
        <w:t xml:space="preserve">(Speaker A)  Passage unanimously. And finally, just for presentation, we've got your arbitrage rebate calculation for fiscal year 21 or for the bond series, 21. This is a required notice of the bonds. It's a test that we have to perform annually to make sure we're not making more in interest than we're legally allowed. And basically, the 1, 2, bottom of the third paragraph on the first page says there's no amount that must be on deposit. So that means we're in compliance. So again, there's a lot of numbers with that, but I know we want to kind of keep moving on. We'll roll on to Alan. </w:t>
      </w:r>
    </w:p>
    <w:p>
      <w:r>
        <w:t xml:space="preserve">(Speaker F)  Yeah. Before we get on to the next agenda item, just a couple of updates. I met with Fosnite stripe and line to finalize the sign location and did a complete audit. I had an email that there were some signs removed. We've identified those locations. We also have some signs that are fading. So we're looking to get those replaced along with the temporary parking over at the clubhouse in K. So hopefully we're going to get that going as quickly as possible. Also installed no motorized vehicle signs at the entrance of all the trailheads. That was something that was requested. It took a little bit to get it done, but we got it done finally and we added some more. No fishing signs. Along Story Park Boulevard. The Stanza monument has been re landscaped. If you haven't seen it, it's got new mulch, it's got some new dwarf axoras. So hopefully the board likes that we have a resident that's sending us some additional renderings. They'd like to see a little bit more which we can tackle at some point in time. But as far as everything else, the place is looking pretty good. And we're meeting with Omegascapes typically every Friday and we do our site visit and I review all the landscape and irrigation inspections that they send me. </w:t>
      </w:r>
    </w:p>
    <w:p>
      <w:r>
        <w:t xml:space="preserve">(Speaker D)  So what about the striping? </w:t>
      </w:r>
    </w:p>
    <w:p>
      <w:r>
        <w:t xml:space="preserve">(Speaker F)  Well, the striping will be part. That's a good thing. You brought that up. That'll be all part of your 27 budget as far as we already did the ones for this year in 26 we did everything west of Story Time Boulevard. So that was that phase. Now one of the things that I wanted to bring up and thank you for bringing that to my attention is I think we have allocated for 20, 27 all the striping in the next phase east of Story Time. But in my opinion the striping is much worse in K. So we may come back to the board and say, look, we'd like to do K next and we'll do because it's about 30 something thousand dollars per location. </w:t>
      </w:r>
    </w:p>
    <w:p>
      <w:r>
        <w:t xml:space="preserve">(Speaker E)  But I live on like imaginary. We've been there now seven years this month. Yeah, nothing's been done on that side. I mean it looks pretty bad and like I'm here in Niagara Bazaar residence but I want to make sure that that gets. </w:t>
      </w:r>
    </w:p>
    <w:p>
      <w:r>
        <w:t xml:space="preserve">(Speaker F)  You're talking about the pedestrian striping in the. </w:t>
      </w:r>
    </w:p>
    <w:p>
      <w:r>
        <w:t xml:space="preserve">(Speaker E)  No, no, just along the. </w:t>
      </w:r>
    </w:p>
    <w:p>
      <w:r>
        <w:t xml:space="preserve">(Speaker F)  Like all. All we're doing with the striping is what we did on the west side which was stop bars and pedestrian striping and alleyways. Are we not doing the curves and the curves. The yellow. The curves. </w:t>
      </w:r>
    </w:p>
    <w:p>
      <w:r>
        <w:t xml:space="preserve">(Speaker E)  Yeah, curves and like. So if you go down like other one imaginary. So we Drive down there. </w:t>
      </w:r>
    </w:p>
    <w:p>
      <w:r>
        <w:t xml:space="preserve">(Speaker F)  It's pretty faded. </w:t>
      </w:r>
    </w:p>
    <w:p>
      <w:r>
        <w:t xml:space="preserve">(Speaker E)  And I, you know. Right. Also right by the. </w:t>
      </w:r>
    </w:p>
    <w:p>
      <w:r>
        <w:t xml:space="preserve">(Speaker F)  Well, I have pricing to do both sections and it's rather pricey. It's like 70 grand. So that'll be up to you guys if you want to do both or if you want to hold off or you'd rather I go through with the contractor and we can audit the worst. It'd be better if we did one whole section at one time. This way it's all done. I know that there were a few pedestrian crosswalks in K that were brought to our attention. I think we can add those without any direct impact to your general fund budget or your cap and we can look at those. I think there were three or four that were brought to the Jason and I's attention. Yeah. </w:t>
      </w:r>
    </w:p>
    <w:p>
      <w:r>
        <w:t xml:space="preserve">(Speaker E)  I would also highly suggest looking at like seven years. </w:t>
      </w:r>
    </w:p>
    <w:p>
      <w:r>
        <w:t xml:space="preserve">(Speaker F)  Well, you'll do the whole thing. If we do it, it'll be everything east of Storytime Drive. Storytime connects down to the middle school. So that's your whole section. Okay. That's story time. Folklore, Bollard, all those satire, Ampersand and some of the other English names that they place for those signs. But we can do that and then we can pick and choose whatever we got left in K if that's what our board wants to do. </w:t>
      </w:r>
    </w:p>
    <w:p>
      <w:r>
        <w:t xml:space="preserve">(Speaker E)  Or that would be part of our </w:t>
      </w:r>
    </w:p>
    <w:p>
      <w:r>
        <w:t xml:space="preserve">(Speaker F)  capital or it would be operating based on the dollar amount. That should be a capital expense. </w:t>
      </w:r>
    </w:p>
    <w:p>
      <w:r>
        <w:t xml:space="preserve">(Speaker E)  I mean, we have 500,000. If we don't need to do it. I mean, </w:t>
      </w:r>
    </w:p>
    <w:p>
      <w:r>
        <w:t xml:space="preserve">(Speaker D)  you can't see it in K. Really. </w:t>
      </w:r>
    </w:p>
    <w:p>
      <w:r>
        <w:t xml:space="preserve">(Speaker F)  Yeah. </w:t>
      </w:r>
    </w:p>
    <w:p>
      <w:r>
        <w:t xml:space="preserve">(Speaker D)  And especially with the new areas, the signs aren't going to do it. </w:t>
      </w:r>
    </w:p>
    <w:p>
      <w:r>
        <w:t xml:space="preserve">(Speaker B)  Because in the worst case, if we come to that point, can we take anything out of capital reserves to allocate that? </w:t>
      </w:r>
    </w:p>
    <w:p>
      <w:r>
        <w:t xml:space="preserve">(Speaker F)  Absolutely. </w:t>
      </w:r>
    </w:p>
    <w:p>
      <w:r>
        <w:t xml:space="preserve">(Speaker A)  It would just be a hard decision. </w:t>
      </w:r>
    </w:p>
    <w:p>
      <w:r>
        <w:t xml:space="preserve">(Speaker F)  You guys would just have to say yes or no. I already have the numbers. I've got them for all three phases. Fosnite is honoring them regardless of how old the proposal is. And like I said, I just met with them yesterday. We reviewed everything related to signs, curbs, striping, and we're just. As soon as I get the sign in, then we can attention to detail on the striping if you want. </w:t>
      </w:r>
    </w:p>
    <w:p>
      <w:r>
        <w:t xml:space="preserve">(Speaker E)  Okay. </w:t>
      </w:r>
    </w:p>
    <w:p>
      <w:r>
        <w:t xml:space="preserve">(Speaker F)  But we've already done what was allocated for 2026. That was already done. </w:t>
      </w:r>
    </w:p>
    <w:p>
      <w:r>
        <w:t xml:space="preserve">(Speaker E)  And I don't know if we take the next meeting or we take it for the next fiscal year. You bring back the proposal for both. </w:t>
      </w:r>
    </w:p>
    <w:p>
      <w:r>
        <w:t xml:space="preserve">(Speaker A)  I think we can bring in whatever the next meeting is. </w:t>
      </w:r>
    </w:p>
    <w:p>
      <w:r>
        <w:t xml:space="preserve">(Speaker F)  Yeah, I can bring it back for you? Absolutely. </w:t>
      </w:r>
    </w:p>
    <w:p>
      <w:r>
        <w:t xml:space="preserve">(Speaker A)  Again, you've got money and capital. So the fiscal year line and your capital kind of is just an arbitrary line. More of a planning purposes. If you've got funding in there and you decide to go move forward, it doesn't matter that it's this year or next year. </w:t>
      </w:r>
    </w:p>
    <w:p>
      <w:r>
        <w:t xml:space="preserve">(Speaker B)  What do you think for next meeting? </w:t>
      </w:r>
    </w:p>
    <w:p>
      <w:r>
        <w:t xml:space="preserve">(Speaker E)  Both. I mean if you want to just do an inspection just to see maybe. </w:t>
      </w:r>
    </w:p>
    <w:p>
      <w:r>
        <w:t xml:space="preserve">(Speaker F)  I think we do them. We do them all. </w:t>
      </w:r>
    </w:p>
    <w:p>
      <w:r>
        <w:t xml:space="preserve">(Speaker C)  Yeah. </w:t>
      </w:r>
    </w:p>
    <w:p>
      <w:r>
        <w:t xml:space="preserve">(Speaker F)  If you're gonna do it, you do it. Because the improvement that was made in that section that's east or west of story time was amazing. And it's holding up really well so far. </w:t>
      </w:r>
    </w:p>
    <w:p>
      <w:r>
        <w:t xml:space="preserve">(Speaker B)  Car looks very. </w:t>
      </w:r>
    </w:p>
    <w:p>
      <w:r>
        <w:t xml:space="preserve">(Speaker F)  That's the difference between paint and thermoplastic. </w:t>
      </w:r>
    </w:p>
    <w:p>
      <w:r>
        <w:t xml:space="preserve">(Speaker D)  That's the thing. Like how long? Like, like is there not a guarantee on any of this stuff? </w:t>
      </w:r>
    </w:p>
    <w:p>
      <w:r>
        <w:t xml:space="preserve">(Speaker A)  So with thermoplastic, especially with face K, </w:t>
      </w:r>
    </w:p>
    <w:p>
      <w:r>
        <w:t xml:space="preserve">(Speaker D)  like I know that it was developed before all the houses were finished, but </w:t>
      </w:r>
    </w:p>
    <w:p>
      <w:r>
        <w:t xml:space="preserve">(Speaker F)  everybody drove over it while they were constructing the community. </w:t>
      </w:r>
    </w:p>
    <w:p>
      <w:r>
        <w:t xml:space="preserve">(Speaker A)  Again, it wasn't thermoplastic. They went to minimum temperature. Typically they'll go to minimum code standards. </w:t>
      </w:r>
    </w:p>
    <w:p>
      <w:r>
        <w:t xml:space="preserve">(Speaker F)  And that's paint. </w:t>
      </w:r>
    </w:p>
    <w:p>
      <w:r>
        <w:t xml:space="preserve">(Speaker A)  That's what you got. It's just paint. It's just paint on the road. </w:t>
      </w:r>
    </w:p>
    <w:p>
      <w:r>
        <w:t xml:space="preserve">(Speaker B)  It's the same with your home. You gotta paint it within 3, 4 years. Replace your appliances. </w:t>
      </w:r>
    </w:p>
    <w:p>
      <w:r>
        <w:t xml:space="preserve">(Speaker F)  Don't remind him. Okay. With that said, I know at the last couple of meetings we've been talking about take all root rot we have. And I know the attorney was tasked with reviewing the contract. I don't know if they want to start the conversation, but in your agenda is the same proposal as was discussed last month. It's $56,000, $56,700 with a credit of $20,000 being paid for by OmegaScape and a cost of $36,700 to the district to replace the 37,800 square foot Assad with bahia grass in the hammock beach park office. Satire. </w:t>
      </w:r>
    </w:p>
    <w:p>
      <w:r>
        <w:t xml:space="preserve">(Speaker A)  So we just presented that because I know it wasn't clear. It wasn't clear with the last proposal that they were giving the twenty thousand dollar credit. So we just had them updated so at least it was clear what the impact of the district would be if you chose to move forward with it. </w:t>
      </w:r>
    </w:p>
    <w:p>
      <w:r>
        <w:t xml:space="preserve">(Speaker G)  You're looking at me. I guess I need to jump in. </w:t>
      </w:r>
    </w:p>
    <w:p>
      <w:r>
        <w:t xml:space="preserve">(Speaker E)  Robert? </w:t>
      </w:r>
    </w:p>
    <w:p>
      <w:r>
        <w:t xml:space="preserve">(Speaker G)  Yeah, Rob. </w:t>
      </w:r>
    </w:p>
    <w:p>
      <w:r>
        <w:t xml:space="preserve">(Speaker D)  Can I share my comments that I sent to you so the other board members know what I sent out? As I just looked through the 70 pages of the contract with Omegascapes and did not see Anything that specifies what diseases or fungi are covered or not covered. So as I said before, the lack of specifics and details should fall on a megascapes or the subcontractor. Additionally, I've attached some language I'm curious about. Have these things been done ie reports etc back checks? Is there proof of the background checks that are in the contract? Fertilization certifications that are required per the contract? Additionally, I don't see TRUGREEN listed as a subcontractor at a different company. I didn't know if they were doing business. </w:t>
      </w:r>
    </w:p>
    <w:p>
      <w:r>
        <w:t xml:space="preserve">(Speaker F)  They had a different company prior when they started. </w:t>
      </w:r>
    </w:p>
    <w:p>
      <w:r>
        <w:t xml:space="preserve">(Speaker D)  Unless they're DBA someone else. </w:t>
      </w:r>
    </w:p>
    <w:p>
      <w:r>
        <w:t xml:space="preserve">(Speaker G)  Is that the correct contract? I thought there was a shorter contract that was done after the 70 page contract. Isn't there 2024 yeah, there was a. </w:t>
      </w:r>
    </w:p>
    <w:p>
      <w:r>
        <w:t xml:space="preserve">(Speaker A)  There was a subsequent contract. The one that he had had the full scope which they bid on and then the subsequent contract was the renewal </w:t>
      </w:r>
    </w:p>
    <w:p>
      <w:r>
        <w:t xml:space="preserve">(Speaker G)  was a summary of the full scope. Yeah </w:t>
      </w:r>
    </w:p>
    <w:p>
      <w:r>
        <w:t xml:space="preserve">(Speaker D)  so the things that I attached and highlighted it said all personnel applying fertilizers, insecticides, herbicides and fungicides must be certified by the Florida Department of Agricultural and Consumer Services. These individuals should be best management practices certified and hold a limited certification for urban landscape commercial fertilizer or a certified pest control operator or an employee with an ID card working under the supervision of a cpco. In addition, it said the reduction of irrigation water during the winter season will dramatically reduce the potential for fungus disease problems. Contractor will be responsible to manage settings of irrigation timers which I know has been brought up. The question of is when was that brought up? Another item C. Staff. Contractors is expected to staff the property with trained personnel experienced in commercial landscape maintenance. All personnel. Sorry, I'm repeating myself. </w:t>
      </w:r>
    </w:p>
    <w:p>
      <w:r>
        <w:t xml:space="preserve">(Speaker E)  No, I'm not. </w:t>
      </w:r>
    </w:p>
    <w:p>
      <w:r>
        <w:t xml:space="preserve">(Speaker D)  Contractor agrees to screen all crew members for criminal background, advise management and non employed persons for this contract that have been convicted of or pled guilty to a felony, crime or misdemeanor to which management objects. Also, Contractor agrees to follow all incidents guidelines for hiring and to maintain an i9 and other required documents. It is the contractor's full responsibility to ensure that the person inspecting the property is properly trained in recognizing the symptoms of both insect infestations and plant pathogen damages, I.e. funguses, bacteria and is also the cause. Contractor's responsibility to treat these conditions in an expedient manner and you answered the question about trigger. Contractors shall coordinate the services of any subcontractors and remain fully responsible under the terms of this agreement. Contractor shall be and remain responsible for the quality, timeliness and coordinate all of the work furnished by the contractor or its subcontractors. In addition, we will have an irrigation technician on site for one week each month to inspect the system. This is when they say we. That's them saying they will have somebody one week each month to inspect the system as specified. Incidental repairs will be made during this time which larger repairs will be estimated, approved and scheduled to be completed within the district's time frame. Fertilization and pest control services will be handled with monthly visits and applications to fulfill the specifications of the rfp. This is the most important. This is the part I circled. Reports for both services will be provided to the district as required. Soil shall be tested at a reliable testing facility once annually or more often if needed to monitor for ph and chemical makeup. The results will be provided to management along with the contractor's recommendation as to any changes in the turf care program based upon these results. And that's it. So council wouldn't have the answers to those questions. Staff would have to provide at those </w:t>
      </w:r>
    </w:p>
    <w:p>
      <w:r>
        <w:t xml:space="preserve">(Speaker C)  and yeah, that the other one was on section 1.6 was treatments of turf areas for infestation or disease shall be the responsibility of the contractor. We have disease that it needs treated. That right there sounds like it's responsibility of the megascapes. </w:t>
      </w:r>
    </w:p>
    <w:p>
      <w:r>
        <w:t xml:space="preserve">(Speaker G)  Can I jump in? </w:t>
      </w:r>
    </w:p>
    <w:p>
      <w:r>
        <w:t xml:space="preserve">(Speaker D)  Yeah, absolutely. </w:t>
      </w:r>
    </w:p>
    <w:p>
      <w:r>
        <w:t xml:space="preserve">(Speaker G)  Okay. Yeah. We've looked through the contract and then the newer contract was more of a summary and looking at experience of having gone through landscape. One of the biggest issues you face is the competing positions. Contributory negligence, you know, one, they were responsible for irrigation. So were they the only one that had access to the irrigation or could anyone else have turned it on or off? We'd have to show that there was no one else that could have been responsible for the irrigation. Change the irrigation. There'd be tests of reasonableness. A lot of those things in the contract are great lawyer language. We love drafting contracts. </w:t>
      </w:r>
    </w:p>
    <w:p>
      <w:r>
        <w:t xml:space="preserve">(Speaker F)  But when. </w:t>
      </w:r>
    </w:p>
    <w:p>
      <w:r>
        <w:t xml:space="preserve">(Speaker G)  When it comes to going to court to say you have a cause of action, you have to look at the reasonableness. If they're there four and a half days a week, are they under a four and a half day a week schedule? Is it reasonable for them to know exactly what days it rained? It didn't rain since unfortunately in central Florida it can be pouring and then three blocks away it's not raining. So there is. You have natural forces. You have anybody else. Could they have been responsible terrain? We have the, you know, obviously everybody goes to AI and looks root rot. You know, oh, this is over watering. But it is a naturally occurring fungus in the south. So do we prove that it was maybe there before they even took over? It's something new. It came in. We would have to be able to get consultants to be able to prove this is something that they could have spotted sooner than they spotted and they were able to adjust and treat it when they did or what did what they do. Was that reason. The reasonable man standard is really the biggest standard that a court would look to. So even if we spend, you spend all the time and put all the records, you know. Yes, I agree. You should go and say, okay, these are the things you're required to do by the contract. We want to make sure we have everything that you should be doing that you are abiding by the terms of the contract. So we have reports, everything else. But then in order to file a suit or make a claim, we would have to be able to, to be confident that we have the information to support the position. So was it reasonable that when they saw it, they did it? Or would somebody else who came out and inspected say no, absolutely not. No one could know root rot at this point. You have to wait until it gets to a certain point to be able to recognize it. Same with applying fertilizers, applying fungicides and all that. There are certain requirements of when they can apply and when they can't apply it, they're license to do it. Were they able to apply it, did they apply it in a reasonable time, a reasonable amount, all that other good stuff. Again, I'm not advocating but I just want to make sure because I, I hear your points on the contract but looking at it, there's an awful lot of, you know, there's the whole is over watering the cause. Is the fungus the cause? </w:t>
      </w:r>
    </w:p>
    <w:p>
      <w:r>
        <w:t xml:space="preserve">(Speaker D)  Many of us have said over watering </w:t>
      </w:r>
    </w:p>
    <w:p>
      <w:r>
        <w:t xml:space="preserve">(Speaker G)  was the cause or was the failure to. </w:t>
      </w:r>
    </w:p>
    <w:p>
      <w:r>
        <w:t xml:space="preserve">(Speaker C)  I guess my question though and 1.6 a it is treatment of surf areas for infection or disease shall be the responsibility of the contractor and they treat </w:t>
      </w:r>
    </w:p>
    <w:p>
      <w:r>
        <w:t xml:space="preserve">(Speaker G)  and there they will come back and say they treated for it. They weren't able to save it, but they treated for it. And so they did not treat for it. </w:t>
      </w:r>
    </w:p>
    <w:p>
      <w:r>
        <w:t xml:space="preserve">(Speaker C)  Well, they applied a one round of treatment, right? </w:t>
      </w:r>
    </w:p>
    <w:p>
      <w:r>
        <w:t xml:space="preserve">(Speaker D)  Well, that was true. </w:t>
      </w:r>
    </w:p>
    <w:p>
      <w:r>
        <w:t xml:space="preserve">(Speaker G)  Yeah. Again, I don't know all the facts. I'm just coming in to give you the okay if you want to send a demand letter asking for more. They've obviously agreed they have some responsibility because they've agreed to pay $20,000. Is it, you know, the board from a reasonableness, you know, are you willing to Pay the money to file a lawsuit and get all the information. Get a turf consultant, get a landscaping consultant and get an irrigation guide. Whether they're all the same or whether you need different people to be able to say whether it's reasonable or not. Because you don't want to go and spend that kind of money if you don't know you've got a position. And that's where you get something like this. Where it's $37,000 is a lot of money, but if you're going to spend 25 to go after somebody, these small issues are. </w:t>
      </w:r>
    </w:p>
    <w:p>
      <w:r>
        <w:t xml:space="preserve">(Speaker D)  But it's not a small issue. It's almost a near half million dollar contract. </w:t>
      </w:r>
    </w:p>
    <w:p>
      <w:r>
        <w:t xml:space="preserve">(Speaker G)  The contract's half million dollars, but the issue is a 30. The legal cost of what? </w:t>
      </w:r>
    </w:p>
    <w:p>
      <w:r>
        <w:t xml:space="preserve">(Speaker D)  No, I understand what you're saying about the legal costs. What I'm saying, big picture, this is a company we pay. Nearly off the top of my head, I think it's like almost $48,000 a month. Does that sound right? To provide a service? And I sent Jason two pictures as I was headed back to work yesterday. And I know that we hear about where they took over, who they took over from, as the continuous reason that the conditions are what they are. But I sent him a picture of a small area over near the dog park in Phase K. And we're not getting our ROI on our. That's a million dollars. </w:t>
      </w:r>
    </w:p>
    <w:p>
      <w:r>
        <w:t xml:space="preserve">(Speaker G)  And that's the business issue. </w:t>
      </w:r>
    </w:p>
    <w:p>
      <w:r>
        <w:t xml:space="preserve">(Speaker D)  Absolutely. </w:t>
      </w:r>
    </w:p>
    <w:p>
      <w:r>
        <w:t xml:space="preserve">(Speaker G)  For the board to work. I'm giving sort of the legal. If we're going to go forward. </w:t>
      </w:r>
    </w:p>
    <w:p>
      <w:r>
        <w:t xml:space="preserve">(Speaker D)  So if I can ask the question to staff, are there any reports that.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