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 xml:space="preserve">                                                                            Transcript                                                                          </w:t>
      </w:r>
    </w:p>
    <w:p>
      <w:r>
        <w: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w:t>
      </w:r>
    </w:p>
    <w:p>
      <w:r>
        <w:t xml:space="preserve">&gt;&gt;&gt;&gt;&gt;&gt;&gt;&gt;&gt;&gt;&gt;&gt;&gt;  </w:t>
      </w:r>
      <w:r>
        <w:rPr>
          <w:b/>
          <w:color w:val="FF0000"/>
        </w:rPr>
        <w:t>GAT BEGINNING OF FILE</w:t>
      </w:r>
      <w:r>
        <w:rPr>
          <w:b w:val="0"/>
          <w:color w:val="000000"/>
        </w:rPr>
        <w:t xml:space="preserve">  &gt;&gt;&gt;&gt;&gt;&gt;&gt;&gt;&gt;&gt;&gt;&gt;&gt;&gt;&gt;&gt;&gt;&gt;&gt;&gt;&gt;&gt;&gt;&gt;&gt;&gt;&gt;&gt;&gt;&gt;&gt;&gt;&gt;&gt;&gt;&gt;&gt;&gt;&gt;&gt;&gt;&gt;&gt;&gt;&gt;&gt;&gt;&gt;&gt;&gt;&gt;&gt;&gt;&gt;&gt;&gt;&gt;&gt;&gt;&gt;&gt;&gt;&gt;&gt;&gt;&gt;&gt;&gt;&gt;&gt;&gt;&gt;&gt;&gt;&gt;&gt;&gt;&gt;&gt;&gt;&gt;&gt;&gt;&gt;&gt;&gt;&gt;&gt;&gt;&gt;&gt;&gt;&gt;&gt;&gt;&gt;&gt;&gt;&gt;&gt;&gt;&gt;&gt;&gt;&gt;&gt;&gt;&gt;&gt;&gt;&gt;&gt;&gt;&gt;&gt;&gt;&gt;&gt;&gt;&gt;&gt;&gt;</w:t>
      </w:r>
    </w:p>
    <w:p>
      <w:r>
        <w: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w:t>
        <w:br/>
        <w:br/>
        <w:br/>
      </w:r>
    </w:p>
    <w:p>
      <w:r>
        <w:t>CDD NAME:</w:t>
      </w:r>
      <w:r>
        <w:rPr>
          <w:b/>
          <w:color w:val="FF0000"/>
        </w:rPr>
        <w:br/>
        <w:tab/>
        <w:tab/>
        <w:tab/>
        <w:tab/>
        <w:t xml:space="preserve"> Rolling hills </w:t>
        <w:br/>
        <w:br/>
        <w:br/>
      </w:r>
    </w:p>
    <w:p>
      <w:r>
        <w:t>START AND END TIME OF THE CDD MEETING FILE:</w:t>
      </w:r>
      <w:r>
        <w:rPr>
          <w:b/>
          <w:color w:val="FF0000"/>
        </w:rPr>
        <w:br/>
        <w:tab/>
        <w:tab/>
        <w:tab/>
        <w:tab/>
        <w:t xml:space="preserve"> September 14, 2026 at 04:00 PM</w:t>
      </w:r>
      <w:r>
        <w:rPr>
          <w:b/>
          <w:color w:val="FF0000"/>
        </w:rPr>
        <w:br/>
        <w:tab/>
        <w:tab/>
        <w:tab/>
        <w:tab/>
        <w:t xml:space="preserve"> September 14, 2026 at 05:11 PM</w:t>
        <w:br/>
        <w:br/>
        <w:br/>
      </w:r>
    </w:p>
    <w:p>
      <w:r>
        <w:t>AUDIO FILE NAME, FILE SIZE:</w:t>
      </w:r>
      <w:r>
        <w:rPr>
          <w:b/>
          <w:color w:val="FF0000"/>
        </w:rPr>
        <w:br/>
        <w:tab/>
        <w:tab/>
        <w:tab/>
        <w:tab/>
        <w:t xml:space="preserve"> SAL_ALT_9-21-2026.MP3</w:t>
      </w:r>
      <w:r>
        <w:rPr>
          <w:b/>
          <w:color w:val="FF0000"/>
        </w:rPr>
        <w:br/>
        <w:tab/>
        <w:tab/>
        <w:tab/>
        <w:tab/>
        <w:t xml:space="preserve"> 18425176</w:t>
        <w:br/>
        <w:br/>
        <w:br/>
      </w:r>
    </w:p>
    <w:p>
      <w:r>
        <w:t>DATE AUDIO FILE SUBMITTED TO THE GAT SYSTEM:</w:t>
      </w:r>
      <w:r>
        <w:rPr>
          <w:b/>
          <w:color w:val="FF0000"/>
        </w:rPr>
        <w:br/>
        <w:tab/>
        <w:tab/>
        <w:tab/>
        <w:tab/>
        <w:t xml:space="preserve"> October 12, 2026 at 02:27 PM</w:t>
        <w:br/>
        <w:br/>
        <w:br/>
      </w:r>
    </w:p>
    <w:p>
      <w:r>
        <w:t>DATE AUDIO FILE COMPLETED BY THE GAT SYSTEM:</w:t>
      </w:r>
      <w:r>
        <w:rPr>
          <w:b/>
          <w:color w:val="FF0000"/>
        </w:rPr>
        <w:br/>
        <w:tab/>
        <w:tab/>
        <w:tab/>
        <w:tab/>
        <w:t xml:space="preserve"> October 12, 2026 at 02:27 PM</w:t>
      </w:r>
      <w:r>
        <w:rPr>
          <w:b/>
          <w:color w:val="FF0000"/>
        </w:rPr>
        <w:br/>
        <w:tab/>
        <w:tab/>
        <w:tab/>
        <w:tab/>
        <w:t xml:space="preserve"> 00:17 ELAPSED TIME</w:t>
        <w:br/>
        <w:br/>
        <w:br/>
      </w:r>
    </w:p>
    <w:p>
      <w:r>
        <w:t>MEETING AGENDA:</w:t>
      </w:r>
      <w:r>
        <w:rPr>
          <w:b/>
          <w:color w:val="FF0000"/>
        </w:rPr>
        <w:br/>
        <w:br/>
        <w:br/>
        <w:tab/>
        <w:tab/>
        <w:tab/>
        <w:tab/>
        <w:t xml:space="preserve"> Double Branch Meeting Notes Sep 14, 2026  Meeting Notes: 1) Supervisors present: Cindy Nelsen, Scott Thomas, Amy Ambrosio, Andre Lanier, and Tom Horton. 2) Staff: Mike Eckert, Carl Allen (phone), Jay Soriano, and Marilee Giles. Staff from VerdeGo included Chalon Suchsland. Staff from Sporting Jax Academy included Matt Hollyoak. 3) Approved the Minutes of Aug 10, 2026; update Ms. Genelle Thomas to Mrs. Genelle Thomas on pages 2-5. 4) Approved the Check Register. 5) Discussed the meter at 3168 Stonebriar: Staff is working with Clay Electric and JEA; meter belongs to JEA not the District. 6) Accepted the 2025 Annual Engineer’s Report. 7) Approved the Agreement with CALM III subject to Vice Chair and Counsel review and execution; ratify at the next meeting. 8) Supervisor and Public comments:  A resident expressed concern for an algae bloom. Supervisors identified some lights out at the Oakleaf monument sign, sprinklers spraying in the road, and requested S3 Security be in attendance at meetings.  9) Next meeting is Oct 12, 2026 at 4:00 pm.  Action Items: 1) Jay – Please pay supervisors. Continue working with JEA to transition meter  #7332257 to JEA. Follow up with VerdeGo for sprinkler spraying in to the road. 2) Marilee – Follow up with Accountant on the Trustee question from Supervisor Lanier. Follow up with the Engineer to attend meetings on an as-needed basis, or at least quarterly. 3) Courtney – Please post the approved minutes to the website. Schedule the monthly agenda call for Staff. 4) Recording uploaded – 1 hour and 9 minutes. 5) Courtney – DRAFT Agenda Oct 12, 2026: a. Update on the Meter at 3168 Stonebriar b. Ratify Agreement with CALM III, LLC. c. Staff Reports/District Manager – FY26 Goals and Objectives Report   </w:t>
        <w:br/>
        <w:br/>
        <w:br/>
      </w:r>
    </w:p>
    <w:p>
      <w:r>
        <w:t xml:space="preserve">(Speaker A)  Yes. Okay. </w:t>
      </w:r>
    </w:p>
    <w:p>
      <w:r>
        <w:t xml:space="preserve">(Speaker B)  Yeah. Can you hear me? Maria, can you hear me? Wes? Wes? Maria, can you hear me? </w:t>
      </w:r>
    </w:p>
    <w:p>
      <w:r>
        <w:t xml:space="preserve">(Speaker A)  Yes, sir. </w:t>
      </w:r>
    </w:p>
    <w:p>
      <w:r>
        <w:t xml:space="preserve">(Speaker B)  All right. </w:t>
      </w:r>
    </w:p>
    <w:p>
      <w:r>
        <w:t xml:space="preserve">(Speaker A)  Yes, we can. </w:t>
      </w:r>
    </w:p>
    <w:p>
      <w:r>
        <w:t xml:space="preserve">(Speaker B)  Perfect. Good morning. This is the meeting the St. Augustine Lakes Community Development District. It is Monday, September 21, 2026, 11am with the Holiday Inn Express in St. Augustine, Florida. The first order of business is roll call. Each of the supervisors, please state your name for the record. </w:t>
      </w:r>
    </w:p>
    <w:p>
      <w:r>
        <w:t xml:space="preserve">(Speaker C)  Chris Mayer, Danielle Yosef and Rensburg. </w:t>
      </w:r>
    </w:p>
    <w:p>
      <w:r>
        <w:t xml:space="preserve">(Speaker B)  Ronnie Brown, Michael Della Benta Staff I'm Jim Oliver, District Manager. Sarah Sweeting, GMS and staff on by phone. </w:t>
      </w:r>
    </w:p>
    <w:p>
      <w:r>
        <w:t xml:space="preserve">(Speaker A)  Wes Haver, District Council. And Maria Schmear, Best of Property Services. </w:t>
      </w:r>
    </w:p>
    <w:p>
      <w:r>
        <w:t xml:space="preserve">(Speaker B)  Thank you. The next item is audience comments. And we. These are based on agenda items that you see here. We'll also have audience comments later in the meeting. Any audience comments. Okay, that brings to the next item. That is consideration of the minutes of the August 12, 2024 meeting. </w:t>
      </w:r>
    </w:p>
    <w:p>
      <w:r>
        <w:t xml:space="preserve">(Speaker C)  No correction of the motion to approve. </w:t>
      </w:r>
    </w:p>
    <w:p>
      <w:r>
        <w:t xml:space="preserve">(Speaker A)  Second. </w:t>
      </w:r>
    </w:p>
    <w:p>
      <w:r>
        <w:t xml:space="preserve">(Speaker B)  All in favor say aye. Motion passes. Thank you. The next item is the ratification of the bill of sale for the purchase of the pool shade umbrellas. They were purchased and funded by the hoa. This is they were conveyed to the district, and that is four umbrellas and four umbrella stands. We appreciate the cooperation between the two bodies. Have a motion to ratify the bill of sale. Second. All in favor say aye. Motion passes. Thank you. The next item is Resolution 2026 08. And this is a resolution resetting the public hearing for parking and towing policies. And this is set for October 26th. October 26th. Thank you. Do you have a motion to adopt? All in favor say aye. Motion passes. Thank you. The next item is organizational matters. These are board seat assignments. This is very common as the landowner meetings. As we transition from landowner boards eventually to land to the general election process, what will happen? You have five seating board members that are landowner elections. Three of the seats will expire in 2026. Two of the seats will expire in 2028. This is this board's last opportunity to move the seats around so that they can have two board members have 2028 expiration dates, and those two will continue to serve on the board with three new board members, and the other three would expire at the end of their term in November. To accomplish this, we get through a series of resignations and then appointments to fill those vacancies. And so what I would ask first, as we go through this, we're looking for a resignation from the chair whose current expiration date or expiration date for her term is in 2026. </w:t>
      </w:r>
    </w:p>
    <w:p>
      <w:r>
        <w:t xml:space="preserve">(Speaker A)  We have a </w:t>
      </w:r>
    </w:p>
    <w:p>
      <w:r>
        <w:t xml:space="preserve">(Speaker B)  resignation. Okay. Zenzi Rogers has resigned from her seat. Do we have a second resignation? Ronnie has resigned. So we have two vacant seats right now. And what we'll do with the three remaining supervisors is we still have quorum. We'll look for a motion to appoint Zenzi to fill the seat that was just vacated by Ronnie. </w:t>
      </w:r>
    </w:p>
    <w:p>
      <w:r>
        <w:t xml:space="preserve">(Speaker D)  A motion to appoint Zinzi Rogers to Ronnie's seat. </w:t>
      </w:r>
    </w:p>
    <w:p>
      <w:r>
        <w:t xml:space="preserve">(Speaker B)  All in favor say aye. Motion passes. Zendi, you are now back on board. And what I will do is I'll read you this. You can state your name and say I do at the end. I'm a citizen of the state of Florida and of the United States of America and being employed by or an Officer of the St. Augustine Lakes CDD and recipient of public funds as such employee or officer to hereby solemnly swear or affirm that I will support the constitution of the United States and of the state of Florida. All right, thank you. And we'll have you sign your oath after the meeting. And currently, we now have four supervisors that on the board. Ronnie is not on the board right now. Do we have a motion to appoint Ronnie to fill the seat that was vacated by Zinse? Second. All in favor, say aye. Motion passes. Four. </w:t>
      </w:r>
    </w:p>
    <w:p>
      <w:r>
        <w:t xml:space="preserve">(Speaker D)  Zero. </w:t>
      </w:r>
    </w:p>
    <w:p>
      <w:r>
        <w:t xml:space="preserve">(Speaker B)  Ronnie, you are back on the board. Your. Your seat expires in 2026. And I'll ask you to raise your right hand, insert your name, and say I do at the end. Aye. Raise. A citizen of the state of Florida and of the United States of America and being employed by or an officer of the St. Augustine Lake CBD and recipient of public funds as such employee or officer, do hereby solemnly swear or affirm that I will support the constitution of the United States and of the state of Florida. </w:t>
      </w:r>
    </w:p>
    <w:p>
      <w:r>
        <w:t xml:space="preserve">(Speaker A)  I do. </w:t>
      </w:r>
    </w:p>
    <w:p>
      <w:r>
        <w:t xml:space="preserve">(Speaker B)  All right. Congratulations. And we'll have you sign your oath after the meeting. So now we have five members on the board, and the other seat that expires in 2028 is held by. Is held by Danielle. And so Danielle will be looking for a motion from you to resign from your seat. </w:t>
      </w:r>
    </w:p>
    <w:p>
      <w:r>
        <w:t xml:space="preserve">(Speaker C)  I resigned from my seat. </w:t>
      </w:r>
    </w:p>
    <w:p>
      <w:r>
        <w:t xml:space="preserve">(Speaker B)  Okay. Resignation accepted. And also, we'll ask Chris to resign from your seat, which expires in 2026. </w:t>
      </w:r>
    </w:p>
    <w:p>
      <w:r>
        <w:t xml:space="preserve">(Speaker D)  I resigned from my seat. </w:t>
      </w:r>
    </w:p>
    <w:p>
      <w:r>
        <w:t xml:space="preserve">(Speaker A)  Okay. </w:t>
      </w:r>
    </w:p>
    <w:p>
      <w:r>
        <w:t xml:space="preserve">(Speaker B)  Accepted. We now have three board members who have a motion to appoint Chris to the seat that was just vacated by Danielle. </w:t>
      </w:r>
    </w:p>
    <w:p>
      <w:r>
        <w:t xml:space="preserve">(Speaker C)  So moved. </w:t>
      </w:r>
    </w:p>
    <w:p>
      <w:r>
        <w:t xml:space="preserve">(Speaker B)  Second. All in favor say aye. </w:t>
      </w:r>
    </w:p>
    <w:p>
      <w:r>
        <w:t xml:space="preserve">(Speaker C)  Aye. </w:t>
      </w:r>
    </w:p>
    <w:p>
      <w:r>
        <w:t xml:space="preserve">(Speaker B)  Motion passes. You know the drill. Aye. Chris Mayo, a citizen of the state of Florida and the St. Augustine and of the United States of America and being employed by or an officer at the St. Augustine Lake CDD and a recipient of public funds as such employer officer, do hereby solemnly swear or affirm that I'll support the Constitution of the United States and of the State of Florida. </w:t>
      </w:r>
    </w:p>
    <w:p>
      <w:r>
        <w:t xml:space="preserve">(Speaker A)  Yes. </w:t>
      </w:r>
    </w:p>
    <w:p>
      <w:r>
        <w:t xml:space="preserve">(Speaker B)  All right, thank you. We'll have you sign your oath at the end of the meeting. And now we have four board members and we will look for a motion to appoint Danielle to the seat that Chris previously resigned from. All in favor say aye. Motion passes. Danielle. </w:t>
      </w:r>
    </w:p>
    <w:p>
      <w:r>
        <w:t xml:space="preserve">(Speaker A)  Aye. </w:t>
      </w:r>
    </w:p>
    <w:p>
      <w:r>
        <w:t xml:space="preserve">(Speaker B)  A citizen of the state of Florida in the St. Augustine Lakes community Development Districts and of the United States of America and Civic on public funds as such employer officer, to hereby solemnly swear or affirm that I will support the Constitution of the United States and of the state of Florida. </w:t>
      </w:r>
    </w:p>
    <w:p>
      <w:r>
        <w:t xml:space="preserve">(Speaker A)  I will. </w:t>
      </w:r>
    </w:p>
    <w:p>
      <w:r>
        <w:t xml:space="preserve">(Speaker B)  All right. Congratulations. We'll have you sign your oath after the meeting. Okay, so the net result of that is that Chris and Zenzi will be on the board through 2028. The other three supervisors, their terms will end in November as of the landowner elections date. And that brings us to election of officers. You certainly can leave the officers exactly. Exactly as you have them right now because you're all board members. And what we can do is approve that resolution with all the positions staying the same. All in favor say aye. Motion passes. </w:t>
      </w:r>
    </w:p>
    <w:p>
      <w:r>
        <w:t xml:space="preserve">(Speaker C)  Thank you. </w:t>
      </w:r>
    </w:p>
    <w:p>
      <w:r>
        <w:t xml:space="preserve">(Speaker B)  And that brings the staff reports. Wes, </w:t>
      </w:r>
    </w:p>
    <w:p>
      <w:r>
        <w:t xml:space="preserve">(Speaker A)  I don't have any report unless there are any questions for me. </w:t>
      </w:r>
    </w:p>
    <w:p>
      <w:r>
        <w:t xml:space="preserve">(Speaker C)  No questions. Thanks, Claire. </w:t>
      </w:r>
    </w:p>
    <w:p>
      <w:r>
        <w:t xml:space="preserve">(Speaker B)  And that brings us to the district engineer, Bill. </w:t>
      </w:r>
    </w:p>
    <w:p>
      <w:r>
        <w:t xml:space="preserve">(Speaker A)  Yeah, I have nothing to report, but stand by for any questions. </w:t>
      </w:r>
    </w:p>
    <w:p>
      <w:r>
        <w:t xml:space="preserve">(Speaker C)  Thanks, Bill. No questions. Thanks. </w:t>
      </w:r>
    </w:p>
    <w:p>
      <w:r>
        <w:t xml:space="preserve">(Speaker B)  Under management report. Been getting calls about the landowners meeting, which is November 23rd. The documents are on the website. I think the phone calls I've had. People have started to build a good understanding of the landowners election. It's complicated. You only go through it a few times in the life of a district. But we'll continue to get the word out as posted to the website. And if anyone has questions, we're happy to answer them as we go through the process. And I appreciate your interest in the seats. That brings the operations report. Maria, do you have anything for the board? </w:t>
      </w:r>
    </w:p>
    <w:p>
      <w:r>
        <w:t xml:space="preserve">(Speaker A)  No. Report </w:t>
      </w:r>
    </w:p>
    <w:p>
      <w:r>
        <w:t xml:space="preserve">(Speaker B)  supervisor. </w:t>
      </w:r>
    </w:p>
    <w:p>
      <w:r>
        <w:t xml:space="preserve">(Speaker C)  A couple of things. Okay, so ftno. So last meeting, there's a report of a light being out, which that's the way it was conveyed to us. We thought the light was just out. And so we recommended that the homeowners reach out to fpnl, but I had another homeowner reach out to me and say, no, it's not out, it's not connected, which is something Completely different. So we did reach out to fpnl. This is the one that's on the corner of Conway and Miramar Lake. They sent out the contractors and they finished the connection, but I believe the light is still not on yet. So I did follow up with that P L last week. So as soon as I get an update on that, I'll let you guys know. And then I had a meeting with Yellowstone, the branch manager. Well, not a meeting with them. We were at a trade show together and I mentioned two. The branch manager for St. Augustine who handles St. Augustine Lakes, that you all were not unhappy with their services. I recommended to Maria previously to reach out to them, to have them come to your HOA board meeting to address your concerns. So they reached back out to me and I referred them back to Maria again. I'm like, you certainly can come to the CDD meeting, but we don't have as many people as I would imagine you guys have at your HOA meeting, since they're in the evening and that it would be in the best interest for them to come, you know, listen to your concerns and maybe set up a walk with you all as opposed to a walk with me, since we'll return over control of the board in November. So Maria should be getting that information to the HOA there. And then did we get bids back from vendors for the items that were in the engineers report? You know, that Bill said they could provide it, but yeah, there's a couple things. I don't know if Leah was reaching out or I didn't receive the. </w:t>
      </w:r>
    </w:p>
    <w:p>
      <w:r>
        <w:t xml:space="preserve">(Speaker D)  I thought Bill was going to get </w:t>
      </w:r>
    </w:p>
    <w:p>
      <w:r>
        <w:t xml:space="preserve">(Speaker B)  this together for us. Bill, maybe you've already done this, but can you assist us with proposals or at least vendors that can perform some of the maintenance items related to the recommendations you made in your Stormwater pond report? </w:t>
      </w:r>
    </w:p>
    <w:p>
      <w:r>
        <w:t xml:space="preserve">(Speaker A)  Absolutely, I sure can. All right. </w:t>
      </w:r>
    </w:p>
    <w:p>
      <w:r>
        <w:t xml:space="preserve">(Speaker C)  Thanks, Bill. </w:t>
      </w:r>
    </w:p>
    <w:p>
      <w:r>
        <w:t xml:space="preserve">(Speaker A)  Yes, you're welcome. </w:t>
      </w:r>
    </w:p>
    <w:p>
      <w:r>
        <w:t xml:space="preserve">(Speaker B)  Thank you. Audience comments. Did you want to go over. </w:t>
      </w:r>
    </w:p>
    <w:p>
      <w:r>
        <w:t xml:space="preserve">(Speaker E)  Yeah, just. Do we have a completion or a start date yet for the thermoplastic on the roadways for the striping? </w:t>
      </w:r>
    </w:p>
    <w:p>
      <w:r>
        <w:t xml:space="preserve">(Speaker A)  Well, we. </w:t>
      </w:r>
    </w:p>
    <w:p>
      <w:r>
        <w:t xml:space="preserve">(Speaker E)  For the existing striping already. Wasn't the thermoplastic being put over that, or is that completely done then? </w:t>
      </w:r>
    </w:p>
    <w:p>
      <w:r>
        <w:t xml:space="preserve">(Speaker C)  No, I. </w:t>
      </w:r>
    </w:p>
    <w:p>
      <w:r>
        <w:t xml:space="preserve">(Speaker E)  Okay. </w:t>
      </w:r>
    </w:p>
    <w:p>
      <w:r>
        <w:t xml:space="preserve">(Speaker D)  There was. Sorry. I guess somebody was under the impression that there's lines. There's an engineer we have on the HOA board, he works through Robertson Signal guy. I guess they were under the impression that those lines are temporary, that they put those down first, then they come back later and do a more permanent thermoplastic line, maybe. No, okay. Maybe DOT roadway without anything on our. </w:t>
      </w:r>
    </w:p>
    <w:p>
      <w:r>
        <w:t xml:space="preserve">(Speaker E)  Okay. </w:t>
      </w:r>
    </w:p>
    <w:p>
      <w:r>
        <w:t xml:space="preserve">(Speaker B)  Did it. </w:t>
      </w:r>
    </w:p>
    <w:p>
      <w:r>
        <w:t xml:space="preserve">(Speaker E)  Yeah, </w:t>
      </w:r>
    </w:p>
    <w:p>
      <w:r>
        <w:t xml:space="preserve">(Speaker D)  I just have a few things like put on the road. I'll actually get to show you guys a picture real quick. Of course it might. I know you guys, previously we did some work around the mailboxes to concern the flooding. Correct. Did the contractors complete that or did we just order it? Because I think they completed it. </w:t>
      </w:r>
    </w:p>
    <w:p>
      <w:r>
        <w:t xml:space="preserve">(Speaker C)  I believe they completed that. That was Yellowstone that rebranded it. </w:t>
      </w:r>
    </w:p>
    <w:p>
      <w:r>
        <w:t xml:space="preserve">(Speaker D)  So they now like we're getting this every time it rains. So now instead of pulling on the grass, it's pulling on the concrete next </w:t>
      </w:r>
    </w:p>
    <w:p>
      <w:r>
        <w:t xml:space="preserve">(Speaker E)  to the grass or in front of the mailboxes themselves. </w:t>
      </w:r>
    </w:p>
    <w:p>
      <w:r>
        <w:t xml:space="preserve">(Speaker C)  So, Maria, the area around the mailboxes that Yellowstone regraded is now causing that water to pool on the sidewalk. </w:t>
      </w:r>
    </w:p>
    <w:p>
      <w:r>
        <w:t xml:space="preserve">(Speaker A)  Okay. </w:t>
      </w:r>
    </w:p>
    <w:p>
      <w:r>
        <w:t xml:space="preserve">(Speaker B)  And if you can also email that photo to. To Maria or any of us. </w:t>
      </w:r>
    </w:p>
    <w:p>
      <w:r>
        <w:t xml:space="preserve">(Speaker D)  Okay. Anyways, because I guess now it's a problem. Like it was here, now it's here, so it's like we gotta do something about it there. Secondly, what is the CD's policy on candidates placing signage on CED property in the neighborhood? </w:t>
      </w:r>
    </w:p>
    <w:p>
      <w:r>
        <w:t xml:space="preserve">(Speaker B)  Typically, I would say we don't allow it on call common areas that are owned by the cdd. I just can't speak for what the HOA would allow in private lots. </w:t>
      </w:r>
    </w:p>
    <w:p>
      <w:r>
        <w:t xml:space="preserve">(Speaker A)  I don't know. </w:t>
      </w:r>
    </w:p>
    <w:p>
      <w:r>
        <w:t xml:space="preserve">(Speaker D)  Well, so the hoa, they, they. Any land is. Is owned by the cad. So the HOA doesn't really have a say in that matter. But as I understand it, because the same reason why we can't have a gate. Right? Because it's public land so we can use it to, to facilitate our own. </w:t>
      </w:r>
    </w:p>
    <w:p>
      <w:r>
        <w:t xml:space="preserve">(Speaker C)  That's not why you don't have a gate. You don't have a gate because as a defense, we decided not to install a gate. </w:t>
      </w:r>
    </w:p>
    <w:p>
      <w:r>
        <w:t xml:space="preserve">(Speaker D)  If we did, it would be a soft gate is what I was saying too. </w:t>
      </w:r>
    </w:p>
    <w:p>
      <w:r>
        <w:t xml:space="preserve">(Speaker C)  So I would tell you that our developer policy is we don't allow political advertising signs in our communities. Obviously when you turn the board over, you guys can change that, but as of this board, we don't allow it. </w:t>
      </w:r>
    </w:p>
    <w:p>
      <w:r>
        <w:t xml:space="preserve">(Speaker D)  So as of right now, political signage in the community is prohibited by a </w:t>
      </w:r>
    </w:p>
    <w:p>
      <w:r>
        <w:t xml:space="preserve">(Speaker C)  board policy on CDD property. I know our HOA documents feel like they have a no signage provision in them, but then you have to, I mean, for people putting signage in their own yards. But you have to give your HOA board about that. </w:t>
      </w:r>
    </w:p>
    <w:p>
      <w:r>
        <w:t xml:space="preserve">(Speaker D)  And then the last thing is we've run into a lot of people in the course of doing our canvas for the election that have complained about not getting the notices of CDD meetings or. And. Or that there's an election. I know that you're doing the proper legal thing, which is like the papers and putting it on the website, but is there any way we could go a step further and maybe send out a notice to the community about the upcoming election? Because there's people that are like, oh, I didn't even know there was an election. This guy talked to me. I didn't know it was a CDD election. I signed his thing. I thought it was a petition. People are. I feel like we're not. They're not hearing from all the candidates because they simply don't know that there are a bunch of candidates and that there is an election coming. And I wonder if we could do something to remedy that. </w:t>
      </w:r>
    </w:p>
    <w:p>
      <w:r>
        <w:t xml:space="preserve">(Speaker B)  I think a good compromise would be to send an E blast out just reminding everyone and refer them to the website. And also we'll happy to take any caution and we can put that in an E Blast. I'll tell you, once you start doing mailers at the district's expense, it's going to. It's typically just for a buck a piece of mail. So you'd be spending 500 bucks. </w:t>
      </w:r>
    </w:p>
    <w:p>
      <w:r>
        <w:t xml:space="preserve">(Speaker D)  Your e blast would be to. Because I don't remember ever giving the CD my email address. </w:t>
      </w:r>
    </w:p>
    <w:p>
      <w:r>
        <w:t xml:space="preserve">(Speaker B)  Well, it would be through the hoa. </w:t>
      </w:r>
    </w:p>
    <w:p>
      <w:r>
        <w:t xml:space="preserve">(Speaker D)  Oh, so you would say you would suggest the HOA do it. The issue with that is that two HOA board members are running for the CD and we don't want to make it look like we're using our platform to add. </w:t>
      </w:r>
    </w:p>
    <w:p>
      <w:r>
        <w:t xml:space="preserve">(Speaker C)  Well, I mean that's just a community announcement. </w:t>
      </w:r>
    </w:p>
    <w:p>
      <w:r>
        <w:t xml:space="preserve">(Speaker B)  Yeah, it would be very objective and non political. It's just announcing the process. And to get more information, please go to this website. </w:t>
      </w:r>
    </w:p>
    <w:p>
      <w:r>
        <w:t xml:space="preserve">(Speaker A)  Yeah. </w:t>
      </w:r>
    </w:p>
    <w:p>
      <w:r>
        <w:t xml:space="preserve">(Speaker C)  And we've used the HOA platform to send out information about the district because the HOA has that platform, has all of the email addresses and that's the best way to get out information to the community in the past. And I would also recommend that you guys put it on your social media pages. I know a lot of. So for them to say that they don't know is a little weird because you can always take a screenshot of the announcement on the CBD website as well as post a link in your social media. So I would say for anyone saying that they don't know, it's because they </w:t>
      </w:r>
    </w:p>
    <w:p>
      <w:r>
        <w:t xml:space="preserve">(Speaker E)  don't want to know. </w:t>
      </w:r>
    </w:p>
    <w:p>
      <w:r>
        <w:t xml:space="preserve">(Speaker C)  Have a community board too, don't you? </w:t>
      </w:r>
    </w:p>
    <w:p>
      <w:r>
        <w:t xml:space="preserve">(Speaker D)  I took the poll. Nobody ever looks up. But the, the thing with it, we run into so many people. I'm not on Facebook. </w:t>
      </w:r>
    </w:p>
    <w:p>
      <w:r>
        <w:t xml:space="preserve">(Speaker B)  It's all that drama over there. </w:t>
      </w:r>
    </w:p>
    <w:p>
      <w:r>
        <w:t xml:space="preserve">(Speaker C)  Well, and that's why I said I would. I would do that. I would send it through the hoa, and then I would post it on your social media, and I would post it on your board, </w:t>
      </w:r>
    </w:p>
    <w:p>
      <w:r>
        <w:t xml:space="preserve">(Speaker B)  and maybe, maybe just, you know, it starts to add a little more emphasis as you get into October, and. And you say, hey, the election now is what, 30, 40 days away or whatever the case is, you know, so, </w:t>
      </w:r>
    </w:p>
    <w:p>
      <w:r>
        <w:t xml:space="preserve">(Speaker D)  yeah, we've got the CDD election, an HOA election, and a CCR vote. </w:t>
      </w:r>
    </w:p>
    <w:p>
      <w:r>
        <w:t xml:space="preserve">(Speaker A)  Yeah. </w:t>
      </w:r>
    </w:p>
    <w:p>
      <w:r>
        <w:t xml:space="preserve">(Speaker B)  All in the same busy month. Good, good. </w:t>
      </w:r>
    </w:p>
    <w:p>
      <w:r>
        <w:t xml:space="preserve">(Speaker A)  All right. </w:t>
      </w:r>
    </w:p>
    <w:p>
      <w:r>
        <w:t xml:space="preserve">(Speaker B)  Anything else? Thank you. And that brings us to financial statements. As of August 31, 11 months into the fiscal year, your capital reserve fund's at $60,000. You're projecting a surplus of about $83,000. According to the financials you have before you, $45,000 of that is helping pay down the assessments for FY27. We use carry forward surplus for that. And the next scheduled meeting is October 26th. That'll be our last regular meeting before the landowner's election. </w:t>
      </w:r>
    </w:p>
    <w:p>
      <w:r>
        <w:t xml:space="preserve">(Speaker D)  Okay. </w:t>
      </w:r>
    </w:p>
    <w:p>
      <w:r>
        <w:t xml:space="preserve">(Speaker B)  Do you have a motion to adjourn? Second. All in favor say aye. Motion passes. And please give us here to sign your oath of office before you leave. Thanks. Thank you, Russ. Thanks, Maria. Thanks, Bill. </w:t>
      </w:r>
    </w:p>
    <w:p>
      <w:r>
        <w:br/>
        <w:br/>
        <w:br/>
        <w: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w:t>
      </w:r>
    </w:p>
    <w:p>
      <w:r>
        <w:t xml:space="preserve">&gt;&gt;&gt;&gt;&gt;&gt;&gt;&gt;&gt;&gt;&gt;&gt;&gt;  </w:t>
      </w:r>
      <w:r>
        <w:rPr>
          <w:b/>
          <w:color w:val="FF0000"/>
        </w:rPr>
        <w:t>GAT END OF FILE</w:t>
      </w:r>
      <w:r>
        <w:rPr>
          <w:b w:val="0"/>
          <w:color w:val="000000"/>
        </w:rPr>
        <w:t xml:space="preserve">  &gt;&gt;&gt;&gt;&gt;&gt;&gt;&gt;&gt;&gt;&gt;&gt;&gt;&gt;&gt;&gt;&gt;&gt;&gt;&gt;&gt;&gt;&gt;&gt;&gt;&gt;&gt;&gt;&gt;&gt;&gt;&gt;&gt;&gt;&gt;&gt;&gt;&gt;&gt;&gt;&gt;&gt;&gt;&gt;&gt;&gt;&gt;&gt;&gt;&gt;&gt;&gt;&gt;&gt;&gt;&gt;&gt;&gt;&gt;&gt;&gt;&gt;&gt;&gt;&gt;&gt;&gt;&gt;&gt;&gt;&gt;&gt;&gt;&gt;&gt;&gt;&gt;&gt;&gt;&gt;&gt;&gt;&gt;&gt;&gt;&gt;&gt;&gt;&gt;&gt;&gt;&gt;&gt;&gt;&gt;&gt;&gt;&gt;&gt;&gt;&gt;&gt;&gt;&gt;&gt;&gt;&gt;&gt;&gt;&gt;&gt;&gt;&gt;&gt;&gt;&gt;&gt;&gt;&gt;&gt;&gt;&gt;&gt;&gt;&gt;&gt;&gt;&gt;&gt;</w:t>
      </w:r>
    </w:p>
    <w:p>
      <w:r>
        <w: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