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RW_081326.m4a</w:t>
      </w:r>
      <w:r>
        <w:rPr>
          <w:b/>
          <w:color w:val="FF0000"/>
        </w:rPr>
        <w:br/>
        <w:tab/>
        <w:tab/>
        <w:tab/>
        <w:tab/>
        <w:t xml:space="preserve"> 68495021</w:t>
        <w:br/>
        <w:br/>
        <w:br/>
      </w:r>
    </w:p>
    <w:p>
      <w:r>
        <w:t>DATE AUDIO FILE SUBMITTED TO THE GAT SYSTEM:</w:t>
      </w:r>
      <w:r>
        <w:rPr>
          <w:b/>
          <w:color w:val="FF0000"/>
        </w:rPr>
        <w:br/>
        <w:tab/>
        <w:tab/>
        <w:tab/>
        <w:tab/>
        <w:t xml:space="preserve"> August 18, 2026 at 10:19 AM</w:t>
        <w:br/>
        <w:br/>
        <w:br/>
      </w:r>
    </w:p>
    <w:p>
      <w:r>
        <w:t>DATE AUDIO FILE COMPLETED BY THE GAT SYSTEM:</w:t>
      </w:r>
      <w:r>
        <w:rPr>
          <w:b/>
          <w:color w:val="FF0000"/>
        </w:rPr>
        <w:br/>
        <w:tab/>
        <w:tab/>
        <w:tab/>
        <w:tab/>
        <w:t xml:space="preserve"> August 18, 2026 at 10:20 AM</w:t>
      </w:r>
      <w:r>
        <w:rPr>
          <w:b/>
          <w:color w:val="FF0000"/>
        </w:rPr>
        <w:br/>
        <w:tab/>
        <w:tab/>
        <w:tab/>
        <w:tab/>
        <w:t xml:space="preserve"> 01:05 ELAPSED TIME</w:t>
        <w:br/>
        <w:br/>
        <w:br/>
      </w:r>
    </w:p>
    <w:p>
      <w:r>
        <w:t>MEETING AGENDA:</w:t>
      </w:r>
      <w:r>
        <w:rPr>
          <w:b/>
          <w:color w:val="FF0000"/>
        </w:rPr>
        <w:br/>
        <w:br/>
        <w:br/>
        <w:tab/>
        <w:tab/>
        <w:tab/>
        <w:tab/>
        <w:t xml:space="preserve">  </w:t>
        <w:br/>
        <w:br/>
        <w:br/>
      </w:r>
    </w:p>
    <w:p>
      <w:r>
        <w:t xml:space="preserve">(Speaker A)  Mr. Chairman, are you ready for me to call the meeting to order, please? All right. Good morning. We're calling to order Reunion West Community Development District Board of Supervisors meeting. It is Thursday, August 13, 2026. It is 10:34am and we are at Heritage Crossings Community center at Reunion. The first item on the agenda is roll call for the purpose of voice recognition software. If board members could kindly state your first and last name and note you're here for the record. And we'll start with the chairman. </w:t>
      </w:r>
    </w:p>
    <w:p>
      <w:r>
        <w:t xml:space="preserve">(Speaker B)  Graham Staley. Present. </w:t>
      </w:r>
    </w:p>
    <w:p>
      <w:r>
        <w:t xml:space="preserve">(Speaker C)  Sharon Honda. </w:t>
      </w:r>
    </w:p>
    <w:p>
      <w:r>
        <w:t xml:space="preserve">(Speaker D)  Present. </w:t>
      </w:r>
    </w:p>
    <w:p>
      <w:r>
        <w:t xml:space="preserve">(Speaker E)  Michael Barry. </w:t>
      </w:r>
    </w:p>
    <w:p>
      <w:r>
        <w:t xml:space="preserve">(Speaker C)  Present. </w:t>
      </w:r>
    </w:p>
    <w:p>
      <w:r>
        <w:t xml:space="preserve">(Speaker F)  Mark Greenstein. Present. </w:t>
      </w:r>
    </w:p>
    <w:p>
      <w:r>
        <w:t xml:space="preserve">(Speaker G)  Bill. Which are present. </w:t>
      </w:r>
    </w:p>
    <w:p>
      <w:r>
        <w:t xml:space="preserve">(Speaker A)  Let the record show that all five board members are in attendance and we have established a quorum. The next item on the agenda is public comment, period. Board members. We do have Billy Dove attending from Gray Robinson. He's here, too, on Zoom to provide an update on the status of eminent domain matters. Would the board like to move that as the next item, or do you want to follow the order of the agenda and take that under attorney's report? </w:t>
      </w:r>
    </w:p>
    <w:p>
      <w:r>
        <w:t xml:space="preserve">(Speaker B)  Efficient. If we let him speak now, I think. </w:t>
      </w:r>
    </w:p>
    <w:p>
      <w:r>
        <w:t xml:space="preserve">(Speaker G)  I think it's sufficient. </w:t>
      </w:r>
    </w:p>
    <w:p>
      <w:r>
        <w:t xml:space="preserve">(Speaker C)  Yep. </w:t>
      </w:r>
    </w:p>
    <w:p>
      <w:r>
        <w:t xml:space="preserve">(Speaker A)  All right, great. Billy, if you want to go ahead and provide your update to the Board of Supervisors. </w:t>
      </w:r>
    </w:p>
    <w:p>
      <w:r>
        <w:t xml:space="preserve">(Speaker H)  All right, thanks, everyone, and appreciate the time to speak with you today. This will be a real short update for you. And I apologize I wasn't able to provide an Update on the July 10th meeting as my wife and I had our second child that day. </w:t>
      </w:r>
    </w:p>
    <w:p>
      <w:r>
        <w:t xml:space="preserve">(Speaker B)  So, you know, congratulations. </w:t>
      </w:r>
    </w:p>
    <w:p>
      <w:r>
        <w:t xml:space="preserve">(Speaker D)  Thank you. </w:t>
      </w:r>
    </w:p>
    <w:p>
      <w:r>
        <w:t xml:space="preserve">(Speaker H)  Thank you. All right, so like I said, fairly straightforward, short and sweet here. We're still working through most of these parcels with our appraisers and our engineers. </w:t>
      </w:r>
    </w:p>
    <w:p>
      <w:r>
        <w:t xml:space="preserve">(Speaker F)  So. </w:t>
      </w:r>
    </w:p>
    <w:p>
      <w:r>
        <w:t xml:space="preserve">(Speaker H)  So just a couple of updates, really. Parcel 111 was voided, canceled, as you know. And we are still working through parcel 156 and working with the engineers from both our side and the district on that and the appraisers. I think the biggest thing, the most time sensitive thing here is the. There is a parcel that we are working on with your neighbor, CDD Reunion east, that will potentially, you know, would have an impact on Reunion west as well. That is, that is parcel 140, which is located underneath Traditions Boulevard under the the bridge there. The big, biggest update I have for you is, like I said, Reunion east is the fee owner. But that parcel includes certain utilities, utility lines, including a water line that goes underneath I4. We learned through this process, through this case, that when the developer installed that water line, it was not buried deep enough. And as part of that case, we have been able to essentially reach an agreement with the DOT that they will, as part of their project, replace that water line and rebury it to a proper depth that will. That will be functional with the project at their cost as part of the project. The good news is this, is this is roughly at $250,000 savings. So that is a. That's a large benefit to both communities there, and we expect that to be moving forward shortly. There's. There's no action requested at this time. I just wanted to let you know that as an update. But as for the. The rest of the parcels here, we're, like I said, we're continuing to work through them and hope to have another update for you at the next meeting as we get some more feedback from our. Our experts here. </w:t>
      </w:r>
    </w:p>
    <w:p>
      <w:r>
        <w:t xml:space="preserve">(Speaker B)  So. So just a quick question. Any cause for concern on any other parcels by. I mean, things that you think could impact any of our. Our way of life, so to speak? </w:t>
      </w:r>
    </w:p>
    <w:p>
      <w:r>
        <w:t xml:space="preserve">(Speaker H)  Not at this. Not at this time. I'm sorry, I didn't mean to interrupt. I think there may be just an audio delay. Not at this time. But that is why we're, you know, making sure that we're coordinating both with our experts, our traffic engineer, as well as requesting and reviewing some additional documents from the DOT and making sure that as necessary, those are collaborated with your engineers as well. We don't have any major causes for concern at this point. If anything does come up, we will obviously bring it to the board's attention for further direction. </w:t>
      </w:r>
    </w:p>
    <w:p>
      <w:r>
        <w:t xml:space="preserve">(Speaker B)  Very good. Any questions for Billy? </w:t>
      </w:r>
    </w:p>
    <w:p>
      <w:r>
        <w:t xml:space="preserve">(Speaker F)  Thank you, Billy. </w:t>
      </w:r>
    </w:p>
    <w:p>
      <w:r>
        <w:t xml:space="preserve">(Speaker B)  Thank you very much. Go and get some sleep. Sounds like you need it. Thank you. Thank you. I appreciate. </w:t>
      </w:r>
    </w:p>
    <w:p>
      <w:r>
        <w:t xml:space="preserve">(Speaker H)  You guys have a great. </w:t>
      </w:r>
    </w:p>
    <w:p>
      <w:r>
        <w:t xml:space="preserve">(Speaker B)  Have a great day. </w:t>
      </w:r>
    </w:p>
    <w:p>
      <w:r>
        <w:t xml:space="preserve">(Speaker A)  Thank you, Billy. </w:t>
      </w:r>
    </w:p>
    <w:p>
      <w:r>
        <w:t xml:space="preserve">(Speaker F)  Bye bye. Congrats, </w:t>
      </w:r>
    </w:p>
    <w:p>
      <w:r>
        <w:t xml:space="preserve">(Speaker A)  board members. The next item on the agenda is a public comment period. This is an opportunity for any members of the public to make a statement to the board. We do have a public comment scheduled as part of today's public hearing to adopt the budget as well as an additional public comment period for the imposition of assessments to fund the budget. Are there any public comments at this time? All of the. Actually, we do have one member of the public on Zoom. Any. If there's anyone attending on Zoom who would like to make a public comment, please use the raise hand function. </w:t>
      </w:r>
    </w:p>
    <w:p>
      <w:r>
        <w:t xml:space="preserve">(Speaker F)  All right. </w:t>
      </w:r>
    </w:p>
    <w:p>
      <w:r>
        <w:t xml:space="preserve">(Speaker A)  It doesn't look like there's any comments at this time, then. Yes, sir. </w:t>
      </w:r>
    </w:p>
    <w:p>
      <w:r>
        <w:t xml:space="preserve">(Speaker B)  Just want to point something out. At the east meeting last. Last month, a couple of people said that it was very difficult to hear what we were saying. So I think if we can all try and boom a little bit more than we know. I'm very soft, so I've got to try and boom a little bit. Bill's probably the best. </w:t>
      </w:r>
    </w:p>
    <w:p>
      <w:r>
        <w:t xml:space="preserve">(Speaker G)  I don't have a problem </w:t>
      </w:r>
    </w:p>
    <w:p>
      <w:r>
        <w:t xml:space="preserve">(Speaker F)  we are working on. </w:t>
      </w:r>
    </w:p>
    <w:p>
      <w:r>
        <w:t xml:space="preserve">(Speaker B)  We have to try and boom a little bit more. So just if we can bear that in mind, even when we're just talking amongst ourselves. Thank you for that. Sorry to interrupt. </w:t>
      </w:r>
    </w:p>
    <w:p>
      <w:r>
        <w:t xml:space="preserve">(Speaker A)  Oh, you're fine. </w:t>
      </w:r>
    </w:p>
    <w:p>
      <w:r>
        <w:t xml:space="preserve">(Speaker D)  It's your meeting. </w:t>
      </w:r>
    </w:p>
    <w:p>
      <w:r>
        <w:t xml:space="preserve">(Speaker A)  Board members, the next item on the agenda is approval of the minutes from the July 9, 2026 joint workshop and Board of Supervisors meeting. Board members, both of the draft of the workshop minutes as well as the Board of Supervisors minutes from July 9 are included in your agenda packet. Are there any corrections to either document? If there's no corrections, do we have a motion to approve? Yes, sir. </w:t>
      </w:r>
    </w:p>
    <w:p>
      <w:r>
        <w:t xml:space="preserve">(Speaker C)  Question. </w:t>
      </w:r>
    </w:p>
    <w:p>
      <w:r>
        <w:t xml:space="preserve">(Speaker E)  And it's on the. The seventh order of business on the first one, which is joint meeting. And I was just. It mentions that the sidewalk project, but it mentions the Porter ecb. Is there a reason it's. </w:t>
      </w:r>
    </w:p>
    <w:p>
      <w:r>
        <w:t xml:space="preserve">(Speaker A)  It had already been on the list for Reunion West CDD only. And the request was to also include Reunion east in the sidewalk program. Program. So that's why there was that reference. </w:t>
      </w:r>
    </w:p>
    <w:p>
      <w:r>
        <w:t xml:space="preserve">(Speaker B)  While we're on that minute, I must admit I thought we were going to have our next workshop in September every two months. And we've. We say now October and I see the schedule. </w:t>
      </w:r>
    </w:p>
    <w:p>
      <w:r>
        <w:t xml:space="preserve">(Speaker A)  Yeah. </w:t>
      </w:r>
    </w:p>
    <w:p>
      <w:r>
        <w:t xml:space="preserve">(Speaker D)  There. </w:t>
      </w:r>
    </w:p>
    <w:p>
      <w:r>
        <w:t xml:space="preserve">(Speaker A)  If the board would like to have a workshop in September instead of October, we. </w:t>
      </w:r>
    </w:p>
    <w:p>
      <w:r>
        <w:t xml:space="preserve">(Speaker B)  There's no specific reason for. </w:t>
      </w:r>
    </w:p>
    <w:p>
      <w:r>
        <w:t xml:space="preserve">(Speaker A)  I. I had made notes during the meeting that we would start in October. For some reason, the fiscal year starts in October. </w:t>
      </w:r>
    </w:p>
    <w:p>
      <w:r>
        <w:t xml:space="preserve">(Speaker F)  You know, like starting off the fiscal </w:t>
      </w:r>
    </w:p>
    <w:p>
      <w:r>
        <w:t xml:space="preserve">(Speaker E)  year kind of thing. </w:t>
      </w:r>
    </w:p>
    <w:p>
      <w:r>
        <w:t xml:space="preserve">(Speaker B)  Okay. </w:t>
      </w:r>
    </w:p>
    <w:p>
      <w:r>
        <w:t xml:space="preserve">(Speaker A)  But if you want to have a joint workshop this current fiscal year, you're absolutely entitled to have one. </w:t>
      </w:r>
    </w:p>
    <w:p>
      <w:r>
        <w:t xml:space="preserve">(Speaker B)  I don't think it's important. You've got some work to do anyway, splitting the operating costs between amenities and infrastructure anyway. So you'll need the month of September, I think, to. To get that right. </w:t>
      </w:r>
    </w:p>
    <w:p>
      <w:r>
        <w:t xml:space="preserve">(Speaker A)  So you're. And we can discuss the meeting schedule that is scheduled as an agenda item today. </w:t>
      </w:r>
    </w:p>
    <w:p>
      <w:r>
        <w:t xml:space="preserve">(Speaker C)  Yeah. </w:t>
      </w:r>
    </w:p>
    <w:p>
      <w:r>
        <w:t xml:space="preserve">(Speaker A)  Are there any corrections to the minutes? If there's no corrections to either document, do we have a motion to approve? Second all in favor of approval, say II Opposed. Motion carries unanimously. Board members, the next item on the agenda is presentation and consideration of optics systems proposal for software and asset documentation. For the record, District Council has joined the meeting in person and is no longer attending on Zoom. Since she's here in person Good morning, Andrew. Excuse me, board members. We actually have this scheduled to discuss before the five year plan and budget. In order to make sure that we're properly budgeting for this expense. We have tentatively budgeted for the Optic Systems proposal for year one operating costs within the contingency line item on the ReunionWest CDD proposed budget. There was an initial proposal that had been presented to the board for discussion. The initial proposal was coincidental between Reunion east cdd, Reunion West CDD as well as the hoa. And there were some questions that came up regarding well, what if the HOA decides not to do this? What would be the impact? So it was just in the hopes of improving communication and offering clarity to have a proposal just for ReunionWest. There is a proposal included in your agenda packet on page 18 is a summary of the proposal. This is the cost for three years of service for the software. Subscription is one of the main issues that you want to focus on. It's a monthly cost and that would be billed monthly. The Street Tree Capture video service is based on an as needed basis. There's an assumption that that will occur one time per year. So in three years there would be three occurrences. But the unit cost for that Street Tree Capture video service is at this time $446. That is the scooter that goes along the sidewalk and would capture all of the CDD sidewalk as well as the CDD trees. There's also the more of a really high density image service. Again, the assumption is that that would happen one time per year per occurrence. The cost of that is $3,884.50. There's also a one time setup fee and then there's some a la carte fees regarding the tagging of assets such as trees. It is $2.50 per asset for tagging those utilizing Optic systems to do so. We did just very preliminary rough street counts and there's between 1500-2000 trees at each respective district. So there, there's some consideration there. There's also video storage costs. There's no cost for the training unless we require in person training, which we would not anticipate in order to answer any additional board member questions regarding the capacities of the software, the benefits, how it's utilized. There was a request to include three members from the Optic Systems team on the zoom call. They are in attendance. We have Wesley Hunt, Janie Lynn Scott as well as Sherry Crabtree. They're here to answer questions. In addition to that, I will just note for the record that Alan Shearer and I had a Zoom meeting with Jane or an online meeting with Janie Lynn Scott last week to go over the proposal in detail to get a better understanding of how these expenses would be billed and that type of information. So this item is ready for board discussion unless. Is there anything that Optics Systems would like to add before the board is the proposal? </w:t>
      </w:r>
    </w:p>
    <w:p>
      <w:r>
        <w:t xml:space="preserve">(Speaker I)  I don't necessarily have anything to add. Unless, Janie, there was anything that was misrepresented there. I don't think so because I think you guys already met and talked through it. So I think it should be good. But feel free, Janie, if there's anything you want to add. </w:t>
      </w:r>
    </w:p>
    <w:p>
      <w:r>
        <w:t xml:space="preserve">(Speaker G)  So I. This is Bill Witcher, and I do have a question. In reading through the brochure and knowing that the HOA is part of this potential use of your system, I noticed in that brochure that there are a number of your other HOA clients that you have that use this particular system to identify HOA violations within neighborhoods. Has that come up as a conversation point previously with the HOA folks? </w:t>
      </w:r>
    </w:p>
    <w:p>
      <w:r>
        <w:t xml:space="preserve">(Speaker I)  I don't believe we've had any conversation with the HOA folks, Jamie, on the Covenant Enforcement side, just as a, as a quick note, I mean, Optic Systems was originally created as a tool to do basically virtual Covenant enforcement. And then from there, all these other functions and features kind of grew out of it. So it's, it's probably 70% of our business is actually Covenant Enforcement throughout the United States. The 30% that's left over is a lot of these other services that we provide, like asset management and things like that. But we have not spoken to the HOA directly that I'm aware of, Janie, unless I'm wrong on that. </w:t>
      </w:r>
    </w:p>
    <w:p>
      <w:r>
        <w:t xml:space="preserve">(Speaker H)  Correct? </w:t>
      </w:r>
    </w:p>
    <w:p>
      <w:r>
        <w:t xml:space="preserve">(Speaker C)  Yeah. </w:t>
      </w:r>
    </w:p>
    <w:p>
      <w:r>
        <w:t xml:space="preserve">(Speaker A)  No, the main focus has been the tree capture with the HOA as well. </w:t>
      </w:r>
    </w:p>
    <w:p>
      <w:r>
        <w:t xml:space="preserve">(Speaker B)  It's my understanding this is Graham Stale. It's my understanding that the HOA isn't part of this project, that this covers every tree in the community, irrespective whether it's maintained by the HOA or maintained by the cdd, on the basis that if there's damage to a roadway or a sidewalk, it's probably can be caused by a tree that's either on CDD land or a tree that's sitting in the. In the grass verge, which is outside a home. So our responsibility is to the sidewalk and to the road, and therefore it doesn't matter whose responsibility it is to take care of the trees. I think we're taking the view. I think. I think the east are taking the view that we have to look after all the trees because we're interested in sidewalks and roads. So we have to capture every tree and deal with every concrete of use that results from those trees. Is that right, Mark? </w:t>
      </w:r>
    </w:p>
    <w:p>
      <w:r>
        <w:t xml:space="preserve">(Speaker E)  Yeah. </w:t>
      </w:r>
    </w:p>
    <w:p>
      <w:r>
        <w:t xml:space="preserve">(Speaker F)  Yeah, you're absolutely correct that the end result, the final impact, ends up impacting our property. Right. So whether it's emanating from a residential area or from, let's just call it the commercial area, which is really the main roadway like Virginia Boulevard and Traditions Boulevard, what have you, we end up with the issue. But you do bring up a separate point which is Covenant enforcement, I'm assuming drone capture. I mean it's not like we have a. Well, you have the grand. But opposite that which really is in the picture there. Most houses are no more than three stories tall. Most of them are two, a lot of ones. And if they could use the service to get shots of root for roof, you know, roof clean, there's a whole bunch of things that. So it has greater potential. I think the initial investment is a CDD investment, but the fact that there could be possible HOA use is something that we should share with. We talked about possibly discussing it or inviting the master to come to a workshop. He can discuss it. </w:t>
      </w:r>
    </w:p>
    <w:p>
      <w:r>
        <w:t xml:space="preserve">(Speaker G)  So my next question is, is by utilizing this software, does it make it more efficient for us in being able to identify when damage occurs? </w:t>
      </w:r>
    </w:p>
    <w:p>
      <w:r>
        <w:t xml:space="preserve">(Speaker C)  Yeah, Yellowstone. That's probably the bottom line with the whole program is just oversee all the trees, see how they're responding. Tracking any like bio barrier or root barrier that we've done from sidewalk repairs. And I'm pretty sure that's pretty correct. Right Pete, as far as that tracking goes. And it'll give us a history of how trees look today and how they look five, ten years from now. </w:t>
      </w:r>
    </w:p>
    <w:p>
      <w:r>
        <w:t xml:space="preserve">(Speaker E)  Problem. </w:t>
      </w:r>
    </w:p>
    <w:p>
      <w:r>
        <w:t xml:space="preserve">(Speaker D)  Do you have any other CDs? </w:t>
      </w:r>
    </w:p>
    <w:p>
      <w:r>
        <w:t xml:space="preserve">(Speaker C)  No, I personally don't have against the </w:t>
      </w:r>
    </w:p>
    <w:p>
      <w:r>
        <w:t xml:space="preserve">(Speaker B)  peace and experience of it. Is it correct? </w:t>
      </w:r>
    </w:p>
    <w:p>
      <w:r>
        <w:t xml:space="preserve">(Speaker D)  Yeah, and I just mention that because the CD is a government and so they're subject to the public records law. So we should also be thinking of that we're creating a record that's now available to the public. Is this something that's going to. How often are they coming out the zone, the c. Capturing. </w:t>
      </w:r>
    </w:p>
    <w:p>
      <w:r>
        <w:t xml:space="preserve">(Speaker A)  Do we know that it's up to the board. Annually, once annually, it's proposed annually. But it's up to the board. It won't happen as often. </w:t>
      </w:r>
    </w:p>
    <w:p>
      <w:r>
        <w:t xml:space="preserve">(Speaker F)  I think the fact that we're going to be able to track problems, the remediation of those problems, if they recur, what have you, it can only help from an insurance standpoint there's also to </w:t>
      </w:r>
    </w:p>
    <w:p>
      <w:r>
        <w:t xml:space="preserve">(Speaker D)  be a record of any deficiencies. </w:t>
      </w:r>
    </w:p>
    <w:p>
      <w:r>
        <w:t xml:space="preserve">(Speaker C)  Yeah. </w:t>
      </w:r>
    </w:p>
    <w:p>
      <w:r>
        <w:t xml:space="preserve">(Speaker F)  And it is another systems of records, no doubt about it But I would not even think about that as a reason for not going forward with this action. </w:t>
      </w:r>
    </w:p>
    <w:p>
      <w:r>
        <w:t xml:space="preserve">(Speaker G)  Yeah, it's my belief that there's some efficiencies to be gained absolutely by utilizing the software then it makes sense. But if we're not going to realize any efficiencies from this it doesn't make any sense to spend the money so. But it's not really me that can say yeah we're going to have efficiencies. It really comes from the people that would be utilizing the system and come back to that. </w:t>
      </w:r>
    </w:p>
    <w:p>
      <w:r>
        <w:t xml:space="preserve">(Speaker F)  Yes, exactly. </w:t>
      </w:r>
    </w:p>
    <w:p>
      <w:r>
        <w:t xml:space="preserve">(Speaker B)  I think, I think there's a couple of other points. This is 14,000 for three years for ourselves it's 17,000 for three years for the east under the current cost sharing arrangement, whatever they're going to be paying 42% of 31,000. So it's not a huge sum of money but it's something we don't want to have sitting on the shelf underutilized. Which takes me to that point about process. The ones I don't have any issues with the software I can trust Yellowstone, they've used it before. I mean if they say this is going to be helpful then that's fine. What's missing for me and it's on our side really is process. I have no idea who's going to do what when during the course of a year we're going to buy this software, we're going to get all this data and my fear is it'll just sit there and I think we need to document. We can either do it before we sign this when Pete's got some comments we need to document the process. Either either Yellowstone or Alan or Diane Davis who's pioneered this we need to document what we're going to do with this information. Otherwise it'll just sit there and never get used is my fear. So I know Pete had his hand up. He asked somebody to say can we allow Pete to speak? </w:t>
      </w:r>
    </w:p>
    <w:p>
      <w:r>
        <w:t xml:space="preserve">(Speaker E)  Yeah so when I see us managing software to get the most out of it is we're going to be seeing stuff while we're here on a daily basis or we're going to get an alert from Alan saying hey I got sidewalk lifting me to pin this tree and put a note in there that hey we're going ahead and replacing this slab and going in with the bio barrier or we're going to have an issue with the Tree. We're going to tag that tree and say we have a caterpillar issue and an injection performed on this tree on this date. So for our standpoint, we're going to be inputting data throughout the entire year on any type of tree issue. Maybe a truck hit a tree when document that a big major branch was, you know, knocked off this tree. Then we have a snapshot of that. They have these videos that are done on an annual basis. If we see a tree that's declining, we can go back and look and say, this tree looked fantastic. You're going to look, there's a note in there that it was actually struck by lightning. Or we went ahead and put a bio barrier in. We had to cut out some roots. Just that documentation and that, you know, record keeping, I think is really beneficial and just being able to look back and see what a tree looked like a year ago. So it's our side of things of the first year. I let GMS know that we're not going to add any cost on the management side because we don't know how much time this is going to take us the first year. So no added cost to you all. After year one, we'll determine, hey, take us about two hours, three hours of admin time per week in putting trees or you guys decide at some point of let's go ahead and pin every tree, you know, and the software don't do that. They charge $2.50 per tree. Or we can give you a price and we can do that work for you. Hey, we want to go ahead and take a full inventory of every tree on the property and identify the different types that are there, the caliper size of that tree. So. But year two, I think we'll have a better understanding during budget season next year of, hey, this thing was really easy. It's no brainer. We're not going to add any management or hey, this is taking a lot of time and we want to add in a little bit of admin side and cost to that. </w:t>
      </w:r>
    </w:p>
    <w:p>
      <w:r>
        <w:t xml:space="preserve">(Speaker B)  Do you have any client, and you probably can't comment on this. Do you have any clients where you actually have to charge them for the work you do on this software? </w:t>
      </w:r>
    </w:p>
    <w:p>
      <w:r>
        <w:t xml:space="preserve">(Speaker E)  So I'd have to check for their Jacksonville team. I'm not using it here locally. That's how we kind of got introduced. So I can't really speak to that. And then I see Alan maybe pinning his own things as well, because it's not just trees. It may be something else that he wants to identify whether It's a valve cover or a gate valve in the community that he doesn't want to forget where it is. He can pin different things, not just trigger </w:t>
      </w:r>
    </w:p>
    <w:p>
      <w:r>
        <w:t xml:space="preserve">(Speaker F)  same, same, same line of discussion. System manager, who officially is going to be the system manager is. I mean the CDD owns the system or with a subscriber. Okay. From a business standpoint, financial standpoint, that's one thing. But as Graham's pointing out, day to day operation, that you're going to have users on the system, I'm assuming Alan Casey, other people possibly within, within our world, maybe a user of the system, they can retrieve data. They may have, you know, no update capability, but they may be able to have, you know, retrieval capability. So were you view Pete, were you viewing Yellowstone as the manager of the system or as a user of the system? </w:t>
      </w:r>
    </w:p>
    <w:p>
      <w:r>
        <w:t xml:space="preserve">(Speaker E)  So we would be putting a lot of data. So we would want to be on the manager side of it being able to access things, put a plug in information. But I think GMS obviously would have a user point as well because I think they said you could have as many users as you want. But I think you're right. Maybe there, that's a question for optic systems. Is there like a fuel leak where you could have people that can go in and see stuff but can't edit </w:t>
      </w:r>
    </w:p>
    <w:p>
      <w:r>
        <w:t xml:space="preserve">(Speaker F)  this right now you clearly have to have, you know, no update capability for the average user or whether it's the HOA that's interested in seeing something on the system. But we have to work out that licensing because I'm. I'm hoping that we're going to start slow and we're going to work out all these. It'd be nice if you can. If it's being used in Jacksonville, is it a. Okay, what's the environment that it's being used in in Jacksonville? Is it a cdd? Is it an hoa? It's a cdd. Okay, that would be nice to know. </w:t>
      </w:r>
    </w:p>
    <w:p>
      <w:r>
        <w:t xml:space="preserve">(Speaker B)  This is exactly why I raised the issue because it's the process, it's the systems manager, it's. Alan's going to be sitting in his office if he's not careful looking at hundreds of pictures of trees. Well, I know that's exactly why I asked the question because someone's got to look after this. Things happen, systems go down. </w:t>
      </w:r>
    </w:p>
    <w:p>
      <w:r>
        <w:t xml:space="preserve">(Speaker D)  Can I just for a second. Because this comes up all the time. Insurance carriers are interested in this topic too. These, the footage is going to capture not just the tree, but everything around that too. So it's important. That's a public record. It has to be admitted, it needs to be cared for as it's, you know, as a public record, which there's. There's laws that relate to that footage itself. So I would recommend that only districts. The district manager can keep and hold and monitor that footage. Or you can amend your contract with Yellowstone to include language in there as a safeguard for the CDD about that public record and that they're responsible for holding it and making sure that they're complying with the public records. So do the public have to have access to view only? No. No. They can submit a public record request and then there's exceptions to public record requests too. </w:t>
      </w:r>
    </w:p>
    <w:p>
      <w:r>
        <w:t xml:space="preserve">(Speaker A)  So do you want to just do a brief overview of public records requests relative to video? Because it's. It's treated differently than other kinds of records. </w:t>
      </w:r>
    </w:p>
    <w:p>
      <w:r>
        <w:t xml:space="preserve">(Speaker D)  If there's active. If they're. So we can. I can bring back a summary of this. I don't know verbatim the law by heart. But basically, if there's active criminal proceeding, law enforcement has a right to access that footage. Otherwise there's. You can't disclose that footage. So there's a lot of laws related to public records. This camera footage is sensitive and it's a topic with. Even if supervisors wanted access to it, there's an argument that that falls outside of the scope of a supervisor. And so if there's an incident with that footage that your insurance carrier will not cover that incident too, if you all have access to it, as opposed to a professional that is under contract to administer that record properly. So I just have to raise that whenever we get into camera footage. I know this is just for the trees, but it's going to capture other. </w:t>
      </w:r>
    </w:p>
    <w:p>
      <w:r>
        <w:t xml:space="preserve">(Speaker B)  Mark said something very interesting. He said we're going to start slowly. This is everything at once. So I'm coming back to that comment because I was leaning towards. As I read this. I don't think the west should do this at the moment. I think we should start with a pilot in the East. The east has spent more time looking at this. The east is more mature, to the best of my knowledge. We don't have any damaged sidewalks or roads in the west at all. Certainly not in encore. </w:t>
      </w:r>
    </w:p>
    <w:p>
      <w:r>
        <w:t xml:space="preserve">(Speaker C)  We have them in encore. </w:t>
      </w:r>
    </w:p>
    <w:p>
      <w:r>
        <w:t xml:space="preserve">(Speaker B)  Do we? </w:t>
      </w:r>
    </w:p>
    <w:p>
      <w:r>
        <w:t xml:space="preserve">(Speaker E)  Yeah, absolutely. </w:t>
      </w:r>
    </w:p>
    <w:p>
      <w:r>
        <w:t xml:space="preserve">(Speaker B)  Okay. But until. Okay. It could be that we do it all at once in that case. But I'm still worried about the process. I'm still worried about the ownership of this system. And now we've got new issues about public records and pictures of people standing at their front door and all that nonsense that we'll have to deal with. I feel uncomfortable launching into this and starting to pay for this software and having all this data without anybody knowing who's going to do what with it. I know we're going to have Pete's team looking at it, but I just, I know it's going to happen. We're going to end up hiring someone at GMS to sort of manage it somehow because it's not going to be Diane Davis looking at it, it's not </w:t>
      </w:r>
    </w:p>
    <w:p>
      <w:r>
        <w:t xml:space="preserve">(Speaker C)  going to be me. </w:t>
      </w:r>
    </w:p>
    <w:p>
      <w:r>
        <w:t xml:space="preserve">(Speaker B)  It's going to have to be somebody taking care of it. </w:t>
      </w:r>
    </w:p>
    <w:p>
      <w:r>
        <w:t xml:space="preserve">(Speaker F)  Well, that's why I brought up, you know, system manager basically calls the shots on everyday use of the system. And usually when a vendor comes to you with a particular package, then there's training. There is what I call start slowly. It means you don't go live. You have a pilot for a particular neighborhood, possibly or section and you work it and you learn from it. You don't just go willy nilly over the entire property because then you have to go and change things possibly you have to go back and capture additional data. This database is only going to grow. I just know from first looks, whatever the subject is, people come up with other possible uses or additional data they want to know. And you'll add different fields. Okay, here's a question for the Optic folks. Is the database flexible enough to add data elements to the system? </w:t>
      </w:r>
    </w:p>
    <w:p>
      <w:r>
        <w:t xml:space="preserve">(Speaker I)  Yeah, when you say, and just to clarify, when you say data elements, just. Can you elaborate on what you're asking specifically or maybe give me an example. </w:t>
      </w:r>
    </w:p>
    <w:p>
      <w:r>
        <w:t xml:space="preserve">(Speaker F)  Well, a fee came to me. A data element is just a field. It's, it's a retrievable capturable. It's like how do you explain what a data element is? I mean it's just, it's basic. Oh, name, name, name. </w:t>
      </w:r>
    </w:p>
    <w:p>
      <w:r>
        <w:t xml:space="preserve">(Speaker I)  Right, Like a category name, something like that. I just want to make sure. </w:t>
      </w:r>
    </w:p>
    <w:p>
      <w:r>
        <w:t xml:space="preserve">(Speaker E)  Yeah, lot number. Yes. </w:t>
      </w:r>
    </w:p>
    <w:p>
      <w:r>
        <w:t xml:space="preserve">(Speaker F)  You know, specifics about that. Just here, that particular location. </w:t>
      </w:r>
    </w:p>
    <w:p>
      <w:r>
        <w:t xml:space="preserve">(Speaker E)  Yeah, things like, you know and I </w:t>
      </w:r>
    </w:p>
    <w:p>
      <w:r>
        <w:t xml:space="preserve">(Speaker I)  know, I know that we queued up a demo and I don't know if that was something that was, I guess I thought maybe on the agenda we were going to have a chance to just show the platform for a second because I think a lot of questions could potentially be answered by just even, just a five minute, just overview of the software. So you got to see kind of what you're actually getting. If that's something we could do, I would love to showcase that for you, but I don't know if that's something we can do. </w:t>
      </w:r>
    </w:p>
    <w:p>
      <w:r>
        <w:t xml:space="preserve">(Speaker B)  I Don't think it's necessary. I just want to know who's going to own this. Well, that's what I'm. </w:t>
      </w:r>
    </w:p>
    <w:p>
      <w:r>
        <w:t xml:space="preserve">(Speaker F)  Wait, how about this idea? Because this works with us. You see it from a consumer standpoint all the time. You have a trial period, you're able to use the system no charge. And you use it for 60 days, 90 days, whatever time it takes for us to get comfortable with it. And then we go ahead and we, you know, we go with the full, with the full blown coverage. But a lot of these questions we have. If you're really concerned about. I mean I have no, other than the presentation material and, and whatever chat we've had, all three. I, I don't have. I was, you know, I was assistant manager over many systems in my lifetime and I just like to see some, you know, some reports that come out of the system, things that can help me evaluate just like you did the benefit of it. </w:t>
      </w:r>
    </w:p>
    <w:p>
      <w:r>
        <w:t xml:space="preserve">(Speaker G)  I think what you're talking about really could be done in a demo, but I don't know that we really needed a demo. I believe that Graham is right and I'll use a different terminology there. Who is the system manager, who is ultimately responsible and then when that manager has tasks he needs to have done, who's going to do those individual tasks in order so that things get reported back up to the system administrator appropriately. The system administrator controls who's doing what and when in this particular process. And so it's just really a procedures process. And who's managing the software I think is what Graham's talking about. </w:t>
      </w:r>
    </w:p>
    <w:p>
      <w:r>
        <w:t xml:space="preserve">(Speaker B)  That's exactly what I'm talking about. </w:t>
      </w:r>
    </w:p>
    <w:p>
      <w:r>
        <w:t xml:space="preserve">(Speaker D)  GMS does have several options for management. We do have a system that utilize, you know that we can submit tickets to the GMS maintenance team that is staffed by GMS for items like </w:t>
      </w:r>
    </w:p>
    <w:p>
      <w:r>
        <w:t xml:space="preserve">(Speaker A)  concrete, </w:t>
      </w:r>
    </w:p>
    <w:p>
      <w:r>
        <w:t xml:space="preserve">(Speaker D)  those kind of items. Of course the unusual teams you pretty much need full time group here. But the system can definitely be utilized for that. It creates a ticket which is able to be tracked, closed and have the time scan connected. So that can definitely be utilized. Ideally, if I was to use this system in a different community, I would be able to review the documentation, be able to opinion on the system, then spin the ticket as needed, be able to get the updates that can then be reported back to the board on a regular basis. So that's, that's going to have additional costs. There can definitely be additional cost to it. It is a lot of it. The ticketing process is part of our regular services. It's not an additional surface that's being charged. It is part of the existing field management and I do utilize it for other reasons and it is part of some regular admin and field management </w:t>
      </w:r>
    </w:p>
    <w:p>
      <w:r>
        <w:t xml:space="preserve">(Speaker B)  just for the benefit of Optic. I'm not challenging the software. I'm sure it does its job. I've no. No issues there. That's why I don't think a demo is going to help me because I agree with Mark. If you do a pilot. If you do a pilot, you learn </w:t>
      </w:r>
    </w:p>
    <w:p>
      <w:r>
        <w:t xml:space="preserve">(Speaker C)  how to use it. </w:t>
      </w:r>
    </w:p>
    <w:p>
      <w:r>
        <w:t xml:space="preserve">(Speaker B)  And as Sharon said, we need to know who's going to manage this on a daily basis. And I don't think it's Pete. I don't think it's Garrett. It certainly isn't Alan. And so until. Until I know how we're going to handle that. It may be a board member who is passionate about trees. </w:t>
      </w:r>
    </w:p>
    <w:p>
      <w:r>
        <w:t xml:space="preserve">(Speaker F)  It was in GM just wanted to get it out in the open and clear that it's not Yellowstone. </w:t>
      </w:r>
    </w:p>
    <w:p>
      <w:r>
        <w:t xml:space="preserve">(Speaker B)  Exactly. </w:t>
      </w:r>
    </w:p>
    <w:p>
      <w:r>
        <w:t xml:space="preserve">(Speaker F)  Okay. It's like we're subbing it to Yellowstone for operational purposes. </w:t>
      </w:r>
    </w:p>
    <w:p>
      <w:r>
        <w:t xml:space="preserve">(Speaker B)  They would like to use A system </w:t>
      </w:r>
    </w:p>
    <w:p>
      <w:r>
        <w:t xml:space="preserve">(Speaker F)  manager is a GMS employee. </w:t>
      </w:r>
    </w:p>
    <w:p>
      <w:r>
        <w:t xml:space="preserve">(Speaker D)  That's my recommendation as well. I would not recommend that you hand this footage over to a supervisor. This is a hypothetical. If a supervisor, which I don't think any of you would do, but could take a screenshot of the footage posted on Facebook, the CDD could get a claim. We could submit that claim to the insurance carrier and that carrier could say there that supervisor was acting outside of the scope of service. We're not going to cover the defense of the CDD for that claim. Not some experience here. I would really recommend that you. You stick with your professional staff. Gms, they know the proper administration of a public record weaknesses with that too. But proper safekeeping of that record is extremely important because it's going to be capturing more than tree, just more than trees. </w:t>
      </w:r>
    </w:p>
    <w:p>
      <w:r>
        <w:t xml:space="preserve">(Speaker B)  With respect, I've worked with ticket systems. We probably all have. That's not quite what I had in mind. A ticket system is too slow. You want someone who you know is dedicated to managing this piece of software and making sure it's getting utilized the way the boards have decided they want to utilize it and the way that Yellowstone will get the most efficiency from it, that is a person. And it may be four or five hours a week that they spend on it, but it's not a ticketing system. That person's going to. Yeah. </w:t>
      </w:r>
    </w:p>
    <w:p>
      <w:r>
        <w:t xml:space="preserve">(Speaker C)  Whether it's myself or Carla or a member of gms, I mean, I'm managing right now. Your radar signs. It's not as complex as this, but I'm the, I'm the manager for those speed signs throughout your community. I do like the idea of a pilot so we can try to get ourselves familiar. I don't know if they offer that in any way, shape or form, but I'm certain GMS can handle the management of this system should the board choose to do that. We are used to video. I deal with law enforcement all the time when it comes to video and how to release that properly without sharing it with other people outside of the law enforcement staff, insurance and attorneys. So if that's something that Optic Systems can work up with a pilot just so we can figure out how to use it, see how much time we're going to use to manage it, either myself or Carly together or another member of our field staff that we have. But it would probably be Carly and myself combined working on this. </w:t>
      </w:r>
    </w:p>
    <w:p>
      <w:r>
        <w:t xml:space="preserve">(Speaker B)  So the question then for Optic is can we do as Mark suggests? Is it possible to do a limited trial with a couple of hundred trees or something just to see? Right. Okay. Is that something you could set us up with or not? </w:t>
      </w:r>
    </w:p>
    <w:p>
      <w:r>
        <w:t xml:space="preserve">(Speaker I)  Well, yeah. So the, I think the thing to think about is like remember we're not just a software platform, we're a service as well. And so the one thing is like if, if you're asking for access in a, in a pilot form to the software for your community. Yes, that's, that's absolutely something you can do. If you're asking us to come out and provide the tree tagging service and all that at no cost, like, you know, then we're talking about time and labor and resources, it becomes a little bit different request, I think. And so but if you want the software, because the software is two parts and it's one, it's a service model in which we're collecting data and uploading data to the platform for evaluation and use by the teams. And we're also potentially depending if that's the right. You go doing the tagging. Right. So the high resolution imagery and the serial number and the whatever or circumference or whatever it might be. </w:t>
      </w:r>
    </w:p>
    <w:p>
      <w:r>
        <w:t xml:space="preserve">(Speaker B)  Right. </w:t>
      </w:r>
    </w:p>
    <w:p>
      <w:r>
        <w:t xml:space="preserve">(Speaker I)  Like that data is something that we can do too. But there's also a self service component to it where just because we're not out on site doing a video capture inspection, if you're walking down the street and you see a sidewalk is lifting because of a tree or the landscaper is seeing the sidewalk lifting. </w:t>
      </w:r>
    </w:p>
    <w:p>
      <w:r>
        <w:t xml:space="preserve">(Speaker C)  Right. </w:t>
      </w:r>
    </w:p>
    <w:p>
      <w:r>
        <w:t xml:space="preserve">(Speaker I)  They can open up the application and tag a pin on the map at that geo with using the geospatial data to say, okay, hey, in this exact spot, here's a picture of the sidewalk lifting, here's the geospatial data. They can then assign that to someone if they needed to, right? Like so a manager, right of the CDD could potentially assign that to a Yellowstone in the system and Yellowstone would get an alert and say hey, there's a, and I guess maybe a Sawak isn't the best example for that. But there's a low hanging tree limb, right, that's been broken off and it's hanging down into the sidewalk, right? So you tag that, you assign it to Yellowstone, the account manager there, they get a picture, they get an alert, they got the geospatial data, they can go in, they can fix that tree branch and then they can take a picture, upload that picture to that work order and close it. And then everyone gets an alert saying hey, that's been completed. And then you can pull a report showing everything that's been completed. So there is a self service aspect that's ongoing and should provide in my opinion. And I think what most of our clients would tell you is that on that ongoing aspect and that that field management side is valuable in and of itself and then having somewhat. The other challenge that in the problem that we solve is it's hard for all of you and the managers and the landscapers to always meet up to go see all aspects of your community. And the concept behind it is, hey, if we do a full scale inspection of the site, and again I'm talking broadly, but if we, if we did a full scale inspection, like all of that data is now available at your fingertips now who you share it with and the legal side of that and all that. Like I'm, I'm not going to get into that on this particular point but the, the idea is that you now have a comprehensive record of your site at a moment in time that you guys can then use to make decisions. And I remember on the last board meeting you guys were talking about some roadway stuff and like in my mind I'm sitting there thinking like that conversation you're having, if you were using our platform you, in theory you could bring that up on the map and look at it right in your meetings. Now I don't know whether you would or wouldn't want to, but the concept exists where it's like what, what part of the road are you talking about? Oh, I don't know, it's that part over by the X, by the Y, right? There's no need to have that conversation it's simply just bring it up. Look at the most recent video, pull up the satellite imagery or the drone imagery. Everybody gets a good consensus of where we're talking about what we're talking about and then you make a decision from there. When we talk about value add and, and all of that, really, that's what Opticsystems does. It's making decisions at the boardroom level without everybody putting their boots on and going and walking around and on it. Right. And that's what optics systems built for. So I know it's a long winded way of saying, can we do a pilot program? But I just want to make sure I hadn't had a chance to kind of address some of the items that you guys brought up and I just want to make sure that those were clear. But if you're asking for software to do self service for a little while to learn it, yes, that is a pilot, we can do that. </w:t>
      </w:r>
    </w:p>
    <w:p>
      <w:r>
        <w:t xml:space="preserve">(Speaker E)  Question about the cost structure, like if we find after a year, you know, this is us more, more work than we were willing to do and you know, is there a way? I don't know what the contract says, but is there a way? We're not, we're not committed then for the final two years. </w:t>
      </w:r>
    </w:p>
    <w:p>
      <w:r>
        <w:t xml:space="preserve">(Speaker C)  Yeah. </w:t>
      </w:r>
    </w:p>
    <w:p>
      <w:r>
        <w:t xml:space="preserve">(Speaker I)  And Janie. </w:t>
      </w:r>
    </w:p>
    <w:p>
      <w:r>
        <w:t xml:space="preserve">(Speaker C)  Correct me, correct me. </w:t>
      </w:r>
    </w:p>
    <w:p>
      <w:r>
        <w:t xml:space="preserve">(Speaker I)  I mean our standard contracts are one, are one or three year deals, but all of them are 60 day outs. And that's what the one you wrote for Jane or Janie wrote, Right. Like we didn't change any of the termination clauses in there, Correct? </w:t>
      </w:r>
    </w:p>
    <w:p>
      <w:r>
        <w:t xml:space="preserve">(Speaker D)  Yeah, we have, I think all we've done for the CDDS is the proposals. </w:t>
      </w:r>
    </w:p>
    <w:p>
      <w:r>
        <w:t xml:space="preserve">(Speaker A)  We haven't drafted an agreement yet, but it would technically have a 60 day out. </w:t>
      </w:r>
    </w:p>
    <w:p>
      <w:r>
        <w:t xml:space="preserve">(Speaker D)  So you're not tied to it at </w:t>
      </w:r>
    </w:p>
    <w:p>
      <w:r>
        <w:t xml:space="preserve">(Speaker E)  any point in time. </w:t>
      </w:r>
    </w:p>
    <w:p>
      <w:r>
        <w:t xml:space="preserve">(Speaker D)  Right. </w:t>
      </w:r>
    </w:p>
    <w:p>
      <w:r>
        <w:t xml:space="preserve">(Speaker E)  In the contract. </w:t>
      </w:r>
    </w:p>
    <w:p>
      <w:r>
        <w:t xml:space="preserve">(Speaker C)  Okay. </w:t>
      </w:r>
    </w:p>
    <w:p>
      <w:r>
        <w:t xml:space="preserve">(Speaker E)  That's why I go with this. And I say like $4,400 a year. </w:t>
      </w:r>
    </w:p>
    <w:p>
      <w:r>
        <w:t xml:space="preserve">(Speaker D)  It's not a lot of change. </w:t>
      </w:r>
    </w:p>
    <w:p>
      <w:r>
        <w:t xml:space="preserve">(Speaker E)  You do it and, and then if they're, you know, you talk a year from now on this, when you're talking about the budget or whatever, it's a problem, you know, it's not worth it. Cancel. Yep. </w:t>
      </w:r>
    </w:p>
    <w:p>
      <w:r>
        <w:t xml:space="preserve">(Speaker D)  Shannon, if I understand it correctly, I understand how you say you're, you're gathering all this data and then you're feeding it into software. But how does Yellowstone or Allen or how do they know that there's something that has been uploaded to it that is pertinent to them to act on? </w:t>
      </w:r>
    </w:p>
    <w:p>
      <w:r>
        <w:t xml:space="preserve">(Speaker I)  Yeah. So there's, there is an assignment system in there for work Orders. And so, you know, I think some of the conversation you guys are having about process absolutely is the right conversation because you know, obviously we're going to provide all this data and then we offer a variety of services, right. Like we even have a white glove service where we'll do video analysis and we'll tag things like we'll watch all of the video and we'll tag all the areas that you have broken sidewalk, if that's what you wanted us to do. Or tree limbs or landscape issues or pond erosion. Right. Like, so we have a white glove service that will actually handle that side of this business. But what most of our clients are doing and is, you know, we go out on a, usually a reoccurring basis and most, with most of our clients, sometimes it's monthly, sometimes it's quarterly. But when those videos come in, first of all there's a alert system, right, that knows like hey, and there's a calendar system that says you're scheduled for an inspection this day next month, right. Then after that inspection happens, that data comes in, you're alerted to say hey, that data is available to you. And then to take it one step further, if something is found on the site, let's just say again, that low hanging branch, well, it's actual work order that's pinned on the map and that work order can be assigned to additional users. Now the additional users can have different user levels or different access levels. So like a Yellowstone could have access to the work order side of it where when they log in they see their work orders that have been assigned to them by let's say in this case, the manager and then they can actually manage that work order through to the end of the process and then it would alert the manager when it was completed. So that's kind of how that works. </w:t>
      </w:r>
    </w:p>
    <w:p>
      <w:r>
        <w:t xml:space="preserve">(Speaker D)  That's an additional service that's not included in this scope of work. So that's basically you answering the question. </w:t>
      </w:r>
    </w:p>
    <w:p>
      <w:r>
        <w:t xml:space="preserve">(Speaker A)  This is data capture and data access. Yeah, yeah, it's just data capture and data access. </w:t>
      </w:r>
    </w:p>
    <w:p>
      <w:r>
        <w:t xml:space="preserve">(Speaker D)  We've been presenting the costs. My question is still, how does a person know that there's something being put in there that is relevant to them to address like Allen or Yellowstone? </w:t>
      </w:r>
    </w:p>
    <w:p>
      <w:r>
        <w:t xml:space="preserve">(Speaker A)  And that's a procedure question. </w:t>
      </w:r>
    </w:p>
    <w:p>
      <w:r>
        <w:t xml:space="preserve">(Speaker B)  Can I suggest we, we've used 45 minutes of our time, I think. Can I try to summarize where I think the board's heads are move ahead with a three year contract with a 60 day get out clause if we're not happy with it at any point in Time GMS to decide how they're going to provide a system manager function for us, whether that's Alan or any other person, and to document how we're going to use this system in conjunction with Yellowstone. I would also like to suggest to Mark that since Diane spent a huge amount of time thinking about this, she worked closely with Alan in putting together that process and procedure on behalf of the two boards. Because it can't just be Alan on his own. I think he needs a little bit of supervisor input as well. That would be my suggestion. Obviously, the east may decide to do something completely different. So that would be my suggestion simply with a view to moving forward. Otherwise we'll spend two hours discussing this and as Mike said, it's not a huge deal. I do think the software will work because otherwise these guys would be out of business. So is everyone okay with that? Yeah, I'm good with that. </w:t>
      </w:r>
    </w:p>
    <w:p>
      <w:r>
        <w:t xml:space="preserve">(Speaker G)  It's a nice final comment. </w:t>
      </w:r>
    </w:p>
    <w:p>
      <w:r>
        <w:t xml:space="preserve">(Speaker B)  But process, process, process. Without process, this software will sit there on the, on the system and we won't be using it. And that's my biggest fear. So. Okay. </w:t>
      </w:r>
    </w:p>
    <w:p>
      <w:r>
        <w:t xml:space="preserve">(Speaker I)  And I don't have any, I don't have any objection to your concern about that because it's just like any other software platform. The value is in the use of it. And if you're not using it and you don't have a process for managing it, like there's not. The value's not there. And I agree with that 120 a lot of times. So we do an executive alignment call once you sign the agreement. And a lot of that discussion, we call it executive alignment call. But a lot of that discussion is around those questions, what is the process? Like, what are your expectations? What is the process? What is the scope here so that everybody is clear before we start any work? And we try to, through our CSS team, help our clients build a process or help them at least be a sounding board for how they want to use it so that we can help them and give them tips from other clients. Right. Like we've got 100 plus clients that use us at scale. And so we can bring some insight to the table as well, saying, hey, this is what we've seen work versus maybe what we've seen not go so well. So we're here to be a partner too on this. I know it's just one CDD or two, but at the end of the day we understand the value of the process as well. And there's a. You don't have it. You guys are just going to terminate your agreement. Which doesn't, you know, doesn't benefit us. </w:t>
      </w:r>
    </w:p>
    <w:p>
      <w:r>
        <w:t xml:space="preserve">(Speaker B)  Doesn't. </w:t>
      </w:r>
    </w:p>
    <w:p>
      <w:r>
        <w:t xml:space="preserve">(Speaker E)  I think we're on the back page. </w:t>
      </w:r>
    </w:p>
    <w:p>
      <w:r>
        <w:t xml:space="preserve">(Speaker B)  We're on the same page. Okay, good. Let's. Thank you very much for joining us. </w:t>
      </w:r>
    </w:p>
    <w:p>
      <w:r>
        <w:t xml:space="preserve">(Speaker A)  Court action on this item. Is there a motion motion. </w:t>
      </w:r>
    </w:p>
    <w:p>
      <w:r>
        <w:t xml:space="preserve">(Speaker D)  Subject to staff sign off. Making sure that they sign the CDD's contract that we'll be drafting. </w:t>
      </w:r>
    </w:p>
    <w:p>
      <w:r>
        <w:t xml:space="preserve">(Speaker B)  Right. </w:t>
      </w:r>
    </w:p>
    <w:p>
      <w:r>
        <w:t xml:space="preserve">(Speaker D)  With the proper public records language in there. </w:t>
      </w:r>
    </w:p>
    <w:p>
      <w:r>
        <w:t xml:space="preserve">(Speaker F)  Subject to legal. </w:t>
      </w:r>
    </w:p>
    <w:p>
      <w:r>
        <w:t xml:space="preserve">(Speaker A)  Is there a motion to approve? Subject to staff sign off motion. We have a motion from Supervisor Greenstein and a second from Supervisor Staley. All in favor of approval, say aye. Motion carries unanimously. Board members, the next item on the agenda is discussion. </w:t>
      </w:r>
    </w:p>
    <w:p>
      <w:r>
        <w:t xml:space="preserve">(Speaker D)  Thank you. </w:t>
      </w:r>
    </w:p>
    <w:p>
      <w:r>
        <w:t xml:space="preserve">(Speaker B)  Thank you guys. </w:t>
      </w:r>
    </w:p>
    <w:p>
      <w:r>
        <w:t xml:space="preserve">(Speaker I)  We appreciate it. </w:t>
      </w:r>
    </w:p>
    <w:p>
      <w:r>
        <w:t xml:space="preserve">(Speaker A)  Systems proposal team, have a great day. You don't need to stay on the meeting. I know you have your business too. </w:t>
      </w:r>
    </w:p>
    <w:p>
      <w:r>
        <w:t xml:space="preserve">(Speaker I)  No, we appreciate the time. Thank you, guys. </w:t>
      </w:r>
    </w:p>
    <w:p>
      <w:r>
        <w:t xml:space="preserve">(Speaker E)  All right. </w:t>
      </w:r>
    </w:p>
    <w:p>
      <w:r>
        <w:t xml:space="preserve">(Speaker D)  Thank you. </w:t>
      </w:r>
    </w:p>
    <w:p>
      <w:r>
        <w:t xml:space="preserve">(Speaker A)  Board members, the next item on the agenda is item number five. And Chairman Staley has prepared a five year plan for disruption. It is included in your agenda packet. Board members, you can find that on page 21. </w:t>
      </w:r>
    </w:p>
    <w:p>
      <w:r>
        <w:t xml:space="preserve">(Speaker B)  Okay. You've seen this format previously. I think this is, as always, important. I would like to make sure everyone is on the same page here. So I'm only going to talk about the first couple of pages. The detail there, if you want to look at it, is available for you. It's an update to what we've done in previous years. Now takes us through to 2031. I only identified very recently that the cost share split is actually changing for 2027. It's now going to be 58 east, 42 west. It was previously 5743. So that was something that has now been reflected for 2027 and future years. And then the other point on this first page is it is critical that we do a five year RNM plan as well. We have numbers in here for our repairs and maintenance plan, but it's very sketchy. I mean, there's no detail really behind it. So in the next few months we need to get to that so that when we come to February, March time, we have a five year RNM plan. And Tricia's got some ideas on how we could work very efficiently with the previous provider of that service, which we don't have to discuss today, but bring it back perhaps in September. But we need to do that because we're guessing. We're guessing at numbers. And as we've seen in the past, those numbers can be wildly off as we go from year to year. The financial targets we set last year were for break even in the general fund. The general fund being admin costs and our operating expenses. We said we would also like to achieve a half a million dollar balance in the general fund every year because we need to have that working capital before we start to collect the assessments from the, from the community from the current year. So we always need to have at least half a million in the bank. We also said we should try and get at least half a million in the RNM fund. So in other words a total of about a million in reserves. Given that that isn't a lot of money, I'm proposing that we now start to think about having a million dollars in the RNM fund because we're coming up with some significant expenses in 2030, possibly 2031 in terms of the second phase of the roadworks. So here I've tried to build a five year plan that gets us to half a million in operating expense fund and a million in R and M fund. So a total of one and a half million by the end of 2031. To put that into context, the east currently have about five and a half million of reserves. So we are still very low on reserves. How do we get to those levels? Well, we have to have assessment increases and we have to have tighter decisions on operating and RM expenses. Anybody who's been in business knows you can do both. You can take pricing but you've also got to make your make sure your costs are are being tightly controlled and not mismanaged. As a reminder, assessments are about one third of what appears on the property tax bill. The other 2/3 is debt service. The debt service doesn't change from year to year. That's fixed. And the assessment for a single home in 2027 is going up to $1,200 a year. A year. And that's what we're going to talk about in the budget in a few moments. Any assessment increase in the future will obviously be largely influenced by that road paving project which, which is not scheduled until 2030. So on, on page two. Just like to go through some of these assumptions. An action is going to be needed. We can achieve those goals I mentioned, but only if we continue to have assessment increases. Only if we manage our costs more tightly than we seem to be doing at the moment. Now, it's not a criticism of gms, it's a fact of life that our expenses are increasing faster than our assessments. As you'll see from the top half of page two in 2027, excluding legal expenses, the direction expenses of admin are increasing by 9.4%. The other operating expenses which are shared with east are increasing by 7.9%. That in itself is a big number. Bear in mind that also has the benefit of only a 42% cost share. If we had the previous 43% it would be another 2% higher. I think when Mark looks at his maintenance expenses, he'll see he's got an 11% increase. It is not sustainable for the west to have 9% admin increases and 6, 7, 8, 9% increases in operating expenses. We cannot survive like that. And as you'll see in this plan, I've made an assumption that those costs for future years will only be 5% increases. No idea how we can do that. But with those 5% increases, in order to achieve those financial goals we've set, we would still need 5% annual increases every year for the next four years, plus a big increase of 16% in 2030. You'll see I've also made an adjustment for legal expenses. In 2026 we spent $190,000. </w:t>
      </w:r>
    </w:p>
    <w:p>
      <w:r>
        <w:t xml:space="preserve">(Speaker C)  We know why. </w:t>
      </w:r>
    </w:p>
    <w:p>
      <w:r>
        <w:t xml:space="preserve">(Speaker B)  Litigation, very expensive. The assumption going forward is only 75,000 in 2027, obviously dropping down to a much more normal level and then increasing over time. I think legal expenses are going to continue to increase as the CDD becomes more complex. But again, I've identified that separately so we can see it individually. Now, having said all of that, we can achieve those targets in the bottom right hand corner of a half a million in the General Fund by 2031 and just over a million in the rnm fund by 2031. But that still requires us to reduce those rnm spends by 700,000 during the course of the next three years. You'll see I've got a saving there about halfway down the page of 100,000, 28, 200,000, 29 and 400,000 in the big year of the repaving project of 2030. No idea if we can achieve that, but in order to achieve our financial goals, we have to make those sort of efficiency improvements which will require some tough decisions. Now of course, all of this is on the basis that we're not going to change the cost sharing arrangement. I think we will be changing the cost sharing arrangement. And when we have our October meeting, we're going to have a presentation from from Tricia on the split in the CDDs between operating expenses and. Sorry, between amenity costs and infrastructure costs. And we'll have a conversation there. And building on what we discussed last month. But I don't see any way that we can continue to grow expenses the way we are and continue to grow assessments the way we are and still only basically tread water in terms of our reserves. Now, what was a red rag to the bull a few, a few months ago is when someone says we're not managing our expenses tightly. 90% of our expenses are shared expenses. Shown you those figures before. We are as efficient in managing our expenses as these. So I reject the fact that we're not managing our expenses. And you can see here we're trying to get away with a 5% increase in all of our expenses and that will barely get us to achieve our financial targets. Even if we did all of this, I still don't think it's sustainable. So I'm leaving you with a message. We ain't done yet. We need to change. We need to do something radically different. And I think it's either the cost sharing arrangement that has to change. Well, that's the minimum we have to do. We have to change the cost sharing arrangement because we are just digging not a deeper hole. We're just treading water. And, and that is not the way I think this board can allow the financial situation to continue. We have to do something more than tread water. So I'll shut up. I'm happy to explain these numbers in more detail. I try to keep it really simple. Hopefully it makes sense to, to you. If you want me to run more numbers with different assumptions in the future, I can easily do that. But does this make sense? Everyone understand it? </w:t>
      </w:r>
    </w:p>
    <w:p>
      <w:r>
        <w:t xml:space="preserve">(Speaker G)  Yeah, it does. </w:t>
      </w:r>
    </w:p>
    <w:p>
      <w:r>
        <w:t xml:space="preserve">(Speaker F)  And very good thing. I'm going to add the fact, as you know, that the workshop, the concept of revisiting the cautionary arrangement came from yours truly. </w:t>
      </w:r>
    </w:p>
    <w:p>
      <w:r>
        <w:t xml:space="preserve">(Speaker B)  Yeah. </w:t>
      </w:r>
    </w:p>
    <w:p>
      <w:r>
        <w:t xml:space="preserve">(Speaker F)  And I think there's room there. Also, when you look at this, the amount of discretionary spending is. I wish there were areas where we </w:t>
      </w:r>
    </w:p>
    <w:p>
      <w:r>
        <w:t xml:space="preserve">(Speaker C)  had </w:t>
      </w:r>
    </w:p>
    <w:p>
      <w:r>
        <w:t xml:space="preserve">(Speaker F)  larger discretionary spending. A lot of, a lot of what we're dealing with just shared for that reason. It's baseline expenses that you really can't squeeze that much. So anything if we have control over it, we can do something about it. But when you're talking about utility costs, you're talking about, you know, any fixed security things that you really don't have a lot of wiggle room room on. There's only so much we can do. </w:t>
      </w:r>
    </w:p>
    <w:p>
      <w:r>
        <w:t xml:space="preserve">(Speaker E)  And </w:t>
      </w:r>
    </w:p>
    <w:p>
      <w:r>
        <w:t xml:space="preserve">(Speaker F)  planning for the future is the key. And that's what you're doing. And I appreciate that and I recognize that. But if we have to make an assessment increase, you make the assessment increase. We have justification for it. We have the leanest budgets and most transparent budgets of any of the entities within this community. And the main point that you made, about two thirds. This is only one third of the total in real dollars. We need to talk in real dollars and less percentages. Because a lot of times I, when we go from the budget, the budget increases de minimis to me. And no one's, no one's here jumping up and down saying that we need to, you know, we're not being fiduciary responsible. So I'll leave it at that. </w:t>
      </w:r>
    </w:p>
    <w:p>
      <w:r>
        <w:t xml:space="preserve">(Speaker B)  Yeah, I just, I just don't believe that we should tolerate reserves that are constantly under pressure. I think there is. We don't know what's coming down the road. At some point this will be a 30 year old community. We're already 24. You know, very soon we'll be hitting 30 years. Something will come up that'll cost us a million bucks. I don't know what, but there'll be something. And I don't want to see future members of this board faced with having to put through a large assessment increase. And I don't like the 16%. But we can, we can talk, we can talk about spreading that over future years. But the more I look at it, the more I feel it's unfair. I'll use some strong language. It's unfair that we are having to have this situation and having to wrestle with reserves of this at this level every year and still seeing increases of expenses in the 9 and 7% range. I think that's too high now fair to GMC GMS. I think you're very conservative on the budget and you're very conservative on the projection. So both of those things make this number higher. I accept that. But all we can do is work with the numbers we've got in front of us. </w:t>
      </w:r>
    </w:p>
    <w:p>
      <w:r>
        <w:t xml:space="preserve">(Speaker F)  I'd have to believe again the cost sharing change, they're fully endorsed. I'm one who brought it up and great example right now is the curve repair, let's call it the cement project, the curb roadway repair project. It's 100% east side. Okay. There's no reason for the west at this moment in time, quickly cash manages him. There is no reason other than that agreement that's been in place in perpetuity, you know, since the beginning to pay toward that. But when the west comes up, I think the west will pay for the West. </w:t>
      </w:r>
    </w:p>
    <w:p>
      <w:r>
        <w:t xml:space="preserve">(Speaker D)  And </w:t>
      </w:r>
    </w:p>
    <w:p>
      <w:r>
        <w:t xml:space="preserve">(Speaker F)  the principle makes sense. What the difference, bottom line, Difference in dollars would be interesting to see how it works. </w:t>
      </w:r>
    </w:p>
    <w:p>
      <w:r>
        <w:t xml:space="preserve">(Speaker B)  Out. </w:t>
      </w:r>
    </w:p>
    <w:p>
      <w:r>
        <w:t xml:space="preserve">(Speaker F)  But I gotta assume that it's going to help the west because again, you look at the RNM project list, you look at every that the action items list, all the amenities are on the east side. So you can share in those expenses as long as you utilize, you have access to those amenities. But other than that, when it comes to other assets, real estate, west pays West. East face. </w:t>
      </w:r>
    </w:p>
    <w:p>
      <w:r>
        <w:t xml:space="preserve">(Speaker B)  I did and then I'll. Then I'll move on. I did and I was going to attempted to share it today, but I decided not to the exit. I'm not going to share it. Don't worry. The exercise that Tricia is going to do in the next few weeks is to split the operating cost between amenities and infrastructure. As I say, added various scenarios assuming immunity cost is high and immunity cost is low and a few alternatives in between, the savings in terms of the homeowner is a few hundred bucks. I agree to the cdd. It's hundreds of thousands, thousands of dollars, which makes a huge difference if you can save two or three hundred thousand dollars a year. All of a sudden those reserves start to become much healthier. So we'll save that for October. But that's. There is a difference between what the homeowner is paying, what the CBD overall as available with a change in the cost sharing. So we'll, we'll take that through to October meeting. </w:t>
      </w:r>
    </w:p>
    <w:p>
      <w:r>
        <w:t xml:space="preserve">(Speaker F)  Well, we're going to, we're going to get there. </w:t>
      </w:r>
    </w:p>
    <w:p>
      <w:r>
        <w:t xml:space="preserve">(Speaker E)  I think we will get there. </w:t>
      </w:r>
    </w:p>
    <w:p>
      <w:r>
        <w:t xml:space="preserve">(Speaker A)  And board members, before we move to the next agenda item, I do want to mention the page 26. Page 26 is the Reunion east and West RM 2027 project list as amended at the July meetings. I want to make a suggestion and that is we from a budgeting perspective. Perspective, it's very unusual to fund monthly software expenses out of an R and M fund. So my suggestion would be to remove the tree and field maintenance software from this project list, move that amount to contingency. And I just wanted to confirm that the board is amenable to that change. </w:t>
      </w:r>
    </w:p>
    <w:p>
      <w:r>
        <w:t xml:space="preserve">(Speaker B)  It's an operating expense, isn't it? </w:t>
      </w:r>
    </w:p>
    <w:p>
      <w:r>
        <w:t xml:space="preserve">(Speaker A)  Yeah, we moved it to operating. Yeah, there was original direction to put it under rnm, but it really doesn't make sense from a budgeting perspective to have that at rnm. So, so we, we did fund for that out of rnm or your operations and maintenance is planned to have this item as a line item under contingency. So, so just wanted to note that change and then any other changes that the board requested during the discussion have been reflected here. So the next item on the agenda. We actually have two public hearings scheduled today. Do we have a motion to open the public hearing for adopting your fiscal year 2027 budget? And a second second. All in favor of opening the public hearing, say I. Board members, we are required to take public comment regarding resolution 202605. Resolution 202605 memorializes that the district has approved a proposed budget that that proposed budget was provided to Osceola county at least 60 days before today's public hearing. It memorializes that the public hearing said August 13, 2026 has been noticed in accordance with Florida Statutes. Property owners within the district have received a mailed notice regarding the proposed proposed operations and maintenance fee increase. Are there. Would board members like to take public comment now at this time? All right. Are there any members of the public who would like to make a comment to the board regarding the proposed budget for fiscal year 2027? Anyone attending on Zoom who would like to make a comment regarding the budget? We have no members of the public to provide public comment. Do we have a motion to close the public hearing? </w:t>
      </w:r>
    </w:p>
    <w:p>
      <w:r>
        <w:t xml:space="preserve">(Speaker E)  Move. </w:t>
      </w:r>
    </w:p>
    <w:p>
      <w:r>
        <w:t xml:space="preserve">(Speaker A)  And a second second. All in favor of closing the public hearing, say II. All right. The public hearing is closed. Board members, in consideration of Resolution 26 05, attached to the resolution as an exhibit is the proposed budget. We did go through the budget page by page, section by section, and in some cases line by line during the proposed budget discussion. Since that time, the actuals have been updated. Through June 30, 2026, the projections have been updated where necessary based on your actuals and also based on planned spending through the end of the fiscal year. There have been no other substantive changes to the budget. We did review the cost for landscape maintenance, landscape contingency, bed dressing, bedding plants, palm trimming. And we believe that the numbers that are proposed for fiscal year 27 are correct. They're in accordance with the proposed services from Yellowstone. They do account for. Taking into account there will be two new areas at Reunion Village that Reunion east is going to be assuming responsibility for that landscaping and irrigation. So those costs are accounted for for the entire 12 months of the fiscal year. We don't yet have a firm date on when those items will be completed by the developer. If it's less than 12 months, you know, we realize some savings in that line item. </w:t>
      </w:r>
    </w:p>
    <w:p>
      <w:r>
        <w:t xml:space="preserve">(Speaker B)  Just one quick question on the engineering fees. Not that James doesn't work hard, but we're going up from 20,000 to 30,000. </w:t>
      </w:r>
    </w:p>
    <w:p>
      <w:r>
        <w:t xml:space="preserve">(Speaker A)  Yes. Every five years. Special districts in Florida are required to undergo a Special study. </w:t>
      </w:r>
    </w:p>
    <w:p>
      <w:r>
        <w:t xml:space="preserve">(Speaker B)  Got it. </w:t>
      </w:r>
    </w:p>
    <w:p>
      <w:r>
        <w:t xml:space="preserve">(Speaker A)  But I. I will say this is. This is not a budgeting item per se, but I will have discussion with James regarding if high quality drone footage of the stormwater system will aid in that report and perhaps help to reduce the cost in any way. So there may be some applications for the. The drone footage beyond the. The sidewalk infrastructure and perhaps even the stormwater water system infrastructure. But there is a required. That report that's required by the state. It's called a stormwater needs analysis. It's a very comprehensive report that needs to be updated every five years and filed with the county. The county aggregates that information and submits </w:t>
      </w:r>
    </w:p>
    <w:p>
      <w:r>
        <w:t xml:space="preserve">(Speaker D)  it to the state. </w:t>
      </w:r>
    </w:p>
    <w:p>
      <w:r>
        <w:t xml:space="preserve">(Speaker A)  So we did account for that project. We also accounted for some costs related to the special projects, the RNM projects </w:t>
      </w:r>
    </w:p>
    <w:p>
      <w:r>
        <w:t xml:space="preserve">(Speaker E)  that the board approved, </w:t>
      </w:r>
    </w:p>
    <w:p>
      <w:r>
        <w:t xml:space="preserve">(Speaker A)  The, the sidewalk project as well as the parking enhancements at White Marshway and some other projects </w:t>
      </w:r>
    </w:p>
    <w:p>
      <w:r>
        <w:t xml:space="preserve">(Speaker D)  that are in process. </w:t>
      </w:r>
    </w:p>
    <w:p>
      <w:r>
        <w:t xml:space="preserve">(Speaker A)  Now if the board is. Obviously, you know, the work is done at the pleasure of the board. If the board doesn't spend that amount, it just stays in the general. Any other questions? </w:t>
      </w:r>
    </w:p>
    <w:p>
      <w:r>
        <w:t xml:space="preserve">(Speaker F)  Very good package. </w:t>
      </w:r>
    </w:p>
    <w:p>
      <w:r>
        <w:t xml:space="preserve">(Speaker B)  Well done. It's not easy. </w:t>
      </w:r>
    </w:p>
    <w:p>
      <w:r>
        <w:t xml:space="preserve">(Speaker A)  I will just also bring to the board's attention on page 36, you'll notice that the allocated the cost share based on the number of platted units is 42% for Reunion west and 58% for Reunion East. And the project is completely built out. So that should be the number moving forward. Unless there's, you know, substantial change to the development plan in either side, we don't anticipate that. Is the board ready to take action? Is there a motion to adopt resolution 22605? </w:t>
      </w:r>
    </w:p>
    <w:p>
      <w:r>
        <w:t xml:space="preserve">(Speaker D)  Said. </w:t>
      </w:r>
    </w:p>
    <w:p>
      <w:r>
        <w:t xml:space="preserve">(Speaker F)  Motion made. </w:t>
      </w:r>
    </w:p>
    <w:p>
      <w:r>
        <w:t xml:space="preserve">(Speaker A)  And a second? </w:t>
      </w:r>
    </w:p>
    <w:p>
      <w:r>
        <w:t xml:space="preserve">(Speaker G)  Second. </w:t>
      </w:r>
    </w:p>
    <w:p>
      <w:r>
        <w:t xml:space="preserve">(Speaker A)  All in favor of approval of adoption of resolution 22605 say I. I opposed. Motion carries. </w:t>
      </w:r>
    </w:p>
    <w:p>
      <w:r>
        <w:t xml:space="preserve">(Speaker D)  Unanimous. </w:t>
      </w:r>
    </w:p>
    <w:p>
      <w:r>
        <w:t xml:space="preserve">(Speaker A)  Carries unanimously. Board members, because there is an assessment increase, we're also required to have a public hearing for Resolution 2606 imposing special assessments. Do we have a motion to open the public hearing and a second? All in favor of opening the public hearings? I. Motion carries. Are there any members of the public who would like to make a comment regarding the operations and maintenance assessment or the debt assessment? Is there a motion to close the public hearing and a second? All in favor of closing the public hearings? Aye. Motion carries. Board members, now that you have adopted a budget, we need to fund it. We're planning to use the. The assessment methodology as outlined in the agenda. The board, with this resolution, you're authorizing the imposition. Imposition of the operations and Maintenance as well as the collection of the operations and maintenance fee. And then you're authorizing the collection of the debt service fee that was imposed at the time the bond was issued. So included in your agenda packet is the resolution as well as exhibits to the resolution, such as the budget that the board just adopted will be attached. We also have a copy of the assessment role and board members are familiar with how that looks. It's starting on page 64 of your agenda packet. It identifies the parcels within the district and the operations and maintenance fee as well as the debt service fee that </w:t>
      </w:r>
    </w:p>
    <w:p>
      <w:r>
        <w:t xml:space="preserve">(Speaker D)  would be imposed on that parcel just out of interest. </w:t>
      </w:r>
    </w:p>
    <w:p>
      <w:r>
        <w:t xml:space="preserve">(Speaker B)  Four people have actually paid off their debt. It was the same number last year. So just curious. Don't know why. Sometimes that happens when they transfer property. The closing agent says, oh, there's a lien on the property, you need to pay it off. And they end up paying off the debt without realizing. Yeah, because it doesn't make any sense. </w:t>
      </w:r>
    </w:p>
    <w:p>
      <w:r>
        <w:t xml:space="preserve">(Speaker F)  I get calls from realtors once in a while on that. </w:t>
      </w:r>
    </w:p>
    <w:p>
      <w:r>
        <w:t xml:space="preserve">(Speaker C)  Yeah. </w:t>
      </w:r>
    </w:p>
    <w:p>
      <w:r>
        <w:t xml:space="preserve">(Speaker F)  And you wake them up to what they can do, you know. </w:t>
      </w:r>
    </w:p>
    <w:p>
      <w:r>
        <w:t xml:space="preserve">(Speaker B)  Yeah. But, yeah, as you can see, that's the, that's the 1/3, 2/3 split that we've talked about. </w:t>
      </w:r>
    </w:p>
    <w:p>
      <w:r>
        <w:t xml:space="preserve">(Speaker A)  If there's no further discussion, is there a motion to adopt resolution 22606? </w:t>
      </w:r>
    </w:p>
    <w:p>
      <w:r>
        <w:t xml:space="preserve">(Speaker F)  Motion made. </w:t>
      </w:r>
    </w:p>
    <w:p>
      <w:r>
        <w:t xml:space="preserve">(Speaker A)  And a second second. All in favor of adopting resolution 22606 say aye. Motion carries unanimously. Board members, the next agenda item is item number 8. This is consideration of the aerial agreement request from Duke Energy. This item was deferred last month in order for the chairman. The chairman to meet with the field operations manager and inspect the property. Any comments from the chairman regarding your findings or would you like for your district council to present this item? </w:t>
      </w:r>
    </w:p>
    <w:p>
      <w:r>
        <w:t xml:space="preserve">(Speaker B)  I need to present it. I think I'm looking for the picture number 60. Oh, 60. Oh, sorry, I'm in the old. I'm in the old. Yeah, hang on a second. The new version. I'm in the old version. 85. I've got, I got, I've got two here, page 85. You'll see that swath of color if I can find it. </w:t>
      </w:r>
    </w:p>
    <w:p>
      <w:r>
        <w:t xml:space="preserve">(Speaker A)  Yeah, yeah, you want the exhibit. </w:t>
      </w:r>
    </w:p>
    <w:p>
      <w:r>
        <w:t xml:space="preserve">(Speaker B)  There we go. 90. Sorry, it's 90, page 90. Alan and I went to physically inspect this. It took us a while to find it. The, the big blue area on page 90. I'll let you get there. That's a dry pond. And you can see the area that's subject to the easement is in red in the, in the southeast corner, southwest corner. Down there, literally right in the corner. It is so far away from the homes that Alan and I had no issue whatsoever. It won't be impeding any homes unless they build a 400 foot series of pylons. It will not impede anything happening in those homes. We're very comfortable with it and I think it's fair to say so. I have no issue. Subject to legal counsel and the rest of the board having any further comments, I think we could move ahead with this. </w:t>
      </w:r>
    </w:p>
    <w:p>
      <w:r>
        <w:t xml:space="preserve">(Speaker D)  Comfortable with it. </w:t>
      </w:r>
    </w:p>
    <w:p>
      <w:r>
        <w:t xml:space="preserve">(Speaker E)  Okay. </w:t>
      </w:r>
    </w:p>
    <w:p>
      <w:r>
        <w:t xml:space="preserve">(Speaker D)  And just as a refresher. So this was a request that we received from Duke Energy. They want to construct overhead electric transmission and distribution line communication systems and related facilities for providing electric energy services and communication services, including services to telecommunication providers and other customers. Now, we could ask for specificity on the specs of what they're actually going to install. I've seen boards do that before. That's an option that you have. Something else that jumped out to me was the last sentence of just scroll down to where it starts with Grantee shall have says, as a result of any actions or inactions of grantee which is due, grantee hereby agrees to restore the easement area at its own expense to as near as practical to the original condition. We've seen some boards also request things like indemnification for any loss, so basically reimburse the CBD for any loss that the CDD also incurs as a result of action or inaction by Duke. Some utility providers do push back on language like that with indemnification. And what I've heard their attorneys say is you're not like precluded from being able to assert some type of claim against Duke, but it's helpful if it's actually right. Some utility providers won't provide that. So just wanted to give that feedback of. We could go back and say we need more specificity on exactly what you're installing there, because this could be wires, fiber optics, anchors, testing. They've listed that out there. </w:t>
      </w:r>
    </w:p>
    <w:p>
      <w:r>
        <w:t xml:space="preserve">(Speaker B)  Yeah, I think you could ask for that. I think that's reasonable. Or you could settle for generally consistent with existing equipment and structures that are there. Because it's the. It's the very. It's the big ones that are already there. If it's consistent, then I don't think there's an issue. </w:t>
      </w:r>
    </w:p>
    <w:p>
      <w:r>
        <w:t xml:space="preserve">(Speaker A)  So. </w:t>
      </w:r>
    </w:p>
    <w:p>
      <w:r>
        <w:t xml:space="preserve">(Speaker B)  So I think if you could get something along those lines, I think they'll be fine. </w:t>
      </w:r>
    </w:p>
    <w:p>
      <w:r>
        <w:t xml:space="preserve">(Speaker D)  You'd be comfortable with that. </w:t>
      </w:r>
    </w:p>
    <w:p>
      <w:r>
        <w:t xml:space="preserve">(Speaker B)  Okay. </w:t>
      </w:r>
    </w:p>
    <w:p>
      <w:r>
        <w:t xml:space="preserve">(Speaker D)  Rather than asking for specificity, you can </w:t>
      </w:r>
    </w:p>
    <w:p>
      <w:r>
        <w:t xml:space="preserve">(Speaker B)  ask for specificity first. But if they say Go away. Maybe you can say it's got to be consistent with the type of structure and go for the indemnification. If you, if you have to concede that, then so be it. I don't know what the board feel on that. </w:t>
      </w:r>
    </w:p>
    <w:p>
      <w:r>
        <w:t xml:space="preserve">(Speaker G)  I guess my first comment is, is what are we going to do once they give us specificity, you know, we're not going to really understand what it </w:t>
      </w:r>
    </w:p>
    <w:p>
      <w:r>
        <w:t xml:space="preserve">(Speaker E)  is in the first place, you know? </w:t>
      </w:r>
    </w:p>
    <w:p>
      <w:r>
        <w:t xml:space="preserve">(Speaker G)  No, I, I understand. I just. It's like why. I understand the indemnification side of it, but I don't understand asking for specificity. </w:t>
      </w:r>
    </w:p>
    <w:p>
      <w:r>
        <w:t xml:space="preserve">(Speaker D)  I think we just to try to get confirmation of what exactly they're installing. Because you can certainly say no to. </w:t>
      </w:r>
    </w:p>
    <w:p>
      <w:r>
        <w:t xml:space="preserve">(Speaker C)  Right? </w:t>
      </w:r>
    </w:p>
    <w:p>
      <w:r>
        <w:t xml:space="preserve">(Speaker G)  No, no, I understand just making a comment. </w:t>
      </w:r>
    </w:p>
    <w:p>
      <w:r>
        <w:t xml:space="preserve">(Speaker B)  Yeah, Bill's got a point. We're not going to turn it down because it seems reasonable. No, I don't think we're going to turn it down. But if it's generally consistent with what's already there when we stood there. You can actually see the existing pylons. </w:t>
      </w:r>
    </w:p>
    <w:p>
      <w:r>
        <w:t xml:space="preserve">(Speaker E)  Yes. </w:t>
      </w:r>
    </w:p>
    <w:p>
      <w:r>
        <w:t xml:space="preserve">(Speaker B)  And they're, they're the normal big ones that you see alongside any major freeway. If it's consistent with that, you can try the language. They may say, no problem. If you get into a big debate, don't bring it back to the board. I don't think we need to bring it back to the board so long </w:t>
      </w:r>
    </w:p>
    <w:p>
      <w:r>
        <w:t xml:space="preserve">(Speaker D)  as there's some language in there requiring that the equipment be consistent. </w:t>
      </w:r>
    </w:p>
    <w:p>
      <w:r>
        <w:t xml:space="preserve">(Speaker B)  Yeah, but I wouldn't. Again, I wouldn't, I wouldn't die on the sword on this one. </w:t>
      </w:r>
    </w:p>
    <w:p>
      <w:r>
        <w:t xml:space="preserve">(Speaker A)  Generally. </w:t>
      </w:r>
    </w:p>
    <w:p>
      <w:r>
        <w:t xml:space="preserve">(Speaker D)  In that case, that drastically different. </w:t>
      </w:r>
    </w:p>
    <w:p>
      <w:r>
        <w:t xml:space="preserve">(Speaker A)  But in our. </w:t>
      </w:r>
    </w:p>
    <w:p>
      <w:r>
        <w:t xml:space="preserve">(Speaker D)  But that's only. Do. Is that more acceptable? It's more. But for maintenance related. It's. </w:t>
      </w:r>
    </w:p>
    <w:p>
      <w:r>
        <w:t xml:space="preserve">(Speaker G)  Yeah, I, I just generally don't think, if we're looking to look at our expenses that we need to get into some sort of legal back and forth and we're running up the tab. You know, this seems pretty simple to me. Duke isn't going to put anything in place that's going to potentially cause them a problem. You know, So I just, I just don't see the need to get really involved and spend a lot of money legally. </w:t>
      </w:r>
    </w:p>
    <w:p>
      <w:r>
        <w:t xml:space="preserve">(Speaker F)  And you can put a. </w:t>
      </w:r>
    </w:p>
    <w:p>
      <w:r>
        <w:t xml:space="preserve">(Speaker D)  You can say, spend no more than </w:t>
      </w:r>
    </w:p>
    <w:p>
      <w:r>
        <w:t xml:space="preserve">(Speaker B)  an hour, spend no more than one sentence. And if they cross it out, forget it. </w:t>
      </w:r>
    </w:p>
    <w:p>
      <w:r>
        <w:t xml:space="preserve">(Speaker D)  If you got it. </w:t>
      </w:r>
    </w:p>
    <w:p>
      <w:r>
        <w:t xml:space="preserve">(Speaker F)  I'm pretty sure there is a requirement that if they're going to do anything within a certain distance of these houses. Okay. That they have to have a hearing because. And depending upon what they're going to put up there. We already have high tension lines running from right over my area. That's why I'm watching. They run of 429 and the Corps of Engineers was involved. Other entities were involved. The end result is, yeah, they get to do what they need to do. But they will, if they try to propose anything that would, you know, seem problematic, I think there'll be a venue for. </w:t>
      </w:r>
    </w:p>
    <w:p>
      <w:r>
        <w:t xml:space="preserve">(Speaker D)  Yeah. And along those lines, that next paragraph down from that center is talking about says that Duke is required to comply with all federal, state, local laws, regulations. </w:t>
      </w:r>
    </w:p>
    <w:p>
      <w:r>
        <w:t xml:space="preserve">(Speaker I)  Right. </w:t>
      </w:r>
    </w:p>
    <w:p>
      <w:r>
        <w:t xml:space="preserve">(Speaker B)  So I think Bill's advice is a good one. </w:t>
      </w:r>
    </w:p>
    <w:p>
      <w:r>
        <w:t xml:space="preserve">(Speaker A)  Is the board ready to take action on this matter? </w:t>
      </w:r>
    </w:p>
    <w:p>
      <w:r>
        <w:t xml:space="preserve">(Speaker F)  Yes, yes, please. </w:t>
      </w:r>
    </w:p>
    <w:p>
      <w:r>
        <w:t xml:space="preserve">(Speaker A)  We have a. We have a motion to approve and substantial form subject to district council sign off. Do we have a second? All in favor of approval say II Motion carries unanimously. Board members, the next item on the agenda is item number nine. This is consideration of resolution 222607 declaring vacancies in seat number three and seat number four board members. This is an administrative process. You recall that earlier in the year we discussed that there were three seats that would be included in the general election. As it turns out, during the qualifying period, no one who was a qualified elector went and qualified for seat number three, which is currently held by Supervisor Witcher. And no one went and qualified for seat number which is currently held by Supervisor Greenstein. The other seat, happily we did have Supervisor Barry go and qualify for. So that seat, he's actually standing unopposed. So he's a not only a board member but also board member elect for the next term. So with seats three and four, there's a process where the district declares the seats vacant. After the seats are declared vacant, then the board has an opportunity to make an appointment appointment to the seat with a term effective November 17, 2026, the second Tuesday after the general election date. Now there was a little bit of discussion that perhaps Supervisor Witcher may be willing to stand for an additional term. If that's the case, the board certainly has the option of appointing supervisor which are to that seat for a four year term. Now with Supervisor Greenstein, he can serve in a carry forward period until a qualified elector can be appointed. But because he's not a qualified elector, </w:t>
      </w:r>
    </w:p>
    <w:p>
      <w:r>
        <w:t xml:space="preserve">(Speaker D)  he couldn't be appointed for a four year term. </w:t>
      </w:r>
    </w:p>
    <w:p>
      <w:r>
        <w:t xml:space="preserve">(Speaker A)  So that's just. But the very first step that we are asking the board to take, to take today is to declare the seats vacant. So if we can have a motion to adopt that resolution, we'll discuss the next steps regarding the appointment. </w:t>
      </w:r>
    </w:p>
    <w:p>
      <w:r>
        <w:t xml:space="preserve">(Speaker B)  So we're not approving this particular communication, are we? </w:t>
      </w:r>
    </w:p>
    <w:p>
      <w:r>
        <w:t xml:space="preserve">(Speaker A)  Resolution 2026 07. That declares seats number three and seat number four vacant. Effective number. We have a motion. Do we have a second? All in favor of approval, say aye. All right. And then board members, now that those two seats are declared vacant, you have some options. Board does not need to do anything today, but if you wanted to do something, Chairman Staley did ask that I put together a form of notice that had previously been used to notify the community regarding the vacancies. And perhaps this might be something you want to consider at your December meeting. We have a long Runway here. If you wanted to consider it earlier than that, you could. But we know that both Supervisor Greenstein and Supervisor Wisher are willing to stay and be available to establish quorum until such time as the. The appointments were made. So there's no urgency, so to speak to this matter. And I don't know if Supervisor Butcher has any comments regarding your willingness to serve. </w:t>
      </w:r>
    </w:p>
    <w:p>
      <w:r>
        <w:t xml:space="preserve">(Speaker G)  Yes. So certainly after spending time and continuing to think about it, and you know I was here all the time prior to ever being on the board. </w:t>
      </w:r>
    </w:p>
    <w:p>
      <w:r>
        <w:t xml:space="preserve">(Speaker D)  Yes. </w:t>
      </w:r>
    </w:p>
    <w:p>
      <w:r>
        <w:t xml:space="preserve">(Speaker G)  And I believe that I was a little quick in my decision as I picked up another responsibility of being handicapped chair and reunion. But I think I have time and I'm willing to move forward for another term. </w:t>
      </w:r>
    </w:p>
    <w:p>
      <w:r>
        <w:t xml:space="preserve">(Speaker B)  Oh, my word. </w:t>
      </w:r>
    </w:p>
    <w:p>
      <w:r>
        <w:t xml:space="preserve">(Speaker A)  That's great news. Do we have a motion? </w:t>
      </w:r>
    </w:p>
    <w:p>
      <w:r>
        <w:t xml:space="preserve">(Speaker B)  Do you have an interest in trees? </w:t>
      </w:r>
    </w:p>
    <w:p>
      <w:r>
        <w:t xml:space="preserve">(Speaker A)  Do we have a motion? We have a motion to appoint book Bill, which are to seat number three, effective November 17th. We have a motion from supervisor Barry. In a second from supervisor Harley. All in favor of approval, say aye. </w:t>
      </w:r>
    </w:p>
    <w:p>
      <w:r>
        <w:t xml:space="preserve">(Speaker E)  All right. I'm just gonna get my Gina here a moment. </w:t>
      </w:r>
    </w:p>
    <w:p>
      <w:r>
        <w:t xml:space="preserve">(Speaker B)  Yeah, so we told Gina. </w:t>
      </w:r>
    </w:p>
    <w:p>
      <w:r>
        <w:t xml:space="preserve">(Speaker A)  That does still leave the vacancy for seat number four. And the board can discuss timing on notifying the community about the vacancy. </w:t>
      </w:r>
    </w:p>
    <w:p>
      <w:r>
        <w:t xml:space="preserve">(Speaker B)  Could we do that earlier? Could we ask for nominations by the end of September? </w:t>
      </w:r>
    </w:p>
    <w:p>
      <w:r>
        <w:t xml:space="preserve">(Speaker D)  You sure can. </w:t>
      </w:r>
    </w:p>
    <w:p>
      <w:r>
        <w:t xml:space="preserve">(Speaker B)  And then consider it in the October meeting. Perhaps </w:t>
      </w:r>
    </w:p>
    <w:p>
      <w:r>
        <w:t xml:space="preserve">(Speaker C)  give people. </w:t>
      </w:r>
    </w:p>
    <w:p>
      <w:r>
        <w:t xml:space="preserve">(Speaker B)  And then remind them a couple of times we can remind them again in September. </w:t>
      </w:r>
    </w:p>
    <w:p>
      <w:r>
        <w:t xml:space="preserve">(Speaker A)  We're requesting. Now, we do have a workshop in October, and I. But that's fine. I just wanted. </w:t>
      </w:r>
    </w:p>
    <w:p>
      <w:r>
        <w:t xml:space="preserve">(Speaker B)  You can squeeze it in. </w:t>
      </w:r>
    </w:p>
    <w:p>
      <w:r>
        <w:t xml:space="preserve">(Speaker D)  Okay. </w:t>
      </w:r>
    </w:p>
    <w:p>
      <w:r>
        <w:t xml:space="preserve">(Speaker A)  All right. For the October board meeting, which will take place first, which will be for now, for the workshop. </w:t>
      </w:r>
    </w:p>
    <w:p>
      <w:r>
        <w:t xml:space="preserve">(Speaker B)  Yes. </w:t>
      </w:r>
    </w:p>
    <w:p>
      <w:r>
        <w:t xml:space="preserve">(Speaker A)  Okay. </w:t>
      </w:r>
    </w:p>
    <w:p>
      <w:r>
        <w:t xml:space="preserve">(Speaker E)  All right. </w:t>
      </w:r>
    </w:p>
    <w:p>
      <w:r>
        <w:t xml:space="preserve">(Speaker A)  We'll put that on schedule for October. </w:t>
      </w:r>
    </w:p>
    <w:p>
      <w:r>
        <w:t xml:space="preserve">(Speaker B)  It'd be nice to get that person involved soon rather than later looking to </w:t>
      </w:r>
    </w:p>
    <w:p>
      <w:r>
        <w:t xml:space="preserve">(Speaker A)  see if there's any members of the public here. </w:t>
      </w:r>
    </w:p>
    <w:p>
      <w:r>
        <w:t xml:space="preserve">(Speaker D)  Okay. </w:t>
      </w:r>
    </w:p>
    <w:p>
      <w:r>
        <w:t xml:space="preserve">(Speaker A)  All right. </w:t>
      </w:r>
    </w:p>
    <w:p>
      <w:r>
        <w:t xml:space="preserve">(Speaker C)  I have. </w:t>
      </w:r>
    </w:p>
    <w:p>
      <w:r>
        <w:t xml:space="preserve">(Speaker E)  I have one comment. </w:t>
      </w:r>
    </w:p>
    <w:p>
      <w:r>
        <w:t xml:space="preserve">(Speaker D)  Yes. </w:t>
      </w:r>
    </w:p>
    <w:p>
      <w:r>
        <w:t xml:space="preserve">(Speaker A)  Notice. </w:t>
      </w:r>
    </w:p>
    <w:p>
      <w:r>
        <w:t xml:space="preserve">(Speaker D)  Sure. </w:t>
      </w:r>
    </w:p>
    <w:p>
      <w:r>
        <w:t xml:space="preserve">(Speaker F)  That's right. </w:t>
      </w:r>
    </w:p>
    <w:p>
      <w:r>
        <w:t xml:space="preserve">(Speaker E)  There's actually two comments, but one goes away because I didn't pick that one. Second paragraph around seats three and four. You know, I. I think you could describe that whole. </w:t>
      </w:r>
    </w:p>
    <w:p>
      <w:r>
        <w:t xml:space="preserve">(Speaker A)  About the resume or brief cover letter stating their reasons for interest. </w:t>
      </w:r>
    </w:p>
    <w:p>
      <w:r>
        <w:t xml:space="preserve">(Speaker E)  No, no, the second paragraph. Applicants may indicate a preference for C3 or C4. </w:t>
      </w:r>
    </w:p>
    <w:p>
      <w:r>
        <w:t xml:space="preserve">(Speaker C)  Okay. </w:t>
      </w:r>
    </w:p>
    <w:p>
      <w:r>
        <w:t xml:space="preserve">(Speaker A)  Yeah, yeah. I'll revise it according to the board action. </w:t>
      </w:r>
    </w:p>
    <w:p>
      <w:r>
        <w:t xml:space="preserve">(Speaker E)  I didn't like it. We had. Okay. </w:t>
      </w:r>
    </w:p>
    <w:p>
      <w:r>
        <w:t xml:space="preserve">(Speaker F)  Superseded by subsequent events. </w:t>
      </w:r>
    </w:p>
    <w:p>
      <w:r>
        <w:t xml:space="preserve">(Speaker E)  And the other comment had that one, I guess, second sentence in the whole thing. No, qualified electors qualify as candidates for either. It just seems too complicated. </w:t>
      </w:r>
    </w:p>
    <w:p>
      <w:r>
        <w:t xml:space="preserve">(Speaker A)  Okay. I can rework that in simpler ways. </w:t>
      </w:r>
    </w:p>
    <w:p>
      <w:r>
        <w:t xml:space="preserve">(Speaker B)  Yeah, yeah. Qualifying implies some sort of failure. </w:t>
      </w:r>
    </w:p>
    <w:p>
      <w:r>
        <w:t xml:space="preserve">(Speaker E)  Yeah. </w:t>
      </w:r>
    </w:p>
    <w:p>
      <w:r>
        <w:t xml:space="preserve">(Speaker B)  Yeah, you're right. </w:t>
      </w:r>
    </w:p>
    <w:p>
      <w:r>
        <w:t xml:space="preserve">(Speaker A)  It is statutory language, and we tend to be really careful with these notices. But I can. I can make that less statutory and more public facing document. </w:t>
      </w:r>
    </w:p>
    <w:p>
      <w:r>
        <w:t xml:space="preserve">(Speaker B)  Perhaps you could say. </w:t>
      </w:r>
    </w:p>
    <w:p>
      <w:r>
        <w:t xml:space="preserve">(Speaker F)  I read it twice, understood why it was written the way it was, but exactly what you just think. Make it simple. </w:t>
      </w:r>
    </w:p>
    <w:p>
      <w:r>
        <w:t xml:space="preserve">(Speaker A)  Yeah, we can. It'll be updated and the language can be softened to be more public facing. If there's no. Are we looking at. Still discussing this? </w:t>
      </w:r>
    </w:p>
    <w:p>
      <w:r>
        <w:t xml:space="preserve">(Speaker B)  Let's. Let's. Can we say 25th of September? That gives us a couple of weeks, basically after the resume comes in or whatever. </w:t>
      </w:r>
    </w:p>
    <w:p>
      <w:r>
        <w:t xml:space="preserve">(Speaker A)  You want to do this at your September meeting? </w:t>
      </w:r>
    </w:p>
    <w:p>
      <w:r>
        <w:t xml:space="preserve">(Speaker B)  No, no. To have. Have them submit their residations September 25th, and then we can still consider it in the October. </w:t>
      </w:r>
    </w:p>
    <w:p>
      <w:r>
        <w:t xml:space="preserve">(Speaker C)  Sounds good. </w:t>
      </w:r>
    </w:p>
    <w:p>
      <w:r>
        <w:t xml:space="preserve">(Speaker B)  And it gives us time to then go again if no one puts their name forward. Okay. </w:t>
      </w:r>
    </w:p>
    <w:p>
      <w:r>
        <w:t xml:space="preserve">(Speaker A)  And again, you know, the. The good news is that you have a board member who's willing to continue to serve until a qualified elector can be identified. </w:t>
      </w:r>
    </w:p>
    <w:p>
      <w:r>
        <w:t xml:space="preserve">(Speaker B)  I didn't realize. It's not the continuum. I. After the term. That's good. </w:t>
      </w:r>
    </w:p>
    <w:p>
      <w:r>
        <w:t xml:space="preserve">(Speaker E)  That's good. </w:t>
      </w:r>
    </w:p>
    <w:p>
      <w:r>
        <w:t xml:space="preserve">(Speaker D)  Yeah. </w:t>
      </w:r>
    </w:p>
    <w:p>
      <w:r>
        <w:t xml:space="preserve">(Speaker A)  It helps to ensure you have quorum. </w:t>
      </w:r>
    </w:p>
    <w:p>
      <w:r>
        <w:t xml:space="preserve">(Speaker B)  It's a bit like an attorney general that's not yet been approved by the Senate. </w:t>
      </w:r>
    </w:p>
    <w:p>
      <w:r>
        <w:t xml:space="preserve">(Speaker D)  Oh, please. </w:t>
      </w:r>
    </w:p>
    <w:p>
      <w:r>
        <w:t xml:space="preserve">(Speaker A)  Nothing like that. Board members, the next item on the agenda is acceptance of your fiscal year 2025 audit report. As board members are aware, we're required to go undergo an annual independent audit of all of the district's financial records. Your audit is included in the agenda package starting on page 96. This was filed on time with the state of Florida by June 30, 2026. This is for your financial statements through September 30, 2025, as you review the letter to the board of supervisors and the report to Management, you'll see that this is a clean audit. There were no findings and no recommendations. Typically, there's not a lot of discussion on the audit. If there are any questions, I'm happy to provide further information. But it is an independent audit. So the board is really just accepting the report. </w:t>
      </w:r>
    </w:p>
    <w:p>
      <w:r>
        <w:t xml:space="preserve">(Speaker B)  Just on page 108, you'll see here the three major funds. Page 108. The first column says General. Just so the board is not confused. That general includes both what we call the general fund as well as the RM fund. So when I talk about a 1.2 million of reserves, there's the 1.231 towards the bottom. Debt service is not something we manage because the reserves. Yeah, exactly. And I always forget. But perhaps you can explain the capital Project fund. That's really for infrastructure developments which have not yet been transferred out. </w:t>
      </w:r>
    </w:p>
    <w:p>
      <w:r>
        <w:t xml:space="preserve">(Speaker A)  They weren't closed as of the end of September 30, 2000 2025. But there's. When you issue the bonds, they're generating funds for capital projects that are authorized from the engineers report. And that's what those are about. The construction projects for the infrastructure. </w:t>
      </w:r>
    </w:p>
    <w:p>
      <w:r>
        <w:t xml:space="preserve">(Speaker E)  Okay, Y. </w:t>
      </w:r>
    </w:p>
    <w:p>
      <w:r>
        <w:t xml:space="preserve">(Speaker A)  It's not the RNM Fund. </w:t>
      </w:r>
    </w:p>
    <w:p>
      <w:r>
        <w:t xml:space="preserve">(Speaker B)  No, no. I know. </w:t>
      </w:r>
    </w:p>
    <w:p>
      <w:r>
        <w:t xml:space="preserve">(Speaker E)  Yes. </w:t>
      </w:r>
    </w:p>
    <w:p>
      <w:r>
        <w:t xml:space="preserve">(Speaker B)  I just want to make sure the board wasn't confused. Thank you. </w:t>
      </w:r>
    </w:p>
    <w:p>
      <w:r>
        <w:t xml:space="preserve">(Speaker A)  Is there a motion to accept your annual audit report? And a second second. All in favor of accepting your annual audit, say aye. </w:t>
      </w:r>
    </w:p>
    <w:p>
      <w:r>
        <w:t xml:space="preserve">(Speaker F)  Aye. </w:t>
      </w:r>
    </w:p>
    <w:p>
      <w:r>
        <w:t xml:space="preserve">(Speaker A)  Motion carries unanimously. Board members, A couple of years ago, there was a new law in the state of Florida focused on special districts requiring community development districts to adopt annual goals and objectives. Our team went through the new statutory language and identified the required required areas. Community communication and engagement, infrastructure and facilities maintenance and financial transparency and accountability. We identified goals that could be met in the course of normal routine CDD business as a way to most efficiently meet these statutory requirements and not cause any additional expense to the district. So these are the goals and objectives that we recommend the district adopts for fiscal year 2027. Happy to have any discussion on this matter. If there's no discussion, is there a motion to approve as presented? </w:t>
      </w:r>
    </w:p>
    <w:p>
      <w:r>
        <w:t xml:space="preserve">(Speaker G)  Just a comment. I really like the way it was laid out. It was really clear. </w:t>
      </w:r>
    </w:p>
    <w:p>
      <w:r>
        <w:t xml:space="preserve">(Speaker A)  It's nice that it's quantifiable because then we can do the yes, no reporting requirement, which we'll discuss next. </w:t>
      </w:r>
    </w:p>
    <w:p>
      <w:r>
        <w:t xml:space="preserve">(Speaker B)  I think you're absolutely right. We shouldn't waste a lot of time on this </w:t>
      </w:r>
    </w:p>
    <w:p>
      <w:r>
        <w:t xml:space="preserve">(Speaker G)  motion to approve. </w:t>
      </w:r>
    </w:p>
    <w:p>
      <w:r>
        <w:t xml:space="preserve">(Speaker A)  And we have a motion from Supervisor Witcher and a second from Supervisor Greenstein. All in favor of approval, say aye. Motion carries unanimously. And Then board members. The next item is simply authorizing the chair to execute the final form of the report for your 2026 goals and objectives. As we end the fiscal year, the district is required to complete a report report. You'll see that we can use the same form of report that we have on the goals and objectives page. And then that report has to be filed on the CDD website by December 1st. I'm just asking for a motion to authorize the chair to execute the final form of report that staff will prepare. And a second. All in favor of approval say aye. </w:t>
      </w:r>
    </w:p>
    <w:p>
      <w:r>
        <w:t xml:space="preserve">(Speaker F)  Aye. </w:t>
      </w:r>
    </w:p>
    <w:p>
      <w:r>
        <w:t xml:space="preserve">(Speaker D)  Motion carries. </w:t>
      </w:r>
    </w:p>
    <w:p>
      <w:r>
        <w:t xml:space="preserve">(Speaker A)  We do have staff reports scheduled today. The first report court is attorney's report and Kristen is here in person. </w:t>
      </w:r>
    </w:p>
    <w:p>
      <w:r>
        <w:t xml:space="preserve">(Speaker D)  Okay. Yes, that's right. </w:t>
      </w:r>
    </w:p>
    <w:p>
      <w:r>
        <w:t xml:space="preserve">(Speaker A)  Oh, that's right. </w:t>
      </w:r>
    </w:p>
    <w:p>
      <w:r>
        <w:t xml:space="preserve">(Speaker D)  Person. Yep, that's right. Okay, so I just. I'll go to first. We'll talk about page 146 of the agenda. This is a third amendment to the parking and towing enforcement agreement that we drafted up with the Reunion Resort and Club of Orlando Master association, who we defined in this agreement as the hoa. You know that they're providing your security services at the cost of you $100,000 a year, including monitoring parking and towing of the CD's roadways. And we know Victor and his team do an outstanding job of that. But we do amend the master agreement that we have with them for those services every time the parking and towing rules are updated by this board at public hearing because they're monitoring the parking and towing in accordance with the parking and towing rules of the cdd. So this third amendment was just to modify the master agreement to reply that the CDD has updated the parking and towing rules so that they are providing those services in accordance with the updated rules. My understanding is that Representative GMS has reached out for signature on this third amendment multiple of times a week. We haven't been able to get signature on it. So I just have to bring it back to the board and just update them. But I don't know if could potentially help us with this. </w:t>
      </w:r>
    </w:p>
    <w:p>
      <w:r>
        <w:t xml:space="preserve">(Speaker E)  Okay, copy me on it. </w:t>
      </w:r>
    </w:p>
    <w:p>
      <w:r>
        <w:t xml:space="preserve">(Speaker D)  Copy. Okay. And I think there's been other amendments that have been signed, but this one </w:t>
      </w:r>
    </w:p>
    <w:p>
      <w:r>
        <w:t xml:space="preserve">(Speaker E)  I know there's one before I can. Follow. </w:t>
      </w:r>
    </w:p>
    <w:p>
      <w:r>
        <w:t xml:space="preserve">(Speaker D)  Okay. It's really just an administrat. It's just a, you know, a protection for both parties that you guys understand these are the new per rules. And then cdd, we've all got a record that that's been updated so that those services are provided with that. </w:t>
      </w:r>
    </w:p>
    <w:p>
      <w:r>
        <w:t xml:space="preserve">(Speaker C)  So. </w:t>
      </w:r>
    </w:p>
    <w:p>
      <w:r>
        <w:t xml:space="preserve">(Speaker D)  Okay, I just had to bring that back because it's a, it's a legal contract that we drafted that still needs to get executed there. And then you received an update from your EM domain council, Billy, who called in at the beginning of this board meeting. That's good. We are still working through the encumbrances for the settlement, hoping to have that finished for you by September. So we'll have an update on that. It's just there's a lot of documents there. </w:t>
      </w:r>
    </w:p>
    <w:p>
      <w:r>
        <w:t xml:space="preserve">(Speaker F)  You. </w:t>
      </w:r>
    </w:p>
    <w:p>
      <w:r>
        <w:t xml:space="preserve">(Speaker D)  I shared that with Graham, that form, so you can see what we're looking through. </w:t>
      </w:r>
    </w:p>
    <w:p>
      <w:r>
        <w:t xml:space="preserve">(Speaker B)  Can I talk to you in a couple of weeks and make sure that function? </w:t>
      </w:r>
    </w:p>
    <w:p>
      <w:r>
        <w:t xml:space="preserve">(Speaker D)  Six months? Yes. Yeah, we can schedule a call. So it's just, we're trying to make sure we're down in our eyes and crossing our T's, but right now they, they both, you know, they owe us the deed or the tracks. It's just that they've identified a handful of encumbrances that they want that, that they want to remain. They don't want to release any interest by quit claiming the property to us. In those handful of encumbrances, there's obviously </w:t>
      </w:r>
    </w:p>
    <w:p>
      <w:r>
        <w:t xml:space="preserve">(Speaker B)  no incentive for them to do anything because they still got the deed. So we're the ones who have to get something done in order for them to be in a position to, to quick claim. </w:t>
      </w:r>
    </w:p>
    <w:p>
      <w:r>
        <w:t xml:space="preserve">(Speaker D)  Well, I will say it's still under, you know, court supervision right now because of that, the settlement agreement. </w:t>
      </w:r>
    </w:p>
    <w:p>
      <w:r>
        <w:t xml:space="preserve">(Speaker A)  So, you know, we've, we have that </w:t>
      </w:r>
    </w:p>
    <w:p>
      <w:r>
        <w:t xml:space="preserve">(Speaker D)  protection right now, but. Agreed. I mean it's a high priority item. </w:t>
      </w:r>
    </w:p>
    <w:p>
      <w:r>
        <w:t xml:space="preserve">(Speaker B)  I'll give you a call in a couple of weeks, see how we go because it'd be nice to finish it before the end of the month. End of September. </w:t>
      </w:r>
    </w:p>
    <w:p>
      <w:r>
        <w:t xml:space="preserve">(Speaker D)  Yes. Agree, agree. So. But there's nothing new on that front. It was, it's just we're in the process of reviewing those encumbrances. We'd like to get it settled, settled up as quickly as possible. So. Okay. That's all I have for you today. Unless you have any questions for me. </w:t>
      </w:r>
    </w:p>
    <w:p>
      <w:r>
        <w:t xml:space="preserve">(Speaker B)  Is someone stepping into your shoes in a few weeks? </w:t>
      </w:r>
    </w:p>
    <w:p>
      <w:r>
        <w:t xml:space="preserve">(Speaker D)  Jan will be helping. </w:t>
      </w:r>
    </w:p>
    <w:p>
      <w:r>
        <w:t xml:space="preserve">(Speaker B)  Okay. </w:t>
      </w:r>
    </w:p>
    <w:p>
      <w:r>
        <w:t xml:space="preserve">(Speaker D)  I will have always got my phone with me and I get emails, so I'll also be overseeing it as well. So. But you may hear me call in. But there's Jim, then there's. We just hired another person too, so. </w:t>
      </w:r>
    </w:p>
    <w:p>
      <w:r>
        <w:t xml:space="preserve">(Speaker G)  So is there a change that I missed or. </w:t>
      </w:r>
    </w:p>
    <w:p>
      <w:r>
        <w:t xml:space="preserve">(Speaker B)  Oh, she still don't see. </w:t>
      </w:r>
    </w:p>
    <w:p>
      <w:r>
        <w:t xml:space="preserve">(Speaker D)  Is there a change? I'm eight and a half months pregnant. Yeah. </w:t>
      </w:r>
    </w:p>
    <w:p>
      <w:r>
        <w:t xml:space="preserve">(Speaker F)  Oh, congrats. </w:t>
      </w:r>
    </w:p>
    <w:p>
      <w:r>
        <w:t xml:space="preserve">(Speaker G)  Congrats. </w:t>
      </w:r>
    </w:p>
    <w:p>
      <w:r>
        <w:t xml:space="preserve">(Speaker A)  Thank You. Thank you. </w:t>
      </w:r>
    </w:p>
    <w:p>
      <w:r>
        <w:t xml:space="preserve">(Speaker G)  So, yeah, so there is a change. </w:t>
      </w:r>
    </w:p>
    <w:p>
      <w:r>
        <w:t xml:space="preserve">(Speaker B)  Right. </w:t>
      </w:r>
    </w:p>
    <w:p>
      <w:r>
        <w:t xml:space="preserve">(Speaker D)  But. But Jan has been queued in on all the. The current, you know, issues and topics for the cdd. We're hoping to get that settlement agreement wrapped up. </w:t>
      </w:r>
    </w:p>
    <w:p>
      <w:r>
        <w:t xml:space="preserve">(Speaker B)  I was going to say you might be doing it in the maternity ward. Yeah, </w:t>
      </w:r>
    </w:p>
    <w:p>
      <w:r>
        <w:t xml:space="preserve">(Speaker D)  get that wrapped up. We're gonna get that wrapped up, you and I. </w:t>
      </w:r>
    </w:p>
    <w:p>
      <w:r>
        <w:t xml:space="preserve">(Speaker A)  Okay. </w:t>
      </w:r>
    </w:p>
    <w:p>
      <w:r>
        <w:t xml:space="preserve">(Speaker B)  Okay. </w:t>
      </w:r>
    </w:p>
    <w:p>
      <w:r>
        <w:t xml:space="preserve">(Speaker D)  That's my. </w:t>
      </w:r>
    </w:p>
    <w:p>
      <w:r>
        <w:t xml:space="preserve">(Speaker A)  That's my update for today. </w:t>
      </w:r>
    </w:p>
    <w:p>
      <w:r>
        <w:t xml:space="preserve">(Speaker D)  Thank you. </w:t>
      </w:r>
    </w:p>
    <w:p>
      <w:r>
        <w:t xml:space="preserve">(Speaker A)  Board members. The next staff report is engineers report. I just have one thing to present under engineers report then we'll hear from James. On page 164 is your annual report. The the district engineer provides a report in accordance with the requirements of the trust indenture. There are several aspects that the district is required to certify regarding the district's infrastructure. Certifying that the district's infrastructure is in good condition. There's adequate budgeting and adequate insurance. Is there a motion to accept the annual report on page 164? </w:t>
      </w:r>
    </w:p>
    <w:p>
      <w:r>
        <w:t xml:space="preserve">(Speaker G)  Motion to accept. </w:t>
      </w:r>
    </w:p>
    <w:p>
      <w:r>
        <w:t xml:space="preserve">(Speaker A)  We have a motion in a second. All in favor of approval say aye. Motion carries. James, did you have anything to report to the board today? </w:t>
      </w:r>
    </w:p>
    <w:p>
      <w:r>
        <w:t xml:space="preserve">(Speaker E)  Yes, I have two things so I know you wouldn't be to reach out to the county about St. Clair Tradition Boulevard. The re striping and flop flip lanes are there. I've gotten an answer back. They would like us to submit an SEP since we're kind of e out into the county right away to change some of striping there potentially. So they want. That's a site development permit. They want to submit an STP to review and comment on. I would definitely put a full plan together, try and have a clear application meeting with the county to see what else they might require or if I can present it to them in a way of. This is really administrative submittal of. At the end of the day they're going to want to review it since it involves their right of way, their traffic pattern and if there's anything else involved that they might require, start utilizing them intersection. </w:t>
      </w:r>
    </w:p>
    <w:p>
      <w:r>
        <w:t xml:space="preserve">(Speaker C)  So that's. </w:t>
      </w:r>
    </w:p>
    <w:p>
      <w:r>
        <w:t xml:space="preserve">(Speaker E)  That's where I'm at with it. I would basically ask you. How would you like to see. </w:t>
      </w:r>
    </w:p>
    <w:p>
      <w:r>
        <w:t xml:space="preserve">(Speaker B)  Well, there's this and there's the other project and we've got to decide. Why don't you mention the other one as well? Then we can decide how urgently we want to do either of them or both. </w:t>
      </w:r>
    </w:p>
    <w:p>
      <w:r>
        <w:t xml:space="preserve">(Speaker E)  Yes, it's. </w:t>
      </w:r>
    </w:p>
    <w:p>
      <w:r>
        <w:t xml:space="preserve">(Speaker D)  It's. </w:t>
      </w:r>
    </w:p>
    <w:p>
      <w:r>
        <w:t xml:space="preserve">(Speaker E)  Yeah. If we want to do both of them at the same time, it's a minimum. I would have two separate. There would be Two separate projects. </w:t>
      </w:r>
    </w:p>
    <w:p>
      <w:r>
        <w:t xml:space="preserve">(Speaker D)  So. </w:t>
      </w:r>
    </w:p>
    <w:p>
      <w:r>
        <w:t xml:space="preserve">(Speaker E)  So nothing bogs the other way down. </w:t>
      </w:r>
    </w:p>
    <w:p>
      <w:r>
        <w:t xml:space="preserve">(Speaker B)  Just dollars. </w:t>
      </w:r>
    </w:p>
    <w:p>
      <w:r>
        <w:t xml:space="preserve">(Speaker D)  Yeah. </w:t>
      </w:r>
    </w:p>
    <w:p>
      <w:r>
        <w:t xml:space="preserve">(Speaker B)  Although we're not. Once we submit it, we don't have to spend the money. But it seems silly to submit them if we're not intending to do it. </w:t>
      </w:r>
    </w:p>
    <w:p>
      <w:r>
        <w:t xml:space="preserve">(Speaker E)  Yes. We're not, not 100% free to go. I mean we get halfway through, I mean we get into it and it could be a little bit more kind of could require something that we're not anticipating right now. And that's why we want to have re allocation meeting at least to kind of understand their view on what we would like to do and have an initial comment reading from them. </w:t>
      </w:r>
    </w:p>
    <w:p>
      <w:r>
        <w:t xml:space="preserve">(Speaker B)  Well, this one we know, we know could be a big improvement on the entrance way. </w:t>
      </w:r>
    </w:p>
    <w:p>
      <w:r>
        <w:t xml:space="preserve">(Speaker E)  Yes. </w:t>
      </w:r>
    </w:p>
    <w:p>
      <w:r>
        <w:t xml:space="preserve">(Speaker B)  So I think we probably do want to go the sdp. </w:t>
      </w:r>
    </w:p>
    <w:p>
      <w:r>
        <w:t xml:space="preserve">(Speaker E)  I think that one's simple enough. Right. I would just hope it's just paint. Right. </w:t>
      </w:r>
    </w:p>
    <w:p>
      <w:r>
        <w:t xml:space="preserve">(Speaker B)  The cost of that can be managed. But you mentioned the other one as well. </w:t>
      </w:r>
    </w:p>
    <w:p>
      <w:r>
        <w:t xml:space="preserve">(Speaker E)  Yeah, that's what I was going to get to. </w:t>
      </w:r>
    </w:p>
    <w:p>
      <w:r>
        <w:t xml:space="preserve">(Speaker B)  Okay. </w:t>
      </w:r>
    </w:p>
    <w:p>
      <w:r>
        <w:t xml:space="preserve">(Speaker E)  So yeah, Mike watched me. I have the plan here. Just look at refresher what we'd like to do. The parallel parking on White Marsh. We went looked at it this morning. Again, I haven't approached the county about this yet. So I would probably do the same thing that I did for the entrance is send them this plan, this initial site plan, get their opinion on it and see how best we need to move forward with it. See again, if they require an sep, having a free application meeting with them, trying to talk through it and see what else they might require initially, I think this, I think this is a pretty good plan right now. Obviously this plan would be expanded upon somehow. Some sort of grading, some sort of some different aspects feels more detailed. </w:t>
      </w:r>
    </w:p>
    <w:p>
      <w:r>
        <w:t xml:space="preserve">(Speaker B)  So perhaps because I know we're running out of time if the board can. Can look over your shoulder once the meeting's finished, there's two options basically, or both. There's where we always talked about the mound putting five, four or five. Is it five spaces where the mound was, which would be a big asset. And that's I think would go well received by the residents. But also I was nervous about. I think Mike suggested it putting another five further down the other side of the Mirfield Loop entrance, which I thought would obscure the golf course, but in fact it doesn't. It would only go up to the property line on that side of the road, which looks quite attractive. So that would be 10 extra spaces. Given that that's a pretty dangerous road. Given that there's that big Rental property on the corner, it looks like. You know, that would be probably a good idea. But I think the board needs to </w:t>
      </w:r>
    </w:p>
    <w:p>
      <w:r>
        <w:t xml:space="preserve">(Speaker E)  have a look at that. </w:t>
      </w:r>
    </w:p>
    <w:p>
      <w:r>
        <w:t xml:space="preserve">(Speaker B)  It's not rental. Well, I thought it was. Okay. </w:t>
      </w:r>
    </w:p>
    <w:p>
      <w:r>
        <w:t xml:space="preserve">(Speaker G)  That's not rental. </w:t>
      </w:r>
    </w:p>
    <w:p>
      <w:r>
        <w:t xml:space="preserve">(Speaker E)  Well, that's good to hear until someone </w:t>
      </w:r>
    </w:p>
    <w:p>
      <w:r>
        <w:t xml:space="preserve">(Speaker B)  buys it in terms of interference. But I think. I think we don't incur a lot of costs getting the sdp. But that is manageable, presumably, and we want to be able to do it. So we could have one or both. Yes, if the board's okay with that approach. </w:t>
      </w:r>
    </w:p>
    <w:p>
      <w:r>
        <w:t xml:space="preserve">(Speaker E)  Yeah, I think one or both. </w:t>
      </w:r>
    </w:p>
    <w:p>
      <w:r>
        <w:t xml:space="preserve">(Speaker G)  I think being able to have those other five spaces makes a lot of sense. </w:t>
      </w:r>
    </w:p>
    <w:p>
      <w:r>
        <w:t xml:space="preserve">(Speaker C)  Yeah. </w:t>
      </w:r>
    </w:p>
    <w:p>
      <w:r>
        <w:t xml:space="preserve">(Speaker B)  And we would then put. If it's approved by the county, would then put it to the homeowners because they may not want it. They may say it spoils our view and all that. But I think we can pursue that later. But it looks quite attractive. There's more space when you stand on the lot. There's more space than actually. </w:t>
      </w:r>
    </w:p>
    <w:p>
      <w:r>
        <w:t xml:space="preserve">(Speaker E)  Yeah. I think I was pretty when I started to do this. Looking at right away, there was a lot more space than what I initially thought there was. </w:t>
      </w:r>
    </w:p>
    <w:p>
      <w:r>
        <w:t xml:space="preserve">(Speaker B)  I recommend we ask. I'm conscious of the time. I recommend we ask James to push those SCPs forward. The board can look over your shoulder once meeting finishes and have a look at the map. </w:t>
      </w:r>
    </w:p>
    <w:p>
      <w:r>
        <w:t xml:space="preserve">(Speaker G)  It's. </w:t>
      </w:r>
    </w:p>
    <w:p>
      <w:r>
        <w:t xml:space="preserve">(Speaker E)  So I'll go ahead with the traditional sink better road. </w:t>
      </w:r>
    </w:p>
    <w:p>
      <w:r>
        <w:t xml:space="preserve">(Speaker A)  I'll go ahead and just to memorialize that in board action. Do we have just a motion from the board? Work authorization for district engineer to include continued feasibility regarding Sinclair Road improvements and White Marsh Way parking enhancements. Do we have a motion to approve that? And a second. All in favor of approval, say aye. </w:t>
      </w:r>
    </w:p>
    <w:p>
      <w:r>
        <w:t xml:space="preserve">(Speaker D)  This would be beneficial for this to be a line item the next agenda so residents are aware of. We're keeping the public informed. We need your maps and like a synopsis of what the project is for the agenda for next month. Oh, sure. </w:t>
      </w:r>
    </w:p>
    <w:p>
      <w:r>
        <w:t xml:space="preserve">(Speaker A)  And for this month's meeting, if you could just send me an electronic copy for the record of proceedings. I know it's a huge file. </w:t>
      </w:r>
    </w:p>
    <w:p>
      <w:r>
        <w:t xml:space="preserve">(Speaker D)  Yeah. </w:t>
      </w:r>
    </w:p>
    <w:p>
      <w:r>
        <w:t xml:space="preserve">(Speaker E)  Oh, it is. Yeah. Yeah. </w:t>
      </w:r>
    </w:p>
    <w:p>
      <w:r>
        <w:t xml:space="preserve">(Speaker A)  Just so I can add it to the record of proceedings since it's been reviewed by the board. </w:t>
      </w:r>
    </w:p>
    <w:p>
      <w:r>
        <w:t xml:space="preserve">(Speaker D)  I also don't know we may needed like a formal resolution to. To this project. So this. If you can, I'll send you an email for just a summary and a map just to send to GS for the agenda. </w:t>
      </w:r>
    </w:p>
    <w:p>
      <w:r>
        <w:t xml:space="preserve">(Speaker E)  I'm in this. The information like phase right now. </w:t>
      </w:r>
    </w:p>
    <w:p>
      <w:r>
        <w:t xml:space="preserve">(Speaker D)  Yeah. </w:t>
      </w:r>
    </w:p>
    <w:p>
      <w:r>
        <w:t xml:space="preserve">(Speaker A)  Feasibility. Preliminary feasibility. Sounds Good. Any other questions for James Field Manager? Updates? </w:t>
      </w:r>
    </w:p>
    <w:p>
      <w:r>
        <w:t xml:space="preserve">(Speaker C)  Yeah, I'll be brief. Just normal operations going on. Landscape review, irrigation gate replacement repairs, guardhouse repairs. The fountain that's at Golden Baron Tradition is having some issues. So lake fountain was out yesterday. Did the lights aren't working so the light ring's a problem and there's some issues with the motor. It's not bumping the way it needs to be. So we're going to look at that and get that fixed. Probably a couple of the bigger things. Supervisor Barry brought up the lot counts on Reunion West. I completed those vacant block counts yesterday and I'll be focused on Reunion east next. And then one of the bigger items that I ran across during my inspections with Garrett is this beautiful home on Winston Way. Lovely large product project right there. They decided to install a box drain and a discharge pipe on our stormwater pond. So I've contacted them directly. I'm dealing with a gentleman named Zach. I just informed council and the engineer and Trisha both know the direction I gave them was it needs to be off the property and restored to the previous conditions. Their property. They didn't ask for permission and it was done without permit. It was not part of the plan. Design for the home standing is this is new. The office with their design team and decided they wanted to do something and they that's what they did. It basically takes all the downspouts with this monster home and discharges them towards that time. </w:t>
      </w:r>
    </w:p>
    <w:p>
      <w:r>
        <w:t xml:space="preserve">(Speaker D)  So it would be beneficial for this case for James to go get eyed on the project. Do take some pictures. </w:t>
      </w:r>
    </w:p>
    <w:p>
      <w:r>
        <w:t xml:space="preserve">(Speaker A)  He's reviewed the pictures that Alan cited and the contractor is saying that they'll uninstall and restore. So hopefully that will resolve the matter. But if not we can. </w:t>
      </w:r>
    </w:p>
    <w:p>
      <w:r>
        <w:t xml:space="preserve">(Speaker E)  So here's my view on that too. Is that that water from that eventually does make its way to that pond via either the roadway or just those down south splash and they drain backwards toward that pond. They've just concentrated it all one spot. When that structure bubbles up where it's put a bit of pipe, I want that structure on their property. And so if anything were to ever happen, it takes all the liability off of the CBD. </w:t>
      </w:r>
    </w:p>
    <w:p>
      <w:r>
        <w:t xml:space="preserve">(Speaker B)  Just got the 1:1 outlet. </w:t>
      </w:r>
    </w:p>
    <w:p>
      <w:r>
        <w:t xml:space="preserve">(Speaker E)  Yeah. </w:t>
      </w:r>
    </w:p>
    <w:p>
      <w:r>
        <w:t xml:space="preserve">(Speaker C)  They've got the box drain. It flows into that and I believe any excess water it can either bubble up or it can flow through a 6 inch PVC pipe. I did show you another photo. They had a bunch of gravel that they were going to put around the pipe to prevent erosion. Again, I have spoken with them. I've kept both Tricia and James informed of my progress. And I was expecting a call this morning from Zach, project manager for McNally Group. And it's my first experience with them. The other builders seem to contact me should there be any issues like this before they do it. But. Well, hopefully we'll have a peaceful resolution. They were all very polite. They all expressed cooperation in resolving the problem. That's all. </w:t>
      </w:r>
    </w:p>
    <w:p>
      <w:r>
        <w:t xml:space="preserve">(Speaker D)  I just want to be clear with them what our blessed is so that they can. They will be a. Already fixed this, so that's not a sufficient m. So get it off our </w:t>
      </w:r>
    </w:p>
    <w:p>
      <w:r>
        <w:t xml:space="preserve">(Speaker C)  property and put it on here. That was the report. Restore it. That's all I have. </w:t>
      </w:r>
    </w:p>
    <w:p>
      <w:r>
        <w:t xml:space="preserve">(Speaker B)  Could you just go with Garrett, have a look at the blue daisies around the monuments? Because I think that may have been on me. </w:t>
      </w:r>
    </w:p>
    <w:p>
      <w:r>
        <w:t xml:space="preserve">(Speaker C)  I didn't report. We softwashed all the monuments, so that may have been residual from that cleaning. But Garrett and I will take a look at. I did all the monuments on these three major entry monuments as well as the monuments. Yes, sir. </w:t>
      </w:r>
    </w:p>
    <w:p>
      <w:r>
        <w:t xml:space="preserve">(Speaker A)  For the record, Supervisor Mike Barry needed to leave the meeting and no future board action will include his participation. Thank you, Supervisor Barry. The next items on the agenda. We have quite a few items under staff reports. I also want to recognize. HOA Manager Grace Montanas is here. Did you have anything to bring to the board's attention on behalf of Reunion West POA okay, board members, we do have information regarding reunion rental report and action items. These are provided for informational purposes. Do board members want any verbal report on this or do you want me to move only to items that require board action? </w:t>
      </w:r>
    </w:p>
    <w:p>
      <w:r>
        <w:t xml:space="preserve">(Speaker E)  Yeah. </w:t>
      </w:r>
    </w:p>
    <w:p>
      <w:r>
        <w:t xml:space="preserve">(Speaker G)  Only move to board required items. </w:t>
      </w:r>
    </w:p>
    <w:p>
      <w:r>
        <w:t xml:space="preserve">(Speaker A)  Okay, board members, approval of your check register is the next item that requires board action. Included in your agenda Packet on page 176 is your check register from July 1st to July 31st, 2025. The total amount is 502,651.67. Is there a motion to approve as presented and a second all in February of approval say aye. Motion carries unanimously, 4 to 0. Board members, the next item that requires board action is approval of your fiscal year 2027 meeting schedule. Board members, we are proposing to continue your meeting schedule the second Thursday of each month at 10:30am that gives us about an hour and a half to meet before we need to get set up for the next meeting. If we need to move this to an earlier time, we certainly can consider doing so. But this. This really is up to the board. The next item is the workshops that we're proposing to be at 12pm These would be joint workshops with Reunion east and Reunion west proposing to have those six times during fiscal year 2020, 27. This is per discussion at your recent meetings and workshop. </w:t>
      </w:r>
    </w:p>
    <w:p>
      <w:r>
        <w:t xml:space="preserve">(Speaker B)  So an hour and a half every other month for our meeting? Yeah. Okay. </w:t>
      </w:r>
    </w:p>
    <w:p>
      <w:r>
        <w:t xml:space="preserve">(Speaker G)  Are we generally within an hour and a half most times? No, not today. </w:t>
      </w:r>
    </w:p>
    <w:p>
      <w:r>
        <w:t xml:space="preserve">(Speaker B)  We did take four, four to five </w:t>
      </w:r>
    </w:p>
    <w:p>
      <w:r>
        <w:t xml:space="preserve">(Speaker F)  minutes on the items on Workshop Idol. </w:t>
      </w:r>
    </w:p>
    <w:p>
      <w:r>
        <w:t xml:space="preserve">(Speaker B)  We just have to manage it. Trisha and myself, we have to make sure we get stuff done on the other months if we can. </w:t>
      </w:r>
    </w:p>
    <w:p>
      <w:r>
        <w:t xml:space="preserve">(Speaker F)  We did it last month. </w:t>
      </w:r>
    </w:p>
    <w:p>
      <w:r>
        <w:t xml:space="preserve">(Speaker C)  Yeah, we did it. </w:t>
      </w:r>
    </w:p>
    <w:p>
      <w:r>
        <w:t xml:space="preserve">(Speaker B)  Yeah, we did it. Okay. </w:t>
      </w:r>
    </w:p>
    <w:p>
      <w:r>
        <w:t xml:space="preserve">(Speaker A)  We did in eight minutes last month. We can move as fast as the board wants to move. Is there a motion to approve? </w:t>
      </w:r>
    </w:p>
    <w:p>
      <w:r>
        <w:t xml:space="preserve">(Speaker B)  Motion to approve the schedule. </w:t>
      </w:r>
    </w:p>
    <w:p>
      <w:r>
        <w:t xml:space="preserve">(Speaker A)  The second. </w:t>
      </w:r>
    </w:p>
    <w:p>
      <w:r>
        <w:t xml:space="preserve">(Speaker F)  Second. </w:t>
      </w:r>
    </w:p>
    <w:p>
      <w:r>
        <w:t xml:space="preserve">(Speaker A)  All in favor of approval say aye. </w:t>
      </w:r>
    </w:p>
    <w:p>
      <w:r>
        <w:t xml:space="preserve">(Speaker G)  Hi. </w:t>
      </w:r>
    </w:p>
    <w:p>
      <w:r>
        <w:t xml:space="preserve">(Speaker F)  Hi. </w:t>
      </w:r>
    </w:p>
    <w:p>
      <w:r>
        <w:t xml:space="preserve">(Speaker A)  Motion carries. And board members, we do have Victor Vargas here with Reunion Security. Do you have anything to report to the board? </w:t>
      </w:r>
    </w:p>
    <w:p>
      <w:r>
        <w:t xml:space="preserve">(Speaker E)  Yes. This past weekend I know it's a lot of comments going around on Facebook regarding an incident that occurred. We have to shut down Saint Ca due to 2 year old shouts found conscious in the pool. And you know, listen cpr. No child and the emergency helicopter to call transport baby to the hospital. That's the reason the shut down for say. But I did say message to our nutrition is a child. </w:t>
      </w:r>
    </w:p>
    <w:p>
      <w:r>
        <w:t xml:space="preserve">(Speaker B)  Okay. </w:t>
      </w:r>
    </w:p>
    <w:p>
      <w:r>
        <w:t xml:space="preserve">(Speaker E)  Yes. </w:t>
      </w:r>
    </w:p>
    <w:p>
      <w:r>
        <w:t xml:space="preserve">(Speaker F)  Thank God. God for that. </w:t>
      </w:r>
    </w:p>
    <w:p>
      <w:r>
        <w:t xml:space="preserve">(Speaker E)  10:00pm Wow. </w:t>
      </w:r>
    </w:p>
    <w:p>
      <w:r>
        <w:t xml:space="preserve">(Speaker B)  10:00pm. </w:t>
      </w:r>
    </w:p>
    <w:p>
      <w:r>
        <w:t xml:space="preserve">(Speaker C)  Yes. </w:t>
      </w:r>
    </w:p>
    <w:p>
      <w:r>
        <w:t xml:space="preserve">(Speaker E)  Sign that. I mean everything's going well. </w:t>
      </w:r>
    </w:p>
    <w:p>
      <w:r>
        <w:t xml:space="preserve">(Speaker A)  Any questions for Reunion Security? </w:t>
      </w:r>
    </w:p>
    <w:p>
      <w:r>
        <w:t xml:space="preserve">(Speaker G)  Is there any movement on the new software that we have talked about? </w:t>
      </w:r>
    </w:p>
    <w:p>
      <w:r>
        <w:t xml:space="preserve">(Speaker E)  Yes. So pretty much on the Matrix, reviewing the contract and then that's what they're doing. Gets between attorneys. That's what. </w:t>
      </w:r>
    </w:p>
    <w:p>
      <w:r>
        <w:t xml:space="preserve">(Speaker A)  Any other questions for Reunion Security? </w:t>
      </w:r>
    </w:p>
    <w:p>
      <w:r>
        <w:t xml:space="preserve">(Speaker D)  All right. </w:t>
      </w:r>
    </w:p>
    <w:p>
      <w:r>
        <w:t xml:space="preserve">(Speaker A)  Any supervisor requests or other business. </w:t>
      </w:r>
    </w:p>
    <w:p>
      <w:r>
        <w:t xml:space="preserve">(Speaker B)  Could we have the sidewalk project as an agenda item so that we talk about it specifically? </w:t>
      </w:r>
    </w:p>
    <w:p>
      <w:r>
        <w:t xml:space="preserve">(Speaker D)  Absolutely. </w:t>
      </w:r>
    </w:p>
    <w:p>
      <w:r>
        <w:t xml:space="preserve">(Speaker B)  Next time and forever until we. </w:t>
      </w:r>
    </w:p>
    <w:p>
      <w:r>
        <w:t xml:space="preserve">(Speaker A)  It'll be on the list. So it will be on there forever. Forever until it's completed. But we can add it as a specific new business item since there are some legal considerations that way. </w:t>
      </w:r>
    </w:p>
    <w:p>
      <w:r>
        <w:t xml:space="preserve">(Speaker B)  You and I, we have to do something before the meeting. Okay. At least have a game plan of what the next steps are. </w:t>
      </w:r>
    </w:p>
    <w:p>
      <w:r>
        <w:t xml:space="preserve">(Speaker C)  Next step for that is for me </w:t>
      </w:r>
    </w:p>
    <w:p>
      <w:r>
        <w:t xml:space="preserve">(Speaker A)  to price the rest of the pricing part. Will be easy, but we do need to confirm, you know, that the discussion previously had been that the board would notify residential property owners that the work was being done in the right of way. And I think that legal is still looking at that and that there are some considerations of timing regarding the settlement </w:t>
      </w:r>
    </w:p>
    <w:p>
      <w:r>
        <w:t xml:space="preserve">(Speaker D)  agreement association and we need to align </w:t>
      </w:r>
    </w:p>
    <w:p>
      <w:r>
        <w:t xml:space="preserve">(Speaker B)  with Kingwood and the hoa. Definitely. But if we don't. If we don't put it on our agenda, it never gets dealt with, so. Okay. </w:t>
      </w:r>
    </w:p>
    <w:p>
      <w:r>
        <w:t xml:space="preserve">(Speaker A)  Any other requests? Motion to adjourn. </w:t>
      </w:r>
    </w:p>
    <w:p>
      <w:r>
        <w:t xml:space="preserve">(Speaker F)  Motion to adjourn. </w:t>
      </w:r>
    </w:p>
    <w:p>
      <w:r>
        <w:t xml:space="preserve">(Speaker A)  And a second. All in favor of adorning, say aye. </w:t>
      </w:r>
    </w:p>
    <w:p>
      <w:r>
        <w:t xml:space="preserve">(Speaker G)  Aye. </w:t>
      </w:r>
    </w:p>
    <w:p>
      <w:r>
        <w:t xml:space="preserve">(Speaker A)  We are adjourned. It is 12:27pm I am going to mute us on Zoom. Anyone who's attending on Zoom. I'll unmute when we call the Reunion East CBD meeting to order. But I do need at least 10 minutes in order to reset the meeting. </w:t>
      </w:r>
    </w:p>
    <w:p>
      <w:r>
        <w:t xml:space="preserve">(Speaker F)  Right. </w:t>
      </w:r>
    </w:p>
    <w:p>
      <w:r>
        <w:t xml:space="preserve">(Speaker B)  Should have. Should.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