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ventana</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REM_072826_R2.MP3</w:t>
      </w:r>
      <w:r>
        <w:rPr>
          <w:b/>
          <w:color w:val="FF0000"/>
        </w:rPr>
        <w:br/>
        <w:tab/>
        <w:tab/>
        <w:tab/>
        <w:tab/>
        <w:t xml:space="preserve"> 90491998</w:t>
        <w:br/>
        <w:br/>
        <w:br/>
      </w:r>
    </w:p>
    <w:p>
      <w:r>
        <w:t>DATE AUDIO FILE SUBMITTED TO THE GAT SYSTEM:</w:t>
      </w:r>
      <w:r>
        <w:rPr>
          <w:b/>
          <w:color w:val="FF0000"/>
        </w:rPr>
        <w:br/>
        <w:tab/>
        <w:tab/>
        <w:tab/>
        <w:tab/>
        <w:t xml:space="preserve"> August 03, 2026 at 10:13 AM</w:t>
        <w:br/>
        <w:br/>
        <w:br/>
      </w:r>
    </w:p>
    <w:p>
      <w:r>
        <w:t>DATE AUDIO FILE COMPLETED BY THE GAT SYSTEM:</w:t>
      </w:r>
      <w:r>
        <w:rPr>
          <w:b/>
          <w:color w:val="FF0000"/>
        </w:rPr>
        <w:br/>
        <w:tab/>
        <w:tab/>
        <w:tab/>
        <w:tab/>
        <w:t xml:space="preserve"> August 03, 2026 at 10:13 AM</w:t>
      </w:r>
      <w:r>
        <w:rPr>
          <w:b/>
          <w:color w:val="FF0000"/>
        </w:rPr>
        <w:br/>
        <w:tab/>
        <w:tab/>
        <w:tab/>
        <w:tab/>
        <w:t xml:space="preserve"> 00:36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(Speaker A)  All right, we got six o'. </w:t>
      </w:r>
    </w:p>
    <w:p>
      <w:r>
        <w:t xml:space="preserve">(Speaker B)  Clock. </w:t>
      </w:r>
    </w:p>
    <w:p>
      <w:r>
        <w:t xml:space="preserve">(Speaker C)  We got six o'. Clock. Call this meeting of the Remington Board of Supervisors to order roll call. </w:t>
      </w:r>
    </w:p>
    <w:p>
      <w:r>
        <w:t xml:space="preserve">(Speaker A)  We'll start with roll call. If each of the board members will introduce themselves. </w:t>
      </w:r>
    </w:p>
    <w:p>
      <w:r>
        <w:t xml:space="preserve">(Speaker C)  Brian Brown, Teal Berrill, Pam Zeres. All right. </w:t>
      </w:r>
    </w:p>
    <w:p>
      <w:r>
        <w:t xml:space="preserve">(Speaker A)  We will let the record reflect we have three board members present. We have a quorum. </w:t>
      </w:r>
    </w:p>
    <w:p>
      <w:r>
        <w:t xml:space="preserve">(Speaker C)  Any modifications? </w:t>
      </w:r>
    </w:p>
    <w:p>
      <w:r>
        <w:t xml:space="preserve">(Speaker A)  We have none. </w:t>
      </w:r>
    </w:p>
    <w:p>
      <w:r>
        <w:t xml:space="preserve">(Speaker C)  And security report we may not have tonight. </w:t>
      </w:r>
    </w:p>
    <w:p>
      <w:r>
        <w:t xml:space="preserve">(Speaker B)  I have not seen anything, no. </w:t>
      </w:r>
    </w:p>
    <w:p>
      <w:r>
        <w:t xml:space="preserve">(Speaker A)  But we will note following up with them monthly. It seems like the issues with the tow company have been resolved with the new processes we put in place. So I think we're okay for now, but we're continuing to monitor that as tow requests come in. </w:t>
      </w:r>
    </w:p>
    <w:p>
      <w:r>
        <w:t xml:space="preserve">(Speaker C)  Great. Glad to hear that the towing thing is working. </w:t>
      </w:r>
    </w:p>
    <w:p>
      <w:r>
        <w:t xml:space="preserve">(Speaker A)  Yeah, so we've been. I've been checking with them and they're. The way they insert instructions are. Is when they call in for a tow, they also send an email. That way we get tracking of it. And it's either the vehicle's been moved, it gets moved right away, or they tow the vehicle. So it seems to have been working. </w:t>
      </w:r>
    </w:p>
    <w:p>
      <w:r>
        <w:t xml:space="preserve">(Speaker C)  Right now, at least we're getting streetcars off this road. Correct. Okay. I don't see anyone present. Public comment period. All right. Approval of the minutes from the May 26 Board of Supervisors meeting. Do I have a motion to approve? </w:t>
      </w:r>
    </w:p>
    <w:p>
      <w:r>
        <w:t xml:space="preserve">(Speaker D)  So second. </w:t>
      </w:r>
    </w:p>
    <w:p>
      <w:r>
        <w:t xml:space="preserve">(Speaker C)  All those in favor </w:t>
      </w:r>
    </w:p>
    <w:p>
      <w:r>
        <w:t xml:space="preserve">(Speaker A)  passage. </w:t>
      </w:r>
    </w:p>
    <w:p>
      <w:r>
        <w:t xml:space="preserve">(Speaker C)  Okay. We're moving on to letter of interest </w:t>
      </w:r>
    </w:p>
    <w:p>
      <w:r>
        <w:t xml:space="preserve">(Speaker E)  for a new board. </w:t>
      </w:r>
    </w:p>
    <w:p>
      <w:r>
        <w:t xml:space="preserve">(Speaker A)  I can walk the board through this. Obviously, we do have a vacancy in seat number one. That's a term ending 2028. We have received a letter of interest from Daniel Hurst, who lives at Club Villas with Pam. So again, you can appoint him if the board would choose at this point, or you can wait and have some discussions with him and see if we get any other letters of interest. It's really up to the board on that. Obviously, the important part is if you </w:t>
      </w:r>
    </w:p>
    <w:p>
      <w:r>
        <w:t xml:space="preserve">(Speaker F)  know, it would be. </w:t>
      </w:r>
    </w:p>
    <w:p>
      <w:r>
        <w:t xml:space="preserve">(Speaker A)  It's typically our recommendation that if you have an interested party that you go ahead and put them on the board. That way we can continue to keep quorum if there's any issues that come up, but we can turn it over to the board for discussions. </w:t>
      </w:r>
    </w:p>
    <w:p>
      <w:r>
        <w:t xml:space="preserve">(Speaker C)  You'd like to have any comments from anyone? I will say that I'm always hesitant to have a second person from Club Villas since we're such a small part of the overall community. But he has been a very active member in our little community. When I approached him about it, he was very interested. And, yeah, he's a sharp guy. And a Spanish speaker as well. So that's helpful, too, in terms of some of our constituencies. So I would entertain a motion. </w:t>
      </w:r>
    </w:p>
    <w:p>
      <w:r>
        <w:t xml:space="preserve">(Speaker A)  Yeah. If the board's amenable. You would just make a motion to appoint him to seat number one with the term ending 2028. </w:t>
      </w:r>
    </w:p>
    <w:p>
      <w:r>
        <w:t xml:space="preserve">(Speaker F)  I'll motion. </w:t>
      </w:r>
    </w:p>
    <w:p>
      <w:r>
        <w:t xml:space="preserve">(Speaker C)  Okay. </w:t>
      </w:r>
    </w:p>
    <w:p>
      <w:r>
        <w:t xml:space="preserve">(Speaker D)  Second. </w:t>
      </w:r>
    </w:p>
    <w:p>
      <w:r>
        <w:t xml:space="preserve">(Speaker B)  Second. </w:t>
      </w:r>
    </w:p>
    <w:p>
      <w:r>
        <w:t xml:space="preserve">(Speaker C)  All those in favor? </w:t>
      </w:r>
    </w:p>
    <w:p>
      <w:r>
        <w:t xml:space="preserve">(Speaker E)  Aye. Okay. </w:t>
      </w:r>
    </w:p>
    <w:p>
      <w:r>
        <w:t xml:space="preserve">(Speaker A)  Passes unanimously. And typically we'll do his oath, but I'll reach out to him and do that. But what we can do is resolution 20205, which would just be to appoint him as an assistant secretary just for purposes of signing the document. So we'd look for a motion for that as well. </w:t>
      </w:r>
    </w:p>
    <w:p>
      <w:r>
        <w:t xml:space="preserve">(Speaker D)  So moved. </w:t>
      </w:r>
    </w:p>
    <w:p>
      <w:r>
        <w:t xml:space="preserve">(Speaker C)  Second. </w:t>
      </w:r>
    </w:p>
    <w:p>
      <w:r>
        <w:t xml:space="preserve">(Speaker D)  Second. </w:t>
      </w:r>
    </w:p>
    <w:p>
      <w:r>
        <w:t xml:space="preserve">(Speaker E)  All right. </w:t>
      </w:r>
    </w:p>
    <w:p>
      <w:r>
        <w:t xml:space="preserve">(Speaker C)  All those in favor? Aye. </w:t>
      </w:r>
    </w:p>
    <w:p>
      <w:r>
        <w:t xml:space="preserve">(Speaker A)  Passage. I can walk everyone through the public hearing. We first like to look to get a motion to open the public hearing. </w:t>
      </w:r>
    </w:p>
    <w:p>
      <w:r>
        <w:t xml:space="preserve">(Speaker C)  All those in favor? </w:t>
      </w:r>
    </w:p>
    <w:p>
      <w:r>
        <w:t xml:space="preserve">(Speaker E)  Aye. </w:t>
      </w:r>
    </w:p>
    <w:p>
      <w:r>
        <w:t xml:space="preserve">(Speaker A)  Passage unanimously. So this is the public hearing for both the budget hearing as well as the special assessments. We'll note the first resolution just approves the budget. There are some blanks on the resolution there. And once we get that approved, we fill those lines. Numbers in. We keep that blank just in case there's any changes. We'll note again for your assessments. There is no assessment increase in the general fund, so everyone's assessments would remain level this year. Everything else is pretty much in line with what we'd expect. We haven't really made any changes to the proposed budget. Again, we'll make our kind of our typical comments that there is no. This doesn't lock the board into any expenses. You're allowed to make changes throughout the year. If there was overages in certain lines, you can move those funds. And currently we are performing better than budget actuals. So we feel pretty confident with the budget as presented. We'll note that starting on right after the general fund, we do the line item detail. We try to provide as much detail as we can so that folks understand where that money is. Behind that, you've got your pavement management fund. By the end of 27, we expect to have about close to $1.3 million in that fund for paving projects coming up. And then we also have your capital project or your typical capital projects after that. And we expect to have about 200,000 at the end of next year, with some, obviously some sidewalks being the biggest expense we have in those lines, but also some additional wall repairs and some other items that just are kind of maintenance throughout the community. So with that, again, we'll note there are no members of the public here to provide any comments. So we'll return it to the board for any discussion or a motion to approve. </w:t>
      </w:r>
    </w:p>
    <w:p>
      <w:r>
        <w:t xml:space="preserve">(Speaker C)  Yeah, motion. </w:t>
      </w:r>
    </w:p>
    <w:p>
      <w:r>
        <w:t xml:space="preserve">(Speaker F)  Second. </w:t>
      </w:r>
    </w:p>
    <w:p>
      <w:r>
        <w:t xml:space="preserve">(Speaker C)  Second. All those in favor? Aye. </w:t>
      </w:r>
    </w:p>
    <w:p>
      <w:r>
        <w:t xml:space="preserve">(Speaker A)  Passage unanimously behind. That is the second part of the budget process. This is Resolution 2026 07. This is the resolution that actually imposes special assessments. Attached to this resolution will be the budget you just adopted, as well as the assessment roll that's presented in your agenda. The assessment roll is really just a large Excel spreadsheet that gets transmitted to the tax collector. That's how the CDD assessments actually get placed on the individual tax bills. So again, we'll let the record reflect there are no residents or no public to provide comments, and we'll return it to the board for consideration. </w:t>
      </w:r>
    </w:p>
    <w:p>
      <w:r>
        <w:t xml:space="preserve">(Speaker C)  Have a motion. </w:t>
      </w:r>
    </w:p>
    <w:p>
      <w:r>
        <w:t xml:space="preserve">(Speaker F)  A motion. </w:t>
      </w:r>
    </w:p>
    <w:p>
      <w:r>
        <w:t xml:space="preserve">(Speaker D)  Second. </w:t>
      </w:r>
    </w:p>
    <w:p>
      <w:r>
        <w:t xml:space="preserve">(Speaker C)  Second. All those in favor? </w:t>
      </w:r>
    </w:p>
    <w:p>
      <w:r>
        <w:t xml:space="preserve">(Speaker F)  Aye. </w:t>
      </w:r>
    </w:p>
    <w:p>
      <w:r>
        <w:t xml:space="preserve">(Speaker A)  Passage unanimously. Can we get a motion to close the public hearing? </w:t>
      </w:r>
    </w:p>
    <w:p>
      <w:r>
        <w:t xml:space="preserve">(Speaker D)  So moved. </w:t>
      </w:r>
    </w:p>
    <w:p>
      <w:r>
        <w:t xml:space="preserve">(Speaker A)  All right. </w:t>
      </w:r>
    </w:p>
    <w:p>
      <w:r>
        <w:t xml:space="preserve">(Speaker C)  All those in favor? Aye. </w:t>
      </w:r>
    </w:p>
    <w:p>
      <w:r>
        <w:t xml:space="preserve">(Speaker A)  The next item we've got then is just the presentation of the board of the fiscal year 2025 audit. We have received this as finalized. We typically refer folks to the last page. </w:t>
      </w:r>
    </w:p>
    <w:p>
      <w:r>
        <w:t xml:space="preserve">(Speaker E)  Yes. </w:t>
      </w:r>
    </w:p>
    <w:p>
      <w:r>
        <w:t xml:space="preserve">(Speaker A)  So in your agenda, that's going to be. </w:t>
      </w:r>
    </w:p>
    <w:p>
      <w:r>
        <w:t xml:space="preserve">(Speaker C)  That's on page. </w:t>
      </w:r>
    </w:p>
    <w:p>
      <w:r>
        <w:t xml:space="preserve">(Speaker A)  Yeah, it's going to actually be page 113 is what we start looking at. These are where they're required. These are all the items that they're statutorily required to review as part of the audit process. You'll see that there are no prior year findings, there are no current year findings, and we didn't meet any financial condition analysis triggers, which is what you want. So it is a clean audit. So we would just like a motion of the board to go ahead and approve that audit and allow us to transmit that to the state for compliance. </w:t>
      </w:r>
    </w:p>
    <w:p>
      <w:r>
        <w:t xml:space="preserve">(Speaker D)  Second. </w:t>
      </w:r>
    </w:p>
    <w:p>
      <w:r>
        <w:t xml:space="preserve">(Speaker C)  All those in favor? Aye. </w:t>
      </w:r>
    </w:p>
    <w:p>
      <w:r>
        <w:t xml:space="preserve">(Speaker A)  Passes unanimously. With that, we'll go to staff reports and we will start with council. Okay, thank you. </w:t>
      </w:r>
    </w:p>
    <w:p>
      <w:r>
        <w:t xml:space="preserve">(Speaker E)  Good evening to everybody. Although it's still 90 degrees out, so it's kind of hard to call an evening </w:t>
      </w:r>
    </w:p>
    <w:p>
      <w:r>
        <w:t xml:space="preserve">(Speaker G)  such. </w:t>
      </w:r>
    </w:p>
    <w:p>
      <w:r>
        <w:t xml:space="preserve">(Speaker E)  It is. We moved to voluntarily, I guess. Couple things. Kind of came to a conclusion on the legislative front. And we, you know, we talked about this and kind of watched it through the year. I wanted to summarize a couple high points. The CE supervisor recall bill passed and it was signed by the governor on June 25th. I'll talk really quickly about the process and then next month I'm going to have you take a first look at a pro procedural rule that helps to implement the process and plugs up what I think are some holes in the legislation. Just from our standpoint, </w:t>
      </w:r>
    </w:p>
    <w:p>
      <w:r>
        <w:t xml:space="preserve">(Speaker A)  they made it </w:t>
      </w:r>
    </w:p>
    <w:p>
      <w:r>
        <w:t xml:space="preserve">(Speaker E)  more complicated than it started. And that may be good because it probably discourages frivolous actions. So what happens basically, if your public wants to vote you out? There are three steps, essentially. First of all, they have to go out. They have to form a committee, a recall committee. They have to get signatures of 10% of the registered voters on a petition. And when that's done and verified by the supervisor of elections, they then have to get 15% of the registered voters to sign a separate petition to schedule a recall election. And if that passes, then a vote is held, a special election is held, and a simple majority of those who vote can remove any sitting board member who was sitting by election and not by order. The process is cumbersome, and it's expensive because the recall committee that, you know, that wants to do this has to pay all of the cost. There are some things that the CDD has to do. We have to post at one point in the process the petition on our website for votes to be held. We have to send out a newspaper ad or we have to mail a letter to every registered voter within the district. And they. Part of what my proposed rule is going to clarify is that the proponents of the bill will have to pay us up front because some of those things are pretty expensive, the newspaper ads expensive, the mailing is quite expensive. And so we'll clarify the obligation to pay that. And that's the nuts and bolts of it, is there's a vacant position because for recall, the rest of the sitting board fills it just the same way that it's the same process. And we just went through with filling a vacancy, so we'll see how it works out. </w:t>
      </w:r>
    </w:p>
    <w:p>
      <w:r>
        <w:t xml:space="preserve">(Speaker F)  I don't. </w:t>
      </w:r>
    </w:p>
    <w:p>
      <w:r>
        <w:t xml:space="preserve">(Speaker E)  I don't think a lot of people are going to rush in, you know, to spend the money and go through the process just frivolously. So maybe that. Maybe that strikes the right balance. It still gives a procedure for the. For the CDTs that really need to go through it, but it makes it difficult for the crackpots, if you will, just to try to cause trouble. As I said, at your next meeting, I'll have a graph and some language, and we won't hear any. But I'll discuss it with you and kind of walk you through the process in more detail. There was another bill that everyone thought would become law that raised the caps for sovereign immunity. Sovereign immunity provides a limitation on what the CD can be forced to pay out if there's a court suit, somebody trips and falls or something like that. And there was a bill that Passed very easily in the legislature to raise those caps significantly. The governor vetoed that bill, raising concerns about the cost for insurance for governments that raises taxes for everybody. And kind of took a shot at the trial lawyers as well, if you will, saying, you know, this is just something that helps them out and not our government so much. So that was vetoed. Some of my board members have asked me whether the constitutional amendment about homestead exemptions will have any impact on us. It doesn't as a ced, our assessments are all non admiral or they're not based on the value. So exceptions and things like that don't really affect us at all. So. So that process, you know, could have a big effect on local government and how it operates, but it's not going to affect us very much. One other thing that I wanted to report to the board, the Gigapower group is ready and may have already started their, their second phase. During the process, I noticed that they had not posted the bond they were required to post. And so I called that to their attention and they have in this past month had issued a $200,000 letter of credit in favor of the district that will pay for any damage, anything like that that they leave behind. My understanding from talking with staff and talking with them is that the process has been going pretty well. They've been fixing stuff and I don't think you've had a lot of problems, but that bond is there in case we do. And that's all that I have. Any questions? </w:t>
      </w:r>
    </w:p>
    <w:p>
      <w:r>
        <w:t xml:space="preserve">(Speaker D)  Yeah, just when you're talking about the recall and the committee has to pay for and we have to do certain things. It's still. The special election though. Would still be done by the supervisor election. </w:t>
      </w:r>
    </w:p>
    <w:p>
      <w:r>
        <w:t xml:space="preserve">(Speaker E)  It will, but that committee will have to pay for it because it's an off cycle election and holding an election is really pretty expensive. So that committee will have to pay to the superintendent through the cost of conducting the election. Okay. </w:t>
      </w:r>
    </w:p>
    <w:p>
      <w:r>
        <w:t xml:space="preserve">(Speaker D)  I just want to make sure we correct. </w:t>
      </w:r>
    </w:p>
    <w:p>
      <w:r>
        <w:t xml:space="preserve">(Speaker A)  Yeah, well, that's part of why he wants to. He wants to establish rules so that if anybody's interested, they can look at, look at our rules to determine, you know, what they're. What they're going to be on the hook for, should they proceed here. </w:t>
      </w:r>
    </w:p>
    <w:p>
      <w:r>
        <w:t xml:space="preserve">(Speaker D)  Yeah, </w:t>
      </w:r>
    </w:p>
    <w:p>
      <w:r>
        <w:t xml:space="preserve">(Speaker E)  yeah, it's going to be. It's going to be cost neutral to us in the way that it's been sent up, as it should be. </w:t>
      </w:r>
    </w:p>
    <w:p>
      <w:r>
        <w:t xml:space="preserve">(Speaker B)  Yeah. </w:t>
      </w:r>
    </w:p>
    <w:p>
      <w:r>
        <w:t xml:space="preserve">(Speaker D)  I just was like, are we gonna put a hat and take paper ballots? </w:t>
      </w:r>
    </w:p>
    <w:p>
      <w:r>
        <w:t xml:space="preserve">(Speaker E)  No. It's a formal election, but it doesn't get to wait Till the other election. So it's a special election and the people who want to, you know, want push it forward, we'll have to pay for it. </w:t>
      </w:r>
    </w:p>
    <w:p>
      <w:r>
        <w:t xml:space="preserve">(Speaker F)  Cool. </w:t>
      </w:r>
    </w:p>
    <w:p>
      <w:r>
        <w:t xml:space="preserve">(Speaker E)  And that's it. You get pete. </w:t>
      </w:r>
    </w:p>
    <w:p>
      <w:r>
        <w:t xml:space="preserve">(Speaker D)  Yeah. </w:t>
      </w:r>
    </w:p>
    <w:p>
      <w:r>
        <w:t xml:space="preserve">(Speaker A)  Oh, you're on the board. Come on up. You've already been elected. </w:t>
      </w:r>
    </w:p>
    <w:p>
      <w:r>
        <w:t xml:space="preserve">(Speaker E)  Sorry, guys. </w:t>
      </w:r>
    </w:p>
    <w:p>
      <w:r>
        <w:t xml:space="preserve">(Speaker G)  For some reason I said look, 6:30 and </w:t>
      </w:r>
    </w:p>
    <w:p>
      <w:r>
        <w:t xml:space="preserve">(Speaker D)  Danny. </w:t>
      </w:r>
    </w:p>
    <w:p>
      <w:r>
        <w:t xml:space="preserve">(Speaker G)  Hey, Pete. </w:t>
      </w:r>
    </w:p>
    <w:p>
      <w:r>
        <w:t xml:space="preserve">(Speaker D)  Pete. </w:t>
      </w:r>
    </w:p>
    <w:p>
      <w:r>
        <w:t xml:space="preserve">(Speaker B)  Alan. </w:t>
      </w:r>
    </w:p>
    <w:p>
      <w:r>
        <w:t xml:space="preserve">(Speaker G)  Alan. </w:t>
      </w:r>
    </w:p>
    <w:p>
      <w:r>
        <w:t xml:space="preserve">(Speaker A)  Welcome aboard. I'm Jason Chow. </w:t>
      </w:r>
    </w:p>
    <w:p>
      <w:r>
        <w:t xml:space="preserve">(Speaker B)  Jason, sit over next to the guy in the blue shirt. </w:t>
      </w:r>
    </w:p>
    <w:p>
      <w:r>
        <w:t xml:space="preserve">(Speaker E)  Ken. </w:t>
      </w:r>
    </w:p>
    <w:p>
      <w:r>
        <w:t xml:space="preserve">(Speaker C)  Ken. </w:t>
      </w:r>
    </w:p>
    <w:p>
      <w:r>
        <w:t xml:space="preserve">(Speaker D)  Ken. </w:t>
      </w:r>
    </w:p>
    <w:p>
      <w:r>
        <w:t xml:space="preserve">(Speaker G)  Pleasure meeting you, </w:t>
      </w:r>
    </w:p>
    <w:p>
      <w:r>
        <w:t xml:space="preserve">(Speaker B)  Ken. </w:t>
      </w:r>
    </w:p>
    <w:p>
      <w:r>
        <w:t xml:space="preserve">(Speaker C)  Hi. Jeannie. Welcome aboard. Thank you. </w:t>
      </w:r>
    </w:p>
    <w:p>
      <w:r>
        <w:t xml:space="preserve">(Speaker A)  We'll get you a packet here. </w:t>
      </w:r>
    </w:p>
    <w:p>
      <w:r>
        <w:t xml:space="preserve">(Speaker C)  So anyway, thanks, Scott. </w:t>
      </w:r>
    </w:p>
    <w:p>
      <w:r>
        <w:t xml:space="preserve">(Speaker E)  Yep. </w:t>
      </w:r>
    </w:p>
    <w:p>
      <w:r>
        <w:t xml:space="preserve">(Speaker C)  We're done, right? </w:t>
      </w:r>
    </w:p>
    <w:p>
      <w:r>
        <w:t xml:space="preserve">(Speaker A)  Yep, I think so. </w:t>
      </w:r>
    </w:p>
    <w:p>
      <w:r>
        <w:t xml:space="preserve">(Speaker C)  Thank you. Scott Whitman. </w:t>
      </w:r>
    </w:p>
    <w:p>
      <w:r>
        <w:t xml:space="preserve">(Speaker E)  Yes, I'm. I'm done. </w:t>
      </w:r>
    </w:p>
    <w:p>
      <w:r>
        <w:t xml:space="preserve">(Speaker C)  Okay. Good news on all of those things. Thank you. </w:t>
      </w:r>
    </w:p>
    <w:p>
      <w:r>
        <w:t xml:space="preserve">(Speaker A)  Start you off with an oath here. </w:t>
      </w:r>
    </w:p>
    <w:p>
      <w:r>
        <w:t xml:space="preserve">(Speaker C)  Are we. Are we ever going to see you again? </w:t>
      </w:r>
    </w:p>
    <w:p>
      <w:r>
        <w:t xml:space="preserve">(Speaker E)  I would come if you want me to come real and not. </w:t>
      </w:r>
    </w:p>
    <w:p>
      <w:r>
        <w:t xml:space="preserve">(Speaker A)  I can verify AI avatar. </w:t>
      </w:r>
    </w:p>
    <w:p>
      <w:r>
        <w:t xml:space="preserve">(Speaker E)  I can do that. </w:t>
      </w:r>
    </w:p>
    <w:p>
      <w:r>
        <w:t xml:space="preserve">(Speaker C)  I'm just giving you a hard time, but we do miss having you. </w:t>
      </w:r>
    </w:p>
    <w:p>
      <w:r>
        <w:t xml:space="preserve">(Speaker G)  I know you are, Jason. I can verify that it's not an AI guy. </w:t>
      </w:r>
    </w:p>
    <w:p>
      <w:r>
        <w:t xml:space="preserve">(Speaker A)  Yeah, yeah, we've seen him. He's alive and well. </w:t>
      </w:r>
    </w:p>
    <w:p>
      <w:r>
        <w:t xml:space="preserve">(Speaker C)  No, we appreciate you. Thank you very much. </w:t>
      </w:r>
    </w:p>
    <w:p>
      <w:r>
        <w:t xml:space="preserve">(Speaker A)  We'll just let them board question is, </w:t>
      </w:r>
    </w:p>
    <w:p>
      <w:r>
        <w:t xml:space="preserve">(Speaker E)  will I be alive to see it? </w:t>
      </w:r>
    </w:p>
    <w:p>
      <w:r>
        <w:t xml:space="preserve">(Speaker A)  Yeah, that's a good question. Danny has completed his oath. So what we'll do here, Danny, things for you. This is just your information. So if you just fill in your name, address, phone number and email, that's probably all you really need to do there. Just so we can contact you if we need it. This is your W499. As a board member, you are eligible to receive up to $200 per meeting. But if you choose to accept that compensation, we do need both of these forms back so we can fill out the tax forms properly. Also, as a government official, once we get your email address will put you into the system. You will have to fill out a form one which is required of all public officials in the state. It's through their electronic. It's through the Department of Ethics and it's through their electronic portal. So they'll generate you an email to fill out. But these are just instructions, kind of a sample on how to do that. This is a Form 1F. If you ever leave the board, you have to complete a final form. So that's this. We just get that to you for your information. The other thing I need to give you is the government on Sunshine. </w:t>
      </w:r>
    </w:p>
    <w:p>
      <w:r>
        <w:t xml:space="preserve">(Speaker C)  It's not that hard, but there's a lot at first yeah. </w:t>
      </w:r>
    </w:p>
    <w:p>
      <w:r>
        <w:t xml:space="preserve">(Speaker A)  So this is the guide to the Sunshine Amendment. As a government official, you are now subject to government in the sunshine, which means that anything that would come before the board has to only be discussed here in the board meetings. So you're not allowed to talk to other board members about things that would reasonably come up before a vote of the CDD board outside of a public meeting. So you'll see when you get emails from us, they'll be typically, as a right, if all other board members are on it, there's a reminder that just says, please do not reply to all. Just a friendly reminder, because you can start conversations that way. And that applies to social media, applies text messages, phone calls, everything. You're not required to keep any records of this meeting. That's our job as district manager. If you do keep records, we always recommend you just keep them in a separate place if there's a records request. That way, your. Your personal files aren't intermingled. Same thing with your email. Some board members set up a separate CDD email. If you don't want to do that, just set up a folder for the CDD and you can put all the CDD emails in a folder just for management purposes. So there's that. We'll go over a little more after the meeting if you want. </w:t>
      </w:r>
    </w:p>
    <w:p>
      <w:r>
        <w:t xml:space="preserve">(Speaker E)  Sure. </w:t>
      </w:r>
    </w:p>
    <w:p>
      <w:r>
        <w:t xml:space="preserve">(Speaker A)  Do you have your driver's license with you? Authorize that for you, and then you are official. </w:t>
      </w:r>
    </w:p>
    <w:p>
      <w:r>
        <w:t xml:space="preserve">(Speaker C)  It was unanimous. </w:t>
      </w:r>
    </w:p>
    <w:p>
      <w:r>
        <w:t xml:space="preserve">(Speaker A)  Yes. Yeah, yeah. </w:t>
      </w:r>
    </w:p>
    <w:p>
      <w:r>
        <w:t xml:space="preserve">(Speaker G)  There's no break in, period. </w:t>
      </w:r>
    </w:p>
    <w:p>
      <w:r>
        <w:t xml:space="preserve">(Speaker A)  No, no, no, no, no. You jump right in. Jump right in. </w:t>
      </w:r>
    </w:p>
    <w:p>
      <w:r>
        <w:t xml:space="preserve">(Speaker G)  So hard getting it out of here that. </w:t>
      </w:r>
    </w:p>
    <w:p>
      <w:r>
        <w:t xml:space="preserve">(Speaker D)  Oh, yeah, this sticks on. </w:t>
      </w:r>
    </w:p>
    <w:p>
      <w:r>
        <w:t xml:space="preserve">(Speaker A)  Yep, that's you. All right. And then we'll get you a name tag as well and get you a quick agenda for future reference. Obviously, I think you were on the email, but we do send out the agendas a week in advance. </w:t>
      </w:r>
    </w:p>
    <w:p>
      <w:r>
        <w:t xml:space="preserve">(Speaker D)  Yes, sir. </w:t>
      </w:r>
    </w:p>
    <w:p>
      <w:r>
        <w:t xml:space="preserve">(Speaker A)  And then we typically will bring the agendas on an iPad to save on shipping. So let's just get you right here. So this is where we're at. Up and down with that. We'll turn it over to Pete for his engineering side. </w:t>
      </w:r>
    </w:p>
    <w:p>
      <w:r>
        <w:t xml:space="preserve">(Speaker G)  Hello, board. Well, last time we tabled the curb at the Westmoreland, I guess. Westmoreland, the Olympic stuff. The one where the metal boxes are on the road. So we tabled that one because you wanted to get other pricing and you wanted to have us look at Cornwall as well as Scarborough. That one. And then David had asked me, he said there was one in front of his house. One in front of his house. If y' all would like me to look at it closer. I will but we, we generally put a 24 hour look at it. So if it rains, if it rains today, I'll come out here tomorrow and </w:t>
      </w:r>
    </w:p>
    <w:p>
      <w:r>
        <w:t xml:space="preserve">(Speaker A)  see what it looks like. </w:t>
      </w:r>
    </w:p>
    <w:p>
      <w:r>
        <w:t xml:space="preserve">(Speaker G)  And generally if it's. If it's dissipated or nearly dissipated within 24 hours this is doing its job. Maybe not as well as your like. It's doing its job as far as. As far as convey in the water and there was just a little stain there the day after it rained. So I would consider it not an issue. Not compared to some of the other. What was that one? It was on Hawk's Nest where David lives. So that one wasn't the one on Scarborough. We already knew about that when they came with. Want to wait until we pave. It's still there. Still looks the same. It holds water. The worst one by far is one of them. And we did have that survey. Unfortunately the survey didn't tell us that was in the folder in the computer until two days ago. So I only got to do a cursory look on it real quick and I turned it back over to Mark's team because kind of usually it's pretty easy because this tree has lifted it up but it looks to me like there's actually a belly in it as well. So if we just cut the portion out by the two trees and get it to flow down where it's supposed to be. I think there's actually a belly in there too. That will require even more so it looks. And then on the north end it'll be the north end. There's a place where a hole is quarter two by a driveway. And so I wanted them look at it a little bit closer because if we raise it up too much the curb gets raised up too much. And now we got to do some road work too because you got to have the water come off the road into the curb. If the curb's higher it's just going to sit on the road and it's not going to get into the curb. It's not doing anybody any good. So I wanted to make sure that they looked at it close. But it looks to me like to get that water flowing around that it's going to be about 300 foot. And Scarborough one is going to be close to 100 foot. And then of course the Westmoreland was 40. And I did get another price from Terry Roberts site work in town here. He added some things to it. But when I pulled some stuff out that I don't think he really needed like, the other guy didn't tell him to do any asphalt because he said he could get it out without messing with the asphalt. Terry Roberts put in. So when I pulled everything out, he was. He was about $171 a foot where the other guy was $150 a square foot or linear foot. And still waiting on two other ones that I called nesting price for. I kind of wasn't really expecting anything. </w:t>
      </w:r>
    </w:p>
    <w:p>
      <w:r>
        <w:t xml:space="preserve">(Speaker C)  So we're talking 800ft of three. </w:t>
      </w:r>
    </w:p>
    <w:p>
      <w:r>
        <w:t xml:space="preserve">(Speaker G)  So at 100, 340 to do all three. All three locations, you're looking at 340. 420. Roughly 420ft. </w:t>
      </w:r>
    </w:p>
    <w:p>
      <w:r>
        <w:t xml:space="preserve">(Speaker C)  Oh, I thought I had 300, 400. </w:t>
      </w:r>
    </w:p>
    <w:p>
      <w:r>
        <w:t xml:space="preserve">(Speaker G)  And the other. I think that on Cornwall, we could. We could get it to flow out more than it is now. </w:t>
      </w:r>
    </w:p>
    <w:p>
      <w:r>
        <w:t xml:space="preserve">(Speaker D)  It's bad. </w:t>
      </w:r>
    </w:p>
    <w:p>
      <w:r>
        <w:t xml:space="preserve">(Speaker G)  There's water sits there all the time. I don't think it ever dries out. As soon as somebody turns on a sprinkler system, the little place in between the two trees, I think there's a little dip in as well. It fills up with water. So every day somebody turns on the water, it fills up with water, and it stays there for a while. The one on Scarborough, it kind of does the same thing, but if nobody turns on it for every other day, it will evaporate out. And then, of course, you all know what's one that kind of stays there, too. And on west one on the other side of the road, it's kind of doing the same thing. Not as bad. And it's not in front of the driveway either. The biggest problem is going on Western is that it's right from the driveway, and that's. You know, people don't like that when they're driving through every day. It's pleasing. You know, after a rain, you expect it. But after two days of bright, sunny weather and you're still splashing water, I mean, I can see how that would be. So that's my spill. And then don't. I think we can get the water to move away from the mailboxes anyway. Problem with that one is one where Mark seemed to look at it closer, especially because we are coming into a new paving cycle and we want to fix some of these bad areas. Then I just don't want it put in 200, 300 foot of curb. And then when we go through there to fix it, then we go in there, look at it. We'd have to rip all that right back out. After two years, I think we can get it to move away from the Mailboxes, but it's still going to be there. And that's. </w:t>
      </w:r>
    </w:p>
    <w:p>
      <w:r>
        <w:t xml:space="preserve">(Speaker E)  We. </w:t>
      </w:r>
    </w:p>
    <w:p>
      <w:r>
        <w:t xml:space="preserve">(Speaker D)  That's the biggest issue there is that it's right in front of the mailbox. Everybody trudge through it together. </w:t>
      </w:r>
    </w:p>
    <w:p>
      <w:r>
        <w:t xml:space="preserve">(Speaker G)  I think we can get it to move away from the mailboxes, but, you know, it's going to be slow moving, but it will move away. And that's what. That's. That's what I got to say. </w:t>
      </w:r>
    </w:p>
    <w:p>
      <w:r>
        <w:t xml:space="preserve">(Speaker F)  When do we start paving? </w:t>
      </w:r>
    </w:p>
    <w:p>
      <w:r>
        <w:t xml:space="preserve">(Speaker G)  Next year we'll be at the boulevard and probably. I'll probably try to talk getting at least some of Knightsbridge up to. Up to. What's the first one? At least that street. </w:t>
      </w:r>
    </w:p>
    <w:p>
      <w:r>
        <w:t xml:space="preserve">(Speaker D)  Brookstone. </w:t>
      </w:r>
    </w:p>
    <w:p>
      <w:r>
        <w:t xml:space="preserve">(Speaker G)  Yeah, Brookstone. </w:t>
      </w:r>
    </w:p>
    <w:p>
      <w:r>
        <w:t xml:space="preserve">(Speaker A)  Would there be any cost savings if we tried to wrap those in to do all of that into that same project? </w:t>
      </w:r>
    </w:p>
    <w:p>
      <w:r>
        <w:t xml:space="preserve">(Speaker G)  I mean, the curbing. </w:t>
      </w:r>
    </w:p>
    <w:p>
      <w:r>
        <w:t xml:space="preserve">(Speaker A)  Yeah. </w:t>
      </w:r>
    </w:p>
    <w:p>
      <w:r>
        <w:t xml:space="preserve">(Speaker G)  Oh, yeah. There's going to be cur. Because. </w:t>
      </w:r>
    </w:p>
    <w:p>
      <w:r>
        <w:t xml:space="preserve">(Speaker E)  Yeah. </w:t>
      </w:r>
    </w:p>
    <w:p>
      <w:r>
        <w:t xml:space="preserve">(Speaker G)  When we do it, if we. If we did a whole bunch of curbing, you know, the price goes down the more they have. </w:t>
      </w:r>
    </w:p>
    <w:p>
      <w:r>
        <w:t xml:space="preserve">(Speaker A)  Okay. </w:t>
      </w:r>
    </w:p>
    <w:p>
      <w:r>
        <w:t xml:space="preserve">(Speaker G)  If you come to a spot, it's window then. </w:t>
      </w:r>
    </w:p>
    <w:p>
      <w:r>
        <w:t xml:space="preserve">(Speaker A)  I mean, considering we're within, you know, probably 12 months of doing the project, it may be worth just. </w:t>
      </w:r>
    </w:p>
    <w:p>
      <w:r>
        <w:t xml:space="preserve">(Speaker C)  That's what I was thinking. </w:t>
      </w:r>
    </w:p>
    <w:p>
      <w:r>
        <w:t xml:space="preserve">(Speaker A)  And as. As he's indicating, if you want. If you. If you do a curb and then you have to redo the road, you might mess up the curb that you just. </w:t>
      </w:r>
    </w:p>
    <w:p>
      <w:r>
        <w:t xml:space="preserve">(Speaker D)  Yeah, and that's why. </w:t>
      </w:r>
    </w:p>
    <w:p>
      <w:r>
        <w:t xml:space="preserve">(Speaker G)  That's why the Cornwall. I kicked it. I kicked it to, you know, to Mark's team because they. They had a little bit more time to look at it. I'm kind of coming in, doing things really quick, and I gotta head back out. But it looks to me like we might have to raise it up the curb too much where the road will no longer get the water into the curb, so. Which is a problem. So now you definitely have to do a patch. So it kind of eliminates this guy who said, you know, I can get it out and not damage the road. </w:t>
      </w:r>
    </w:p>
    <w:p>
      <w:r>
        <w:t xml:space="preserve">(Speaker D)  Well, I mean, I think if you could. That the people there would just appreciate a band aid if you could cut a notch down the middle of the curbing so the water would run out or something. </w:t>
      </w:r>
    </w:p>
    <w:p>
      <w:r>
        <w:t xml:space="preserve">(Speaker G)  I can look at it now, see if they can do that. We did. We tried that again in your neighborhood a few years back. We're getting old about 10 years ago now. It's been a minute and it. And it did pretty. Okay, just a matter of me. But as soon as you had a little bit of dirt stuff washing there and fill in that little cut that they made on me. </w:t>
      </w:r>
    </w:p>
    <w:p>
      <w:r>
        <w:t xml:space="preserve">(Speaker F)  That was. </w:t>
      </w:r>
    </w:p>
    <w:p>
      <w:r>
        <w:t xml:space="preserve">(Speaker G)  Did it. But it works somewhat. </w:t>
      </w:r>
    </w:p>
    <w:p>
      <w:r>
        <w:t xml:space="preserve">(Speaker D)  Yeah. </w:t>
      </w:r>
    </w:p>
    <w:p>
      <w:r>
        <w:t xml:space="preserve">(Speaker G)  I would recommend we do Westmoreland, skip Scarborough for now and approve me for 150ft of curb on Cornwall. And let me see if it'll work. If it'll work, I'll go ahead with. If it doesn't, I'll come back next month and say, hey, I couldn't get it with 150. 50ft. I couldn't get it to work. If you are wanting to do it now. And that would. That would. Should take care of the two mailbox locations anyway. </w:t>
      </w:r>
    </w:p>
    <w:p>
      <w:r>
        <w:t xml:space="preserve">(Speaker F)  Where on Westmoreland? </w:t>
      </w:r>
    </w:p>
    <w:p>
      <w:r>
        <w:t xml:space="preserve">(Speaker G)  It's right there. As soon as you Turn in, it's 101. Is it Westmoreland or. </w:t>
      </w:r>
    </w:p>
    <w:p>
      <w:r>
        <w:t xml:space="preserve">(Speaker B)  That's hardwood. </w:t>
      </w:r>
    </w:p>
    <w:p>
      <w:r>
        <w:t xml:space="preserve">(Speaker G)  It's hardwood, </w:t>
      </w:r>
    </w:p>
    <w:p>
      <w:r>
        <w:t xml:space="preserve">(Speaker D)  yeah. </w:t>
      </w:r>
    </w:p>
    <w:p>
      <w:r>
        <w:t xml:space="preserve">(Speaker A)  If you turn right into Harwood, you'll see it on the right. I mean, it's always got stuff. </w:t>
      </w:r>
    </w:p>
    <w:p>
      <w:r>
        <w:t xml:space="preserve">(Speaker B)  That tree was. </w:t>
      </w:r>
    </w:p>
    <w:p>
      <w:r>
        <w:t xml:space="preserve">(Speaker A)  Well, no, there's still a big tree there. </w:t>
      </w:r>
    </w:p>
    <w:p>
      <w:r>
        <w:t xml:space="preserve">(Speaker G)  Sure, That's a tree. That one's caused by a tree for sure. </w:t>
      </w:r>
    </w:p>
    <w:p>
      <w:r>
        <w:t xml:space="preserve">(Speaker D)  Well, there's a guy in hardwood that had. That had a tree. </w:t>
      </w:r>
    </w:p>
    <w:p>
      <w:r>
        <w:t xml:space="preserve">(Speaker B)  He removed it. That's two doors down, I think. Two doors down. </w:t>
      </w:r>
    </w:p>
    <w:p>
      <w:r>
        <w:t xml:space="preserve">(Speaker G)  And if you look right across the street from that, too, that tree is kind of starting to cause. Not kind of. </w:t>
      </w:r>
    </w:p>
    <w:p>
      <w:r>
        <w:t xml:space="preserve">(Speaker E)  It is. </w:t>
      </w:r>
    </w:p>
    <w:p>
      <w:r>
        <w:t xml:space="preserve">(Speaker G)  It's starting to cause the same thing right across the street from it. </w:t>
      </w:r>
    </w:p>
    <w:p>
      <w:r>
        <w:t xml:space="preserve">(Speaker B)  Because there's another one a little further down as you get towards 10 cells on the left where you can see the roots intruding on the asphalt. </w:t>
      </w:r>
    </w:p>
    <w:p>
      <w:r>
        <w:t xml:space="preserve">(Speaker F)  They don't crack. </w:t>
      </w:r>
    </w:p>
    <w:p>
      <w:r>
        <w:t xml:space="preserve">(Speaker B)  Yeah, big time. </w:t>
      </w:r>
    </w:p>
    <w:p>
      <w:r>
        <w:t xml:space="preserve">(Speaker F)  Next. I. I didn't know we need water. I know we feel a lot when the cul de sac, but 24 hours is gone. </w:t>
      </w:r>
    </w:p>
    <w:p>
      <w:r>
        <w:t xml:space="preserve">(Speaker B)  It's closed for 30 minutes. Closed for now. Yeah. Give us a little bit. </w:t>
      </w:r>
    </w:p>
    <w:p>
      <w:r>
        <w:t xml:space="preserve">(Speaker A)  We'll be done soon. So what. What would you recommend as a motion then, Pete? </w:t>
      </w:r>
    </w:p>
    <w:p>
      <w:r>
        <w:t xml:space="preserve">(Speaker C)  So, you know, I would recommend if. </w:t>
      </w:r>
    </w:p>
    <w:p>
      <w:r>
        <w:t xml:space="preserve">(Speaker G)  If you are wanting to do the problem areas now, I would say let's do a Westmoreland that's 40ft, and then give me a budget of 150ft, which would be 150 times 150ft. And then let me see if I can get that water to move out of there from the survey shots. And if I can, we'll go ahead with it. If not, I'll just eliminate that off and we'll push it back or try to get another alternative. </w:t>
      </w:r>
    </w:p>
    <w:p>
      <w:r>
        <w:t xml:space="preserve">(Speaker D)  So, I mean, so honestly, I'm cool if you want to take a month and just try to figure out. To do something without fixing it, because I'd rather fix it with the road, </w:t>
      </w:r>
    </w:p>
    <w:p>
      <w:r>
        <w:t xml:space="preserve">(Speaker G)  do it right than not, you know, </w:t>
      </w:r>
    </w:p>
    <w:p>
      <w:r>
        <w:t xml:space="preserve">(Speaker D)  then mess it up when we do it right. </w:t>
      </w:r>
    </w:p>
    <w:p>
      <w:r>
        <w:t xml:space="preserve">(Speaker G)  Yeah, yeah. </w:t>
      </w:r>
    </w:p>
    <w:p>
      <w:r>
        <w:t xml:space="preserve">(Speaker D)  If you can find a way just to get the water out of there until we get around to that. </w:t>
      </w:r>
    </w:p>
    <w:p>
      <w:r>
        <w:t xml:space="preserve">(Speaker G)  That's what I'm saying. I think that on the Cornwall, I think if we was to do 150ft, I think was. Can get that water to move, we won't. It won't be able to do anything for the north end of it, but at least by the mailboxes. And I think it will tie into. Because I took it back to where the high point on that cul de sac is on the curb and I came back and it was all good until just past that driveway. So I think 150 foot would get us around that, the dip into two humps and I think we'd get enough fall and super flat. I was like, oh, my God, this is flat. So, I mean, it'd be. It's going to be tough. I mean, you remember we tried to do it. Well, we did do it across the street on Cornwall with that car and it. We had to do two tries because we just couldn't get the water move. It's just so flat. But I think. I think 150 foot, I think we can get it to move on this. That one, the mailbox side. We can get it to move on </w:t>
      </w:r>
    </w:p>
    <w:p>
      <w:r>
        <w:t xml:space="preserve">(Speaker E)  around the corner </w:t>
      </w:r>
    </w:p>
    <w:p>
      <w:r>
        <w:t xml:space="preserve">(Speaker G)  and not have to do anything thing with it later. I mean, I. I don't like wasting, especially don't like wasting all this money, especially online, but not until like $15,000. </w:t>
      </w:r>
    </w:p>
    <w:p>
      <w:r>
        <w:t xml:space="preserve">(Speaker C)  Yeah, yeah. I was just gonna say that's a. That's still a nice chunk of change to. Just to do the stop gap. But correct me, you said if we do that little stop gap, it might not be affected by the paving or. </w:t>
      </w:r>
    </w:p>
    <w:p>
      <w:r>
        <w:t xml:space="preserve">(Speaker G)  Oh, if it would be affected by the paving, I wouldn't say no, we're not going to do it right. But if I can get 150 foot of curb or less and get the water to flow around there, I would say it's doing and not affect the road. </w:t>
      </w:r>
    </w:p>
    <w:p>
      <w:r>
        <w:t xml:space="preserve">(Speaker A)  Do you. I think what Ken was saying. Do you want to give it a month and see if that's a possibility before we. </w:t>
      </w:r>
    </w:p>
    <w:p>
      <w:r>
        <w:t xml:space="preserve">(Speaker G)  If that's what y' all would like. Yeah, yeah. </w:t>
      </w:r>
    </w:p>
    <w:p>
      <w:r>
        <w:t xml:space="preserve">(Speaker D)  Or even if you could cut a notch in the concrete just to get it out there. If you think there's a. There's a way to do it without. </w:t>
      </w:r>
    </w:p>
    <w:p>
      <w:r>
        <w:t xml:space="preserve">(Speaker G)  I'll do it again. Hardwood. I don't think that's going to help. And I don't think Cornwall either, because. Because it's two humps and a dip. So the water's trying to go over a hump, then a dip and then over a hump again. So I think it looks to me like there's a driveway. You'd almost have to go through the driveway, past the tree, past the mailboxes and pass the next tree. I think that's right about 150ft, I think. And I think we can get that in without it affecting the roadway, where we'd have to go into the roadway and do anything. </w:t>
      </w:r>
    </w:p>
    <w:p>
      <w:r>
        <w:t xml:space="preserve">(Speaker B)  You're going to cut those tree roots, right? </w:t>
      </w:r>
    </w:p>
    <w:p>
      <w:r>
        <w:t xml:space="preserve">(Speaker G)  Oh, yeah, that was a part of it, yeah. </w:t>
      </w:r>
    </w:p>
    <w:p>
      <w:r>
        <w:t xml:space="preserve">(Speaker B)  Are we going to put anything in it like bio barrier or root barrier once the concrete's been repoured to help? </w:t>
      </w:r>
    </w:p>
    <w:p>
      <w:r>
        <w:t xml:space="preserve">(Speaker E)  Yeah, yeah. </w:t>
      </w:r>
    </w:p>
    <w:p>
      <w:r>
        <w:t xml:space="preserve">(Speaker F)  So if it. If it could get fixed and then when the road went down, if the road would go down and this fix was still there, then it would be okay to fix it now? Is that what we're saying? </w:t>
      </w:r>
    </w:p>
    <w:p>
      <w:r>
        <w:t xml:space="preserve">(Speaker G)  Yes, yes, yes. And if it would impede the resurfacing thing, I would just say just wait till we just. Too costly. </w:t>
      </w:r>
    </w:p>
    <w:p>
      <w:r>
        <w:t xml:space="preserve">(Speaker C)  Okay. 7. We're looking at giving approval for 150. </w:t>
      </w:r>
    </w:p>
    <w:p>
      <w:r>
        <w:t xml:space="preserve">(Speaker G)  Well, 190, because that one's definitely full on, so definitely, definitely 40. And then a contingent 150. If engineering can get it to work without impacting the roadway surface. </w:t>
      </w:r>
    </w:p>
    <w:p>
      <w:r>
        <w:t xml:space="preserve">(Speaker D)  Does he have to go all the way to the catch basin? </w:t>
      </w:r>
    </w:p>
    <w:p>
      <w:r>
        <w:t xml:space="preserve">(Speaker G)  No, no. That's what I thought because when I went out there and I walked in, it looked like. Man, it looks like there's one here, but there wasn't when they surveyed it. If we can just get it past the second tree, it'll go straight down that one. </w:t>
      </w:r>
    </w:p>
    <w:p>
      <w:r>
        <w:t xml:space="preserve">(Speaker F)  Okay. I would make a motion to do it because, I mean, it's got to be done. </w:t>
      </w:r>
    </w:p>
    <w:p>
      <w:r>
        <w:t xml:space="preserve">(Speaker A)  Yeah. </w:t>
      </w:r>
    </w:p>
    <w:p>
      <w:r>
        <w:t xml:space="preserve">(Speaker F)  Whether it's. You know, the only way that I would say not to do it is if. Is if it. If it had to be redone when the road was done. But other than that, I mean, it's got to be done. Whether it costs this or that, it's got to be done. </w:t>
      </w:r>
    </w:p>
    <w:p>
      <w:r>
        <w:t xml:space="preserve">(Speaker D)  Yeah. </w:t>
      </w:r>
    </w:p>
    <w:p>
      <w:r>
        <w:t xml:space="preserve">(Speaker F)  So I'll motion. </w:t>
      </w:r>
    </w:p>
    <w:p>
      <w:r>
        <w:t xml:space="preserve">(Speaker C)  Motion. Is there a second? </w:t>
      </w:r>
    </w:p>
    <w:p>
      <w:r>
        <w:t xml:space="preserve">(Speaker D)  Second. </w:t>
      </w:r>
    </w:p>
    <w:p>
      <w:r>
        <w:t xml:space="preserve">(Speaker C)  Second. </w:t>
      </w:r>
    </w:p>
    <w:p>
      <w:r>
        <w:t xml:space="preserve">(Speaker F)  Okay. </w:t>
      </w:r>
    </w:p>
    <w:p>
      <w:r>
        <w:t xml:space="preserve">(Speaker E)  Okay. </w:t>
      </w:r>
    </w:p>
    <w:p>
      <w:r>
        <w:t xml:space="preserve">(Speaker C)  Any discussion? All right. All those in favor? Aye. </w:t>
      </w:r>
    </w:p>
    <w:p>
      <w:r>
        <w:t xml:space="preserve">(Speaker G)  And that's all I have. If any questions, I'll be glad to ask. </w:t>
      </w:r>
    </w:p>
    <w:p>
      <w:r>
        <w:t xml:space="preserve">(Speaker B)  That's all I got. </w:t>
      </w:r>
    </w:p>
    <w:p>
      <w:r>
        <w:t xml:space="preserve">(Speaker E)  All right. </w:t>
      </w:r>
    </w:p>
    <w:p>
      <w:r>
        <w:t xml:space="preserve">(Speaker G)  That's all I have was what, 20 </w:t>
      </w:r>
    </w:p>
    <w:p>
      <w:r>
        <w:t xml:space="preserve">(Speaker A)  grand can go on to approval in the check register for the general fund. We've got checks 7841 through 7857 for $95,104.49. Those invoices are behind there for you. And both Alan and I can answer any questions you might have or we can take a motion to approve. </w:t>
      </w:r>
    </w:p>
    <w:p>
      <w:r>
        <w:t xml:space="preserve">(Speaker D)  Motion. </w:t>
      </w:r>
    </w:p>
    <w:p>
      <w:r>
        <w:t xml:space="preserve">(Speaker E)  Approval. </w:t>
      </w:r>
    </w:p>
    <w:p>
      <w:r>
        <w:t xml:space="preserve">(Speaker C)  Motion for approval. Second. Second. Any discussion? All those in favor? Aye. </w:t>
      </w:r>
    </w:p>
    <w:p>
      <w:r>
        <w:t xml:space="preserve">(Speaker E)  All right. </w:t>
      </w:r>
    </w:p>
    <w:p>
      <w:r>
        <w:t xml:space="preserve">(Speaker A)  Passage unanimous. Then below that, we've got your balance sheet income statement. There's no action required by the board in your general fund. We are performing better than budget actuals, so we're in good shape there. Just saying you are in 101% on your assessment. So we've made all those collections. You've got your sheriff's reports behind that and then a couple housekeeping items we've got. We've gone ahead and presented the fiscal year 27 meeting schedule. We've kept it the same as your typical every other year. So unless there's any changes or recommendations from the board, we would look for a motion to approve the meeting schedule. </w:t>
      </w:r>
    </w:p>
    <w:p>
      <w:r>
        <w:t xml:space="preserve">(Speaker C)  Approve. Second. All those in favor? </w:t>
      </w:r>
    </w:p>
    <w:p>
      <w:r>
        <w:t xml:space="preserve">(Speaker D)  Aye. </w:t>
      </w:r>
    </w:p>
    <w:p>
      <w:r>
        <w:t xml:space="preserve">(Speaker A)  Behind that then we've also got the annual performance measures and standards. As you the board might recall a few years ago the Florida statutes Florida legislator made us go through a performance measure process. So we've created these rules. They're pretty much minimal standards that we meet every year. So what we'd like to do is just go ahead and have those approved for fiscal year 27 as well as give a designated authority to the chair to execute the 26 goals once the year is completed. </w:t>
      </w:r>
    </w:p>
    <w:p>
      <w:r>
        <w:t xml:space="preserve">(Speaker C)  Have a motion. Motion. Second. </w:t>
      </w:r>
    </w:p>
    <w:p>
      <w:r>
        <w:t xml:space="preserve">(Speaker D)  Second. </w:t>
      </w:r>
    </w:p>
    <w:p>
      <w:r>
        <w:t xml:space="preserve">(Speaker C)  All those in favor. </w:t>
      </w:r>
    </w:p>
    <w:p>
      <w:r>
        <w:t xml:space="preserve">(Speaker A)  And then just before going to Alan's report, I just want to give the important update of some things we are looking at. We were notified that the card system on our access cards here at the Brick center, the cards are now no longer available to purchase. So we're evaluating what to do with that. Creates a little bit of a problem. Some of the newer stuff out there that we're looking at actually is not card based at all. It's actually. There's an app, you get on your phone and you just bring the phone with you and the door will let you in as you get close. If you have the app open or you can touch the app or you touch the phone to the door handle and it just opens. So we're looking at. We're trying to do is evaluate kind of the best recommendation for the board. What we don't want to do is have to reissue 3,000 cards. So we're trying to look at what's out there in terms of technology to give you something that's kind of more economical but also maybe something that's built little more for the future. So we'll bring that to you as we do some more investigation. And then with that we'll turn it over to Al. </w:t>
      </w:r>
    </w:p>
    <w:p>
      <w:r>
        <w:t xml:space="preserve">(Speaker B)  Just a few things. </w:t>
      </w:r>
    </w:p>
    <w:p>
      <w:r>
        <w:t xml:space="preserve">(Speaker C)  One comment sure. Before we go past the I just want to again sort of say that these last couple guys that have been doing the sheriff's department reports, they're obviously here doing a job. I just wanted to note that it's really nice to see that they're making stops and notations and if we could somehow pass that along to the sheriff's department. </w:t>
      </w:r>
    </w:p>
    <w:p>
      <w:r>
        <w:t xml:space="preserve">(Speaker A)  Yeah, we always do. We always pass it on. The problem is again, we send them a list and somebody just signs up for it and it's kind of dependent on who decides to show up for the day. </w:t>
      </w:r>
    </w:p>
    <w:p>
      <w:r>
        <w:t xml:space="preserve">(Speaker C)  I know that if there's any way. </w:t>
      </w:r>
    </w:p>
    <w:p>
      <w:r>
        <w:t xml:space="preserve">(Speaker B)  I love the E Bike note. </w:t>
      </w:r>
    </w:p>
    <w:p>
      <w:r>
        <w:t xml:space="preserve">(Speaker E)  Yes. </w:t>
      </w:r>
    </w:p>
    <w:p>
      <w:r>
        <w:t xml:space="preserve">(Speaker B)  They escape through the golf course. </w:t>
      </w:r>
    </w:p>
    <w:p>
      <w:r>
        <w:t xml:space="preserve">(Speaker E)  They. </w:t>
      </w:r>
    </w:p>
    <w:p>
      <w:r>
        <w:t xml:space="preserve">(Speaker C)  They run up and down the first fairway at 10, 11 o' clock at night sometimes. Anyway. Sorry. </w:t>
      </w:r>
    </w:p>
    <w:p>
      <w:r>
        <w:t xml:space="preserve">(Speaker A)  No, go ahead. </w:t>
      </w:r>
    </w:p>
    <w:p>
      <w:r>
        <w:t xml:space="preserve">(Speaker B)  Motion to adjourn. Okay. Amenities Senator Cameras are working, filters replaced. Just so you know, a few months back we were approached by the school about some improvements to the baseball field. That is yet to happen. I've not met or spoken with anybody since. Since that meeting. We had to replace the handle on the door coming in. It just was old and needed to be replaced so we replaced that one. We had a sink repaired in the men's room fitness center. We had a repair to the cable to the multi use machine. It was basically the lat pull down machine. Filters were changed out. We are still. I haven't checked yet but they told me that the two more protective covers on the bikes and stuff were replaced. So I'll look at that today. Pool wading pool are operating properly. We did get our new permits for the next fiscal year. Emergency foam is tested. Pool cameras are working and at the gates the AC filters are cleaned. We did have an issue with one of the gate arms that was repaired yesterday. Each week I'm out, I do go ahead and check all the the nuts and bolts on the gate arms and check the filters and the cameras at the gates. Those are all right. Ponds are in good shape. We're meeting regular with down to Earth. There may be a change with the manager that we normally have. John Cherubino may be looking to retire and move on and so we'll keep an eye on that and hopefully there's no lack of production with the crew once John's gone, if that's what really happens. We had an accident, if you haven't seen it across the street. That was on, I think, July 5th. We finally got a report from FHP that said it was a hit and run. I'm not sure how anybody could hit that wall and pull their vehicle out of there and drive off. So what we've done is we've turned it into insurance. There's a $2,500 deductible. We gave them a proposal. As soon as they give us the okay, which we're. We don't see any reason why they wouldn't. We'll go ahead and get Delegar Construction out here. They were some of the lowest proposers that we've dealt with lately on masonry work. And we'll get them out here to fix the wall once and for all. </w:t>
      </w:r>
    </w:p>
    <w:p>
      <w:r>
        <w:t xml:space="preserve">(Speaker G)  So. </w:t>
      </w:r>
    </w:p>
    <w:p>
      <w:r>
        <w:t xml:space="preserve">(Speaker C)  So that's the wall, the entrance wall. </w:t>
      </w:r>
    </w:p>
    <w:p>
      <w:r>
        <w:t xml:space="preserve">(Speaker B)  It's right across the street. </w:t>
      </w:r>
    </w:p>
    <w:p>
      <w:r>
        <w:t xml:space="preserve">(Speaker C)  It's for that sub for that submission. </w:t>
      </w:r>
    </w:p>
    <w:p>
      <w:r>
        <w:t xml:space="preserve">(Speaker B)  Yeah, yeah. It's again, how. It's a hit and run, but I got it from FHP directly and it said hit and run on the report. </w:t>
      </w:r>
    </w:p>
    <w:p>
      <w:r>
        <w:t xml:space="preserve">(Speaker E)  So </w:t>
      </w:r>
    </w:p>
    <w:p>
      <w:r>
        <w:t xml:space="preserve">(Speaker B)  landscaper the porter's been working on all the sidewalk drains. I know down at the lakeshore side. He got those clear Knights Bridge. And there's some other ones on in Strathmore and we'll continue to work through those. We had to replace the water fountain by the tennis court. It just went. So we had that replaced. We did some hinge and lock work on the guard houses. They were starting to stiffen up. We had to replace a couple of the hinges and locks. And other than that, we are still. We had a lady come by here earlier today and was asking what we're going to do to control the kids in the rec center. I guess she comes up here sometimes and likes to work out of the rec center. And we informed her that there is an age limit for the kids and that the rec center officer's duties have been allocated to parking enforcement. She said okay, and she left. </w:t>
      </w:r>
    </w:p>
    <w:p>
      <w:r>
        <w:t xml:space="preserve">(Speaker E)  But </w:t>
      </w:r>
    </w:p>
    <w:p>
      <w:r>
        <w:t xml:space="preserve">(Speaker B)  I did remind her that school starting in about 12 days. So I think it's the 10th, the kids go back to school. So hopefully some of the activities that are going on will. Kids are out of school. </w:t>
      </w:r>
    </w:p>
    <w:p>
      <w:r>
        <w:t xml:space="preserve">(Speaker A)  Slow down. </w:t>
      </w:r>
    </w:p>
    <w:p>
      <w:r>
        <w:t xml:space="preserve">(Speaker B)  We'll slow down so I can answer any questions you folks might have. </w:t>
      </w:r>
    </w:p>
    <w:p>
      <w:r>
        <w:t xml:space="preserve">(Speaker C)  I do have a question if they're coming out to fix that masonry. </w:t>
      </w:r>
    </w:p>
    <w:p>
      <w:r>
        <w:t xml:space="preserve">(Speaker B)  Yes. </w:t>
      </w:r>
    </w:p>
    <w:p>
      <w:r>
        <w:t xml:space="preserve">(Speaker C)  Any others that they're going to. </w:t>
      </w:r>
    </w:p>
    <w:p>
      <w:r>
        <w:t xml:space="preserve">(Speaker B)  Yeah, I've got another proposal that's for Lakeshore. It's Parton. I mean, Parton. And the column. And there's one on Knightsbridge. </w:t>
      </w:r>
    </w:p>
    <w:p>
      <w:r>
        <w:t xml:space="preserve">(Speaker C)  Okay. This Lakeshore? </w:t>
      </w:r>
    </w:p>
    <w:p>
      <w:r>
        <w:t xml:space="preserve">(Speaker B)  Yeah, that's the column that got it. </w:t>
      </w:r>
    </w:p>
    <w:p>
      <w:r>
        <w:t xml:space="preserve">(Speaker C)  Yeah. The one that every time I walk by it, it looks like it is on one of your rundowns, could you just take a look at the ones that go into Club Villas? The walls somebody mentioned. I personally haven't gone out to look at it, but I know you're here every Friday. I will. But if on your rundown, if you. You could look at it, somebody mentioned to me that they thought some of that masonry looked like. I didn't notice it, but I haven't. </w:t>
      </w:r>
    </w:p>
    <w:p>
      <w:r>
        <w:t xml:space="preserve">(Speaker B)  Are they talking that runs east and west of your entrance? Yeah. So either side. Yeah, I didn't see it, but we definitely look. Okay. </w:t>
      </w:r>
    </w:p>
    <w:p>
      <w:r>
        <w:t xml:space="preserve">(Speaker C)  If you don't mind, when you. When you come by, just take a look at it. If I. It might be somebody that's out there really looking, and it's not that big deal. </w:t>
      </w:r>
    </w:p>
    <w:p>
      <w:r>
        <w:t xml:space="preserve">(Speaker B)  Just get out. We'll walk the wall. It's not a long wall. We'll take a look at. You will start to see some of that as. As you know, because I know some of you lived here forever. You know, as these trees mature behind the walls or bushes that residents have, we're going to start to see more and more, some shifting and, you know, maybe some grout work that needs to be done, but we'll definitely get the del on that as well. Right now we're just trying to get this whole build. And yes, I'm surprised that homeowner hasn't been beating me up because I would be livid if I had a hole in my yard, so. But that's all I have. </w:t>
      </w:r>
    </w:p>
    <w:p>
      <w:r>
        <w:t xml:space="preserve">(Speaker C)  That's all. </w:t>
      </w:r>
    </w:p>
    <w:p>
      <w:r>
        <w:t xml:space="preserve">(Speaker B)  Yep. </w:t>
      </w:r>
    </w:p>
    <w:p>
      <w:r>
        <w:t xml:space="preserve">(Speaker F)  Question. </w:t>
      </w:r>
    </w:p>
    <w:p>
      <w:r>
        <w:t xml:space="preserve">(Speaker B)  We got something. </w:t>
      </w:r>
    </w:p>
    <w:p>
      <w:r>
        <w:t xml:space="preserve">(Speaker C)  Oh, go ahead. </w:t>
      </w:r>
    </w:p>
    <w:p>
      <w:r>
        <w:t xml:space="preserve">(Speaker G)  I'm sorry. I didn't forget. The repair on the ball field's been done. I went about checked it half a range and it is doing it, but he didn't grade it real well, so it was holding a little water around the inlet, so I asked him to come out here and fill it back up and resold around it. Okay. But it's done and it seems to be working wonderfully. </w:t>
      </w:r>
    </w:p>
    <w:p>
      <w:r>
        <w:t xml:space="preserve">(Speaker C)  Okay. Are pickleball lining out there? </w:t>
      </w:r>
    </w:p>
    <w:p>
      <w:r>
        <w:t xml:space="preserve">(Speaker B)  Oh, that's been done. </w:t>
      </w:r>
    </w:p>
    <w:p>
      <w:r>
        <w:t xml:space="preserve">(Speaker F)  Yeah. </w:t>
      </w:r>
    </w:p>
    <w:p>
      <w:r>
        <w:t xml:space="preserve">(Speaker C)  Okay. Anybody have any input or is it getting used? </w:t>
      </w:r>
    </w:p>
    <w:p>
      <w:r>
        <w:t xml:space="preserve">(Speaker F)  I haven't seen anybody use it myself, but I'm not always here a lot. </w:t>
      </w:r>
    </w:p>
    <w:p>
      <w:r>
        <w:t xml:space="preserve">(Speaker C)  I haven't timed that either. I just. </w:t>
      </w:r>
    </w:p>
    <w:p>
      <w:r>
        <w:t xml:space="preserve">(Speaker B)  I know Jason's been filmed A few, few calls from. </w:t>
      </w:r>
    </w:p>
    <w:p>
      <w:r>
        <w:t xml:space="preserve">(Speaker A)  There is a. There is one person who apparently really loved to play tennis and now he's having some difficulty because I guess people are using the tennis court when he wants to use the one tennis court. </w:t>
      </w:r>
    </w:p>
    <w:p>
      <w:r>
        <w:t xml:space="preserve">(Speaker B)  So so far, tennis idea. </w:t>
      </w:r>
    </w:p>
    <w:p>
      <w:r>
        <w:t xml:space="preserve">(Speaker A)  That's the only way I know who </w:t>
      </w:r>
    </w:p>
    <w:p>
      <w:r>
        <w:t xml:space="preserve">(Speaker D)  that is because I only ever seen one person down there. </w:t>
      </w:r>
    </w:p>
    <w:p>
      <w:r>
        <w:t xml:space="preserve">(Speaker F)  Yeah, he usually played on both courts. </w:t>
      </w:r>
    </w:p>
    <w:p>
      <w:r>
        <w:t xml:space="preserve">(Speaker A)  Yeah, well, that's the only issue. </w:t>
      </w:r>
    </w:p>
    <w:p>
      <w:r>
        <w:t xml:space="preserve">(Speaker C)  But we set this up so pickleballs on one side and Tennessee on the end. </w:t>
      </w:r>
    </w:p>
    <w:p>
      <w:r>
        <w:t xml:space="preserve">(Speaker B)  Well, one court is pickleball and tennis. You can play tennis on the court. </w:t>
      </w:r>
    </w:p>
    <w:p>
      <w:r>
        <w:t xml:space="preserve">(Speaker C)  Right. </w:t>
      </w:r>
    </w:p>
    <w:p>
      <w:r>
        <w:t xml:space="preserve">(Speaker B)  It just, it gets confusing with all the other lines that are on there. But you have the, the court that's closest to the parking lot is tennis court. Yes, ma'. </w:t>
      </w:r>
    </w:p>
    <w:p>
      <w:r>
        <w:t xml:space="preserve">(Speaker E)  Am. </w:t>
      </w:r>
    </w:p>
    <w:p>
      <w:r>
        <w:t xml:space="preserve">(Speaker A)  So that's been the only feedback so far. </w:t>
      </w:r>
    </w:p>
    <w:p>
      <w:r>
        <w:t xml:space="preserve">(Speaker B)  Apparently he wants to come out, somebody's already on it and he can't use the other one, I guess. So he only wants to use the tennis. </w:t>
      </w:r>
    </w:p>
    <w:p>
      <w:r>
        <w:t xml:space="preserve">(Speaker G)  Tennis court. </w:t>
      </w:r>
    </w:p>
    <w:p>
      <w:r>
        <w:t xml:space="preserve">(Speaker B)  That's always a challenge when you're co. Mingling tennis court and pickleball. Oh, absolutely. We have that everywhere. </w:t>
      </w:r>
    </w:p>
    <w:p>
      <w:r>
        <w:t xml:space="preserve">(Speaker C)  Absolutely. No question. Okay. Any other questions? </w:t>
      </w:r>
    </w:p>
    <w:p>
      <w:r>
        <w:t xml:space="preserve">(Speaker F)  Just. Just a comment. Just on the landscaping side, it's the. I'd like to see us do a better job with the oak trees as far as trimming them up and then trimming them a little. </w:t>
      </w:r>
    </w:p>
    <w:p>
      <w:r>
        <w:t xml:space="preserve">(Speaker B)  Yeah, I got a, I got a price for that on the boulevard. And it's not cheap. </w:t>
      </w:r>
    </w:p>
    <w:p>
      <w:r>
        <w:t xml:space="preserve">(Speaker F)  Well, again, it's not cheap to do anything anymore, but some things have to be done and you just have to do it. And I think if we don't take care of the trees along the boulevard, which can be beautiful now, it's not going to help encourage people on the side roads that we don't do to take care of their trees. So I think we need to lead by example and do a nice job. </w:t>
      </w:r>
    </w:p>
    <w:p>
      <w:r>
        <w:t xml:space="preserve">(Speaker B)  We do them every year per contract, just so you know. But I did get a supplemental price or when we're at a contract </w:t>
      </w:r>
    </w:p>
    <w:p>
      <w:r>
        <w:t xml:space="preserve">(Speaker F)  sometimes just like there's gate repairs and sometimes other things have to be done off of contract. I think it needs to be done when it needs to be done, no worries. And I think it needs to just be, you know, major. Just, just if this cognitive. If something, if it's, if it's addressed throughout the year, it's never an issue. If it, if it's allowed to and get bad, then it becomes an issue. But I'm one of the few people that likes trees, but I like them. </w:t>
      </w:r>
    </w:p>
    <w:p>
      <w:r>
        <w:t xml:space="preserve">(Speaker B)  They look good. I'll bring you a little note next month, sir. </w:t>
      </w:r>
    </w:p>
    <w:p>
      <w:r>
        <w:t xml:space="preserve">(Speaker G)  I don't like the roots. </w:t>
      </w:r>
    </w:p>
    <w:p>
      <w:r>
        <w:t xml:space="preserve">(Speaker B)  Well, nobody likes the roots under the trees. </w:t>
      </w:r>
    </w:p>
    <w:p>
      <w:r>
        <w:t xml:space="preserve">(Speaker F)  Yeah, I mean they are too close together. I mean, you know, they could eliminate two trees and it'll be one. </w:t>
      </w:r>
    </w:p>
    <w:p>
      <w:r>
        <w:t xml:space="preserve">(Speaker B)  Come to reunion, let me show you. </w:t>
      </w:r>
    </w:p>
    <w:p>
      <w:r>
        <w:t xml:space="preserve">(Speaker G)  I said the same thing. You know, they tell me that the oak trees will grow to their environment. So if you spread them out, they'll grow bigger. </w:t>
      </w:r>
    </w:p>
    <w:p>
      <w:r>
        <w:t xml:space="preserve">(Speaker F)  Oh really? </w:t>
      </w:r>
    </w:p>
    <w:p>
      <w:r>
        <w:t xml:space="preserve">(Speaker G)  That's what they, that's what every landscape architects all about. </w:t>
      </w:r>
    </w:p>
    <w:p>
      <w:r>
        <w:t xml:space="preserve">(Speaker F)  Well, I know on the oak tree guy here and I go some places and I see these oak trees and they're big around in this room and </w:t>
      </w:r>
    </w:p>
    <w:p>
      <w:r>
        <w:t xml:space="preserve">(Speaker G)  I'm like, holy shit. </w:t>
      </w:r>
    </w:p>
    <w:p>
      <w:r>
        <w:t xml:space="preserve">(Speaker F)  Yeah, they get massive. </w:t>
      </w:r>
    </w:p>
    <w:p>
      <w:r>
        <w:t xml:space="preserve">(Speaker C)  Yeah, they do. And when they go down. </w:t>
      </w:r>
    </w:p>
    <w:p>
      <w:r>
        <w:t xml:space="preserve">(Speaker F)  Charlie took ours down. </w:t>
      </w:r>
    </w:p>
    <w:p>
      <w:r>
        <w:t xml:space="preserve">(Speaker B)  Yeah, they took part of mine down in my backyard. 100 year old Laurel oak. </w:t>
      </w:r>
    </w:p>
    <w:p>
      <w:r>
        <w:t xml:space="preserve">(Speaker F)  Well, these were all young. I mean they were a few years old. </w:t>
      </w:r>
    </w:p>
    <w:p>
      <w:r>
        <w:t xml:space="preserve">(Speaker C)  Thanks, Alan. </w:t>
      </w:r>
    </w:p>
    <w:p>
      <w:r>
        <w:t xml:space="preserve">(Speaker G)  Yes, ma'. </w:t>
      </w:r>
    </w:p>
    <w:p>
      <w:r>
        <w:t xml:space="preserve">(Speaker B)  Am. </w:t>
      </w:r>
    </w:p>
    <w:p>
      <w:r>
        <w:t xml:space="preserve">(Speaker C)  Any questions for Alan? </w:t>
      </w:r>
    </w:p>
    <w:p>
      <w:r>
        <w:t xml:space="preserve">(Speaker A)  Okay, any other board questions, Any other </w:t>
      </w:r>
    </w:p>
    <w:p>
      <w:r>
        <w:t xml:space="preserve">(Speaker C)  issues from anyone on the board? Supervisor suggestions? Questions? </w:t>
      </w:r>
    </w:p>
    <w:p>
      <w:r>
        <w:t xml:space="preserve">(Speaker D)  One is, can we clean the tile in at least the men's room? I didn't want the window, but it's looking pretty. </w:t>
      </w:r>
    </w:p>
    <w:p>
      <w:r>
        <w:t xml:space="preserve">(Speaker B)  We did, believe it or not, it was. </w:t>
      </w:r>
    </w:p>
    <w:p>
      <w:r>
        <w:t xml:space="preserve">(Speaker D)  How long did it take it to get back to. </w:t>
      </w:r>
    </w:p>
    <w:p>
      <w:r>
        <w:t xml:space="preserve">(Speaker B)  Well, with the kids being out of school, 30, 60 days. </w:t>
      </w:r>
    </w:p>
    <w:p>
      <w:r>
        <w:t xml:space="preserve">(Speaker A)  Yeah, it's probably something we gotta look at right when the school starts. </w:t>
      </w:r>
    </w:p>
    <w:p>
      <w:r>
        <w:t xml:space="preserve">(Speaker B)  Yeah, so the school goes back in. We'll come in. We did the carpet, we did all the tile, the hallways, the bathrooms. </w:t>
      </w:r>
    </w:p>
    <w:p>
      <w:r>
        <w:t xml:space="preserve">(Speaker C)  But they missed the tennis shoe. </w:t>
      </w:r>
    </w:p>
    <w:p>
      <w:r>
        <w:t xml:space="preserve">(Speaker B)  Well, that we didn't do that. They can't get up there for the tennis shoe. But we'll address the tennis shoe. Yeah, but you will see. </w:t>
      </w:r>
    </w:p>
    <w:p>
      <w:r>
        <w:t xml:space="preserve">(Speaker D)  Oh, I didn't see the tent. </w:t>
      </w:r>
    </w:p>
    <w:p>
      <w:r>
        <w:t xml:space="preserve">(Speaker G)  Oh, yeah, yeah. </w:t>
      </w:r>
    </w:p>
    <w:p>
      <w:r>
        <w:t xml:space="preserve">(Speaker D)  Oh, I thought you meant the restroom. </w:t>
      </w:r>
    </w:p>
    <w:p>
      <w:r>
        <w:t xml:space="preserve">(Speaker B)  We are, we are in need of a remodel for this facility. So you will be seeing some stuff next year. We'll see how things go. We're working with the company right now at Reunion. They are remodeling two big pool bathrooms for their major pool over there. They did an amazing job. I think the price was for, for that particular two restrooms was really. Well, the board approved them both. But the company did a nice job. They did all the design. The renderings, provided this with a drawing and we didn't have to pay for it. We just brought them in and said this is what we want. So I've already been talking to Jason about that and some other projects are ready for 2028, which is sign replacement structure, street ID markers, all that stuff all needs to be done. So those are things that we're working on for your budget for 2028, which will be here before you know it. You know, we're six months into the year. We're going to be in the January, February, and we'll be doing budgets with Caddis. </w:t>
      </w:r>
    </w:p>
    <w:p>
      <w:r>
        <w:t xml:space="preserve">(Speaker A)  I know. Al and I are also looking. We've been dealing with your, your cleaners have a service where they'll actually do some touch up painting and some kind of more routine maintenance work around here. So we're evaluating with kind of just, you know, to see if we can do it for a few months, see how it works out. They'll provide us reports and then we can determine if it's good value for us. </w:t>
      </w:r>
    </w:p>
    <w:p>
      <w:r>
        <w:t xml:space="preserve">(Speaker B)  Yeah. </w:t>
      </w:r>
    </w:p>
    <w:p>
      <w:r>
        <w:t xml:space="preserve">(Speaker F)  Does the place fill up with kids? Sometimes. Is there a lot of people here? Sometimes. </w:t>
      </w:r>
    </w:p>
    <w:p>
      <w:r>
        <w:t xml:space="preserve">(Speaker B)  But during when school's out, it's busy and without the officer here, you know, before we had the rec center officer, you know, they would. Leona, who's now at the Lakeshore gate, you know, she ruled with an iron fist, that young lady did. Those kids gave her an business. </w:t>
      </w:r>
    </w:p>
    <w:p>
      <w:r>
        <w:t xml:space="preserve">(Speaker A)  I know you used to also have a resident volunteer who came down and helped provide kind of monitoring down here too, so. </w:t>
      </w:r>
    </w:p>
    <w:p>
      <w:r>
        <w:t xml:space="preserve">(Speaker C)  Well, I know you know, we've talked about this before, but I still remember the days when the community here did the cooperation with the police department and that made all the difference in the world. </w:t>
      </w:r>
    </w:p>
    <w:p>
      <w:r>
        <w:t xml:space="preserve">(Speaker B)  Neighborhood Watch. </w:t>
      </w:r>
    </w:p>
    <w:p>
      <w:r>
        <w:t xml:space="preserve">(Speaker C)  That's what it was. I couldn't hear the tag name. </w:t>
      </w:r>
    </w:p>
    <w:p>
      <w:r>
        <w:t xml:space="preserve">(Speaker B)  Some of the signs are still up. </w:t>
      </w:r>
    </w:p>
    <w:p>
      <w:r>
        <w:t xml:space="preserve">(Speaker C)  But when we had Neighborhood Watch in here, this was a very different vibe. </w:t>
      </w:r>
    </w:p>
    <w:p>
      <w:r>
        <w:t xml:space="preserve">(Speaker F)  And did we take it out or did they take it out? </w:t>
      </w:r>
    </w:p>
    <w:p>
      <w:r>
        <w:t xml:space="preserve">(Speaker C)  There were no volunteers. </w:t>
      </w:r>
    </w:p>
    <w:p>
      <w:r>
        <w:t xml:space="preserve">(Speaker A)  It was run through the HOA and you've got to have volunteers to run it. </w:t>
      </w:r>
    </w:p>
    <w:p>
      <w:r>
        <w:t xml:space="preserve">(Speaker B)  Yeah, some of the older HOA CDD board members, you know. </w:t>
      </w:r>
    </w:p>
    <w:p>
      <w:r>
        <w:t xml:space="preserve">(Speaker D)  Yeah, we had some issues with them using that vehicle to do HOA work. </w:t>
      </w:r>
    </w:p>
    <w:p>
      <w:r>
        <w:t xml:space="preserve">(Speaker B)  Violations, related violations and stuff. </w:t>
      </w:r>
    </w:p>
    <w:p>
      <w:r>
        <w:t xml:space="preserve">(Speaker D)  That wasn't supposed to be happening. </w:t>
      </w:r>
    </w:p>
    <w:p>
      <w:r>
        <w:t xml:space="preserve">(Speaker B)  Well, I can tell you, as recently as about a year ago, I gave the sheriff's office two police radios that they left in here. Yeah, they've been here ever since it disbanded. And I was cleaning stuff up and I was going, what's in here? It's like, oh, police radios, man. Like they came up here for an incident. I think it was a stolen bike or something. And I asked the lady from the sheriff's office, she turned back. </w:t>
      </w:r>
    </w:p>
    <w:p>
      <w:r>
        <w:t xml:space="preserve">(Speaker E)  So. </w:t>
      </w:r>
    </w:p>
    <w:p>
      <w:r>
        <w:t xml:space="preserve">(Speaker D)  So, so I, I also never thought I'd be in a meeting where we talked about tennis and typical ball co mingling. </w:t>
      </w:r>
    </w:p>
    <w:p>
      <w:r>
        <w:t xml:space="preserve">(Speaker G)  Yeah. </w:t>
      </w:r>
    </w:p>
    <w:p>
      <w:r>
        <w:t xml:space="preserve">(Speaker D)  And I also need a form 1F. </w:t>
      </w:r>
    </w:p>
    <w:p>
      <w:r>
        <w:t xml:space="preserve">(Speaker A)  Oh, no, Ken. </w:t>
      </w:r>
    </w:p>
    <w:p>
      <w:r>
        <w:t xml:space="preserve">(Speaker C)  1F. </w:t>
      </w:r>
    </w:p>
    <w:p>
      <w:r>
        <w:t xml:space="preserve">(Speaker F)  Yes. </w:t>
      </w:r>
    </w:p>
    <w:p>
      <w:r>
        <w:t xml:space="preserve">(Speaker A)  Oh. Well, it's effective immediately. So if the board wants to accept his resignation now, I guess this would be appropriate. Yes, that's what that means. </w:t>
      </w:r>
    </w:p>
    <w:p>
      <w:r>
        <w:t xml:space="preserve">(Speaker D)  I won't next month won't be a resident here, so I can't be on. </w:t>
      </w:r>
    </w:p>
    <w:p>
      <w:r>
        <w:t xml:space="preserve">(Speaker B)  Oh, well, you were supposed to serve your term out. </w:t>
      </w:r>
    </w:p>
    <w:p>
      <w:r>
        <w:t xml:space="preserve">(Speaker E)  Yeah. </w:t>
      </w:r>
    </w:p>
    <w:p>
      <w:r>
        <w:t xml:space="preserve">(Speaker G)  Where you going? </w:t>
      </w:r>
    </w:p>
    <w:p>
      <w:r>
        <w:t xml:space="preserve">(Speaker B)  Across the. Going to kb. </w:t>
      </w:r>
    </w:p>
    <w:p>
      <w:r>
        <w:t xml:space="preserve">(Speaker F)  Hey. </w:t>
      </w:r>
    </w:p>
    <w:p>
      <w:r>
        <w:t xml:space="preserve">(Speaker C)  Oh my God. So now we're on the search for another. </w:t>
      </w:r>
    </w:p>
    <w:p>
      <w:r>
        <w:t xml:space="preserve">(Speaker A)  We are on the search for another board member. </w:t>
      </w:r>
    </w:p>
    <w:p>
      <w:r>
        <w:t xml:space="preserve">(Speaker E)  Yeah. </w:t>
      </w:r>
    </w:p>
    <w:p>
      <w:r>
        <w:t xml:space="preserve">(Speaker D)  I was dragging my feet moving till we had a budget and a tax roll pack. </w:t>
      </w:r>
    </w:p>
    <w:p>
      <w:r>
        <w:t xml:space="preserve">(Speaker G)  Thank you. </w:t>
      </w:r>
    </w:p>
    <w:p>
      <w:r>
        <w:t xml:space="preserve">(Speaker A)  Well, I sincerely appreciate that. </w:t>
      </w:r>
    </w:p>
    <w:p>
      <w:r>
        <w:t xml:space="preserve">(Speaker C)  Thank you. </w:t>
      </w:r>
    </w:p>
    <w:p>
      <w:r>
        <w:t xml:space="preserve">(Speaker A)  Because I'm struggling with some mistakes right now. </w:t>
      </w:r>
    </w:p>
    <w:p>
      <w:r>
        <w:t xml:space="preserve">(Speaker C)  Thank you for that. </w:t>
      </w:r>
    </w:p>
    <w:p>
      <w:r>
        <w:t xml:space="preserve">(Speaker B)  Wow. </w:t>
      </w:r>
    </w:p>
    <w:p>
      <w:r>
        <w:t xml:space="preserve">(Speaker C)  Oh my gosh. </w:t>
      </w:r>
    </w:p>
    <w:p>
      <w:r>
        <w:t xml:space="preserve">(Speaker B)  How long have you been here? </w:t>
      </w:r>
    </w:p>
    <w:p>
      <w:r>
        <w:t xml:space="preserve">(Speaker D)  Since 02, I believe. </w:t>
      </w:r>
    </w:p>
    <w:p>
      <w:r>
        <w:t xml:space="preserve">(Speaker B)  God almighty. </w:t>
      </w:r>
    </w:p>
    <w:p>
      <w:r>
        <w:t xml:space="preserve">(Speaker D)  Wow. </w:t>
      </w:r>
    </w:p>
    <w:p>
      <w:r>
        <w:t xml:space="preserve">(Speaker F)  Why would it have been over there if you just. Okay. </w:t>
      </w:r>
    </w:p>
    <w:p>
      <w:r>
        <w:t xml:space="preserve">(Speaker C)  Oh, that'll be nice. So it's. Are you in KV circle? </w:t>
      </w:r>
    </w:p>
    <w:p>
      <w:r>
        <w:t xml:space="preserve">(Speaker D)  Yes. </w:t>
      </w:r>
    </w:p>
    <w:p>
      <w:r>
        <w:t xml:space="preserve">(Speaker C)  Okay. I have good friends over here. </w:t>
      </w:r>
    </w:p>
    <w:p>
      <w:r>
        <w:t xml:space="preserve">(Speaker A)  That's why I ask. </w:t>
      </w:r>
    </w:p>
    <w:p>
      <w:r>
        <w:t xml:space="preserve">(Speaker C)  Wow. Well, I don't know what to say except it won't be the same. </w:t>
      </w:r>
    </w:p>
    <w:p>
      <w:r>
        <w:t xml:space="preserve">(Speaker A)  No, it really won't. </w:t>
      </w:r>
    </w:p>
    <w:p>
      <w:r>
        <w:t xml:space="preserve">(Speaker C)  We appreciate everything for gazillions of years service and bringing along us people as we've kind of joined up in this. You're always the source of. Can you still be a resource for us? </w:t>
      </w:r>
    </w:p>
    <w:p>
      <w:r>
        <w:t xml:space="preserve">(Speaker A)  Oh, Alan and I know how to get home. </w:t>
      </w:r>
    </w:p>
    <w:p>
      <w:r>
        <w:t xml:space="preserve">(Speaker B)  Oh, we don't. </w:t>
      </w:r>
    </w:p>
    <w:p>
      <w:r>
        <w:t xml:space="preserve">(Speaker A)  I got him on anywhere. </w:t>
      </w:r>
    </w:p>
    <w:p>
      <w:r>
        <w:t xml:space="preserve">(Speaker B)  I've never eat that. </w:t>
      </w:r>
    </w:p>
    <w:p>
      <w:r>
        <w:t xml:space="preserve">(Speaker D)  Yeah. </w:t>
      </w:r>
    </w:p>
    <w:p>
      <w:r>
        <w:t xml:space="preserve">(Speaker C)  So yeah. </w:t>
      </w:r>
    </w:p>
    <w:p>
      <w:r>
        <w:t xml:space="preserve">(Speaker D)  So we'll be across the street. So yeah, you can always call. </w:t>
      </w:r>
    </w:p>
    <w:p>
      <w:r>
        <w:t xml:space="preserve">(Speaker C)  We've come in. Just come in and say hello. Yeah. We will miss you and your expertise </w:t>
      </w:r>
    </w:p>
    <w:p>
      <w:r>
        <w:t xml:space="preserve">(Speaker B)  and we don't want to see you cutting through Remington Bull. </w:t>
      </w:r>
    </w:p>
    <w:p>
      <w:r>
        <w:t xml:space="preserve">(Speaker A)  No, no, no, no. </w:t>
      </w:r>
    </w:p>
    <w:p>
      <w:r>
        <w:t xml:space="preserve">(Speaker B)  I don't want to see any of that either, Mr. Yeah. And I need all your cards before you leave. </w:t>
      </w:r>
    </w:p>
    <w:p>
      <w:r>
        <w:t xml:space="preserve">(Speaker A)  Yeah. </w:t>
      </w:r>
    </w:p>
    <w:p>
      <w:r>
        <w:t xml:space="preserve">(Speaker B)  And your transponders and your. And your. Your anything. </w:t>
      </w:r>
    </w:p>
    <w:p>
      <w:r>
        <w:t xml:space="preserve">(Speaker F)  Your house here. </w:t>
      </w:r>
    </w:p>
    <w:p>
      <w:r>
        <w:t xml:space="preserve">(Speaker E)  No. You agree that big munch. </w:t>
      </w:r>
    </w:p>
    <w:p>
      <w:r>
        <w:t xml:space="preserve">(Speaker C)  Well then the renters can have. No, but anyway. Well, all the best. </w:t>
      </w:r>
    </w:p>
    <w:p>
      <w:r>
        <w:t xml:space="preserve">(Speaker B)  That's all. </w:t>
      </w:r>
    </w:p>
    <w:p>
      <w:r>
        <w:t xml:space="preserve">(Speaker C)  I know what to say. </w:t>
      </w:r>
    </w:p>
    <w:p>
      <w:r>
        <w:t xml:space="preserve">(Speaker D)  I know it's been an honor to be on this for a while. </w:t>
      </w:r>
    </w:p>
    <w:p>
      <w:r>
        <w:t xml:space="preserve">(Speaker F)  Pretty much since the beginning. </w:t>
      </w:r>
    </w:p>
    <w:p>
      <w:r>
        <w:t xml:space="preserve">(Speaker C)  2002. </w:t>
      </w:r>
    </w:p>
    <w:p>
      <w:r>
        <w:t xml:space="preserve">(Speaker D)  Not since the beginning, but when the developers turned it over. So I took Chip webs. </w:t>
      </w:r>
    </w:p>
    <w:p>
      <w:r>
        <w:t xml:space="preserve">(Speaker C)  Well, thankfully you guys still have that institutional knowledge. Yes, because that's. </w:t>
      </w:r>
    </w:p>
    <w:p>
      <w:r>
        <w:t xml:space="preserve">(Speaker B)  I've been here as long as him. But I was with your editor when they managed you center Trent. I was their cam manager for 7tr. </w:t>
      </w:r>
    </w:p>
    <w:p>
      <w:r>
        <w:t xml:space="preserve">(Speaker C)  Oh my gosh. </w:t>
      </w:r>
    </w:p>
    <w:p>
      <w:r>
        <w:t xml:space="preserve">(Speaker B)  And I used to come to these meetings. Brian would bring me Brian's room. </w:t>
      </w:r>
    </w:p>
    <w:p>
      <w:r>
        <w:t xml:space="preserve">(Speaker E)  Wow. </w:t>
      </w:r>
    </w:p>
    <w:p>
      <w:r>
        <w:t xml:space="preserve">(Speaker B)  God rest his soul. </w:t>
      </w:r>
    </w:p>
    <w:p>
      <w:r>
        <w:t xml:space="preserve">(Speaker C)  Well, thanks again and all the best. </w:t>
      </w:r>
    </w:p>
    <w:p>
      <w:r>
        <w:t xml:space="preserve">(Speaker B)  Wish I'd have known. I'd have bought a cage. </w:t>
      </w:r>
    </w:p>
    <w:p>
      <w:r>
        <w:t xml:space="preserve">(Speaker D)  Yeah. </w:t>
      </w:r>
    </w:p>
    <w:p>
      <w:r>
        <w:t xml:space="preserve">(Speaker A)  Celebrate. </w:t>
      </w:r>
    </w:p>
    <w:p>
      <w:r>
        <w:t xml:space="preserve">(Speaker E)  Yeah, I might have. </w:t>
      </w:r>
    </w:p>
    <w:p>
      <w:r>
        <w:t xml:space="preserve">(Speaker C)  Might have brought a thermos, a few things. </w:t>
      </w:r>
    </w:p>
    <w:p>
      <w:r>
        <w:t xml:space="preserve">(Speaker B)  Yeah, well, he only has to go around the corner. </w:t>
      </w:r>
    </w:p>
    <w:p>
      <w:r>
        <w:t xml:space="preserve">(Speaker G)  Like him's. I know better. </w:t>
      </w:r>
    </w:p>
    <w:p>
      <w:r>
        <w:t xml:space="preserve">(Speaker B)  Hey, how you doing, buddy? </w:t>
      </w:r>
    </w:p>
    <w:p>
      <w:r>
        <w:t xml:space="preserve">(Speaker D)  Oh, I was going to ask. Did you. Did you get my message on. Was it Saturday or Sunday? </w:t>
      </w:r>
    </w:p>
    <w:p>
      <w:r>
        <w:t xml:space="preserve">(Speaker B)  About the gate? Yeah. </w:t>
      </w:r>
    </w:p>
    <w:p>
      <w:r>
        <w:t xml:space="preserve">(Speaker F)  Yes. </w:t>
      </w:r>
    </w:p>
    <w:p>
      <w:r>
        <w:t xml:space="preserve">(Speaker D)  Were you able to see who hit it? </w:t>
      </w:r>
    </w:p>
    <w:p>
      <w:r>
        <w:t xml:space="preserve">(Speaker B)  No, it. I. I hadn't been able to see that. No. </w:t>
      </w:r>
    </w:p>
    <w:p>
      <w:r>
        <w:t xml:space="preserve">(Speaker A)  Oh, okay. </w:t>
      </w:r>
    </w:p>
    <w:p>
      <w:r>
        <w:t xml:space="preserve">(Speaker B)  Yeah, they just knocked the gate arm off. They put the gate arm back on. There was no damage in the gate. </w:t>
      </w:r>
    </w:p>
    <w:p>
      <w:r>
        <w:t xml:space="preserve">(Speaker E)  Oh, yeah. </w:t>
      </w:r>
    </w:p>
    <w:p>
      <w:r>
        <w:t xml:space="preserve">(Speaker B)  It was just two nylon nuts. But, yeah, sorry. I was getting mauled by my son's dog up in Pennsylvania. </w:t>
      </w:r>
    </w:p>
    <w:p>
      <w:r>
        <w:t xml:space="preserve">(Speaker D)  Yeah, I had a time frame because when I came through, it was on and I was here for like 40 minutes. And then when I left, it was off and I was like, somebody knocked the gate arm off in this amount of time. </w:t>
      </w:r>
    </w:p>
    <w:p>
      <w:r>
        <w:t xml:space="preserve">(Speaker G)  So. </w:t>
      </w:r>
    </w:p>
    <w:p>
      <w:r>
        <w:t xml:space="preserve">(Speaker B)  Gosh, it doesn't take much, but thank God there's nylon nuts and not steel or we need replacing everything. And a lot of times we just put those back on for you. We don't call gay. We don't have to. </w:t>
      </w:r>
    </w:p>
    <w:p>
      <w:r>
        <w:t xml:space="preserve">(Speaker G)  Great. </w:t>
      </w:r>
    </w:p>
    <w:p>
      <w:r>
        <w:t xml:space="preserve">(Speaker A)  We do need a motion to accept my resignation. </w:t>
      </w:r>
    </w:p>
    <w:p>
      <w:r>
        <w:t xml:space="preserve">(Speaker C)  Oh. </w:t>
      </w:r>
    </w:p>
    <w:p>
      <w:r>
        <w:t xml:space="preserve">(Speaker A)  Oh, no. </w:t>
      </w:r>
    </w:p>
    <w:p>
      <w:r>
        <w:t xml:space="preserve">(Speaker C)  I don't want to make that motion. </w:t>
      </w:r>
    </w:p>
    <w:p>
      <w:r>
        <w:t xml:space="preserve">(Speaker A)  I mean, you kind of don't have a choice. He's not really going to be qualified anymore, so. </w:t>
      </w:r>
    </w:p>
    <w:p>
      <w:r>
        <w:t xml:space="preserve">(Speaker C)  I know. Okay, Tim, you make the motion. </w:t>
      </w:r>
    </w:p>
    <w:p>
      <w:r>
        <w:t xml:space="preserve">(Speaker B)  A motion. </w:t>
      </w:r>
    </w:p>
    <w:p>
      <w:r>
        <w:t xml:space="preserve">(Speaker C)  Yammy. </w:t>
      </w:r>
    </w:p>
    <w:p>
      <w:r>
        <w:t xml:space="preserve">(Speaker G)  Second it. </w:t>
      </w:r>
    </w:p>
    <w:p>
      <w:r>
        <w:t xml:space="preserve">(Speaker C)  All in favor? Aye. </w:t>
      </w:r>
    </w:p>
    <w:p>
      <w:r>
        <w:t xml:space="preserve">(Speaker A)  I mean, you can. I mean, you're still on the board until the motion passes. </w:t>
      </w:r>
    </w:p>
    <w:p>
      <w:r>
        <w:t xml:space="preserve">(Speaker G)  We should have said nay. Just like nay. </w:t>
      </w:r>
    </w:p>
    <w:p>
      <w:r>
        <w:t xml:space="preserve">(Speaker C)  Okay, Tim, I'm sorry, did you have anything else? Oh, no, that was enough. Okay. </w:t>
      </w:r>
    </w:p>
    <w:p>
      <w:r>
        <w:t xml:space="preserve">(Speaker F)  The only thing I'd like to say is that we missed a few meetings. And while I was in town on the last meeting, what I do drive my truck over the road. Sometimes I've been in the whim of other people. And while I try very hard to get here, I'm not always here. But I've created my own authority now, so I'm my own truck driver boss now, which is a pretty big deal in the truck. </w:t>
      </w:r>
    </w:p>
    <w:p>
      <w:r>
        <w:t xml:space="preserve">(Speaker C)  That's great. </w:t>
      </w:r>
    </w:p>
    <w:p>
      <w:r>
        <w:t xml:space="preserve">(Speaker F)  I think I will be able to be here a lot more easier now because I've got more control over my schedule. However, I'll be in Alaska next month. </w:t>
      </w:r>
    </w:p>
    <w:p>
      <w:r>
        <w:t xml:space="preserve">(Speaker A)  Okay. </w:t>
      </w:r>
    </w:p>
    <w:p>
      <w:r>
        <w:t xml:space="preserve">(Speaker B)  Are you driving all the way to Alaska? </w:t>
      </w:r>
    </w:p>
    <w:p>
      <w:r>
        <w:t xml:space="preserve">(Speaker F)  No, </w:t>
      </w:r>
    </w:p>
    <w:p>
      <w:r>
        <w:t xml:space="preserve">(Speaker G)  I would $40,000. </w:t>
      </w:r>
    </w:p>
    <w:p>
      <w:r>
        <w:t xml:space="preserve">(Speaker B)  I'll go so. </w:t>
      </w:r>
    </w:p>
    <w:p>
      <w:r>
        <w:t xml:space="preserve">(Speaker F)  But I'll be on a cruise next month. </w:t>
      </w:r>
    </w:p>
    <w:p>
      <w:r>
        <w:t xml:space="preserve">(Speaker B)  Oh, man, I gotta do that. Jason did one last year. I hear it's amazing. </w:t>
      </w:r>
    </w:p>
    <w:p>
      <w:r>
        <w:t xml:space="preserve">(Speaker A)  It was amazing. </w:t>
      </w:r>
    </w:p>
    <w:p>
      <w:r>
        <w:t xml:space="preserve">(Speaker B)  June, July, August, a little bit towards </w:t>
      </w:r>
    </w:p>
    <w:p>
      <w:r>
        <w:t xml:space="preserve">(Speaker F)  the end of the season. This could be a good time. Yeah. </w:t>
      </w:r>
    </w:p>
    <w:p>
      <w:r>
        <w:t xml:space="preserve">(Speaker G)  So there won't be a meeting next month then? </w:t>
      </w:r>
    </w:p>
    <w:p>
      <w:r>
        <w:t xml:space="preserve">(Speaker A)  Yes, well, we still would. We still have three eligibles. We'll have to double check. Danny, David. </w:t>
      </w:r>
    </w:p>
    <w:p>
      <w:r>
        <w:t xml:space="preserve">(Speaker G)  Okay. </w:t>
      </w:r>
    </w:p>
    <w:p>
      <w:r>
        <w:t xml:space="preserve">(Speaker B)  We matched your budget now, so, I mean, we. </w:t>
      </w:r>
    </w:p>
    <w:p>
      <w:r>
        <w:t xml:space="preserve">(Speaker A)  We've completed the major things we needed to do for the rest of the fiscal year now. So we'll. We'll gauge it on if we have a dorm or not. </w:t>
      </w:r>
    </w:p>
    <w:p>
      <w:r>
        <w:t xml:space="preserve">(Speaker C)  Is David okay? </w:t>
      </w:r>
    </w:p>
    <w:p>
      <w:r>
        <w:t xml:space="preserve">(Speaker A)  I mean, he said. I mean, he was at a meeting last month. He was at the last two meetings. </w:t>
      </w:r>
    </w:p>
    <w:p>
      <w:r>
        <w:t xml:space="preserve">(Speaker E)  Yes. </w:t>
      </w:r>
    </w:p>
    <w:p>
      <w:r>
        <w:t xml:space="preserve">(Speaker G)  Yeah. </w:t>
      </w:r>
    </w:p>
    <w:p>
      <w:r>
        <w:t xml:space="preserve">(Speaker C)  Well, we didn't have one last one. Oh, I wasn't here last month. That's right. </w:t>
      </w:r>
    </w:p>
    <w:p>
      <w:r>
        <w:t xml:space="preserve">(Speaker D)  He was here a month before. </w:t>
      </w:r>
    </w:p>
    <w:p>
      <w:r>
        <w:t xml:space="preserve">(Speaker A)  Yeah, right. </w:t>
      </w:r>
    </w:p>
    <w:p>
      <w:r>
        <w:t xml:space="preserve">(Speaker D)  We had one last one. </w:t>
      </w:r>
    </w:p>
    <w:p>
      <w:r>
        <w:t xml:space="preserve">(Speaker A)  Yeah. </w:t>
      </w:r>
    </w:p>
    <w:p>
      <w:r>
        <w:t xml:space="preserve">(Speaker B)  Oh, that's right. </w:t>
      </w:r>
    </w:p>
    <w:p>
      <w:r>
        <w:t xml:space="preserve">(Speaker G)  Last one it was. </w:t>
      </w:r>
    </w:p>
    <w:p>
      <w:r>
        <w:t xml:space="preserve">(Speaker C)  That's right. I was gone. But yet we didn't have one. So I didn't miss anything. Which was the last thing I was going to say is the last time I was here, we were talking about the lights. Worn up yet now that they are, they seem to be working really well for us. I don't know if anybody else has nothing, but it really helps tremendously having those lights at that. At the lakeshore. </w:t>
      </w:r>
    </w:p>
    <w:p>
      <w:r>
        <w:t xml:space="preserve">(Speaker B)  It's an interesting setup. </w:t>
      </w:r>
    </w:p>
    <w:p>
      <w:r>
        <w:t xml:space="preserve">(Speaker E)  It is. </w:t>
      </w:r>
    </w:p>
    <w:p>
      <w:r>
        <w:t xml:space="preserve">(Speaker C)  And sometimes, especially with the people right across having their own light, you know, what else are you gonna do? But no, I know that we don't really have a say in it, but I know you have some folks that may be interested in knowing that those lights are. </w:t>
      </w:r>
    </w:p>
    <w:p>
      <w:r>
        <w:t xml:space="preserve">(Speaker D)  We gave him a bees one for that. </w:t>
      </w:r>
    </w:p>
    <w:p>
      <w:r>
        <w:t xml:space="preserve">(Speaker C)  I know. I know we did. Absolutely. But I was worried. I really thought that that might really screw up the flow. But between that and then that sort of merge lane down here on Parton, anytime I've been in and out, it seems like those two factors have kind of somewhat eased some of the congestion that we saw while it was all under construction. Construction. </w:t>
      </w:r>
    </w:p>
    <w:p>
      <w:r>
        <w:t xml:space="preserve">(Speaker D)  Yeah. </w:t>
      </w:r>
    </w:p>
    <w:p>
      <w:r>
        <w:t xml:space="preserve">(Speaker C)  But anyway, that was good. I have nothing else. Anybody else? Then I'll entertain a motion to adjourn. All those in favor? Aye. We are adjourned. </w:t>
      </w:r>
    </w:p>
    <w:p>
      <w:r>
        <w:t xml:space="preserve">(Speaker E)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