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PCK_090826.m4a</w:t>
      </w:r>
      <w:r>
        <w:rPr>
          <w:b/>
          <w:color w:val="FF0000"/>
        </w:rPr>
        <w:br/>
        <w:tab/>
        <w:tab/>
        <w:tab/>
        <w:tab/>
        <w:t xml:space="preserve"> 18227480</w:t>
        <w:br/>
        <w:br/>
        <w:br/>
      </w:r>
    </w:p>
    <w:p>
      <w:r>
        <w:t>DATE AUDIO FILE SUBMITTED TO THE GAT SYSTEM:</w:t>
      </w:r>
      <w:r>
        <w:rPr>
          <w:b/>
          <w:color w:val="FF0000"/>
        </w:rPr>
        <w:br/>
        <w:tab/>
        <w:tab/>
        <w:tab/>
        <w:tab/>
        <w:t xml:space="preserve"> September 23, 2026 at 03:39 PM</w:t>
        <w:br/>
        <w:br/>
        <w:br/>
      </w:r>
    </w:p>
    <w:p>
      <w:r>
        <w:t>DATE AUDIO FILE COMPLETED BY THE GAT SYSTEM:</w:t>
      </w:r>
      <w:r>
        <w:rPr>
          <w:b/>
          <w:color w:val="FF0000"/>
        </w:rPr>
        <w:br/>
        <w:tab/>
        <w:tab/>
        <w:tab/>
        <w:tab/>
        <w:t xml:space="preserve"> September 23, 2026 at 03:39 PM</w:t>
      </w:r>
      <w:r>
        <w:rPr>
          <w:b/>
          <w:color w:val="FF0000"/>
        </w:rPr>
        <w:br/>
        <w:tab/>
        <w:tab/>
        <w:tab/>
        <w:tab/>
        <w:t xml:space="preserve"> 00:21 ELAPSED TIME</w:t>
        <w:br/>
        <w:br/>
        <w:br/>
      </w:r>
    </w:p>
    <w:p>
      <w:r>
        <w:t>MEETING AGENDA:</w:t>
      </w:r>
      <w:r>
        <w:rPr>
          <w:b/>
          <w:color w:val="FF0000"/>
        </w:rPr>
        <w:br/>
        <w:br/>
        <w:br/>
        <w:tab/>
        <w:tab/>
        <w:tab/>
        <w:tab/>
        <w:t xml:space="preserve">  </w:t>
        <w:br/>
        <w:br/>
        <w:br/>
      </w:r>
    </w:p>
    <w:p>
      <w:r>
        <w:t xml:space="preserve">(Speaker A)  Hello. Love all those chords. Do you want a hard copy? </w:t>
      </w:r>
    </w:p>
    <w:p>
      <w:r>
        <w:t xml:space="preserve">(Speaker B)  I don't need a copy. </w:t>
      </w:r>
    </w:p>
    <w:p>
      <w:r>
        <w:t xml:space="preserve">(Speaker A)  Perfect. </w:t>
      </w:r>
    </w:p>
    <w:p>
      <w:r>
        <w:t xml:space="preserve">(Speaker B)  Thank you so much for asking. </w:t>
      </w:r>
    </w:p>
    <w:p>
      <w:r>
        <w:t xml:space="preserve">(Speaker A)  No, no, I'm. Sit right here. We have an extra piece. Yeah. </w:t>
      </w:r>
    </w:p>
    <w:p>
      <w:r>
        <w:t xml:space="preserve">(Speaker B)  Hey, good morning, Brian. We're going to call the meeting to order in just a moment. </w:t>
      </w:r>
    </w:p>
    <w:p>
      <w:r>
        <w:t xml:space="preserve">(Speaker C)  Good morning. </w:t>
      </w:r>
    </w:p>
    <w:p>
      <w:r>
        <w:t xml:space="preserve">(Speaker B)  I just have him back up over there. There? </w:t>
      </w:r>
    </w:p>
    <w:p>
      <w:r>
        <w:t xml:space="preserve">(Speaker A)  No, I have three. I have. This is my third one. Yeah, some goes on there. I wouldn't think it was you or J. </w:t>
      </w:r>
    </w:p>
    <w:p>
      <w:r>
        <w:t xml:space="preserve">(Speaker B)  Hey, good morning. We're going to call the meeting to order in just a moment, Rob. </w:t>
      </w:r>
    </w:p>
    <w:p>
      <w:r>
        <w:t xml:space="preserve">(Speaker A)  All right. </w:t>
      </w:r>
    </w:p>
    <w:p>
      <w:r>
        <w:t xml:space="preserve">(Speaker B)  Mr. Chairman, would you like for me to call the meeting to order? All right. Good morning. We're calling. Well, actually, it's 10:29am I have to. Wait a minute. </w:t>
      </w:r>
    </w:p>
    <w:p>
      <w:r>
        <w:t xml:space="preserve">(Speaker D)  Wow. </w:t>
      </w:r>
    </w:p>
    <w:p>
      <w:r>
        <w:t xml:space="preserve">(Speaker B)  I did not think I was ahead of schedule there. </w:t>
      </w:r>
    </w:p>
    <w:p>
      <w:r>
        <w:t xml:space="preserve">(Speaker E)  Sa. </w:t>
      </w:r>
    </w:p>
    <w:p>
      <w:r>
        <w:t xml:space="preserve">(Speaker A)  All. </w:t>
      </w:r>
    </w:p>
    <w:p>
      <w:r>
        <w:t xml:space="preserve">(Speaker C)  Right. </w:t>
      </w:r>
    </w:p>
    <w:p>
      <w:r>
        <w:t xml:space="preserve">(Speaker B)  Right. It is 10:30am we are calling to order. Peace Creek Community Development District Board of Supervisors meeting. It is Tuesday, September 8, 2026, and we are at Lake Alfred Public Library. The first item on the agenda is roll call. For the purpose of voice recognition software. If board members could state your first and last name and note your present for the record. We'll start with the chair. </w:t>
      </w:r>
    </w:p>
    <w:p>
      <w:r>
        <w:t xml:space="preserve">(Speaker D)  Adam Morgan. </w:t>
      </w:r>
    </w:p>
    <w:p>
      <w:r>
        <w:t xml:space="preserve">(Speaker B)  Michelle Dudley. </w:t>
      </w:r>
    </w:p>
    <w:p>
      <w:r>
        <w:t xml:space="preserve">(Speaker A)  Carrie. </w:t>
      </w:r>
    </w:p>
    <w:p>
      <w:r>
        <w:t xml:space="preserve">(Speaker B)  Let the record show we have four board members in attendance and we do have a quorum. The next item on the agenda is a public comment period. For the record, we have no members of the public present to provide comment and we do not have any members of the public attending on Zoom. Let me just verify no one has joined. I do see a caller with the last four digits. 9314. If you are wanting to make a public comment to the Board of Supervisors, please use the raise hand function and we will enable your audio control. Actually, I think that might be Kayla. </w:t>
      </w:r>
    </w:p>
    <w:p>
      <w:r>
        <w:t xml:space="preserve">(Speaker D)  Is that Kayla? </w:t>
      </w:r>
    </w:p>
    <w:p>
      <w:r>
        <w:t xml:space="preserve">(Speaker B)  I think it is. Let me check the last four digits. </w:t>
      </w:r>
    </w:p>
    <w:p>
      <w:r>
        <w:t xml:space="preserve">(Speaker D)  Is that you, Kayla? </w:t>
      </w:r>
    </w:p>
    <w:p>
      <w:r>
        <w:t xml:space="preserve">(Speaker B)  Yep. 9314 is Kayla. For the record, Supervisor Kayla Word is attending the meeting on Zoom and all board action will include her participation. The next item on the agenda, since we have no public comment, needs approval of the minutes from the August 11, 2026 Board of Supervisors meeting. Board members, included in your agenda packet are a draft of the meeting minutes on page five. If there's no corrections, do we have a motion to approve as presented? </w:t>
      </w:r>
    </w:p>
    <w:p>
      <w:r>
        <w:t xml:space="preserve">(Speaker D)  We're good. Grace? </w:t>
      </w:r>
    </w:p>
    <w:p>
      <w:r>
        <w:t xml:space="preserve">(Speaker A)  Yes. </w:t>
      </w:r>
    </w:p>
    <w:p>
      <w:r>
        <w:t xml:space="preserve">(Speaker D)  All right. Make a motion. </w:t>
      </w:r>
    </w:p>
    <w:p>
      <w:r>
        <w:t xml:space="preserve">(Speaker B)  Second. All in favor of approval, say aye. Opposed? Motion carries unanimously. Do we want to do the resolution as item number six, since that's when we were going to talk about. </w:t>
      </w:r>
    </w:p>
    <w:p>
      <w:r>
        <w:t xml:space="preserve">(Speaker A)  Okay. </w:t>
      </w:r>
    </w:p>
    <w:p>
      <w:r>
        <w:t xml:space="preserve">(Speaker B)  All right. The next item on the agenda is ratification of the second amendment to Janitorial Maintenance Services with Clean Star Services. Board members, you previously had reviewed a agreement renewal with Clean Star Services. Ultimately, all of the terms were folded into the agreement that is included in the agenda packet. The terms were reviewed by the chair and approved by the chair, subject to ratification by the board. Any comments from District Council? </w:t>
      </w:r>
    </w:p>
    <w:p>
      <w:r>
        <w:t xml:space="preserve">(Speaker A)  I'll just note that the one clarification from when this was presented to the board at the August meeting was that the board had approved the increase to the base price and the vendor subsequently confirmed that there was also a small increase to the seasonal price between May and September. I believe it was about $20. So that was the addition that was included in this amendment following the Board's action at the August meeting. So we're just looking for a motion to ratify. </w:t>
      </w:r>
    </w:p>
    <w:p>
      <w:r>
        <w:t xml:space="preserve">(Speaker D)  Make a motion. </w:t>
      </w:r>
    </w:p>
    <w:p>
      <w:r>
        <w:t xml:space="preserve">(Speaker B)  And a second second. All in favor of ratifications? Aye. Opposed? </w:t>
      </w:r>
    </w:p>
    <w:p>
      <w:r>
        <w:t xml:space="preserve">(Speaker A)  Motion carries unanimously. </w:t>
      </w:r>
    </w:p>
    <w:p>
      <w:r>
        <w:t xml:space="preserve">(Speaker B)  Board members, the next item is a discussion item. You likely recall that due to concerns from citizens about parking on the CDD roadway, the board had authorized scheduling a public hearing to be held at your October meeting. In advance of the October meeting, we wanted to put forward a proposed park for board members to consider reviewing all of the complaints that had come in. The primary complaints were regarding parking at intersections or too close to stop signs or parking in a manner that was prohibiting line of sight as people were going around corners. So the district engineer is proposing a restriction at the parking intersections. If you review the proposed map on page 15, you'll see that every intersection would include a no parking zone. This map was prepared by Brian Hunter and or his colleague. Brian is attending on Zoom this morning to discuss the proposed no parking locations. Your current parking regulations prohibit commercial oversized vehicles parking on the roadway overnight as defined between 10:00pm and 6:00pm or 6:00am otherwise, any large oversized vehicle that's parked on the public roadway must be there for the purpose of really loading or unloading or servicing a home nearby, not for parking. So we're not proposing any radical changes, but really identifying that all of the intersections would be no parking zones. Ultimately, any no parking zone would be marked with no parking signs. There would be a signed proposal brought forward to the board at a later time. The engineer's office would design the sign plan and then that could be bid out to vendors to get it priced and signs installed. Also of note, your current parking rules do not include the townhome phase, that newer phase. So you know now that that phase is actively under construction. We are proposing parking guidelines for those phases as well. You'll notice that there is a designated overflow parking area there. Brian, did you want to walk the board through any other recommendations that you have as far as the map or any considerations for amending the parking rules? </w:t>
      </w:r>
    </w:p>
    <w:p>
      <w:r>
        <w:t xml:space="preserve">(Speaker C)  Yeah, recommendations and or questions. This is a draft exhibit here, so certainly soliciting comments and feedback. I think we've addressed the general. The initial general concerns, but there's. There's some noted follow up items. For instance, we don't propose or identify any signage at the moment that was mentioned in the request from Tricia, but we haven't gotten that far because really we want to talk about it. And it depends on how, you know, we plan to enforce this and how the map or the rules need to, you know, is distributed and communicated. But if we're going to. Is it the intent for every intersection? One of the biggest changes, let me go back, is this typical intersection detail where we've identified. It's typical. So it's intended to apply to every intersection within the community. Because as Tricia mentioned, one of the primary concerns was just folks parking too close intersections, obstructing visibility and so forth. It becomes a safety concern in addition to just an inconvenience. And so we've identified a certain distance from an intersection that we think that if we can prohibit parking within that you'll still be able to have sufficient visibility. But on this map it's presented as a typical. We don't yet show signage. We certainly can. But if it's the intent that has no parking signs at every intersection. I just wanted to clarify that. For one, it is. It may be hard to or impossible to enforce otherwise, but that's. It is a lot of science. So yeah, that's one thing we can talk about. Maybe perhaps the biggest clarification I had. Then there's some other just miscellaneous cleanup things I could talk to some folks offline. Just how do we name this? Are we. Is my language here sufficiently consistent with the language in the parking rules? I've noted that I did not identify the mail kiosk areas sufficiently or at all in the townhome community. So I can clean that up. But really the signage question was the first and primary question I had. </w:t>
      </w:r>
    </w:p>
    <w:p>
      <w:r>
        <w:t xml:space="preserve">(Speaker B)  So last month we had a resident, Mr. Gonzalez, attend and ask us to collect speed and traffic data. Yes, under district manager report. I do have an update on that. But the highlight is that the city of Winter Haven Police Department did agree to conduct a speed study and there would be no fee for the District. We don't yet have the results from that study, but that is something that they process. </w:t>
      </w:r>
    </w:p>
    <w:p>
      <w:r>
        <w:t xml:space="preserve">(Speaker A)  Okay. </w:t>
      </w:r>
    </w:p>
    <w:p>
      <w:r>
        <w:t xml:space="preserve">(Speaker B)  And then on the map </w:t>
      </w:r>
    </w:p>
    <w:p>
      <w:r>
        <w:t xml:space="preserve">(Speaker A)  where it </w:t>
      </w:r>
    </w:p>
    <w:p>
      <w:r>
        <w:t xml:space="preserve">(Speaker B)  says no parking anytime from the key, I don't see where any area is indicated. </w:t>
      </w:r>
    </w:p>
    <w:p>
      <w:r>
        <w:t xml:space="preserve">(Speaker A)  No parking anytime. It's got the typical up here. </w:t>
      </w:r>
    </w:p>
    <w:p>
      <w:r>
        <w:t xml:space="preserve">(Speaker B)  So it would be at every intersection. </w:t>
      </w:r>
    </w:p>
    <w:p>
      <w:r>
        <w:t xml:space="preserve">(Speaker A)  Okay. </w:t>
      </w:r>
    </w:p>
    <w:p>
      <w:r>
        <w:t xml:space="preserve">(Speaker B)  Yeah. And, you know, for clarity's sake, I don't. We're not tied into this particular color coding, but it may make sense that there is some kind of marking on the map itself that. That identifies. That identifies no parking anytime. Just in an abundance of caution, we have people with multiple languages who are reviewing the parking map. So it might make sense that every intersection has. </w:t>
      </w:r>
    </w:p>
    <w:p>
      <w:r>
        <w:t xml:space="preserve">(Speaker A)  Yeah. </w:t>
      </w:r>
    </w:p>
    <w:p>
      <w:r>
        <w:t xml:space="preserve">(Speaker B)  Including within, like the home areas like Tyler Loop, Diego Terrace, like, even those intersections. Yeah. Okay. </w:t>
      </w:r>
    </w:p>
    <w:p>
      <w:r>
        <w:t xml:space="preserve">(Speaker A)  That's why I think someone looking at plans probably can read that better than someone who wouldn't. And it should show it on the map because it is kind of unclear. </w:t>
      </w:r>
    </w:p>
    <w:p>
      <w:r>
        <w:t xml:space="preserve">(Speaker D)  Yeah. </w:t>
      </w:r>
    </w:p>
    <w:p>
      <w:r>
        <w:t xml:space="preserve">(Speaker A)  And then I just don't know how you would enforce it without signage everywhere that you're having. </w:t>
      </w:r>
    </w:p>
    <w:p>
      <w:r>
        <w:t xml:space="preserve">(Speaker B)  Exactly. </w:t>
      </w:r>
    </w:p>
    <w:p>
      <w:r>
        <w:t xml:space="preserve">(Speaker A)  I mean, it is a lot of signage. Do you want at every intersection? I think it should be, though. </w:t>
      </w:r>
    </w:p>
    <w:p>
      <w:r>
        <w:t xml:space="preserve">(Speaker D)  Right. </w:t>
      </w:r>
    </w:p>
    <w:p>
      <w:r>
        <w:t xml:space="preserve">(Speaker B)  The challenge is, it's. It's really the interior residential roadways where the citizens are concerned about the line of sight issues and going in and out of their driveways and just having, you know, congested corners and whatnot. </w:t>
      </w:r>
    </w:p>
    <w:p>
      <w:r>
        <w:t xml:space="preserve">(Speaker C)  Is this a situation where it's. The concern is really one or two or three limited intersections? Could it be. Could we address them all on a map and potentially provide signage where there's actually a problem or offenders or. You think this is ubiquitous throughout the community? </w:t>
      </w:r>
    </w:p>
    <w:p>
      <w:r>
        <w:t xml:space="preserve">(Speaker B)  I think this is where the study comes in. </w:t>
      </w:r>
    </w:p>
    <w:p>
      <w:r>
        <w:t xml:space="preserve">(Speaker A)  Right. </w:t>
      </w:r>
    </w:p>
    <w:p>
      <w:r>
        <w:t xml:space="preserve">(Speaker B)  The speed study is more about traffic calming and concerns about slowing down traffic. The, you know, to some extent, perhaps parking guidelines can be considered traffic calming, but not usually. This, this is really more about the complaints that we've had from citizens about being able to see, being able to safely navigate around corners, go in and out of their driveways when they're close to an intersection or close to a corner. But if it's the desire of the board to identify more of a minimum amount of intersections where we've really had a history of complaints and issues, or the engineer thinks there's special conditions that warrant implementing no parking guidelines around the corners or around the intersection, we can focus on that. The, the good thing about the parking rules is once they're amended at a public hearing, they can be amended in the future. You know, their. A living document so to speak. In the. In the. To the. To the extent that the board wants to amend them does require a public hearing. But. But that can happen with a notice in the newspaper. 30 and 35 day notice. </w:t>
      </w:r>
    </w:p>
    <w:p>
      <w:r>
        <w:t xml:space="preserve">(Speaker D)  So. So what do you think? </w:t>
      </w:r>
    </w:p>
    <w:p>
      <w:r>
        <w:t xml:space="preserve">(Speaker B)  Definitely yes to the signage. But we need to identify the areas. Be more strategic and not universally apply interstate intersection restrictions. </w:t>
      </w:r>
    </w:p>
    <w:p>
      <w:r>
        <w:t xml:space="preserve">(Speaker D)  That's what I'm thinking. I think we. We identify the problem intersections, spend the money to put the signs up at those intersections. Of course, as soon as other people see the signs at those intersections they're going to want. But this would give us a way to start and then kind of budget. Right. Signage throughout as needed, where needed. </w:t>
      </w:r>
    </w:p>
    <w:p>
      <w:r>
        <w:t xml:space="preserve">(Speaker B)  That makes sense. </w:t>
      </w:r>
    </w:p>
    <w:p>
      <w:r>
        <w:t xml:space="preserve">(Speaker D)  And then also it would address the squeaky wheel central. </w:t>
      </w:r>
    </w:p>
    <w:p>
      <w:r>
        <w:t xml:space="preserve">(Speaker C)  Yeah. </w:t>
      </w:r>
    </w:p>
    <w:p>
      <w:r>
        <w:t xml:space="preserve">(Speaker D)  And kind of give us some feedback on how it's actually. </w:t>
      </w:r>
    </w:p>
    <w:p>
      <w:r>
        <w:t xml:space="preserve">(Speaker B)  Yeah. </w:t>
      </w:r>
    </w:p>
    <w:p>
      <w:r>
        <w:t xml:space="preserve">(Speaker E)  Right. </w:t>
      </w:r>
    </w:p>
    <w:p>
      <w:r>
        <w:t xml:space="preserve">(Speaker B)  And that is a conservative implementation. And you'll see that we are taking a conservative approach. We reviewed if we need to sequester parking to one side of the roadway and prohibit it on the other side. But we're just, you know, driving through the community during the day and the evening. We're just not seeing those issues. And it. It tends to be unpopular when implemented. So this is a conservative implementation. We can be even more conservative. So based on the board's feedback today about finding strategic intersections that are known history of problems and issues and reports, as well as any special conditions that the district engineer identifies, we'll revise the map. The parking rules themselves will be updated not only with the dates, but in accordance with the. The guidelines that the board is discussing today. </w:t>
      </w:r>
    </w:p>
    <w:p>
      <w:r>
        <w:t xml:space="preserve">(Speaker D)  And as in no parking at intersections. </w:t>
      </w:r>
    </w:p>
    <w:p>
      <w:r>
        <w:t xml:space="preserve">(Speaker B)  Well, we're prohibiting at certain intersections. Yeah. So the verbiage and the parking rules will match the no parking zones that are identified on the parking map, Right? </w:t>
      </w:r>
    </w:p>
    <w:p>
      <w:r>
        <w:t xml:space="preserve">(Speaker D)  Yeah. I would figure there would be some kind of a municipal or state law that would prohibit parking. </w:t>
      </w:r>
    </w:p>
    <w:p>
      <w:r>
        <w:t xml:space="preserve">(Speaker B)  There is. There is. That's right. At stop signs themselves. There are state laws that prohibit parking within. I believe. Is it. Is it 30ft of the stop sign or 50ft? </w:t>
      </w:r>
    </w:p>
    <w:p>
      <w:r>
        <w:t xml:space="preserve">(Speaker D)  30. </w:t>
      </w:r>
    </w:p>
    <w:p>
      <w:r>
        <w:t xml:space="preserve">(Speaker B)  30ft. But the district cannot enforce state law. We can only enforce our parking rules. So that's where it becomes a little bit challenging. We can contact Winter Haven Police Department and report improper. They can issue a citation. Yeah, but we don't have any way to enforce state laws. We can only enforce the Park Police Department likes us. Yeah. They've been very cooperative and very engaged. </w:t>
      </w:r>
    </w:p>
    <w:p>
      <w:r>
        <w:t xml:space="preserve">(Speaker D)  Yeah. So I think that. I think that what we've said. Don't you agree? Let's start with this plan first and then see how it goes? </w:t>
      </w:r>
    </w:p>
    <w:p>
      <w:r>
        <w:t xml:space="preserve">(Speaker B)  Yeah, absolutely. All right. So at next month's meeting, you will have your public hearing. You'll have your amended and restated parking rules as well as your amended and restated parking map. </w:t>
      </w:r>
    </w:p>
    <w:p>
      <w:r>
        <w:t xml:space="preserve">(Speaker D)  Okay. </w:t>
      </w:r>
    </w:p>
    <w:p>
      <w:r>
        <w:t xml:space="preserve">(Speaker B)  And it's subject to revision all the </w:t>
      </w:r>
    </w:p>
    <w:p>
      <w:r>
        <w:t xml:space="preserve">(Speaker D)  way up through the intersections where we're going to. </w:t>
      </w:r>
    </w:p>
    <w:p>
      <w:r>
        <w:t xml:space="preserve">(Speaker B)  Yeah, we'll do that in advance and we'll also send it out. We have. At Peace Creek, the CDD owns and operates the amenities. So we have an extensive email list of citizens that are engaged in the Amen. We can send out the proposed parking map and parking rules and make citizens aware that there is a public hearing. So there's an opportunity for public comment and feedback from. </w:t>
      </w:r>
    </w:p>
    <w:p>
      <w:r>
        <w:t xml:space="preserve">(Speaker D)  Very good. </w:t>
      </w:r>
    </w:p>
    <w:p>
      <w:r>
        <w:t xml:space="preserve">(Speaker B)  Can we be sure that includes the townhome as well area as well? Yes. </w:t>
      </w:r>
    </w:p>
    <w:p>
      <w:r>
        <w:t xml:space="preserve">(Speaker A)  Okay. </w:t>
      </w:r>
    </w:p>
    <w:p>
      <w:r>
        <w:t xml:space="preserve">(Speaker B)  Anyone who has requested and we have email addresses to the extent that anyone has applied for amenity access on the application, we collect that data. Anyone who has not yet apply for amenity access, we would not have that information. And then District council, did you have any comments about the upcoming parking hearing or parking rules that you wanted the board to be considering? </w:t>
      </w:r>
    </w:p>
    <w:p>
      <w:r>
        <w:t xml:space="preserve">(Speaker A)  Just one other item that I think we were looking to get board feedback on was note number three that you'll currently see in the parking map that's included in the agenda package which pertains to the overflow parking in the townhome area and provides that overflow parking spaces are only for townhome residents. </w:t>
      </w:r>
    </w:p>
    <w:p>
      <w:r>
        <w:t xml:space="preserve">(Speaker B)  Right. </w:t>
      </w:r>
    </w:p>
    <w:p>
      <w:r>
        <w:t xml:space="preserve">(Speaker A)  That's something that's not currently contemplated in the proposed amended towing rules, but wanted to get board feedback on whether this is something you would like added and if so, staff will discuss the enforcement of that and making sure that the towing vendor is aware of who is a townhome resident and how that's reflected in the policy. </w:t>
      </w:r>
    </w:p>
    <w:p>
      <w:r>
        <w:t xml:space="preserve">(Speaker B)  So we'll need to make some further </w:t>
      </w:r>
    </w:p>
    <w:p>
      <w:r>
        <w:t xml:space="preserve">(Speaker A)  amendments if that's something that the board </w:t>
      </w:r>
    </w:p>
    <w:p>
      <w:r>
        <w:t xml:space="preserve">(Speaker B)  would like to see. </w:t>
      </w:r>
    </w:p>
    <w:p>
      <w:r>
        <w:t xml:space="preserve">(Speaker D)  No, we absolutely need to do that because there's. It's already happening. There are non. Even though there's not really any residents yet, there's still non resident parking in the town home lots overnight and for weeks. So it needs to be addressed. Thank you, Grace. </w:t>
      </w:r>
    </w:p>
    <w:p>
      <w:r>
        <w:t xml:space="preserve">(Speaker A)  Yes. </w:t>
      </w:r>
    </w:p>
    <w:p>
      <w:r>
        <w:t xml:space="preserve">(Speaker B)  Any other comments, Brian? </w:t>
      </w:r>
    </w:p>
    <w:p>
      <w:r>
        <w:t xml:space="preserve">(Speaker C)  No. This is good direction and I assume you. You and I, maybe Grace can follow up to clean these things up as discussed. </w:t>
      </w:r>
    </w:p>
    <w:p>
      <w:r>
        <w:t xml:space="preserve">(Speaker B)  Yes, absolutely. I'll be providing some specific feedback from residents regarding specific locations and then </w:t>
      </w:r>
    </w:p>
    <w:p>
      <w:r>
        <w:t xml:space="preserve">(Speaker C)  we. </w:t>
      </w:r>
    </w:p>
    <w:p>
      <w:r>
        <w:t xml:space="preserve">(Speaker B)  Well, we can have a zoom meeting or otherwise coordinate a meeting with staff. The sooner the better because we do want to circulate the map for citizen review. </w:t>
      </w:r>
    </w:p>
    <w:p>
      <w:r>
        <w:t xml:space="preserve">(Speaker C)  Agreed. </w:t>
      </w:r>
    </w:p>
    <w:p>
      <w:r>
        <w:t xml:space="preserve">(Speaker D)  Yeah. All right. Sounds good. </w:t>
      </w:r>
    </w:p>
    <w:p>
      <w:r>
        <w:t xml:space="preserve">(Speaker B)  All right. And we have direction from the board on this matter. Item number six is consideration of rescheduling your November 10, 2026 Board of Supervisors meeting and landowners election board members. When you approved your meeting schedule for fiscal year 2027, it contemplated having board meetings the second Tuesday of each month here at Lake Alfred Public Library. However, if you see on page 17 when staff went to schedule the library. The city of Lake Alfred is using the premise all day for a city activity. And so we needed to find a different location for November 10th. We're proposing that this district meets at holiday in Winter Haven down on Cypress Garden Boulevard at 10:30am Your regular meeting time on Nov. 10. Only District Council did note that the board had previously approved setting your landowners election by resolution. So resetting the landowner's election to a new location does require a resolution. Grace has prepared the form of resolution and distributed that for the board. And she'll walk the board through that resolution. </w:t>
      </w:r>
    </w:p>
    <w:p>
      <w:r>
        <w:t xml:space="preserve">(Speaker A)  Yes. So under hard copy in front of you is Resolution 202609 which states that the board, as Tricia stated previously, set your landowner's election for November 10th at 10:30 at our current meeting location, Lake Alfred Public Library. Due to the unavailability of the meeting location, we are resetting that location to the holiday in Winter Haven. But the date and time are staying the same. So this resolution just memorializes that board action. </w:t>
      </w:r>
    </w:p>
    <w:p>
      <w:r>
        <w:t xml:space="preserve">(Speaker E)  Great. </w:t>
      </w:r>
    </w:p>
    <w:p>
      <w:r>
        <w:t xml:space="preserve">(Speaker B)  Is there a motion to adopt Resolution 202609 and a second. Second. All in favor of approval say aye. </w:t>
      </w:r>
    </w:p>
    <w:p>
      <w:r>
        <w:t xml:space="preserve">(Speaker A)  Opposed? </w:t>
      </w:r>
    </w:p>
    <w:p>
      <w:r>
        <w:t xml:space="preserve">(Speaker B)  Motion carries unanimously. We do have staff reports scheduled and first report is attorney's report. Grace Rinaldi is here this morning. </w:t>
      </w:r>
    </w:p>
    <w:p>
      <w:r>
        <w:t xml:space="preserve">(Speaker A)  I don't have anything further to update the board on, but I'm happy to answer any questions if you have any for me. </w:t>
      </w:r>
    </w:p>
    <w:p>
      <w:r>
        <w:t xml:space="preserve">(Speaker D)  Thanks, Grace. </w:t>
      </w:r>
    </w:p>
    <w:p>
      <w:r>
        <w:t xml:space="preserve">(Speaker B)  Brian, did you have anything further under engineers report to bring to the board's attention? </w:t>
      </w:r>
    </w:p>
    <w:p>
      <w:r>
        <w:t xml:space="preserve">(Speaker C)  I do not today Grace, unless there's any questions for me. </w:t>
      </w:r>
    </w:p>
    <w:p>
      <w:r>
        <w:t xml:space="preserve">(Speaker B)  If there's no questions, we can move on to field managers report. Alan Bailey is here this morning and he'll presenting the field manager's report which is included in the agenda starting on page 20. </w:t>
      </w:r>
    </w:p>
    <w:p>
      <w:r>
        <w:t xml:space="preserve">(Speaker E)  Yes. The correction of all the sign heights throughout the district based on the engineers report has been completed and that process is now handed over to them to. For the. The. For the law enforcement to decide on how. How they're going to deal with the district. The pool drain covers were have been popped up and those were Placed back down. The disking of the community's plot has been completed specifically within the town home section. And I'll come into that a little bit later. The landscaping cont. Landscapers keeping up with the contract and making sure everything's dissed and any. Any appropriate areas have been addressed. Routine full maintenance, keep it clean and safe is keeping up. And the janitorial services making sure our amenity center is clean along with our dog services that the dog stations are kept up also throughout the community. The only. I have two items. One, it notes under separate coverage that it was realized that the dry pond within the town homes was not added when the. When Prince was. Was bringing that on. And there was a little bit of a discrepancy there. And because of this they want to add the dry pond to the contract with no charge to the district. Because of that. Because of that discrepancy, they're. They're going to give us a. They plan on sending us a letter stating that they wish to just add the dry pot to the contract at no additional cost. </w:t>
      </w:r>
    </w:p>
    <w:p>
      <w:r>
        <w:t xml:space="preserve">(Speaker D)  So no additional cost during this contractual period. </w:t>
      </w:r>
    </w:p>
    <w:p>
      <w:r>
        <w:t xml:space="preserve">(Speaker E)  Yeah, like obviously if we get into another thing, it would come possibly part of an increase when they do a normal increase next year. But because of the confusion, some of the stuff that was going on, they said we. We won't charge anything. We'll just bring it on with the contract right now. </w:t>
      </w:r>
    </w:p>
    <w:p>
      <w:r>
        <w:t xml:space="preserve">(Speaker D)  Super. </w:t>
      </w:r>
    </w:p>
    <w:p>
      <w:r>
        <w:t xml:space="preserve">(Speaker E)  The only other item I have is for the pool. The pool vendor wishes to increase from 1400 to 1440, but this would begin on October 1st. This was budgeted for with previous budgeting review. </w:t>
      </w:r>
    </w:p>
    <w:p>
      <w:r>
        <w:t xml:space="preserve">(Speaker D)  So this is going into the off season. They want a rate increase going into the off season. </w:t>
      </w:r>
    </w:p>
    <w:p>
      <w:r>
        <w:t xml:space="preserve">(Speaker E)  This is just for a contract renewal that has to happen for collecting purposes throughout the. </w:t>
      </w:r>
    </w:p>
    <w:p>
      <w:r>
        <w:t xml:space="preserve">(Speaker B)  You'll see a lot of these run in tandem with the fiscal year. So we reach out in the spring regarding pricing for the upcoming fiscal year because we need that information for the proposed budget. The so the price increase does require board approval with the landscape agreement. We'll review the current agreement. As long as it's either on auto renewal or otherwise. There's no end date to the terms. We the board wouldn't need to take any further action. But if the date expires September 30, 2026, then we would just need the board's approval to increase the number of months at the same term since there's no cost increase for landscape. So since we have two items here as. As long as Grace is fine with that. If the board can Authorize the preparation of the agreement for landscape services and pool services as discussed. </w:t>
      </w:r>
    </w:p>
    <w:p>
      <w:r>
        <w:t xml:space="preserve">(Speaker D)  Make a motion. </w:t>
      </w:r>
    </w:p>
    <w:p>
      <w:r>
        <w:t xml:space="preserve">(Speaker B)  And a second. Second. All in favor of approval, say aye. Opposed? Motion carries unanimously. </w:t>
      </w:r>
    </w:p>
    <w:p>
      <w:r>
        <w:t xml:space="preserve">(Speaker E)  Let's open that. </w:t>
      </w:r>
    </w:p>
    <w:p>
      <w:r>
        <w:t xml:space="preserve">(Speaker B)  And board members, under district managers report. We do have your check register. Your check Register is from July 1st to July 31st. The total amount is $172,424.49. Happy to answer any questions. Should there be any. </w:t>
      </w:r>
    </w:p>
    <w:p>
      <w:r>
        <w:t xml:space="preserve">(Speaker D)  Did we not have meetings in July? I guess we did. Do we have meeting in July? </w:t>
      </w:r>
    </w:p>
    <w:p>
      <w:r>
        <w:t xml:space="preserve">(Speaker B)  We. Actually, I think I. I'll have to look back. I think it may have been fourth of July weekend. </w:t>
      </w:r>
    </w:p>
    <w:p>
      <w:r>
        <w:t xml:space="preserve">(Speaker D)  I think so. </w:t>
      </w:r>
    </w:p>
    <w:p>
      <w:r>
        <w:t xml:space="preserve">(Speaker B)  We were coming off 4th of July weekend and. And we didn't have budgets that month. </w:t>
      </w:r>
    </w:p>
    <w:p>
      <w:r>
        <w:t xml:space="preserve">(Speaker D)  That's right. Okay. All right. </w:t>
      </w:r>
    </w:p>
    <w:p>
      <w:r>
        <w:t xml:space="preserve">(Speaker B)  So I'll have to look back. But. But irrespective, there are no board member attendance checks in here. </w:t>
      </w:r>
    </w:p>
    <w:p>
      <w:r>
        <w:t xml:space="preserve">(Speaker D)  Yeah, that's. </w:t>
      </w:r>
    </w:p>
    <w:p>
      <w:r>
        <w:t xml:space="preserve">(Speaker B)  Yeah, I knew where you were headed with that. </w:t>
      </w:r>
    </w:p>
    <w:p>
      <w:r>
        <w:t xml:space="preserve">(Speaker D)  I just wanted to make sure it wasn't getting missed. Yeah. Let's see here. Are you good? </w:t>
      </w:r>
    </w:p>
    <w:p>
      <w:r>
        <w:t xml:space="preserve">(Speaker B)  Yep. </w:t>
      </w:r>
    </w:p>
    <w:p>
      <w:r>
        <w:t xml:space="preserve">(Speaker D)  Make a motion to approve. </w:t>
      </w:r>
    </w:p>
    <w:p>
      <w:r>
        <w:t xml:space="preserve">(Speaker B)  And in. Second. Second. All in favor of approval, say aye. Opposed? Motion carries unanimously. And then board members, we do have your balance sheet and income statement. These are your unaudited financials through July. Your balance sheet is on page 34. And then your current budget as well as your prorated revenues or expenses starts on page 35. I don't have anything to bring to the board's attention, but happy to discuss anything the board would like. </w:t>
      </w:r>
    </w:p>
    <w:p>
      <w:r>
        <w:t xml:space="preserve">(Speaker D)  So we have 41,000 of the capital </w:t>
      </w:r>
    </w:p>
    <w:p>
      <w:r>
        <w:t xml:space="preserve">(Speaker B)  credit, sun left, so on. Are you looking on page 34? </w:t>
      </w:r>
    </w:p>
    <w:p>
      <w:r>
        <w:t xml:space="preserve">(Speaker D)  39. </w:t>
      </w:r>
    </w:p>
    <w:p>
      <w:r>
        <w:t xml:space="preserve">(Speaker B)  Yes. So series 2023, there's $41,030. And series 2025, there's $350. So the. The monies that are in. </w:t>
      </w:r>
    </w:p>
    <w:p>
      <w:r>
        <w:t xml:space="preserve">(Speaker D)  21,000. Okay. </w:t>
      </w:r>
    </w:p>
    <w:p>
      <w:r>
        <w:t xml:space="preserve">(Speaker A)  Yeah. </w:t>
      </w:r>
    </w:p>
    <w:p>
      <w:r>
        <w:t xml:space="preserve">(Speaker B)  It's not in the condo in the townhome phase. </w:t>
      </w:r>
    </w:p>
    <w:p>
      <w:r>
        <w:t xml:space="preserve">(Speaker D)  Yeah. Okay. I was worried about town, so 350. That's fine. All right. </w:t>
      </w:r>
    </w:p>
    <w:p>
      <w:r>
        <w:t xml:space="preserve">(Speaker B)  Yeah, we. Actually. One thing that I can check with and get confirmation from district council and district engineer when we have our call is that it may be appropriate to consider the parking signs as a construction expense. </w:t>
      </w:r>
    </w:p>
    <w:p>
      <w:r>
        <w:t xml:space="preserve">(Speaker D)  Absolutely. </w:t>
      </w:r>
    </w:p>
    <w:p>
      <w:r>
        <w:t xml:space="preserve">(Speaker B)  So. But we'll be looking for ways to. Yeah. </w:t>
      </w:r>
    </w:p>
    <w:p>
      <w:r>
        <w:t xml:space="preserve">(Speaker D)  Yep. </w:t>
      </w:r>
    </w:p>
    <w:p>
      <w:r>
        <w:t xml:space="preserve">(Speaker B)  Let's see if there's any other discussion regarding your balance sheet and income statement. If not, we'll move down to project development updates. We have these on here as. As soon standing items in case there's anything that needs to be discussed. I do defer to district council and district engineer. If there's anything that's arisen that you want to bring to the board's attention. </w:t>
      </w:r>
    </w:p>
    <w:p>
      <w:r>
        <w:t xml:space="preserve">(Speaker D)  No, I'm pretty sure Brian's. We've got everything transferred. Brian. Right. You've been really good about that. </w:t>
      </w:r>
    </w:p>
    <w:p>
      <w:r>
        <w:t xml:space="preserve">(Speaker C)  Yeah. The last was the town, home, community stuff, but that's all done. </w:t>
      </w:r>
    </w:p>
    <w:p>
      <w:r>
        <w:t xml:space="preserve">(Speaker D)  All right. Yeah. You're on top of it. </w:t>
      </w:r>
    </w:p>
    <w:p>
      <w:r>
        <w:t xml:space="preserve">(Speaker A)  Yeah. </w:t>
      </w:r>
    </w:p>
    <w:p>
      <w:r>
        <w:t xml:space="preserve">(Speaker C)  Well, famous last words. We've got a lot of balls in the air, but I think we're good there. </w:t>
      </w:r>
    </w:p>
    <w:p>
      <w:r>
        <w:t xml:space="preserve">(Speaker D)  Yeah. Thank you. If we're not in other districts, we have some issues. I greatly appreciate your efforts. </w:t>
      </w:r>
    </w:p>
    <w:p>
      <w:r>
        <w:t xml:space="preserve">(Speaker B)  Yeah. </w:t>
      </w:r>
    </w:p>
    <w:p>
      <w:r>
        <w:t xml:space="preserve">(Speaker C)  Thank you. </w:t>
      </w:r>
    </w:p>
    <w:p>
      <w:r>
        <w:t xml:space="preserve">(Speaker B)  Any other business or supervisor requests, make </w:t>
      </w:r>
    </w:p>
    <w:p>
      <w:r>
        <w:t xml:space="preserve">(Speaker D)  a motion to adjourn. </w:t>
      </w:r>
    </w:p>
    <w:p>
      <w:r>
        <w:t xml:space="preserve">(Speaker B)  And a second. </w:t>
      </w:r>
    </w:p>
    <w:p>
      <w:r>
        <w:t xml:space="preserve">(Speaker E)  Second. </w:t>
      </w:r>
    </w:p>
    <w:p>
      <w:r>
        <w:t xml:space="preserve">(Speaker B)  All in favor of adjourning, say aye. That was unanimous. We are adjourned. It is 10:57am thank you. Have a good day.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