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 xml:space="preserve">                                                                            Transcript                                                                          </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BEGINNING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br/>
        <w:br/>
        <w:br/>
      </w:r>
    </w:p>
    <w:p>
      <w:r>
        <w:t>CDD NAME:</w:t>
      </w:r>
      <w:r>
        <w:rPr>
          <w:b/>
          <w:color w:val="FF0000"/>
        </w:rPr>
        <w:br/>
        <w:tab/>
        <w:tab/>
        <w:tab/>
        <w:tab/>
        <w:t xml:space="preserve"> Rolling hills </w:t>
        <w:br/>
        <w:br/>
        <w:br/>
      </w:r>
    </w:p>
    <w:p>
      <w:r>
        <w:t>START AND END TIME OF THE CDD MEETING FILE:</w:t>
      </w:r>
      <w:r>
        <w:rPr>
          <w:b/>
          <w:color w:val="FF0000"/>
        </w:rPr>
        <w:br/>
        <w:tab/>
        <w:tab/>
        <w:tab/>
        <w:tab/>
        <w:t xml:space="preserve"> September 14, 2026 at 04:00 PM</w:t>
      </w:r>
      <w:r>
        <w:rPr>
          <w:b/>
          <w:color w:val="FF0000"/>
        </w:rPr>
        <w:br/>
        <w:tab/>
        <w:tab/>
        <w:tab/>
        <w:tab/>
        <w:t xml:space="preserve"> September 14, 2026 at 05:11 PM</w:t>
        <w:br/>
        <w:br/>
        <w:br/>
      </w:r>
    </w:p>
    <w:p>
      <w:r>
        <w:t>AUDIO FILE NAME, FILE SIZE:</w:t>
      </w:r>
      <w:r>
        <w:rPr>
          <w:b/>
          <w:color w:val="FF0000"/>
        </w:rPr>
        <w:br/>
        <w:tab/>
        <w:tab/>
        <w:tab/>
        <w:tab/>
        <w:t xml:space="preserve"> New_River_9-21-26.m4a</w:t>
      </w:r>
      <w:r>
        <w:rPr>
          <w:b/>
          <w:color w:val="FF0000"/>
        </w:rPr>
        <w:br/>
        <w:tab/>
        <w:tab/>
        <w:tab/>
        <w:tab/>
        <w:t xml:space="preserve"> 38014710</w:t>
        <w:br/>
        <w:br/>
        <w:br/>
      </w:r>
    </w:p>
    <w:p>
      <w:r>
        <w:t>DATE AUDIO FILE SUBMITTED TO THE GAT SYSTEM:</w:t>
      </w:r>
      <w:r>
        <w:rPr>
          <w:b/>
          <w:color w:val="FF0000"/>
        </w:rPr>
        <w:br/>
        <w:tab/>
        <w:tab/>
        <w:tab/>
        <w:tab/>
        <w:t xml:space="preserve"> October 09, 2026 at 04:02 PM</w:t>
        <w:br/>
        <w:br/>
        <w:br/>
      </w:r>
    </w:p>
    <w:p>
      <w:r>
        <w:t>DATE AUDIO FILE COMPLETED BY THE GAT SYSTEM:</w:t>
      </w:r>
      <w:r>
        <w:rPr>
          <w:b/>
          <w:color w:val="FF0000"/>
        </w:rPr>
        <w:br/>
        <w:tab/>
        <w:tab/>
        <w:tab/>
        <w:tab/>
        <w:t xml:space="preserve"> October 09, 2026 at 04:02 PM</w:t>
      </w:r>
      <w:r>
        <w:rPr>
          <w:b/>
          <w:color w:val="FF0000"/>
        </w:rPr>
        <w:br/>
        <w:tab/>
        <w:tab/>
        <w:tab/>
        <w:tab/>
        <w:t xml:space="preserve"> 00:38 ELAPSED TIME</w:t>
        <w:br/>
        <w:br/>
        <w:br/>
      </w:r>
    </w:p>
    <w:p>
      <w:r>
        <w:t>MEETING AGENDA:</w:t>
      </w:r>
      <w:r>
        <w:rPr>
          <w:b/>
          <w:color w:val="FF0000"/>
        </w:rPr>
        <w:br/>
        <w:br/>
        <w:br/>
        <w:tab/>
        <w:tab/>
        <w:tab/>
        <w:tab/>
        <w:t xml:space="preserve"> Double Branch Meeting Notes Sep 14, 2026  Meeting Notes: 1) Supervisors present: Cindy Nelsen, Scott Thomas, Amy Ambrosio, Andre Lanier, and Tom Horton. 2) Staff: Mike Eckert, Carl Allen (phone), Jay Soriano, and Marilee Giles. Staff from VerdeGo included Chalon Suchsland. Staff from Sporting Jax Academy included Matt Hollyoak. 3) Approved the Minutes of Aug 10, 2026; update Ms. Genelle Thomas to Mrs. Genelle Thomas on pages 2-5. 4) Approved the Check Register. 5) Discussed the meter at 3168 Stonebriar: Staff is working with Clay Electric and JEA; meter belongs to JEA not the District. 6) Accepted the 2025 Annual Engineer’s Report. 7) Approved the Agreement with CALM III subject to Vice Chair and Counsel review and execution; ratify at the next meeting. 8) Supervisor and Public comments:  A resident expressed concern for an algae bloom. Supervisors identified some lights out at the Oakleaf monument sign, sprinklers spraying in the road, and requested S3 Security be in attendance at meetings.  9) Next meeting is Oct 12, 2026 at 4:00 pm.  Action Items: 1) Jay – Please pay supervisors. Continue working with JEA to transition meter  #7332257 to JEA. Follow up with VerdeGo for sprinkler spraying in to the road. 2) Marilee – Follow up with Accountant on the Trustee question from Supervisor Lanier. Follow up with the Engineer to attend meetings on an as-needed basis, or at least quarterly. 3) Courtney – Please post the approved minutes to the website. Schedule the monthly agenda call for Staff. 4) Recording uploaded – 1 hour and 9 minutes. 5) Courtney – DRAFT Agenda Oct 12, 2026: a. Update on the Meter at 3168 Stonebriar b. Ratify Agreement with CALM III, LLC. c. Staff Reports/District Manager – FY26 Goals and Objectives Report   </w:t>
        <w:br/>
        <w:br/>
        <w:br/>
      </w:r>
    </w:p>
    <w:p>
      <w:r>
        <w:t xml:space="preserve">(Speaker A)  Oh, I hate that. </w:t>
      </w:r>
    </w:p>
    <w:p>
      <w:r>
        <w:t xml:space="preserve">(Speaker B)  All right, I'd like to call order to the New River Community Development District Board of Supervisors meeting. Today is Monday, September 21, 2026. The time is 5:30pm first up, we do have roll call. I'm going to start with myself and </w:t>
      </w:r>
    </w:p>
    <w:p>
      <w:r>
        <w:t xml:space="preserve">(Speaker C)  move to my right. Brian Young, GMS Jeff Smith, David Leone, Russell Marcier, Jeff Roman, Ryan Thomas. </w:t>
      </w:r>
    </w:p>
    <w:p>
      <w:r>
        <w:t xml:space="preserve">(Speaker B)  I have back spa with us as well as Jeff Kane with Pine Lake. All right, first up, we do have supervisor requests and audience comments. Any supervisor requests at this time. </w:t>
      </w:r>
    </w:p>
    <w:p>
      <w:r>
        <w:t xml:space="preserve">(Speaker A)  Thanks. If I fit in your notes, it's been probably close to two months. When they said three weeks is done, </w:t>
      </w:r>
    </w:p>
    <w:p>
      <w:r>
        <w:t xml:space="preserve">(Speaker C)  I follow up. I think they're doing their saying, yeah, wait till us. </w:t>
      </w:r>
    </w:p>
    <w:p>
      <w:r>
        <w:t xml:space="preserve">(Speaker B)  Wait for us to follow up until the end. </w:t>
      </w:r>
    </w:p>
    <w:p>
      <w:r>
        <w:t xml:space="preserve">(Speaker A)  They're supposed to get back to us for the roads. Okay. They're supposed to get back to us. On the last attorney call, they said they would, you know, do the warranty and give them three weeks. So they get out here, evaluate and all that. It's been two months. Typical. Yeah, I'll follow this car with all the attorneys and all the BS again. So they're gonna. They're supposed to lay out a plan that needs to be gone through very, very well. I mean, yeah, we got bdi. Whoever wants to man that. </w:t>
      </w:r>
    </w:p>
    <w:p>
      <w:r>
        <w:t xml:space="preserve">(Speaker C)  Exactly. </w:t>
      </w:r>
    </w:p>
    <w:p>
      <w:r>
        <w:t xml:space="preserve">(Speaker B)  We'll get that situated. </w:t>
      </w:r>
    </w:p>
    <w:p>
      <w:r>
        <w:t xml:space="preserve">(Speaker A)  Who has Malibu Realm in the circuits. </w:t>
      </w:r>
    </w:p>
    <w:p>
      <w:r>
        <w:t xml:space="preserve">(Speaker D)  I was resident </w:t>
      </w:r>
    </w:p>
    <w:p>
      <w:r>
        <w:t xml:space="preserve">(Speaker C)  drinking here. Seriously? </w:t>
      </w:r>
    </w:p>
    <w:p>
      <w:r>
        <w:t xml:space="preserve">(Speaker D)  Well, that. They had water? No, they had a bartender and sent in like, the stuff for him, but then they left that branch, so I wasn't sure. </w:t>
      </w:r>
    </w:p>
    <w:p>
      <w:r>
        <w:t xml:space="preserve">(Speaker B)  Alcohol? I don't have to look through your policies. Okay, yeah, we'll figure that out. All right, moving on. We do have no resident comments. I see nothing from you. </w:t>
      </w:r>
    </w:p>
    <w:p>
      <w:r>
        <w:t xml:space="preserve">(Speaker A)  Okay, so you don't want to make one? </w:t>
      </w:r>
    </w:p>
    <w:p>
      <w:r>
        <w:t xml:space="preserve">(Speaker C)  Nope. </w:t>
      </w:r>
    </w:p>
    <w:p>
      <w:r>
        <w:t xml:space="preserve">(Speaker A)  You're only resident for another little bit </w:t>
      </w:r>
    </w:p>
    <w:p>
      <w:r>
        <w:t xml:space="preserve">(Speaker B)  and no one on the zoom. So we'll go ahead and move on to approval of the August 17, 2020. 2026 meeting minutes. Any. Any edits that anyone saw? If not just looking for a motion to approve. </w:t>
      </w:r>
    </w:p>
    <w:p>
      <w:r>
        <w:t xml:space="preserve">(Speaker A)  Motion to approve. </w:t>
      </w:r>
    </w:p>
    <w:p>
      <w:r>
        <w:t xml:space="preserve">(Speaker B)  Motion from David. </w:t>
      </w:r>
    </w:p>
    <w:p>
      <w:r>
        <w:t xml:space="preserve">(Speaker A)  Second. </w:t>
      </w:r>
    </w:p>
    <w:p>
      <w:r>
        <w:t xml:space="preserve">(Speaker B)  Second from Jeff. All in favor? </w:t>
      </w:r>
    </w:p>
    <w:p>
      <w:r>
        <w:t xml:space="preserve">(Speaker C)  All right, motion passes. Five to zero. </w:t>
      </w:r>
    </w:p>
    <w:p>
      <w:r>
        <w:t xml:space="preserve">(Speaker B)  Next up, we do have staff reports. First up, you have your aquatic maintenance. Again, didn't get any questions prior to this. Did the board have any questions you want me to take back to Blue Water or. I'm sorry, advanced </w:t>
      </w:r>
    </w:p>
    <w:p>
      <w:r>
        <w:t xml:space="preserve">(Speaker C)  back. </w:t>
      </w:r>
    </w:p>
    <w:p>
      <w:r>
        <w:t xml:space="preserve">(Speaker B)  Anything that you wanted to report on the ponds today? </w:t>
      </w:r>
    </w:p>
    <w:p>
      <w:r>
        <w:t xml:space="preserve">(Speaker D)  They're just getting a lot of grass clippings, so they just want to make sure. Because they just want to Prevent algae bloom. </w:t>
      </w:r>
    </w:p>
    <w:p>
      <w:r>
        <w:t xml:space="preserve">(Speaker C)  Yeah. </w:t>
      </w:r>
    </w:p>
    <w:p>
      <w:r>
        <w:t xml:space="preserve">(Speaker D)  But I know it's hard. </w:t>
      </w:r>
    </w:p>
    <w:p>
      <w:r>
        <w:t xml:space="preserve">(Speaker C)  Yeah. Hey. </w:t>
      </w:r>
    </w:p>
    <w:p>
      <w:r>
        <w:t xml:space="preserve">(Speaker A)  I'm more. I'm happier that they're feeding me around. </w:t>
      </w:r>
    </w:p>
    <w:p>
      <w:r>
        <w:t xml:space="preserve">(Speaker C)  Yeah. </w:t>
      </w:r>
    </w:p>
    <w:p>
      <w:r>
        <w:t xml:space="preserve">(Speaker A)  Yeah. </w:t>
      </w:r>
    </w:p>
    <w:p>
      <w:r>
        <w:t xml:space="preserve">(Speaker C)  So </w:t>
      </w:r>
    </w:p>
    <w:p>
      <w:r>
        <w:t xml:space="preserve">(Speaker B)  they're going in the pond or going in someone's backyard. It's one of them or not. We eating them. Yeah. Yeah. </w:t>
      </w:r>
    </w:p>
    <w:p>
      <w:r>
        <w:t xml:space="preserve">(Speaker A)  I don't think that's an issue. </w:t>
      </w:r>
    </w:p>
    <w:p>
      <w:r>
        <w:t xml:space="preserve">(Speaker B)  Which was a big change. </w:t>
      </w:r>
    </w:p>
    <w:p>
      <w:r>
        <w:t xml:space="preserve">(Speaker C)  We're trying to stick to. </w:t>
      </w:r>
    </w:p>
    <w:p>
      <w:r>
        <w:t xml:space="preserve">(Speaker A)  You can't go counterclockwise on every single pawn. </w:t>
      </w:r>
    </w:p>
    <w:p>
      <w:r>
        <w:t xml:space="preserve">(Speaker C)  Well, we also use closed decks and all pawns for that exact reason. We don't have any open decking. </w:t>
      </w:r>
    </w:p>
    <w:p>
      <w:r>
        <w:t xml:space="preserve">(Speaker A)  Yeah. It's just. </w:t>
      </w:r>
    </w:p>
    <w:p>
      <w:r>
        <w:t xml:space="preserve">(Speaker B)  So nothing's even kicking into there. </w:t>
      </w:r>
    </w:p>
    <w:p>
      <w:r>
        <w:t xml:space="preserve">(Speaker A)  We have. </w:t>
      </w:r>
    </w:p>
    <w:p>
      <w:r>
        <w:t xml:space="preserve">(Speaker C)  When I came in is more beating the pawns. </w:t>
      </w:r>
    </w:p>
    <w:p>
      <w:r>
        <w:t xml:space="preserve">(Speaker A)  Yeah. </w:t>
      </w:r>
    </w:p>
    <w:p>
      <w:r>
        <w:t xml:space="preserve">(Speaker C)  So we started weeding them, and now. And now it's grass moving. </w:t>
      </w:r>
    </w:p>
    <w:p>
      <w:r>
        <w:t xml:space="preserve">(Speaker A)  So it's summertime. So it grows faster. Yeah, exactly. I didn't see anything. I live on a farm, and I don't see anything. </w:t>
      </w:r>
    </w:p>
    <w:p>
      <w:r>
        <w:t xml:space="preserve">(Speaker E)  Yeah. </w:t>
      </w:r>
    </w:p>
    <w:p>
      <w:r>
        <w:t xml:space="preserve">(Speaker D)  The only thing I heard. Advantage. </w:t>
      </w:r>
    </w:p>
    <w:p>
      <w:r>
        <w:t xml:space="preserve">(Speaker B)  I live on pond six, and I </w:t>
      </w:r>
    </w:p>
    <w:p>
      <w:r>
        <w:t xml:space="preserve">(Speaker A)  noticed even the last one, they. </w:t>
      </w:r>
    </w:p>
    <w:p>
      <w:r>
        <w:t xml:space="preserve">(Speaker C)  They book it and not everything's getting cut. Okay. You can adjust that. </w:t>
      </w:r>
    </w:p>
    <w:p>
      <w:r>
        <w:t xml:space="preserve">(Speaker A)  Yeah. They're. They're cranking pretty hard. </w:t>
      </w:r>
    </w:p>
    <w:p>
      <w:r>
        <w:t xml:space="preserve">(Speaker C)  Okay. I pushed them hard. I can slow them down. </w:t>
      </w:r>
    </w:p>
    <w:p>
      <w:r>
        <w:t xml:space="preserve">(Speaker A)  And they're still. They. They only edged a few times. They. They still miss the edging. </w:t>
      </w:r>
    </w:p>
    <w:p>
      <w:r>
        <w:t xml:space="preserve">(Speaker C)  Just so you guys aware, starting next week, you're going to have a different crew. </w:t>
      </w:r>
    </w:p>
    <w:p>
      <w:r>
        <w:t xml:space="preserve">(Speaker A)  Okay. </w:t>
      </w:r>
    </w:p>
    <w:p>
      <w:r>
        <w:t xml:space="preserve">(Speaker C)  Because this crew made improvements, but I'm just still not happy with what I'm saying. I'm sa. With. </w:t>
      </w:r>
    </w:p>
    <w:p>
      <w:r>
        <w:t xml:space="preserve">(Speaker B)  With that. We have the landscape manager deck, so I don't. </w:t>
      </w:r>
    </w:p>
    <w:p>
      <w:r>
        <w:t xml:space="preserve">(Speaker C)  Do you want to just go over all that? </w:t>
      </w:r>
    </w:p>
    <w:p>
      <w:r>
        <w:t xml:space="preserve">(Speaker E)  Yeah. </w:t>
      </w:r>
    </w:p>
    <w:p>
      <w:r>
        <w:t xml:space="preserve">(Speaker D)  Yeah. </w:t>
      </w:r>
    </w:p>
    <w:p>
      <w:r>
        <w:t xml:space="preserve">(Speaker A)  So we don't kind of. </w:t>
      </w:r>
    </w:p>
    <w:p>
      <w:r>
        <w:t xml:space="preserve">(Speaker C)  So slow season, which gives me opportunity to shuffle the deck a little bit to get you guys some better people out here. Eric Zander came into the situation with me. I asked him to do a lot to get caught up and kind of get you guys back to where we need to be. And he's made significant changes, but I don't think he's going to be the person going forward. So we're going to shift him off. We're going to get you a new proof with some people that are more used to doing properties like this, so we should mitigate complaints, and that should be pretty much standard from there. </w:t>
      </w:r>
    </w:p>
    <w:p>
      <w:r>
        <w:t xml:space="preserve">(Speaker A)  Yeah. They miss stuff still and all that, so. Yeah. </w:t>
      </w:r>
    </w:p>
    <w:p>
      <w:r>
        <w:t xml:space="preserve">(Speaker C)  Yeah. And I have to constantly drive them on a set of extra days. Seven Fridays. And it's something that I don't typically have time to do, so change the property. </w:t>
      </w:r>
    </w:p>
    <w:p>
      <w:r>
        <w:t xml:space="preserve">(Speaker A)  We don't like Move roads or anything? No, no. </w:t>
      </w:r>
    </w:p>
    <w:p>
      <w:r>
        <w:t xml:space="preserve">(Speaker C)  That's the thing too is I ask them to do something new and they forget about their I asked him to do last week. So the end of the day we're just going to shift somebody else in here and get you guys better service. Annuals are going to be installed tomorrow. So up at the front we're going to do that. </w:t>
      </w:r>
    </w:p>
    <w:p>
      <w:r>
        <w:t xml:space="preserve">(Speaker D)  We. </w:t>
      </w:r>
    </w:p>
    <w:p>
      <w:r>
        <w:t xml:space="preserve">(Speaker C)  We hand pulled the weeds last week so could spray them. But you should have the delivery truck not should I just confirmed it like five minutes ago. He's going to be here tomorrow to install your annuals. Awesome. Trying to think. I did send in my notes. Basically the punch list for the. For the month we're working on Torpedo grass coming back like crazy for the rain. We treated Hawthorne last week. We're going to treat cipher side of things this week and then it's gonna be another six weeks before we treat again because we don't want to kill any of your plant material. Other than that, if you guys have anything for me. I saw the where the top parts for underground. </w:t>
      </w:r>
    </w:p>
    <w:p>
      <w:r>
        <w:t xml:space="preserve">(Speaker A)  Oh yeah, yeah. </w:t>
      </w:r>
    </w:p>
    <w:p>
      <w:r>
        <w:t xml:space="preserve">(Speaker C)  We talked about that last week. So we were going to talk about tonight. If you guys want I try to lift it up but if it continues to happen you're just going to go right back to where it was. </w:t>
      </w:r>
    </w:p>
    <w:p>
      <w:r>
        <w:t xml:space="preserve">(Speaker A)  Is that. Was that our officer or was that Steve River? Yeah. </w:t>
      </w:r>
    </w:p>
    <w:p>
      <w:r>
        <w:t xml:space="preserve">(Speaker C)  They're ready. </w:t>
      </w:r>
    </w:p>
    <w:p>
      <w:r>
        <w:t xml:space="preserve">(Speaker A)  Let the school know that they're hurting the turf. </w:t>
      </w:r>
    </w:p>
    <w:p>
      <w:r>
        <w:t xml:space="preserve">(Speaker D)  I called the principal and left a voicemail. </w:t>
      </w:r>
    </w:p>
    <w:p>
      <w:r>
        <w:t xml:space="preserve">(Speaker B)  Is that the same school that. </w:t>
      </w:r>
    </w:p>
    <w:p>
      <w:r>
        <w:t xml:space="preserve">(Speaker D)  No. </w:t>
      </w:r>
    </w:p>
    <w:p>
      <w:r>
        <w:t xml:space="preserve">(Speaker B)  Is it a different school? </w:t>
      </w:r>
    </w:p>
    <w:p>
      <w:r>
        <w:t xml:space="preserve">(Speaker C)  New River? </w:t>
      </w:r>
    </w:p>
    <w:p>
      <w:r>
        <w:t xml:space="preserve">(Speaker A)  No. Okay, so it's parking on the median and if it's just rain they just </w:t>
      </w:r>
    </w:p>
    <w:p>
      <w:r>
        <w:t xml:space="preserve">(Speaker C)  sink into the ground. </w:t>
      </w:r>
    </w:p>
    <w:p>
      <w:r>
        <w:t xml:space="preserve">(Speaker A)  They drive over the nano sprinklers too </w:t>
      </w:r>
    </w:p>
    <w:p>
      <w:r>
        <w:t xml:space="preserve">(Speaker C)  that we've lifted it twice now and then I called back on last week because it just keeps happening. </w:t>
      </w:r>
    </w:p>
    <w:p>
      <w:r>
        <w:t xml:space="preserve">(Speaker B)  It probably it might be a better idea to reach out to the off duty because I'm sure that's an off duty officer there. I would assume it has to be. So I think we just work with our off duty representatives first, see if they can help us out and then from there we just go directly to the school. But I think off duty would probably be a faster. </w:t>
      </w:r>
    </w:p>
    <w:p>
      <w:r>
        <w:t xml:space="preserve">(Speaker A)  Hey we love the fact they're there. It's just. </w:t>
      </w:r>
    </w:p>
    <w:p>
      <w:r>
        <w:t xml:space="preserve">(Speaker D)  Yeah </w:t>
      </w:r>
    </w:p>
    <w:p>
      <w:r>
        <w:t xml:space="preserve">(Speaker C)  we look bad roads this past week it was probably like 6 8. That's what I called. I was mad. The other ones weren't as bad. I'm like who the hell is parking? Yeah, that was a suburban. </w:t>
      </w:r>
    </w:p>
    <w:p>
      <w:r>
        <w:t xml:space="preserve">(Speaker A)  Suburban. </w:t>
      </w:r>
    </w:p>
    <w:p>
      <w:r>
        <w:t xml:space="preserve">(Speaker B)  I did get an email from the APW group today Jeff, regarding Let's see here. That end area that we keep seem. Seeming to miss. I know. It was like, added to the scope. </w:t>
      </w:r>
    </w:p>
    <w:p>
      <w:r>
        <w:t xml:space="preserve">(Speaker A)  I don't know. </w:t>
      </w:r>
    </w:p>
    <w:p>
      <w:r>
        <w:t xml:space="preserve">(Speaker B)  I got some pictures here if you </w:t>
      </w:r>
    </w:p>
    <w:p>
      <w:r>
        <w:t xml:space="preserve">(Speaker C)  wanted to come take. I didn't want to bring that one up. I talked to Beck about that earlier today. Shutting that time problem because we were able to mow it week prior. And there was standing water. Oh, wow. Because they were running every day. Oh, wow. Every day in some zones are for like 45 minutes with the raids. Okay. </w:t>
      </w:r>
    </w:p>
    <w:p>
      <w:r>
        <w:t xml:space="preserve">(Speaker A)  So we got weeds growing and all that crap. </w:t>
      </w:r>
    </w:p>
    <w:p>
      <w:r>
        <w:t xml:space="preserve">(Speaker C)  Well, it's all sedge now. That's the issue. So the term is chlorotic. They're standing water. We mow what we could last week, but I'm killing the clock for at least two weeks out there just to get it to dry up. </w:t>
      </w:r>
    </w:p>
    <w:p>
      <w:r>
        <w:t xml:space="preserve">(Speaker A)  Got it. </w:t>
      </w:r>
    </w:p>
    <w:p>
      <w:r>
        <w:t xml:space="preserve">(Speaker B)  Okay. They're asking so bad. Yeah, they're. They're asking for a remedy this week. So if you could send me an email just based on that. </w:t>
      </w:r>
    </w:p>
    <w:p>
      <w:r>
        <w:t xml:space="preserve">(Speaker C)  Yeah, this is why we aren't doing it. </w:t>
      </w:r>
    </w:p>
    <w:p>
      <w:r>
        <w:t xml:space="preserve">(Speaker A)  It's been. </w:t>
      </w:r>
    </w:p>
    <w:p>
      <w:r>
        <w:t xml:space="preserve">(Speaker C)  Yeah. </w:t>
      </w:r>
    </w:p>
    <w:p>
      <w:r>
        <w:t xml:space="preserve">(Speaker B)  And I'll get that over to them. </w:t>
      </w:r>
    </w:p>
    <w:p>
      <w:r>
        <w:t xml:space="preserve">(Speaker C)  So I just turned the clock off because it had been. I think it was last week and the week prior where my guys were texting me saying, sprinklers are on like 9, 30, 10 o' clock in the morning. And we did the irrigation inspection and this most recent one, because the first one I had to dial back in time. Most recent one, they cranked it up </w:t>
      </w:r>
    </w:p>
    <w:p>
      <w:r>
        <w:t xml:space="preserve">(Speaker A)  like, who's getting in there doing it? </w:t>
      </w:r>
    </w:p>
    <w:p>
      <w:r>
        <w:t xml:space="preserve">(Speaker C)  So the option is I go put a lock on it so we can mess with it. </w:t>
      </w:r>
    </w:p>
    <w:p>
      <w:r>
        <w:t xml:space="preserve">(Speaker A)  Yeah. </w:t>
      </w:r>
    </w:p>
    <w:p>
      <w:r>
        <w:t xml:space="preserve">(Speaker C)  To you guys. Is that Stanley Martin? </w:t>
      </w:r>
    </w:p>
    <w:p>
      <w:r>
        <w:t xml:space="preserve">(Speaker A)  Yeah. Okay. </w:t>
      </w:r>
    </w:p>
    <w:p>
      <w:r>
        <w:t xml:space="preserve">(Speaker C)  Yeah. Because I didn't have notes for that. And then literally check watering times for Salem. Yeah. So they, they. Somebody came back in. And it happens a lot. New developments. GCs come in and they'll check the clock. And if they're not happy with what we've adjusted, they crank it back, lock them out. So we'll lock it back up. We'll get you guys a code. And then I paused on that pond thing until the. The clearing, until I heard from you, because I don't know who's. I don't know who to listen to. So I work for you guys. So I. I paused. So basically, the way that, that we </w:t>
      </w:r>
    </w:p>
    <w:p>
      <w:r>
        <w:t xml:space="preserve">(Speaker B)  see it and what I saw on the maps is leading up to those ponds. </w:t>
      </w:r>
    </w:p>
    <w:p>
      <w:r>
        <w:t xml:space="preserve">(Speaker C)  It's still under their jurisdiction, so they </w:t>
      </w:r>
    </w:p>
    <w:p>
      <w:r>
        <w:t xml:space="preserve">(Speaker B)  should cut us a pathway to get to the ponds that they deeded over to us so that we can take care of them. </w:t>
      </w:r>
    </w:p>
    <w:p>
      <w:r>
        <w:t xml:space="preserve">(Speaker C)  Right. </w:t>
      </w:r>
    </w:p>
    <w:p>
      <w:r>
        <w:t xml:space="preserve">(Speaker B)  So I think it's the. The district's position at least bush hog a pathway back there. So that one, you guys can get </w:t>
      </w:r>
    </w:p>
    <w:p>
      <w:r>
        <w:t xml:space="preserve">(Speaker C)  back there to take care of it, do our bodies better and get back there and take care of it. </w:t>
      </w:r>
    </w:p>
    <w:p>
      <w:r>
        <w:t xml:space="preserve">(Speaker B)  So if I need to get a little bit more involved in that and talk to Eric about that, I will. </w:t>
      </w:r>
    </w:p>
    <w:p>
      <w:r>
        <w:t xml:space="preserve">(Speaker C)  So the only thing for us, we don't. We don't do a contract. So we don't. We couldn't do that for him. </w:t>
      </w:r>
    </w:p>
    <w:p>
      <w:r>
        <w:t xml:space="preserve">(Speaker B)  Oh, so. Oh, you're not contracted with him at all. </w:t>
      </w:r>
    </w:p>
    <w:p>
      <w:r>
        <w:t xml:space="preserve">(Speaker C)  He made it sound like you were. No, we had no. So I think they are. </w:t>
      </w:r>
    </w:p>
    <w:p>
      <w:r>
        <w:t xml:space="preserve">(Speaker B)  Yeah, he thinks. </w:t>
      </w:r>
    </w:p>
    <w:p>
      <w:r>
        <w:t xml:space="preserve">(Speaker A)  Yeah. Well, so I told you, don't answer anymore. We've told him. We told him, stop, stop. An email. </w:t>
      </w:r>
    </w:p>
    <w:p>
      <w:r>
        <w:t xml:space="preserve">(Speaker C)  Yeah. I take orders from you guys. So I backed off from it. But that being said, I'm not. We're not doing anything because we have no contracts to hold with them. </w:t>
      </w:r>
    </w:p>
    <w:p>
      <w:r>
        <w:t xml:space="preserve">(Speaker B)  That makes a lot more sense. </w:t>
      </w:r>
    </w:p>
    <w:p>
      <w:r>
        <w:t xml:space="preserve">(Speaker C)  So if you guys tell us to go do it, we'll do it. If not, it'll stand us. Yeah. </w:t>
      </w:r>
    </w:p>
    <w:p>
      <w:r>
        <w:t xml:space="preserve">(Speaker A)  He tends to send some interesting emails. </w:t>
      </w:r>
    </w:p>
    <w:p>
      <w:r>
        <w:t xml:space="preserve">(Speaker E)  Can I get a confirmation of which pond this is for? </w:t>
      </w:r>
    </w:p>
    <w:p>
      <w:r>
        <w:t xml:space="preserve">(Speaker B)  They are ponds. </w:t>
      </w:r>
    </w:p>
    <w:p>
      <w:r>
        <w:t xml:space="preserve">(Speaker C)  They shed. </w:t>
      </w:r>
    </w:p>
    <w:p>
      <w:r>
        <w:t xml:space="preserve">(Speaker B)  Hold on. They're probably a little too much here. </w:t>
      </w:r>
    </w:p>
    <w:p>
      <w:r>
        <w:t xml:space="preserve">(Speaker A)  It's the left side. If you look at the new map for the Stanley Martin area heading towards the school, it's the left side. There's three ponds there. Well, four ponds and there's no. There's no road yet or anything, so it's all overgrown and we can't get back there. </w:t>
      </w:r>
    </w:p>
    <w:p>
      <w:r>
        <w:t xml:space="preserve">(Speaker E)  What are the number of ponds based on? </w:t>
      </w:r>
    </w:p>
    <w:p>
      <w:r>
        <w:t xml:space="preserve">(Speaker B)  Yeah, I'm looking at it. Looking at it. </w:t>
      </w:r>
    </w:p>
    <w:p>
      <w:r>
        <w:t xml:space="preserve">(Speaker C)  Let's see, one second here. </w:t>
      </w:r>
    </w:p>
    <w:p>
      <w:r>
        <w:t xml:space="preserve">(Speaker A)  They also have an outflow that fell off that we need to find out. They need to fix that, otherwise we're going to be stuck with it and that's expensive. Back. </w:t>
      </w:r>
    </w:p>
    <w:p>
      <w:r>
        <w:t xml:space="preserve">(Speaker B)  Can you come help me with this real quick? </w:t>
      </w:r>
    </w:p>
    <w:p>
      <w:r>
        <w:t xml:space="preserve">(Speaker C)  Which is it? 18, 19, 20. I just do. Yeah, I think. I think it's 18, 19, 20. </w:t>
      </w:r>
    </w:p>
    <w:p>
      <w:r>
        <w:t xml:space="preserve">(Speaker A)  Is it where they have houses or </w:t>
      </w:r>
    </w:p>
    <w:p>
      <w:r>
        <w:t xml:space="preserve">(Speaker C)  across the street groceries on the side of the road? So it's these over here that would </w:t>
      </w:r>
    </w:p>
    <w:p>
      <w:r>
        <w:t xml:space="preserve">(Speaker D)  be 18, </w:t>
      </w:r>
    </w:p>
    <w:p>
      <w:r>
        <w:t xml:space="preserve">(Speaker A)  not these. </w:t>
      </w:r>
    </w:p>
    <w:p>
      <w:r>
        <w:t xml:space="preserve">(Speaker B)  24 and 23. </w:t>
      </w:r>
    </w:p>
    <w:p>
      <w:r>
        <w:t xml:space="preserve">(Speaker C)  Right. </w:t>
      </w:r>
    </w:p>
    <w:p>
      <w:r>
        <w:t xml:space="preserve">(Speaker D)  Can I see this? It's 25, 24, 23, 22. So it's 21 through 25, right? </w:t>
      </w:r>
    </w:p>
    <w:p>
      <w:r>
        <w:t xml:space="preserve">(Speaker E)  I think we're taking care of those yet. Where did we. Where's the responsibility agreement for that? </w:t>
      </w:r>
    </w:p>
    <w:p>
      <w:r>
        <w:t xml:space="preserve">(Speaker D)  It's 21 through 25, right? </w:t>
      </w:r>
    </w:p>
    <w:p>
      <w:r>
        <w:t xml:space="preserve">(Speaker B)  I see it right now. Yeah. 21 through 45. </w:t>
      </w:r>
    </w:p>
    <w:p>
      <w:r>
        <w:t xml:space="preserve">(Speaker A)  And we got our quote, and they're doing it. The problem is to get to them. There's no roads, so they haven't developed that area yet. And it's just overgrown like six. </w:t>
      </w:r>
    </w:p>
    <w:p>
      <w:r>
        <w:t xml:space="preserve">(Speaker E)  My question, though, is where is the agreement that states were responsible for mowing that area? </w:t>
      </w:r>
    </w:p>
    <w:p>
      <w:r>
        <w:t xml:space="preserve">(Speaker B)  This was of a VAC directive. The back was working. This happened almost as soon as I took over the district. So I'll have to Look, I don't have that answer right off the top of my head, Lindsay, if I'm honest. </w:t>
      </w:r>
    </w:p>
    <w:p>
      <w:r>
        <w:t xml:space="preserve">(Speaker A)  We signed it. It was. They turned all that over to us when it was. </w:t>
      </w:r>
    </w:p>
    <w:p>
      <w:r>
        <w:t xml:space="preserve">(Speaker B)  Yeah, I remember. </w:t>
      </w:r>
    </w:p>
    <w:p>
      <w:r>
        <w:t xml:space="preserve">(Speaker A)  Yeah. Yeah. </w:t>
      </w:r>
    </w:p>
    <w:p>
      <w:r>
        <w:t xml:space="preserve">(Speaker C)  Well. </w:t>
      </w:r>
    </w:p>
    <w:p>
      <w:r>
        <w:t xml:space="preserve">(Speaker E)  Well, that's the thing I haven't been able to see. When you say they turned it all over to us. </w:t>
      </w:r>
    </w:p>
    <w:p>
      <w:r>
        <w:t xml:space="preserve">(Speaker B)  Well, yeah, I think that's what I'm trying to tell you, Lindsay, is I don't know where exactly that agreement is at this. At this very moment, but I'm sure if I. I can find it, I can. </w:t>
      </w:r>
    </w:p>
    <w:p>
      <w:r>
        <w:t xml:space="preserve">(Speaker C)  I can get it to you. </w:t>
      </w:r>
    </w:p>
    <w:p>
      <w:r>
        <w:t xml:space="preserve">(Speaker E)  Okay. Because if this has to do. Yeah, if it has to do with the common area maintenance funding from July with the. </w:t>
      </w:r>
    </w:p>
    <w:p>
      <w:r>
        <w:t xml:space="preserve">(Speaker B)  I think that was for. I think that was more for parcel E2, wasn't it? Yeah, parcel E2 was July. This was a little bit before that. </w:t>
      </w:r>
    </w:p>
    <w:p>
      <w:r>
        <w:t xml:space="preserve">(Speaker E)  Okay. Because I just. I did not see anything in the public records relating to easements or anything for the district to get on the unplotted property of cyx. </w:t>
      </w:r>
    </w:p>
    <w:p>
      <w:r>
        <w:t xml:space="preserve">(Speaker C)  Got it. </w:t>
      </w:r>
    </w:p>
    <w:p>
      <w:r>
        <w:t xml:space="preserve">(Speaker B)  Okay. </w:t>
      </w:r>
    </w:p>
    <w:p>
      <w:r>
        <w:t xml:space="preserve">(Speaker E)  So. </w:t>
      </w:r>
    </w:p>
    <w:p>
      <w:r>
        <w:t xml:space="preserve">(Speaker B)  So it might not even be our responsibility yet. </w:t>
      </w:r>
    </w:p>
    <w:p>
      <w:r>
        <w:t xml:space="preserve">(Speaker E)  Correct. </w:t>
      </w:r>
    </w:p>
    <w:p>
      <w:r>
        <w:t xml:space="preserve">(Speaker D)  But think may exist. </w:t>
      </w:r>
    </w:p>
    <w:p>
      <w:r>
        <w:t xml:space="preserve">(Speaker A)  Okay, Hans are our responsibility, but I don't remember an easement being drawn up. </w:t>
      </w:r>
    </w:p>
    <w:p>
      <w:r>
        <w:t xml:space="preserve">(Speaker C)  Right. </w:t>
      </w:r>
    </w:p>
    <w:p>
      <w:r>
        <w:t xml:space="preserve">(Speaker A)  You're supposed to have roads and all that kind of stuff, so </w:t>
      </w:r>
    </w:p>
    <w:p>
      <w:r>
        <w:t xml:space="preserve">(Speaker E)  might be later on. But I just haven't seen like, we have a dedication in a plat to the CDD for the pond south of Avalon Park Boulevard there in the phase one. I just haven't seen for the north side that there's been any type of dedication or conveyance or anything, so. But we can get together offline. </w:t>
      </w:r>
    </w:p>
    <w:p>
      <w:r>
        <w:t xml:space="preserve">(Speaker A)  Look in my email. Well, it's on still tonight or tomorrow. </w:t>
      </w:r>
    </w:p>
    <w:p>
      <w:r>
        <w:t xml:space="preserve">(Speaker B)  Oh, it'll still be on. </w:t>
      </w:r>
    </w:p>
    <w:p>
      <w:r>
        <w:t xml:space="preserve">(Speaker C)  Yeah. They don't know about yet, so. </w:t>
      </w:r>
    </w:p>
    <w:p>
      <w:r>
        <w:t xml:space="preserve">(Speaker A)  Okay. </w:t>
      </w:r>
    </w:p>
    <w:p>
      <w:r>
        <w:t xml:space="preserve">(Speaker B)  Yeah, we'll figure that out. </w:t>
      </w:r>
    </w:p>
    <w:p>
      <w:r>
        <w:t xml:space="preserve">(Speaker A)  That's good. </w:t>
      </w:r>
    </w:p>
    <w:p>
      <w:r>
        <w:t xml:space="preserve">(Speaker B)  That's good information. So I think with that, you know, the consideration of the proposal for Avalon Phase pond cleanup, that's part of that system too. </w:t>
      </w:r>
    </w:p>
    <w:p>
      <w:r>
        <w:t xml:space="preserve">(Speaker C)  Correct. </w:t>
      </w:r>
    </w:p>
    <w:p>
      <w:r>
        <w:t xml:space="preserve">(Speaker B)  I think we can probably just table that until we get those answers. </w:t>
      </w:r>
    </w:p>
    <w:p>
      <w:r>
        <w:t xml:space="preserve">(Speaker C)  All right. </w:t>
      </w:r>
    </w:p>
    <w:p>
      <w:r>
        <w:t xml:space="preserve">(Speaker B)  Any questions for Jeff? Jeff, do you have anything else that you wanted to go over </w:t>
      </w:r>
    </w:p>
    <w:p>
      <w:r>
        <w:t xml:space="preserve">(Speaker C)  the dead plants. Southeast corner, the open field. Stanley Martin. That's that. That center area. And then cohesive way is dead plants wherever you come in. So I just didn't know if that falls on us. </w:t>
      </w:r>
    </w:p>
    <w:p>
      <w:r>
        <w:t xml:space="preserve">(Speaker A)  Is this the park? Yeah, that park is theirs. </w:t>
      </w:r>
    </w:p>
    <w:p>
      <w:r>
        <w:t xml:space="preserve">(Speaker C)  That's theirs to maintain. </w:t>
      </w:r>
    </w:p>
    <w:p>
      <w:r>
        <w:t xml:space="preserve">(Speaker A)  That whole park? Yeah. So that whole center park with the palm trees, that's it, your way. </w:t>
      </w:r>
    </w:p>
    <w:p>
      <w:r>
        <w:t xml:space="preserve">(Speaker C)  Okay. </w:t>
      </w:r>
    </w:p>
    <w:p>
      <w:r>
        <w:t xml:space="preserve">(Speaker A)  Everything else is ours. Then the. </w:t>
      </w:r>
    </w:p>
    <w:p>
      <w:r>
        <w:t xml:space="preserve">(Speaker C)  That mulch bay with palms coming in, is that ours? </w:t>
      </w:r>
    </w:p>
    <w:p>
      <w:r>
        <w:t xml:space="preserve">(Speaker A)  Is it connected to the park? </w:t>
      </w:r>
    </w:p>
    <w:p>
      <w:r>
        <w:t xml:space="preserve">(Speaker C)  No, it's immediate. That medium right there. When you're pulling it, the media. Pull in. Yeah, that center media would be pulling the model. Whatever that ground curve is there is. </w:t>
      </w:r>
    </w:p>
    <w:p>
      <w:r>
        <w:t xml:space="preserve">(Speaker A)  But it's part of that rectangle in the middle. </w:t>
      </w:r>
    </w:p>
    <w:p>
      <w:r>
        <w:t xml:space="preserve">(Speaker C)  Yes, There it is right here. </w:t>
      </w:r>
    </w:p>
    <w:p>
      <w:r>
        <w:t xml:space="preserve">(Speaker A)  Yeah, this is the park. </w:t>
      </w:r>
    </w:p>
    <w:p>
      <w:r>
        <w:t xml:space="preserve">(Speaker C)  So it's like right here when you pull in. So, like this. I didn't know if we have this here that we have to maintain that. And they maintain them. </w:t>
      </w:r>
    </w:p>
    <w:p>
      <w:r>
        <w:t xml:space="preserve">(Speaker A)  I think we just do the boulevard and around the ponds. </w:t>
      </w:r>
    </w:p>
    <w:p>
      <w:r>
        <w:t xml:space="preserve">(Speaker C)  Okay. </w:t>
      </w:r>
    </w:p>
    <w:p>
      <w:r>
        <w:t xml:space="preserve">(Speaker A)  I don't think we do anything once we get off that road. </w:t>
      </w:r>
    </w:p>
    <w:p>
      <w:r>
        <w:t xml:space="preserve">(Speaker C)  Okay. </w:t>
      </w:r>
    </w:p>
    <w:p>
      <w:r>
        <w:t xml:space="preserve">(Speaker A)  Yeah, that's ho n. Got it. </w:t>
      </w:r>
    </w:p>
    <w:p>
      <w:r>
        <w:t xml:space="preserve">(Speaker C)  Yeah. </w:t>
      </w:r>
    </w:p>
    <w:p>
      <w:r>
        <w:t xml:space="preserve">(Speaker A)  Yeah. </w:t>
      </w:r>
    </w:p>
    <w:p>
      <w:r>
        <w:t xml:space="preserve">(Speaker D)  Cool. </w:t>
      </w:r>
    </w:p>
    <w:p>
      <w:r>
        <w:t xml:space="preserve">(Speaker A)  We look at the diagram of what we're supposed to do. It's just a straight line and then the palms. Okay. </w:t>
      </w:r>
    </w:p>
    <w:p>
      <w:r>
        <w:t xml:space="preserve">(Speaker B)  And we're in the middle of creating you guys a better map that kind of dictates, shows you guys all that kind of stuff. So hopefully through that process, you guys </w:t>
      </w:r>
    </w:p>
    <w:p>
      <w:r>
        <w:t xml:space="preserve">(Speaker C)  will have a better idea of what </w:t>
      </w:r>
    </w:p>
    <w:p>
      <w:r>
        <w:t xml:space="preserve">(Speaker B)  you guys actually own and when you </w:t>
      </w:r>
    </w:p>
    <w:p>
      <w:r>
        <w:t xml:space="preserve">(Speaker C)  guys are responsible for. Yeah, the last one was cray. </w:t>
      </w:r>
    </w:p>
    <w:p>
      <w:r>
        <w:t xml:space="preserve">(Speaker A)  Yeah. Yeah. </w:t>
      </w:r>
    </w:p>
    <w:p>
      <w:r>
        <w:t xml:space="preserve">(Speaker B)  This will be literally straight. </w:t>
      </w:r>
    </w:p>
    <w:p>
      <w:r>
        <w:t xml:space="preserve">(Speaker C)  Yeah. </w:t>
      </w:r>
    </w:p>
    <w:p>
      <w:r>
        <w:t xml:space="preserve">(Speaker A)  So do you have. Do you. Was there any communication with them about that? The outflow soft. That. </w:t>
      </w:r>
    </w:p>
    <w:p>
      <w:r>
        <w:t xml:space="preserve">(Speaker B)  Yeah, I sent them that email and they. They never responded. Now they said they were going to look into it, and I think Lindsay </w:t>
      </w:r>
    </w:p>
    <w:p>
      <w:r>
        <w:t xml:space="preserve">(Speaker A)  needs to send stuff because if we don't do it soon enough, it could be out of. There's a warranty. </w:t>
      </w:r>
    </w:p>
    <w:p>
      <w:r>
        <w:t xml:space="preserve">(Speaker C)  I don't know, Right? </w:t>
      </w:r>
    </w:p>
    <w:p>
      <w:r>
        <w:t xml:space="preserve">(Speaker B)  Oh, yeah, absolutely. Yeah, we'll. </w:t>
      </w:r>
    </w:p>
    <w:p>
      <w:r>
        <w:t xml:space="preserve">(Speaker C)  We'll. </w:t>
      </w:r>
    </w:p>
    <w:p>
      <w:r>
        <w:t xml:space="preserve">(Speaker B)  I'll follow up on that as well. </w:t>
      </w:r>
    </w:p>
    <w:p>
      <w:r>
        <w:t xml:space="preserve">(Speaker A)  That's a major. Oh, yeah. </w:t>
      </w:r>
    </w:p>
    <w:p>
      <w:r>
        <w:t xml:space="preserve">(Speaker C)  They'll need heavy equipment. </w:t>
      </w:r>
    </w:p>
    <w:p>
      <w:r>
        <w:t xml:space="preserve">(Speaker B)  Yeah, that's the weird. </w:t>
      </w:r>
    </w:p>
    <w:p>
      <w:r>
        <w:t xml:space="preserve">(Speaker A)  Remember, we short ours up because they told us it was going to be like 50 to 75 grand to get a crane and pick it up. </w:t>
      </w:r>
    </w:p>
    <w:p>
      <w:r>
        <w:t xml:space="preserve">(Speaker B)  Anything else for the board here? </w:t>
      </w:r>
    </w:p>
    <w:p>
      <w:r>
        <w:t xml:space="preserve">(Speaker C)  No, as of right now, I think that's all I got. </w:t>
      </w:r>
    </w:p>
    <w:p>
      <w:r>
        <w:t xml:space="preserve">(Speaker B)  Okay. Board. Anything else for Jeff? Jeff, thank you so much. </w:t>
      </w:r>
    </w:p>
    <w:p>
      <w:r>
        <w:t xml:space="preserve">(Speaker A)  Thank you. </w:t>
      </w:r>
    </w:p>
    <w:p>
      <w:r>
        <w:t xml:space="preserve">(Speaker C)  Appreciate it, sir. </w:t>
      </w:r>
    </w:p>
    <w:p>
      <w:r>
        <w:t xml:space="preserve">(Speaker B)  All right, moving on. We do have the field manager. So back. </w:t>
      </w:r>
    </w:p>
    <w:p>
      <w:r>
        <w:t xml:space="preserve">(Speaker C)  Take it away. </w:t>
      </w:r>
    </w:p>
    <w:p>
      <w:r>
        <w:t xml:space="preserve">(Speaker D)  All right. Got a lot this week. Well this last month we were able to get the extra duty scheduling kind of updated. They're able to do four hour shifts instead of eight. </w:t>
      </w:r>
    </w:p>
    <w:p>
      <w:r>
        <w:t xml:space="preserve">(Speaker C)  We're not. </w:t>
      </w:r>
    </w:p>
    <w:p>
      <w:r>
        <w:t xml:space="preserve">(Speaker A)  I don't think they know any of this yet. So that the people the Westgate, they got a hold of us and said we never wanted the extra duty which was. </w:t>
      </w:r>
    </w:p>
    <w:p>
      <w:r>
        <w:t xml:space="preserve">(Speaker C)  Or you know, whatever. </w:t>
      </w:r>
    </w:p>
    <w:p>
      <w:r>
        <w:t xml:space="preserve">(Speaker A)  So we pushed back. There's a 30 day out. They went ahead and exercised that. We don't know if they paid us yet. </w:t>
      </w:r>
    </w:p>
    <w:p>
      <w:r>
        <w:t xml:space="preserve">(Speaker B)  They haven't yet. It was like that was in response to an invoice that we sent to them. </w:t>
      </w:r>
    </w:p>
    <w:p>
      <w:r>
        <w:t xml:space="preserve">(Speaker A)  Cancel it. </w:t>
      </w:r>
    </w:p>
    <w:p>
      <w:r>
        <w:t xml:space="preserve">(Speaker C)  Agree. </w:t>
      </w:r>
    </w:p>
    <w:p>
      <w:r>
        <w:t xml:space="preserve">(Speaker A)  Yeah. We didn't find. It's all legal. Yeah, it's legal. </w:t>
      </w:r>
    </w:p>
    <w:p>
      <w:r>
        <w:t xml:space="preserve">(Speaker B)  And they're. They're responsible for paying up until October 21st I believe is their termination. 30 day termination. So anything after that. What we did is we just reduced it down to half. </w:t>
      </w:r>
    </w:p>
    <w:p>
      <w:r>
        <w:t xml:space="preserve">(Speaker C)  Yeah. </w:t>
      </w:r>
    </w:p>
    <w:p>
      <w:r>
        <w:t xml:space="preserve">(Speaker A)  It's cost. </w:t>
      </w:r>
    </w:p>
    <w:p>
      <w:r>
        <w:t xml:space="preserve">(Speaker B)  So it's called. It's cost you guys the same use. And I don't want to say it too much because it does have to </w:t>
      </w:r>
    </w:p>
    <w:p>
      <w:r>
        <w:t xml:space="preserve">(Speaker C)  do with your security. </w:t>
      </w:r>
    </w:p>
    <w:p>
      <w:r>
        <w:t xml:space="preserve">(Speaker B)  But yeah, you guys are going to be fine. We just adjusted the hours. </w:t>
      </w:r>
    </w:p>
    <w:p>
      <w:r>
        <w:t xml:space="preserve">(Speaker C)  Yeah. </w:t>
      </w:r>
    </w:p>
    <w:p>
      <w:r>
        <w:t xml:space="preserve">(Speaker A)  I'll never be the same. They still lost a bunch of money and we just tell them not to </w:t>
      </w:r>
    </w:p>
    <w:p>
      <w:r>
        <w:t xml:space="preserve">(Speaker C)  go back in the fall. No, no. Right. </w:t>
      </w:r>
    </w:p>
    <w:p>
      <w:r>
        <w:t xml:space="preserve">(Speaker A)  It's crazy that they did that. I was blown away. </w:t>
      </w:r>
    </w:p>
    <w:p>
      <w:r>
        <w:t xml:space="preserve">(Speaker C)  Yeah. </w:t>
      </w:r>
    </w:p>
    <w:p>
      <w:r>
        <w:t xml:space="preserve">(Speaker B)  It was like the day after they received the invoice we got that from their attorney. So it was pretty swift. </w:t>
      </w:r>
    </w:p>
    <w:p>
      <w:r>
        <w:t xml:space="preserve">(Speaker A)  What's that exactly? </w:t>
      </w:r>
    </w:p>
    <w:p>
      <w:r>
        <w:t xml:space="preserve">(Speaker C)  More than we. Yeah, yeah. </w:t>
      </w:r>
    </w:p>
    <w:p>
      <w:r>
        <w:t xml:space="preserve">(Speaker A)  I mean you're talking about. They're over there too. </w:t>
      </w:r>
    </w:p>
    <w:p>
      <w:r>
        <w:t xml:space="preserve">(Speaker C)  Yeah, yeah. </w:t>
      </w:r>
    </w:p>
    <w:p>
      <w:r>
        <w:t xml:space="preserve">(Speaker D)  So I was able to speak with extra duty. Just make sure they're updated on where exactly after this takes effect. They're not supposed to be going where they are supposed to continue maintaining. Everything stays the same for us. It's just excluding. </w:t>
      </w:r>
    </w:p>
    <w:p>
      <w:r>
        <w:t xml:space="preserve">(Speaker A)  We exclude the other clubhouse which is. That's crazy for what they were spending. </w:t>
      </w:r>
    </w:p>
    <w:p>
      <w:r>
        <w:t xml:space="preserve">(Speaker B)  I think the one thing that needs </w:t>
      </w:r>
    </w:p>
    <w:p>
      <w:r>
        <w:t xml:space="preserve">(Speaker C)  it the most is. </w:t>
      </w:r>
    </w:p>
    <w:p>
      <w:r>
        <w:t xml:space="preserve">(Speaker A)  Yeah, exactly. </w:t>
      </w:r>
    </w:p>
    <w:p>
      <w:r>
        <w:t xml:space="preserve">(Speaker C)  So now where they can sit all day. </w:t>
      </w:r>
    </w:p>
    <w:p>
      <w:r>
        <w:t xml:space="preserve">(Speaker D)  And then so. And that's another point of conversation. I did touch base with the extra duty program coordinator just explained explicitly explaining what we expect from the officers that the concerns we have are not just sitting and doing visual presence. It's you know, actually monitoring for speed, actually doing trespasses and things like that. So there if anything changes and hopefully it will but if things continue to stay where it doesn't seem like they're doing a Whole lot. Then we can reevaluate it pretty quickly. </w:t>
      </w:r>
    </w:p>
    <w:p>
      <w:r>
        <w:t xml:space="preserve">(Speaker A)  Yeah, we had talked about that. Just monitor if all they're doing is sitting in the parking lot not doing anything. </w:t>
      </w:r>
    </w:p>
    <w:p>
      <w:r>
        <w:t xml:space="preserve">(Speaker C)  Yeah, </w:t>
      </w:r>
    </w:p>
    <w:p>
      <w:r>
        <w:t xml:space="preserve">(Speaker D)  but that's it. As far as extra duty. Our pool resurfacing project. I did get your guys selections and I'm just waiting on the confirmation form which I expect to have by this week considering next Thursday is their start date. So effective October 1st, which is next Thursday, the amenity center is going to be closed. We won't have anybody in the bully area. I'm going to make sure that it's locked at all times same way we did with the repairs. There's going to be a chain and combination lock that only chairman and vendor are going to have access to. Aside for myself. </w:t>
      </w:r>
    </w:p>
    <w:p>
      <w:r>
        <w:t xml:space="preserve">(Speaker A)  Is it October 1st through November 19th? Can you post </w:t>
      </w:r>
    </w:p>
    <w:p>
      <w:r>
        <w:t xml:space="preserve">(Speaker D)  and that's. That's the extended time frame that they want to. </w:t>
      </w:r>
    </w:p>
    <w:p>
      <w:r>
        <w:t xml:space="preserve">(Speaker A)  I would put. </w:t>
      </w:r>
    </w:p>
    <w:p>
      <w:r>
        <w:t xml:space="preserve">(Speaker B)  Yeah, I wouldn't put an end date on that. You don't want, you don't want to break your own promises. I would just say it's going to start and approximately take four to six weeks. We'll keep you guys updated. </w:t>
      </w:r>
    </w:p>
    <w:p>
      <w:r>
        <w:t xml:space="preserve">(Speaker C)  The pool's ready to open and then </w:t>
      </w:r>
    </w:p>
    <w:p>
      <w:r>
        <w:t xml:space="preserve">(Speaker A)  you're going to have HOA send out a blast too. </w:t>
      </w:r>
    </w:p>
    <w:p>
      <w:r>
        <w:t xml:space="preserve">(Speaker D)  Yeah. </w:t>
      </w:r>
    </w:p>
    <w:p>
      <w:r>
        <w:t xml:space="preserve">(Speaker C)  Yeah. </w:t>
      </w:r>
    </w:p>
    <w:p>
      <w:r>
        <w:t xml:space="preserve">(Speaker A)  So we'll have Facebook and October 1st for four to six weeks for pool and pickleball resurgence. </w:t>
      </w:r>
    </w:p>
    <w:p>
      <w:r>
        <w:t xml:space="preserve">(Speaker D)  Yeah. Which brings me to my next. </w:t>
      </w:r>
    </w:p>
    <w:p>
      <w:r>
        <w:t xml:space="preserve">(Speaker A)  Turn off your comments after. </w:t>
      </w:r>
    </w:p>
    <w:p>
      <w:r>
        <w:t xml:space="preserve">(Speaker C)  Oh, that was our. </w:t>
      </w:r>
    </w:p>
    <w:p>
      <w:r>
        <w:t xml:space="preserve">(Speaker A)  Actually Nicola should do it. That'll be his first decide. </w:t>
      </w:r>
    </w:p>
    <w:p>
      <w:r>
        <w:t xml:space="preserve">(Speaker D)  The pickleball court project is also going to be within the month of October. We're going to give them, you know, a week and a half to get started here and then the ball court project will start a week of October 12th and then it'll go throughout that week. We have to make sure that all irrigation is shut off completely to make sure everything's dry as. As best as it can be and of course with rain. And then they'll be doing everything on this end of the parking lot and then I'm going to have the pool vendors on the side of the park. So you may just have to shut the parking lot. </w:t>
      </w:r>
    </w:p>
    <w:p>
      <w:r>
        <w:t xml:space="preserve">(Speaker A)  I would anyways. There's nothing open. Just shut it all down. Yeah, I'm sure we'll get some honest, really good. Right Feedb and then it's done and </w:t>
      </w:r>
    </w:p>
    <w:p>
      <w:r>
        <w:t xml:space="preserve">(Speaker D)  they'll, you know, so we'll. We'll still make sure. I'm trying to make sure there's no more rental rentals in the month of October because even if we tell people, hey, don't go out to the pool area, there's no guarantee unless we're literally here watching. So there was one prior to she rented it out like way far in advance. So we do have one rental in October. </w:t>
      </w:r>
    </w:p>
    <w:p>
      <w:r>
        <w:t xml:space="preserve">(Speaker A)  Oh, you're renting it. </w:t>
      </w:r>
    </w:p>
    <w:p>
      <w:r>
        <w:t xml:space="preserve">(Speaker D)  Yeah. </w:t>
      </w:r>
    </w:p>
    <w:p>
      <w:r>
        <w:t xml:space="preserve">(Speaker A)  See, you're gonna get accused of special treatment. </w:t>
      </w:r>
    </w:p>
    <w:p>
      <w:r>
        <w:t xml:space="preserve">(Speaker C)  See, </w:t>
      </w:r>
    </w:p>
    <w:p>
      <w:r>
        <w:t xml:space="preserve">(Speaker D)  already, you know, I. I told her, I was like, here's our parameters. Very strict about it. She's good with that. As long as they stand here, we're good to go. That's the only one I'm renting out for October just to kind of keep it easy. The next thing I have is also within the month of October we potential to do the the project. We did get the proposal for that. It's $4,050. </w:t>
      </w:r>
    </w:p>
    <w:p>
      <w:r>
        <w:t xml:space="preserve">(Speaker C)  It's about right. I called my landscaper. They're same thing, right? </w:t>
      </w:r>
    </w:p>
    <w:p>
      <w:r>
        <w:t xml:space="preserve">(Speaker A)  About the same humbled bark. </w:t>
      </w:r>
    </w:p>
    <w:p>
      <w:r>
        <w:t xml:space="preserve">(Speaker D)  Yeah. And so this year we used to fall on concrete yards 3 inch depth to make sure we're in compliance with ADA. So they should be good to do somewhere in all four week scheduling. </w:t>
      </w:r>
    </w:p>
    <w:p>
      <w:r>
        <w:t xml:space="preserve">(Speaker A)  Perfect. </w:t>
      </w:r>
    </w:p>
    <w:p>
      <w:r>
        <w:t xml:space="preserve">(Speaker D)  Kind of juggle them around because if we're going to be closed anyways. So I believe this would be the meeting to approve that if they wanted to. </w:t>
      </w:r>
    </w:p>
    <w:p>
      <w:r>
        <w:t xml:space="preserve">(Speaker B)  Well, you have that on the next. So next up is consideration of American mulch and soil proposal for playwright mulch installation. You said for that. That was for $4,050. </w:t>
      </w:r>
    </w:p>
    <w:p>
      <w:r>
        <w:t xml:space="preserve">(Speaker D)  Yes. </w:t>
      </w:r>
    </w:p>
    <w:p>
      <w:r>
        <w:t xml:space="preserve">(Speaker C)  Yeah. </w:t>
      </w:r>
    </w:p>
    <w:p>
      <w:r>
        <w:t xml:space="preserve">(Speaker B)  Does anyone want to make a motion for that or. </w:t>
      </w:r>
    </w:p>
    <w:p>
      <w:r>
        <w:t xml:space="preserve">(Speaker C)  Yeah, I'll motion it. All right. </w:t>
      </w:r>
    </w:p>
    <w:p>
      <w:r>
        <w:t xml:space="preserve">(Speaker B)  First from David. </w:t>
      </w:r>
    </w:p>
    <w:p>
      <w:r>
        <w:t xml:space="preserve">(Speaker C)  What will be a generic emailing box for questions. Regards to the pool and quotes. </w:t>
      </w:r>
    </w:p>
    <w:p>
      <w:r>
        <w:t xml:space="preserve">(Speaker A)  Yeah. </w:t>
      </w:r>
    </w:p>
    <w:p>
      <w:r>
        <w:t xml:space="preserve">(Speaker B)  Mirror me or back. </w:t>
      </w:r>
    </w:p>
    <w:p>
      <w:r>
        <w:t xml:space="preserve">(Speaker C)  Yeah, no one's. </w:t>
      </w:r>
    </w:p>
    <w:p>
      <w:r>
        <w:t xml:space="preserve">(Speaker B)  Do I have a second to that motion before we second from Jeff. Any further discussion on it? No. All in favor? </w:t>
      </w:r>
    </w:p>
    <w:p>
      <w:r>
        <w:t xml:space="preserve">(Speaker A)  Let them know too. The other one's still open. Then they can jump the fence and rescue you. </w:t>
      </w:r>
    </w:p>
    <w:p>
      <w:r>
        <w:t xml:space="preserve">(Speaker B)  There'll be no police. </w:t>
      </w:r>
    </w:p>
    <w:p>
      <w:r>
        <w:t xml:space="preserve">(Speaker D)  All right. </w:t>
      </w:r>
    </w:p>
    <w:p>
      <w:r>
        <w:t xml:space="preserve">(Speaker A)  Yeah. </w:t>
      </w:r>
    </w:p>
    <w:p>
      <w:r>
        <w:t xml:space="preserve">(Speaker C)  Right. </w:t>
      </w:r>
    </w:p>
    <w:p>
      <w:r>
        <w:t xml:space="preserve">(Speaker D)  In terms of landscaping, we just hear he didn't really touch on it, but there was the fallen cypress tree we've been watching over by the elementary school for like a whole year after getting ready to go. Yeah. It's just been leaning but it finally fell. So they were able to take that care of that nurture costs. Left what they needed to leave for conservation and then took whatever was falling out and acid. </w:t>
      </w:r>
    </w:p>
    <w:p>
      <w:r>
        <w:t xml:space="preserve">(Speaker C)  Yeah. </w:t>
      </w:r>
    </w:p>
    <w:p>
      <w:r>
        <w:t xml:space="preserve">(Speaker B)  So there's one thing I want to bring up. While you mentioned conservation. </w:t>
      </w:r>
    </w:p>
    <w:p>
      <w:r>
        <w:t xml:space="preserve">(Speaker D)  Yeah. </w:t>
      </w:r>
    </w:p>
    <w:p>
      <w:r>
        <w:t xml:space="preserve">(Speaker B)  Back reached out to me with a resident who was concerned that there's an area behind it's. Like a strip of like three houses, </w:t>
      </w:r>
    </w:p>
    <w:p>
      <w:r>
        <w:t xml:space="preserve">(Speaker C)  if I remember correct. </w:t>
      </w:r>
    </w:p>
    <w:p>
      <w:r>
        <w:t xml:space="preserve">(Speaker B)  Three or four houses. That is conservation. And it seems that the CDD was taking care of it at one point, </w:t>
      </w:r>
    </w:p>
    <w:p>
      <w:r>
        <w:t xml:space="preserve">(Speaker A)  but then it's the one that's mounted again or a different one. </w:t>
      </w:r>
    </w:p>
    <w:p>
      <w:r>
        <w:t xml:space="preserve">(Speaker C)  Yeah. </w:t>
      </w:r>
    </w:p>
    <w:p>
      <w:r>
        <w:t xml:space="preserve">(Speaker B)  So when I talked to Beck about ask just some basic history, he said that at one point you guys were mowing it and then you guys stopped mowing it. And I asked why and he didn't really know why. So when I looked at the property appraisers, there is a drainage easement right in there that technically kind of means that you guys are responsible for like two or three passes in that area to kind of just maintain. So this resident's been pretty. I don't want to say aggressive, but he's followed up. </w:t>
      </w:r>
    </w:p>
    <w:p>
      <w:r>
        <w:t xml:space="preserve">(Speaker D)  Consistent. </w:t>
      </w:r>
    </w:p>
    <w:p>
      <w:r>
        <w:t xml:space="preserve">(Speaker B)  Multiple. Yeah, consistent. There you go. With what we're going to do. So I have Jeff looking into it. He was going to see if he can get back there. And it sounded like from what he said that they were just going to </w:t>
      </w:r>
    </w:p>
    <w:p>
      <w:r>
        <w:t xml:space="preserve">(Speaker C)  make the 2, 3 passes without charging or changing the scope. </w:t>
      </w:r>
    </w:p>
    <w:p>
      <w:r>
        <w:t xml:space="preserve">(Speaker B)  But wanted to give you guys that heads up. </w:t>
      </w:r>
    </w:p>
    <w:p>
      <w:r>
        <w:t xml:space="preserve">(Speaker D)  It's so the pawn on bridge. It's so if you're looking at the houses this way, the pawn's back. It goes behind the houses. And originally we stopped right where the pawn ended. And remember, Mark said, well, we don't really have like, they didn't need that as an access point. That's what Mark originally said and that's why it stopped yet. </w:t>
      </w:r>
    </w:p>
    <w:p>
      <w:r>
        <w:t xml:space="preserve">(Speaker B)  But yeah, I mean, I ran it. I ran it through Clayton Smith, who's our director of field. And his opinion was that the CDD should be responsible for like two or three passes just for the better interest of the community and for the residents </w:t>
      </w:r>
    </w:p>
    <w:p>
      <w:r>
        <w:t xml:space="preserve">(Speaker C)  to have to look back at that. </w:t>
      </w:r>
    </w:p>
    <w:p>
      <w:r>
        <w:t xml:space="preserve">(Speaker B)  So, you know, if Jeff willing to do it for free, by all means. And I'll keep that. Yeah, exactly. So that's all I wanted to interrupt you with. Sorry. </w:t>
      </w:r>
    </w:p>
    <w:p>
      <w:r>
        <w:t xml:space="preserve">(Speaker D)  Yeah. Continuing spraying for weeds. Jeff and I are going to be meeting on site together. So we literally drive in the same going out what needs to get done so that I'm not having to send him in locations and photos and like all these other things. So we're going to make sure that, like specifics are addressed going forward, including, you know, pawns, edging, convenience, all that good stuff we did have. The last time they did this field, they ran over the electrical outlet. </w:t>
      </w:r>
    </w:p>
    <w:p>
      <w:r>
        <w:t xml:space="preserve">(Speaker B)  Jesus. </w:t>
      </w:r>
    </w:p>
    <w:p>
      <w:r>
        <w:t xml:space="preserve">(Speaker A)  So they are on the struggle bus right now. </w:t>
      </w:r>
    </w:p>
    <w:p>
      <w:r>
        <w:t xml:space="preserve">(Speaker D)  So going to have our electrician who usually does all of our electrical stuff here, do that. And then they'll take the bill for it. So. And then pressure washing project was completed. All of the pool area, all of the exterior of the clubhouse as well. And then we had the sidewalks in the front done here, all the way to the road on both sides. And then now that the exterior is pressure washed, we typically touch up the doors, the exterior of the doors every year. So that's going to be coming up for us now that everything's been pressure washed. Last update I have is that our new pest control company has started. So they've already done their first treatment. Everything's looking good. We're just keeping up to date with </w:t>
      </w:r>
    </w:p>
    <w:p>
      <w:r>
        <w:t xml:space="preserve">(Speaker C)  that home forward plan. </w:t>
      </w:r>
    </w:p>
    <w:p>
      <w:r>
        <w:t xml:space="preserve">(Speaker D)  Yeah. </w:t>
      </w:r>
    </w:p>
    <w:p>
      <w:r>
        <w:t xml:space="preserve">(Speaker B)  Any questions for Beck this time? Board members, comments. </w:t>
      </w:r>
    </w:p>
    <w:p>
      <w:r>
        <w:t xml:space="preserve">(Speaker C)  All right, awesome. Thanks, Beth. </w:t>
      </w:r>
    </w:p>
    <w:p>
      <w:r>
        <w:t xml:space="preserve">(Speaker B)  Appreciate all your hard work. </w:t>
      </w:r>
    </w:p>
    <w:p>
      <w:r>
        <w:t xml:space="preserve">(Speaker A)  Always. </w:t>
      </w:r>
    </w:p>
    <w:p>
      <w:r>
        <w:t xml:space="preserve">(Speaker B)  We do have consideration here of the KML management proposal for air conditioning unit deep clean and maintenance. Is this for ongoing maintenance or is this just for the initial deep clean and all that? </w:t>
      </w:r>
    </w:p>
    <w:p>
      <w:r>
        <w:t xml:space="preserve">(Speaker D)  This is just for a one time deep clean. </w:t>
      </w:r>
    </w:p>
    <w:p>
      <w:r>
        <w:t xml:space="preserve">(Speaker C)  Okay. </w:t>
      </w:r>
    </w:p>
    <w:p>
      <w:r>
        <w:t xml:space="preserve">(Speaker D)  I wasn't able to really find any vendors who do the. The like. </w:t>
      </w:r>
    </w:p>
    <w:p>
      <w:r>
        <w:t xml:space="preserve">(Speaker C)  Oh really? </w:t>
      </w:r>
    </w:p>
    <w:p>
      <w:r>
        <w:t xml:space="preserve">(Speaker D)  Quarterly is kind of. Because I asked them if they did monthly and they said no, I asked for the quarterly. </w:t>
      </w:r>
    </w:p>
    <w:p>
      <w:r>
        <w:t xml:space="preserve">(Speaker A)  I mean, once you deep clean it </w:t>
      </w:r>
    </w:p>
    <w:p>
      <w:r>
        <w:t xml:space="preserve">(Speaker B)  and do it, whatever you guys think. Just most of our amenity centers have like a quarterly maintenance program where they come out, change filters, clean coils, all that good stuff. So. Up to you guys though. Something I always kind of recommend just </w:t>
      </w:r>
    </w:p>
    <w:p>
      <w:r>
        <w:t xml:space="preserve">(Speaker C)  so you guys don't have to worry about. </w:t>
      </w:r>
    </w:p>
    <w:p>
      <w:r>
        <w:t xml:space="preserve">(Speaker A)  It's going to blow up in a day. </w:t>
      </w:r>
    </w:p>
    <w:p>
      <w:r>
        <w:t xml:space="preserve">(Speaker C)  So does anyone or do you line? </w:t>
      </w:r>
    </w:p>
    <w:p>
      <w:r>
        <w:t xml:space="preserve">(Speaker D)  Yeah, yeah. We shot back the line. We do the exterior line. </w:t>
      </w:r>
    </w:p>
    <w:p>
      <w:r>
        <w:t xml:space="preserve">(Speaker C)  And then in here I Recommend we spend 120. Whatever. I was always vacuuming. </w:t>
      </w:r>
    </w:p>
    <w:p>
      <w:r>
        <w:t xml:space="preserve">(Speaker D)  Yeah. </w:t>
      </w:r>
    </w:p>
    <w:p>
      <w:r>
        <w:t xml:space="preserve">(Speaker C)  And I still had an issue a week ago or two weeks ago before </w:t>
      </w:r>
    </w:p>
    <w:p>
      <w:r>
        <w:t xml:space="preserve">(Speaker B)  the water almost came through the ceiling. I just vacuumed it. </w:t>
      </w:r>
    </w:p>
    <w:p>
      <w:r>
        <w:t xml:space="preserve">(Speaker C)  But the whatever was stopped was higher up. </w:t>
      </w:r>
    </w:p>
    <w:p>
      <w:r>
        <w:t xml:space="preserve">(Speaker D)  Yeah. </w:t>
      </w:r>
    </w:p>
    <w:p>
      <w:r>
        <w:t xml:space="preserve">(Speaker B)  And so I bought the thing where </w:t>
      </w:r>
    </w:p>
    <w:p>
      <w:r>
        <w:t xml:space="preserve">(Speaker C)  you literally installed it and drilled it </w:t>
      </w:r>
    </w:p>
    <w:p>
      <w:r>
        <w:t xml:space="preserve">(Speaker B)  in and it automatically releases a fluid </w:t>
      </w:r>
    </w:p>
    <w:p>
      <w:r>
        <w:t xml:space="preserve">(Speaker C)  down every once a month. </w:t>
      </w:r>
    </w:p>
    <w:p>
      <w:r>
        <w:t xml:space="preserve">(Speaker A)  Oh, yeah. </w:t>
      </w:r>
    </w:p>
    <w:p>
      <w:r>
        <w:t xml:space="preserve">(Speaker C)  I didn't want to do it. George, you need to do this. Like I did your house to the end, same issue. </w:t>
      </w:r>
    </w:p>
    <w:p>
      <w:r>
        <w:t xml:space="preserve">(Speaker B)  And I did it. </w:t>
      </w:r>
    </w:p>
    <w:p>
      <w:r>
        <w:t xml:space="preserve">(Speaker C)  And it clears that thing up. Okay. I had to wait a little bit </w:t>
      </w:r>
    </w:p>
    <w:p>
      <w:r>
        <w:t xml:space="preserve">(Speaker B)  like, you know, troubleshoot it. </w:t>
      </w:r>
    </w:p>
    <w:p>
      <w:r>
        <w:t xml:space="preserve">(Speaker A)  But apparently once it's installed, like ask Kim. </w:t>
      </w:r>
    </w:p>
    <w:p>
      <w:r>
        <w:t xml:space="preserve">(Speaker C)  No, no. </w:t>
      </w:r>
    </w:p>
    <w:p>
      <w:r>
        <w:t xml:space="preserve">(Speaker B)  It's just a whole thing we can do. </w:t>
      </w:r>
    </w:p>
    <w:p>
      <w:r>
        <w:t xml:space="preserve">(Speaker C)  I installed. </w:t>
      </w:r>
    </w:p>
    <w:p>
      <w:r>
        <w:t xml:space="preserve">(Speaker A)  Okay. </w:t>
      </w:r>
    </w:p>
    <w:p>
      <w:r>
        <w:t xml:space="preserve">(Speaker B)  You maybe buy a new bottle of </w:t>
      </w:r>
    </w:p>
    <w:p>
      <w:r>
        <w:t xml:space="preserve">(Speaker C)  something fluid or whatever for 20 to 30 every three months. </w:t>
      </w:r>
    </w:p>
    <w:p>
      <w:r>
        <w:t xml:space="preserve">(Speaker A)  Where do you plug it in? </w:t>
      </w:r>
    </w:p>
    <w:p>
      <w:r>
        <w:t xml:space="preserve">(Speaker C)  Literally above the drip line. </w:t>
      </w:r>
    </w:p>
    <w:p>
      <w:r>
        <w:t xml:space="preserve">(Speaker A)  Yeah. </w:t>
      </w:r>
    </w:p>
    <w:p>
      <w:r>
        <w:t xml:space="preserve">(Speaker D)  Okay. </w:t>
      </w:r>
    </w:p>
    <w:p>
      <w:r>
        <w:t xml:space="preserve">(Speaker A)  No, where's the electrical connect? </w:t>
      </w:r>
    </w:p>
    <w:p>
      <w:r>
        <w:t xml:space="preserve">(Speaker D)  There's medical. </w:t>
      </w:r>
    </w:p>
    <w:p>
      <w:r>
        <w:t xml:space="preserve">(Speaker C)  Oh, is that connects to wi fi. </w:t>
      </w:r>
    </w:p>
    <w:p>
      <w:r>
        <w:t xml:space="preserve">(Speaker B)  And then you'll just. </w:t>
      </w:r>
    </w:p>
    <w:p>
      <w:r>
        <w:t xml:space="preserve">(Speaker A)  Oh, yeah, look at that. </w:t>
      </w:r>
    </w:p>
    <w:p>
      <w:r>
        <w:t xml:space="preserve">(Speaker D)  Yeah. Okay. You said on default. </w:t>
      </w:r>
    </w:p>
    <w:p>
      <w:r>
        <w:t xml:space="preserve">(Speaker C)  Yeah, it's called. </w:t>
      </w:r>
    </w:p>
    <w:p>
      <w:r>
        <w:t xml:space="preserve">(Speaker D)  Yeah, it's kind of. </w:t>
      </w:r>
    </w:p>
    <w:p>
      <w:r>
        <w:t xml:space="preserve">(Speaker C)  I don't. Jordan. Jordan had that issue. Was having issue. And I was like, no. And then I had an issue and I put it in and I don't </w:t>
      </w:r>
    </w:p>
    <w:p>
      <w:r>
        <w:t xml:space="preserve">(Speaker B)  literally see any, like, you know how </w:t>
      </w:r>
    </w:p>
    <w:p>
      <w:r>
        <w:t xml:space="preserve">(Speaker C)  you can start to build. </w:t>
      </w:r>
    </w:p>
    <w:p>
      <w:r>
        <w:t xml:space="preserve">(Speaker A)  You start to see the stuff. </w:t>
      </w:r>
    </w:p>
    <w:p>
      <w:r>
        <w:t xml:space="preserve">(Speaker C)  Build it. </w:t>
      </w:r>
    </w:p>
    <w:p>
      <w:r>
        <w:t xml:space="preserve">(Speaker A)  Yeah. </w:t>
      </w:r>
    </w:p>
    <w:p>
      <w:r>
        <w:t xml:space="preserve">(Speaker C)  Clear point. So again, I have no issues. </w:t>
      </w:r>
    </w:p>
    <w:p>
      <w:r>
        <w:t xml:space="preserve">(Speaker A)  Yeah, because you got plenty issues. That thing clogs up what, once a month. </w:t>
      </w:r>
    </w:p>
    <w:p>
      <w:r>
        <w:t xml:space="preserve">(Speaker C)  Yeah. I gotta vacuum on. </w:t>
      </w:r>
    </w:p>
    <w:p>
      <w:r>
        <w:t xml:space="preserve">(Speaker A)  Yeah. Same house. </w:t>
      </w:r>
    </w:p>
    <w:p>
      <w:r>
        <w:t xml:space="preserve">(Speaker D)  I mean, we still do the vinegar. </w:t>
      </w:r>
    </w:p>
    <w:p>
      <w:r>
        <w:t xml:space="preserve">(Speaker C)  Yeah. Is this the quality for it? </w:t>
      </w:r>
    </w:p>
    <w:p>
      <w:r>
        <w:t xml:space="preserve">(Speaker D)  Yeah. </w:t>
      </w:r>
    </w:p>
    <w:p>
      <w:r>
        <w:t xml:space="preserve">(Speaker B)  So what is it? Looks like we got some pricing on this here. Did anyone have any questions on the proposal? Looks like it's for $1,275 for blower assembly and coils pulling clean, both indoor and outdoor units. New filter and dryer drain line flush with six month guarantee and refrigerant charge adjusted. It does. </w:t>
      </w:r>
    </w:p>
    <w:p>
      <w:r>
        <w:t xml:space="preserve">(Speaker A)  They're going to pull the coil out. They pull the coil, right? </w:t>
      </w:r>
    </w:p>
    <w:p>
      <w:r>
        <w:t xml:space="preserve">(Speaker B)  Yeah. </w:t>
      </w:r>
    </w:p>
    <w:p>
      <w:r>
        <w:t xml:space="preserve">(Speaker A)  It says it's a deep clean. And they don't just spray it. They actually pull. </w:t>
      </w:r>
    </w:p>
    <w:p>
      <w:r>
        <w:t xml:space="preserve">(Speaker B)  Yeah, this is. Yeah, this is going to be a deep cleanup. </w:t>
      </w:r>
    </w:p>
    <w:p>
      <w:r>
        <w:t xml:space="preserve">(Speaker A)  Yeah, they remove the coil from the unit. I've seen them do it. Yeah. Yeah. Pull the Freon out. They cut it. </w:t>
      </w:r>
    </w:p>
    <w:p>
      <w:r>
        <w:t xml:space="preserve">(Speaker D)  That was literally an iceberg this big. </w:t>
      </w:r>
    </w:p>
    <w:p>
      <w:r>
        <w:t xml:space="preserve">(Speaker A)  They dip in a tank right outside. It's pretty cool. Yeah, that. That's. Yeah, they're not spraying stuff. Okay, that's. That's a fair price for that. </w:t>
      </w:r>
    </w:p>
    <w:p>
      <w:r>
        <w:t xml:space="preserve">(Speaker B)  Okay, first three more motion motions. </w:t>
      </w:r>
    </w:p>
    <w:p>
      <w:r>
        <w:t xml:space="preserve">(Speaker C)  All right. </w:t>
      </w:r>
    </w:p>
    <w:p>
      <w:r>
        <w:t xml:space="preserve">(Speaker B)  First combine seconds of rest. All in favor? </w:t>
      </w:r>
    </w:p>
    <w:p>
      <w:r>
        <w:t xml:space="preserve">(Speaker C)  Aye. All right, motion passes. Five to zero. </w:t>
      </w:r>
    </w:p>
    <w:p>
      <w:r>
        <w:t xml:space="preserve">(Speaker B)  All right, nothing else for Becca this time. Right back. Anything else? </w:t>
      </w:r>
    </w:p>
    <w:p>
      <w:r>
        <w:t xml:space="preserve">(Speaker D)  No, sir. </w:t>
      </w:r>
    </w:p>
    <w:p>
      <w:r>
        <w:t xml:space="preserve">(Speaker B)  All right, beautiful. Next up, we do have district council. Lindsay, anything to report today? </w:t>
      </w:r>
    </w:p>
    <w:p>
      <w:r>
        <w:t xml:space="preserve">(Speaker E)  Yes, I do. So I did notice that under the engineer section is a memorandum from my office. So I'm just going to pretend it's under the district council section. </w:t>
      </w:r>
    </w:p>
    <w:p>
      <w:r>
        <w:t xml:space="preserve">(Speaker B)  I see that. Yeah. </w:t>
      </w:r>
    </w:p>
    <w:p>
      <w:r>
        <w:t xml:space="preserve">(Speaker A)  I was wondering why they're like. That's kind of odd. </w:t>
      </w:r>
    </w:p>
    <w:p>
      <w:r>
        <w:t xml:space="preserve">(Speaker E)  It's a test. It's a test for Jerry. </w:t>
      </w:r>
    </w:p>
    <w:p>
      <w:r>
        <w:t xml:space="preserve">(Speaker C)  Yes. </w:t>
      </w:r>
    </w:p>
    <w:p>
      <w:r>
        <w:t xml:space="preserve">(Speaker E)  Yeah, the memo. It's just an informative item here. It's one of the bills that passed in the recent session by the legislature. It is going to be a requirement now for districts to allow electronic payments when before it used to Be discretionary. It goes into effect January 1st of 2027. So we are working with your district management team to make sure that we have that in place in time for when it becomes effective next year. So if you're. If you have any questions, feel free to reach out to me or Brian. The other things I was just going to comment on, but Brian, let me know if you want to bring it up later. Is an update regarding the request for proposal for landscaping. You will see later in your agenda, there is a resolution to set a public hearing to amend your rules of procedure. This kind of is related to that. But if you recall, at your last meeting, the board decided to move forward with a request for proposals for landscaping. We did review, and based on the budgetary amounts and the amount of the contract, it will have to be a formal process. So it requires a little bit more legwork to make sure everything's in place. And also, since you are a newer district to GMS and we want to make sure, because you're an expanding district, I know GMS is working on an updated scope and maps for the service areas. And so what we're looking at is potentially a little bit of a delay in getting the project manual out. So the delay that we're talking about is in order to get your proper scope, get your proper maps for maintenance. And then also what we would recommend is that we have time to get these amended and restated rules of procedure out. The last time that we could find these were done were in 2006. So quite some time and quite some laws and rules have changed over the past 20 years. So I can go into that further when we get into that business item as to what those exactly are, but we would like to get those in place through a public hearing before we go through the request for proposal process, which would mean instead of a potentially November or December timeframe for getting a new landscaping company in, we'd be looking more at, like, January. So I just kind of wanted to provide that information to the board. Brian, please feel free to update anything on the GMS end and then see what type of board discussion there is about that. </w:t>
      </w:r>
    </w:p>
    <w:p>
      <w:r>
        <w:t xml:space="preserve">(Speaker B)  Yeah, so we had an issue at another district a couple years ago where they had in their rule of procedures that they would be required to take the lowest bid no matter who it was. We look. So every time we go through an RFP process, I look through rules of procedure to make sure that that is </w:t>
      </w:r>
    </w:p>
    <w:p>
      <w:r>
        <w:t xml:space="preserve">(Speaker C)  not one of your rules. </w:t>
      </w:r>
    </w:p>
    <w:p>
      <w:r>
        <w:t xml:space="preserve">(Speaker B)  You guys currently have a rule very, very similar almost exactly to that. I know Of a specific vendor who will look at that rule, provide the low bid on purpose, and then stick the district with picking, going with them, and they'll. They'll challenge the bid process. And then next thing you know, you </w:t>
      </w:r>
    </w:p>
    <w:p>
      <w:r>
        <w:t xml:space="preserve">(Speaker C)  end up with the landscaper you didn't really want. </w:t>
      </w:r>
    </w:p>
    <w:p>
      <w:r>
        <w:t xml:space="preserve">(Speaker B)  So in order for us to avoid that type of situation, that's what Lindsey's bringing up now. Changing those rules of procedure from 2006, updating them to the 2026 version to keep you guys protected and to give you guys more of a choice. So that's what we're recommending is just let us get through that process first. We'll get the RFP going, and that way it gives you guys a little </w:t>
      </w:r>
    </w:p>
    <w:p>
      <w:r>
        <w:t xml:space="preserve">(Speaker C)  bit more power when it comes to that decision. Okay. </w:t>
      </w:r>
    </w:p>
    <w:p>
      <w:r>
        <w:t xml:space="preserve">(Speaker B)  That make all make sense? </w:t>
      </w:r>
    </w:p>
    <w:p>
      <w:r>
        <w:t xml:space="preserve">(Speaker A)  Yeah. </w:t>
      </w:r>
    </w:p>
    <w:p>
      <w:r>
        <w:t xml:space="preserve">(Speaker C)  Yeah. Beautiful. </w:t>
      </w:r>
    </w:p>
    <w:p>
      <w:r>
        <w:t xml:space="preserve">(Speaker B)  What was the other thing, Lindsay? Anything else? </w:t>
      </w:r>
    </w:p>
    <w:p>
      <w:r>
        <w:t xml:space="preserve">(Speaker E)  Yeah, I was just kind of gonna update about the ponds around Thistlefield Cork. So I have had a chance to review a lot of paperwork regarding those ponds. I know on the engineer side, Jerry's been looking at the, you know, potential erosion issues that are there and so on and so forth. But what I wanted to let the board know is that based on what I can see of the files within the district records and what's been recorded at this moment, I do not recommend that the board approve or take on any responsibilities or ownership of those ponds. The reasoning behind that is my. Basically what I've done is I reviewed your bonds, I've reviewed Avalon park west spawns, I reviewed conveyance documents, plats, dedications, so on and so forth. And the district, New river cdd, has never owned those particular ponds. It was meant to be owned by the district at one point. It's obviously within the district boundary, but they have never been owned actually by the district. It went straight from developer to APW hoa. I also have determined it does not appear that new rivers bonds paid for the construction of those ponds, which lends to me believing that this district most likely does not need to acquire those ponds or take on any maintenance responsibility. I am still reviewing records, or I would still like to review records. I know we're still in a records transition between your previous management and gms. Obviously, my firm is just a couple months in at this point, so I don't. I'm trying to make sure nothing else exists out there, But I spent a little bit of time on this, and I wanted to update the board on what's going on and then just also make sure that I can get some continued direction to pursue this, to confirm that the district does not need to take ownership or maintenance responsibilities for those ponds around Thistlefield Court. And to work with Jerry on that as well, just to make sure that we've covered all of our bases. I know that APW has reached out regarding the ponds recently. The water levels and such </w:t>
      </w:r>
    </w:p>
    <w:p>
      <w:r>
        <w:t xml:space="preserve">(Speaker A)  damage is covered. Yeah, I think they're. Yeah, no, they're not. </w:t>
      </w:r>
    </w:p>
    <w:p>
      <w:r>
        <w:t xml:space="preserve">(Speaker E)  So. So what I'm basically look wanting to recommend is that the board take no action to accept conveyance of. Of these tracks. So, you know, declined to execute any of those documents that were proposed to the district back at the May 2026 meeting, which was, you know, a deed, a termination of an easement agreement, reciprocal drainage easement agreement, an interlocal agreement, another easement, and then like a Swift Mud Southwest Florida Water Management District. I call it Swift Mud. If you ever hear me say that in the future, transform just way faster. </w:t>
      </w:r>
    </w:p>
    <w:p>
      <w:r>
        <w:t xml:space="preserve">(Speaker A)  More paperwork I've ever seen in that. I was like, I ain't signing. Tried to force me to sign. I was like, nope, not happening. </w:t>
      </w:r>
    </w:p>
    <w:p>
      <w:r>
        <w:t xml:space="preserve">(Speaker E)  You and I do not live the same life of paperwork, Jeff. </w:t>
      </w:r>
    </w:p>
    <w:p>
      <w:r>
        <w:t xml:space="preserve">(Speaker A)  I don't see stuff like that very often. I can tell you that. I'm not signing. </w:t>
      </w:r>
    </w:p>
    <w:p>
      <w:r>
        <w:t xml:space="preserve">(Speaker E)  Yeah, so. But what I am looking for is confirmation and direction from the board that I can pursue communication with Swift mud Regarding these ERPs, the permits and what's been going on. It looks like there were communications regarding the permit and who's supposed to be responsible for these bodies of water. From what I can tell, the original permit, it's still within the developer. It was anticipated on there that New River CDD would be the O and M, the operating and maintenance entity for these bodies of water. But we all know that these things have changed since when that permit was initially taken out in 2020 due to the refunding of the bonds, APW being built out, etc. Etc. Also, like 90% of the pawns with that would be affected by this permit are in APW cdd. So it looks like at one point APW tried to modify or transfer the ONM entity. And that's when Swift MUD was like, wait a second, we can't find that things are matched up. Who's it supposed to be, who owns what, who has the authority to main areas, etc, And I couldn't see where New River CDD was necessarily brought into that conversation until earlier this year. It may have happened earlier than that. That's just what I've seen so far. So I'm not saying it doesn't exist. I just couldn't see anything showing that New river was part of this conversation before. </w:t>
      </w:r>
    </w:p>
    <w:p>
      <w:r>
        <w:t xml:space="preserve">(Speaker A)  Yeah. The only communication was what, four years ago, five years ago, it was all built and we were asked if you. They could just hand it over to the HOA because they wanted it all consistent. We were like, fine, no problem. That was. It was the end of it until this recently when they said, hey, we're going to give them back. </w:t>
      </w:r>
    </w:p>
    <w:p>
      <w:r>
        <w:t xml:space="preserve">(Speaker B)  So, Lindsey, do you. Do you want the board to motion to approve or just district or I'm sorry, just staff direction to work with engineer and Swift Mud on. </w:t>
      </w:r>
    </w:p>
    <w:p>
      <w:r>
        <w:t xml:space="preserve">(Speaker C)  On this project? </w:t>
      </w:r>
    </w:p>
    <w:p>
      <w:r>
        <w:t xml:space="preserve">(Speaker E)  Yeah, I'm. I don't need a motion. I think the direction would be sufficient. It's just because I, you know, I've expended some time on this. It's going to take a little bit more. And it also is going to involve probably Jerry or engineer. So I just want. Did the board to be cognizant of the decision. So. And I could get, you know, confirmed direction to proceed. But I have done a lot of the research already. I think really what I'm wanting to do is, you know, reach out to Swift Mud, let them know that we need to be part of the conversation, let them know that we're not necessarily willing to accept the conveyance or maintenance responsibility and basically hash out with them, you know, where we think it should go. Which if I'm understanding from the board, if we have a legal right to not take this, then you do not want to take that. Would that be correct? </w:t>
      </w:r>
    </w:p>
    <w:p>
      <w:r>
        <w:t xml:space="preserve">(Speaker A)  Yes. </w:t>
      </w:r>
    </w:p>
    <w:p>
      <w:r>
        <w:t xml:space="preserve">(Speaker E)  Yeah. So if I can just get board direction to pursue this with Swift mod, make any public records request I might need to make and consult with Jerry Engineer as needed. That would be appreciated. But of course, let me know if you have questions. Let me know if you want to do like a check in depending on, you know, the time or resources with this. But I am optimistic that this is maybe something that the district does not need to take on. Also kind of related to it, as part of this permit, there is also a body of water that is along River Glen and Hollingsworth on the right side. Yep. So like the southeast side. So, yeah, that is A lot of the ponds in your areas are split into different parcels. I know you guys know that because of the one amenity center. I don't know who approved these, but whatever it happened. So, you know, New River CDD owns like 90 of that pond on the south side, but then APW owns like the north shoreline and they also water next to it. That's part of APW CDD boundary </w:t>
      </w:r>
    </w:p>
    <w:p>
      <w:r>
        <w:t xml:space="preserve">(Speaker C)  that </w:t>
      </w:r>
    </w:p>
    <w:p>
      <w:r>
        <w:t xml:space="preserve">(Speaker E)  I think you guys have had some kind of maintenance or responsibility agreements with. That's something else that I kind of want to go down because it looks like that was also part of the documentation that APW presented to you guys back in May about, like, terminating and then making. Terminating an easement agreement, doing, like, a new one, and then making new CDD responsible for all of it, including potentially that little pond that's maybe just separated by a berm up. </w:t>
      </w:r>
    </w:p>
    <w:p>
      <w:r>
        <w:t xml:space="preserve">(Speaker A)  Yeah, they both it all together. And that's when we said, hey, this is a lot to digest. </w:t>
      </w:r>
    </w:p>
    <w:p>
      <w:r>
        <w:t xml:space="preserve">(Speaker E)  Yeah. And I haven't done. And sorry, if you start hearing, like, rain in the background. It just started raining here. I haven't done a full document background for that tract, which is called, like, tract B2 of that phase. So the direction, if I get it from the board, would also to kind of be like, hashing all that due diligence, ownership, responsibility and everything. Because if anything comes down to it, if that becomes something that we need to be responsible for, then we might need to do work with SWIFT Mod to get like, a separate, like, parse out the. The. The ERP for that particular area. But I just need to do further research on that particular pond tract if the board permits it. </w:t>
      </w:r>
    </w:p>
    <w:p>
      <w:r>
        <w:t xml:space="preserve">(Speaker B)  So is the board okay with letting Lindsay go through? Okay, definitely, yeah. Looks like we got good staff direction here. </w:t>
      </w:r>
    </w:p>
    <w:p>
      <w:r>
        <w:t xml:space="preserve">(Speaker A)  Lindsay, when do you relay some of this back to the folks? </w:t>
      </w:r>
    </w:p>
    <w:p>
      <w:r>
        <w:t xml:space="preserve">(Speaker B)  Yeah, I'm gonna send him an email back tomorrow just letting him know what you know, unless you think differently, Lindsay, unless I should wait. But my plan was to email them back tomorrow letting know that the recommendation from management and council was to hold off on anything with the pond going </w:t>
      </w:r>
    </w:p>
    <w:p>
      <w:r>
        <w:t xml:space="preserve">(Speaker C)  forward until we got clarity. </w:t>
      </w:r>
    </w:p>
    <w:p>
      <w:r>
        <w:t xml:space="preserve">(Speaker B)  Yeah. </w:t>
      </w:r>
    </w:p>
    <w:p>
      <w:r>
        <w:t xml:space="preserve">(Speaker E)  And if you. If you keep it a brief email, I think that's fine. If you think it's going to be more substantial, just feel free to run it. I don't mind reviewing it before it goes over. And then I'll probably reach out and continue the most recent Swift Mud conversation, which I think is back from April. So I'll just continue along on that while I look up what's going on with that Hollingsworth pond. But, yeah, that way we can let them know, because then we don't also need to give or recommend or give any hint that we're recommending what APW might need to do to those ponds around Thistlefield Court, either, so. </w:t>
      </w:r>
    </w:p>
    <w:p>
      <w:r>
        <w:t xml:space="preserve">(Speaker B)  Well, that was our last communication, right? </w:t>
      </w:r>
    </w:p>
    <w:p>
      <w:r>
        <w:t xml:space="preserve">(Speaker E)  Yeah. </w:t>
      </w:r>
    </w:p>
    <w:p>
      <w:r>
        <w:t xml:space="preserve">(Speaker A)  Yeah. </w:t>
      </w:r>
    </w:p>
    <w:p>
      <w:r>
        <w:t xml:space="preserve">(Speaker B)  You guys take care of it. If you think it's Appropriate. And we'll take. We'll take a look afterwards. </w:t>
      </w:r>
    </w:p>
    <w:p>
      <w:r>
        <w:t xml:space="preserve">(Speaker C)  We're acceptable. </w:t>
      </w:r>
    </w:p>
    <w:p>
      <w:r>
        <w:t xml:space="preserve">(Speaker A)  So they're wanting to sign off on and get it done as of. </w:t>
      </w:r>
    </w:p>
    <w:p>
      <w:r>
        <w:t xml:space="preserve">(Speaker C)  Yeah, like right now. Yeah, yeah. </w:t>
      </w:r>
    </w:p>
    <w:p>
      <w:r>
        <w:t xml:space="preserve">(Speaker B)  Today we got that email. So, yeah, I'll send them. I'll work with you, Lindsay, on that email back, make sure everything is kosher and then we'll move forward. </w:t>
      </w:r>
    </w:p>
    <w:p>
      <w:r>
        <w:t xml:space="preserve">(Speaker E)  Okay. Yep. And that is all I have, I believe, until you might need something from me regarding the resolution under the business item. Unless anyone else has questions for me. </w:t>
      </w:r>
    </w:p>
    <w:p>
      <w:r>
        <w:t xml:space="preserve">(Speaker C)  Any questions? </w:t>
      </w:r>
    </w:p>
    <w:p>
      <w:r>
        <w:t xml:space="preserve">(Speaker B)  Just. Additionally, we did get Lindsay involved in the records transition as well. Lindsay and her team, Mark and Infra Mark, have not been really easy to work with when it comes to your records. </w:t>
      </w:r>
    </w:p>
    <w:p>
      <w:r>
        <w:t xml:space="preserve">(Speaker A)  Imagine that. </w:t>
      </w:r>
    </w:p>
    <w:p>
      <w:r>
        <w:t xml:space="preserve">(Speaker C)  Yeah. </w:t>
      </w:r>
    </w:p>
    <w:p>
      <w:r>
        <w:t xml:space="preserve">(Speaker B)  I mean, we haven't. They have no. Zero record between 2007 and 2014, 2025. </w:t>
      </w:r>
    </w:p>
    <w:p>
      <w:r>
        <w:t xml:space="preserve">(Speaker C)  We have zero agreements. None. </w:t>
      </w:r>
    </w:p>
    <w:p>
      <w:r>
        <w:t xml:space="preserve">(Speaker B)  We have absolutely nothing from. For you guys there. We've reached out to Mark, Mark and his team several times. Finally got Lindsay involved. Lindsay got Jennifer involved. </w:t>
      </w:r>
    </w:p>
    <w:p>
      <w:r>
        <w:t xml:space="preserve">(Speaker C)  Is. Who's. You know, the K and kbw. </w:t>
      </w:r>
    </w:p>
    <w:p>
      <w:r>
        <w:t xml:space="preserve">(Speaker B)  And still to this date, we haven't received anything back. They did kind of come back to us and say we've sent everything. </w:t>
      </w:r>
    </w:p>
    <w:p>
      <w:r>
        <w:t xml:space="preserve">(Speaker C)  Well, you haven't. </w:t>
      </w:r>
    </w:p>
    <w:p>
      <w:r>
        <w:t xml:space="preserve">(Speaker B)  You haven't, you know, everything that we're missing. So we're just kind of going through that and whatnot. Lindsay, go ahead. Sorry. </w:t>
      </w:r>
    </w:p>
    <w:p>
      <w:r>
        <w:t xml:space="preserve">(Speaker E)  I was gonna say we did get a response from. From Remark today that they've uploaded the accounting and finance folders and that. </w:t>
      </w:r>
    </w:p>
    <w:p>
      <w:r>
        <w:t xml:space="preserve">(Speaker D)  I didn't see that. </w:t>
      </w:r>
    </w:p>
    <w:p>
      <w:r>
        <w:t xml:space="preserve">(Speaker C)  Yep. </w:t>
      </w:r>
    </w:p>
    <w:p>
      <w:r>
        <w:t xml:space="preserve">(Speaker E)  Yeah. So that did come through this afternoon. So beautiful. Yeah. But we're still missing something. So we're still working on it. So that's. That's happening. Oh, I guess also the other thing too is we were working with Wreck the withLacoochee River Electric Co. Co op regarding the street lights for the next phase. We were able to find out that the current bond you have for a different phase is set to expire soon. So we're looking at the possibilities here about either not having to do a bond for the new phase or reducing the bond because it is a reduced amount for this next one. And then working with Stanley Martin Homes about them maybe doing the ongoing monthly maintenance cost for the street lights due to it not being within the fiscal year budget. So that's happening in the background as well. </w:t>
      </w:r>
    </w:p>
    <w:p>
      <w:r>
        <w:t xml:space="preserve">(Speaker A)  I let them know that right up front when he first sent it earlier this year. </w:t>
      </w:r>
    </w:p>
    <w:p>
      <w:r>
        <w:t xml:space="preserve">(Speaker C)  Yep. </w:t>
      </w:r>
    </w:p>
    <w:p>
      <w:r>
        <w:t xml:space="preserve">(Speaker A)  So until 2020. Well, December of 2027, we shouldn't have to take it on. </w:t>
      </w:r>
    </w:p>
    <w:p>
      <w:r>
        <w:t xml:space="preserve">(Speaker E)  So. </w:t>
      </w:r>
    </w:p>
    <w:p>
      <w:r>
        <w:t xml:space="preserve">(Speaker C)  Yep. </w:t>
      </w:r>
    </w:p>
    <w:p>
      <w:r>
        <w:t xml:space="preserve">(Speaker B)  So we're working on that as well. So lots of stuff moving in the background. So any questions for. For Lindsay? </w:t>
      </w:r>
    </w:p>
    <w:p>
      <w:r>
        <w:t xml:space="preserve">(Speaker C)  No. </w:t>
      </w:r>
    </w:p>
    <w:p>
      <w:r>
        <w:t xml:space="preserve">(Speaker B)  Lindsay, thank you very much. </w:t>
      </w:r>
    </w:p>
    <w:p>
      <w:r>
        <w:t xml:space="preserve">(Speaker E)  Yep. Thank you. </w:t>
      </w:r>
    </w:p>
    <w:p>
      <w:r>
        <w:t xml:space="preserve">(Speaker C)  Of course. So we get paid by the HOA </w:t>
      </w:r>
    </w:p>
    <w:p>
      <w:r>
        <w:t xml:space="preserve">(Speaker A)  for the bullet load that we're cutting. Remember, that was like 30 grand or 30. </w:t>
      </w:r>
    </w:p>
    <w:p>
      <w:r>
        <w:t xml:space="preserve">(Speaker B)  We sent them the invoice. I know that. </w:t>
      </w:r>
    </w:p>
    <w:p>
      <w:r>
        <w:t xml:space="preserve">(Speaker C)  So. </w:t>
      </w:r>
    </w:p>
    <w:p>
      <w:r>
        <w:t xml:space="preserve">(Speaker B)  All right, next up, we did have the district engineer. He didn't provide any updates unless you guys had any questions for him. </w:t>
      </w:r>
    </w:p>
    <w:p>
      <w:r>
        <w:t xml:space="preserve">(Speaker A)  I read his email today. </w:t>
      </w:r>
    </w:p>
    <w:p>
      <w:r>
        <w:t xml:space="preserve">(Speaker B)  Yeah, just working on some of the fun stuff with him. So going through that. All right, next up, we do. Moving on to business items, we do have consideration of Resolution 2026, setting a public hearing to adopt amended and restated rules here. So this would just be giving us approval to set a public hearing on your next meeting, similar to what you do during budget. When we do your budget, we open a public hearing. Residents get a chance to comment on the rules of procedure that you guys are. Are proposing, and then you guys would vote on it. So it's just the same thing. We just have to go through this process when we're changing the rules and procedures. So any questions? </w:t>
      </w:r>
    </w:p>
    <w:p>
      <w:r>
        <w:t xml:space="preserve">(Speaker C)  No. </w:t>
      </w:r>
    </w:p>
    <w:p>
      <w:r>
        <w:t xml:space="preserve">(Speaker B)  Just be looking for a motion to </w:t>
      </w:r>
    </w:p>
    <w:p>
      <w:r>
        <w:t xml:space="preserve">(Speaker D)  approve </w:t>
      </w:r>
    </w:p>
    <w:p>
      <w:r>
        <w:t xml:space="preserve">(Speaker B)  first from Ryan. I'll second. Second from David. All in favor? </w:t>
      </w:r>
    </w:p>
    <w:p>
      <w:r>
        <w:t xml:space="preserve">(Speaker C)  Right. </w:t>
      </w:r>
    </w:p>
    <w:p>
      <w:r>
        <w:t xml:space="preserve">(Speaker B)  Motion passes 5 to 0. So we'll get that on your next agenda. We'll go through that. </w:t>
      </w:r>
    </w:p>
    <w:p>
      <w:r>
        <w:t xml:space="preserve">(Speaker C)  We'll get you guys squared away. </w:t>
      </w:r>
    </w:p>
    <w:p>
      <w:r>
        <w:t xml:space="preserve">(Speaker B)  Next up, we do have approval of the fiscal year 2027 goals and objectives. I'm sure you guys remember this from last year. Unless you guys didn't do it. Did you guys do it last year? </w:t>
      </w:r>
    </w:p>
    <w:p>
      <w:r>
        <w:t xml:space="preserve">(Speaker A)  You might call us something else. </w:t>
      </w:r>
    </w:p>
    <w:p>
      <w:r>
        <w:t xml:space="preserve">(Speaker B)  Okay, this is. This is a statutory requirement as of last year. So every district has to set go objectives for the year. We went ahead and did that for you. All obtainable items. A lot of the stuff you already do. </w:t>
      </w:r>
    </w:p>
    <w:p>
      <w:r>
        <w:t xml:space="preserve">(Speaker C)  12 meetings a year, hold a form, </w:t>
      </w:r>
    </w:p>
    <w:p>
      <w:r>
        <w:t xml:space="preserve">(Speaker B)  this kind of regular stuff. So unless you guys had any questions, we'd just be looking for a motion to approve. First from Ryan. </w:t>
      </w:r>
    </w:p>
    <w:p>
      <w:r>
        <w:t xml:space="preserve">(Speaker C)  Yeah, I'll second second from David. </w:t>
      </w:r>
    </w:p>
    <w:p>
      <w:r>
        <w:t xml:space="preserve">(Speaker B)  All in favor? </w:t>
      </w:r>
    </w:p>
    <w:p>
      <w:r>
        <w:t xml:space="preserve">(Speaker C)  Aye. Motion passes by zero. </w:t>
      </w:r>
    </w:p>
    <w:p>
      <w:r>
        <w:t xml:space="preserve">(Speaker B)  Next up, we do have discussion items. First on that list is district transition checklist. I did kind of briefly just go over that with you guys. Unless you guys had any questions or wanted to discuss further, I think mo on is appropriate. </w:t>
      </w:r>
    </w:p>
    <w:p>
      <w:r>
        <w:t xml:space="preserve">(Speaker C)  Yep. Good to go. </w:t>
      </w:r>
    </w:p>
    <w:p>
      <w:r>
        <w:t xml:space="preserve">(Speaker B)  Okay, next up, we do have the pool resurfacing project color selection. So it's my understanding that you guys reviewed color selections at the workshops, and no approval was. </w:t>
      </w:r>
    </w:p>
    <w:p>
      <w:r>
        <w:t xml:space="preserve">(Speaker A)  We didn't approve it. </w:t>
      </w:r>
    </w:p>
    <w:p>
      <w:r>
        <w:t xml:space="preserve">(Speaker D)  Yeah. </w:t>
      </w:r>
    </w:p>
    <w:p>
      <w:r>
        <w:t xml:space="preserve">(Speaker C)  Perfect. </w:t>
      </w:r>
    </w:p>
    <w:p>
      <w:r>
        <w:t xml:space="preserve">(Speaker B)  So we just. We would just be. We would just be looking for a motion to approve what color selection back. </w:t>
      </w:r>
    </w:p>
    <w:p>
      <w:r>
        <w:t xml:space="preserve">(Speaker A)  The one that we looked at said look great. </w:t>
      </w:r>
    </w:p>
    <w:p>
      <w:r>
        <w:t xml:space="preserve">(Speaker C)  This one. </w:t>
      </w:r>
    </w:p>
    <w:p>
      <w:r>
        <w:t xml:space="preserve">(Speaker A)  There it is. Pictures. </w:t>
      </w:r>
    </w:p>
    <w:p>
      <w:r>
        <w:t xml:space="preserve">(Speaker B)  Does it have a name on it? It's like option one or option two or anything? </w:t>
      </w:r>
    </w:p>
    <w:p>
      <w:r>
        <w:t xml:space="preserve">(Speaker A)  No, all kinds of different. </w:t>
      </w:r>
    </w:p>
    <w:p>
      <w:r>
        <w:t xml:space="preserve">(Speaker B)  Oh, got it. Okay. </w:t>
      </w:r>
    </w:p>
    <w:p>
      <w:r>
        <w:t xml:space="preserve">(Speaker A)  We just stacked. Am I talking about that? Yeah. </w:t>
      </w:r>
    </w:p>
    <w:p>
      <w:r>
        <w:t xml:space="preserve">(Speaker B)  Does it have like a name on it? </w:t>
      </w:r>
    </w:p>
    <w:p>
      <w:r>
        <w:t xml:space="preserve">(Speaker A)  No. </w:t>
      </w:r>
    </w:p>
    <w:p>
      <w:r>
        <w:t xml:space="preserve">(Speaker B)  Okay. </w:t>
      </w:r>
    </w:p>
    <w:p>
      <w:r>
        <w:t xml:space="preserve">(Speaker C)  Oh, top right. Oh, really? </w:t>
      </w:r>
    </w:p>
    <w:p>
      <w:r>
        <w:t xml:space="preserve">(Speaker A)  Go in there? </w:t>
      </w:r>
    </w:p>
    <w:p>
      <w:r>
        <w:t xml:space="preserve">(Speaker C)  Yeah. </w:t>
      </w:r>
    </w:p>
    <w:p>
      <w:r>
        <w:t xml:space="preserve">(Speaker E)  Really? </w:t>
      </w:r>
    </w:p>
    <w:p>
      <w:r>
        <w:t xml:space="preserve">(Speaker A)  That. </w:t>
      </w:r>
    </w:p>
    <w:p>
      <w:r>
        <w:t xml:space="preserve">(Speaker C)  Wow. Mountain series elves. </w:t>
      </w:r>
    </w:p>
    <w:p>
      <w:r>
        <w:t xml:space="preserve">(Speaker B)  Okay. </w:t>
      </w:r>
    </w:p>
    <w:p>
      <w:r>
        <w:t xml:space="preserve">(Speaker C)  Okay. </w:t>
      </w:r>
    </w:p>
    <w:p>
      <w:r>
        <w:t xml:space="preserve">(Speaker B)  All right. So I just be looking y. </w:t>
      </w:r>
    </w:p>
    <w:p>
      <w:r>
        <w:t xml:space="preserve">(Speaker A)  Enjoy. The last few days, I've been looking </w:t>
      </w:r>
    </w:p>
    <w:p>
      <w:r>
        <w:t xml:space="preserve">(Speaker B)  for a motion approved Mountain series elves. </w:t>
      </w:r>
    </w:p>
    <w:p>
      <w:r>
        <w:t xml:space="preserve">(Speaker C)  Dark blue gutter left a dark. </w:t>
      </w:r>
    </w:p>
    <w:p>
      <w:r>
        <w:t xml:space="preserve">(Speaker B)  Dark blue gutter tiles, black alain tiles and blue hydrazo finish person Jeff, second from Ryan. All in favor? </w:t>
      </w:r>
    </w:p>
    <w:p>
      <w:r>
        <w:t xml:space="preserve">(Speaker C)  Aye. All right, motion passes. 5 to 0. </w:t>
      </w:r>
    </w:p>
    <w:p>
      <w:r>
        <w:t xml:space="preserve">(Speaker B)  The next item, we're just going to kind of breeze on past. We can't talk about that at this meeting. So we're going to move right into staff payroll parameters. Now, this is something that I brought up to Jeff outside of the meeting. As of right now, myself and Leah are approving time cards for backhand. His name is Jack, correct? </w:t>
      </w:r>
    </w:p>
    <w:p>
      <w:r>
        <w:t xml:space="preserve">(Speaker D)  Yes. </w:t>
      </w:r>
    </w:p>
    <w:p>
      <w:r>
        <w:t xml:space="preserve">(Speaker C)  Right. </w:t>
      </w:r>
    </w:p>
    <w:p>
      <w:r>
        <w:t xml:space="preserve">(Speaker B)  So as of right now, it's kind of a blind approval from us. We don't know what you guys stipulate, what you guys want. How many hours. Now, Jeff kind of gave us some direction of. Hey, as long as it's kind of in line with. With everything else in previous months, it's okay. Just wanted to kind of get the board's view on that. If you guys are okay with that, we'll continue to do so. If not, if you guys want to put, like, strict parameters on it, we'll approve it with. </w:t>
      </w:r>
    </w:p>
    <w:p>
      <w:r>
        <w:t xml:space="preserve">(Speaker C)  With those numbers. </w:t>
      </w:r>
    </w:p>
    <w:p>
      <w:r>
        <w:t xml:space="preserve">(Speaker B)  Okay, Rock and roll. All right, beautiful. Next up, we do have the extra duty program plan for 2027. Obviously, we had a little bit of an update on that earlier. The HoA decided not to terminate their agreement with you guys. So going forward, you guys will have half the service half the time, but </w:t>
      </w:r>
    </w:p>
    <w:p>
      <w:r>
        <w:t xml:space="preserve">(Speaker C)  you'll still have that service so quickly they come back. </w:t>
      </w:r>
    </w:p>
    <w:p>
      <w:r>
        <w:t xml:space="preserve">(Speaker B)  Really? Yeah. Probably after the meeting. We'll take those. Yeah. So any questions on that specifically? </w:t>
      </w:r>
    </w:p>
    <w:p>
      <w:r>
        <w:t xml:space="preserve">(Speaker C)  No. </w:t>
      </w:r>
    </w:p>
    <w:p>
      <w:r>
        <w:t xml:space="preserve">(Speaker B)  All right, moving on to the financial reports. Approval of a check register, balance sheet, income statement, and special assessment receipt schedule. Any questions? Comments on that? If not, just be looking for a motion. </w:t>
      </w:r>
    </w:p>
    <w:p>
      <w:r>
        <w:t xml:space="preserve">(Speaker C)  I'll motion it first from David. </w:t>
      </w:r>
    </w:p>
    <w:p>
      <w:r>
        <w:t xml:space="preserve">(Speaker B)  Yeah, </w:t>
      </w:r>
    </w:p>
    <w:p>
      <w:r>
        <w:t xml:space="preserve">(Speaker C)  there's nothing crazy. </w:t>
      </w:r>
    </w:p>
    <w:p>
      <w:r>
        <w:t xml:space="preserve">(Speaker B)  Next up, we do have supervisor requests and general audience comments. Jeff, I know that you had something that you Wanted to say to the board today. </w:t>
      </w:r>
    </w:p>
    <w:p>
      <w:r>
        <w:t xml:space="preserve">(Speaker A)  Yep. Will be my last meeting. So I do. Do I gotta, like, email you? </w:t>
      </w:r>
    </w:p>
    <w:p>
      <w:r>
        <w:t xml:space="preserve">(Speaker B)  Yeah, you still gotta email me a resignation letter, but you're on record now, so technically, yeah, his last meeting is today. Jeff will be moving on to brighter horizons, so. </w:t>
      </w:r>
    </w:p>
    <w:p>
      <w:r>
        <w:t xml:space="preserve">(Speaker A)  Nice. </w:t>
      </w:r>
    </w:p>
    <w:p>
      <w:r>
        <w:t xml:space="preserve">(Speaker B)  So I guess, Lindsay, do. Are we able to kind of get a vote from the board right now pertaining to his resignation, or do I have to put that in as an agenda item for next. </w:t>
      </w:r>
    </w:p>
    <w:p>
      <w:r>
        <w:t xml:space="preserve">(Speaker E)  No, he can do a verbal. It's just nice to get something written for the actual district's records. So there's nothing limiting the board to accepting the resignation today. And if the board wanted to move forward with appointing someone, they can do so or they can wait until the next meeting in case they think other people might be interested in putting themselves forward. And just for reference, Jeff's seat is through November 2028. So anyone who is appointed to the seat will remain in that for the remainder of the term. So another two years. This also would potentially trigger officer change designation. The vice chair can obviously sign an absence of the chair, which would be. David. If we believe that could be an issue with things signed after this meeting, then I would recommend we maybe do a motion for changing officer designation to be followed up by resolution. </w:t>
      </w:r>
    </w:p>
    <w:p>
      <w:r>
        <w:t xml:space="preserve">(Speaker B)  And I mean, everything that you have to sign, I have right with me right now. So is Jeff not allowed to sign since he. Since he just resigned? I would have David sign now, Lizzie. </w:t>
      </w:r>
    </w:p>
    <w:p>
      <w:r>
        <w:t xml:space="preserve">(Speaker E)  Correct. He is. If he is resigned, then he is no longer on the board. He's no longer chair, which means the vice chair. </w:t>
      </w:r>
    </w:p>
    <w:p>
      <w:r>
        <w:t xml:space="preserve">(Speaker B)  Okay. So I think. And then the redesignation of the seats would have to happen at the next meeting so we can have the resolutions. They can't appoint a new chair right now. </w:t>
      </w:r>
    </w:p>
    <w:p>
      <w:r>
        <w:t xml:space="preserve">(Speaker C)  Right. </w:t>
      </w:r>
    </w:p>
    <w:p>
      <w:r>
        <w:t xml:space="preserve">(Speaker E)  I mean, it could be verbal memorialized. It would be cleaner if we actually had a resolution. So we could always so amend and read out what the language would say to be a 20, 26, 13 resolution. </w:t>
      </w:r>
    </w:p>
    <w:p>
      <w:r>
        <w:t xml:space="preserve">(Speaker B)  Okay, I think we just go as is right now. We'll have David sign outside of his meeting, and at the next meeting we'll have that resolution on there. So you guys can think about it for a month. Who wants to be chair? Who doesn't want to be chair? What I'll say pertaining to that is this guy makes it look way more difficult than it actually is. He's really involved. You guys typically don't have to be that involved as the chair. I'll call you for. For emergency situations. I'll call you for anything that needs to be signed. But typically you got a management company such as myself, and now that you have a good active council working on your accounts, really, the involvement from board members should be very, very minimal unless something really, really version comes up. So I don't want anyone to be scared to take it. Like, it's so much responsibility. It's really not. This guy's just a rock star. </w:t>
      </w:r>
    </w:p>
    <w:p>
      <w:r>
        <w:t xml:space="preserve">(Speaker C)  That's all it really is. </w:t>
      </w:r>
    </w:p>
    <w:p>
      <w:r>
        <w:t xml:space="preserve">(Speaker B)  So. So just think about it for the next month. We'll have that resolution on your next one, and then, you know, we'll go from there. But with that, did anyone want to make a motion to appoint Nikolai Jic to seat number two? </w:t>
      </w:r>
    </w:p>
    <w:p>
      <w:r>
        <w:t xml:space="preserve">(Speaker A)  I. I. </w:t>
      </w:r>
    </w:p>
    <w:p>
      <w:r>
        <w:t xml:space="preserve">(Speaker B)  First from Ryan, second from Jeff. All in. That's. </w:t>
      </w:r>
    </w:p>
    <w:p>
      <w:r>
        <w:t xml:space="preserve">(Speaker C)  Oh, that's good. </w:t>
      </w:r>
    </w:p>
    <w:p>
      <w:r>
        <w:t xml:space="preserve">(Speaker B)  All in favor? All in favor? Yes. </w:t>
      </w:r>
    </w:p>
    <w:p>
      <w:r>
        <w:t xml:space="preserve">(Speaker C)  Yeah. </w:t>
      </w:r>
    </w:p>
    <w:p>
      <w:r>
        <w:t xml:space="preserve">(Speaker B)  So motion passes forward is here. </w:t>
      </w:r>
    </w:p>
    <w:p>
      <w:r>
        <w:t xml:space="preserve">(Speaker A)  So you don't want to do a verbal on the chair so that I can email all the people that email me? </w:t>
      </w:r>
    </w:p>
    <w:p>
      <w:r>
        <w:t xml:space="preserve">(Speaker C)  Well, I can email them. Yeah. </w:t>
      </w:r>
    </w:p>
    <w:p>
      <w:r>
        <w:t xml:space="preserve">(Speaker B)  I mean, we're gonna change. He just got appointed, so that email is going to change probably tomorrow. </w:t>
      </w:r>
    </w:p>
    <w:p>
      <w:r>
        <w:t xml:space="preserve">(Speaker A)  Yeah. </w:t>
      </w:r>
    </w:p>
    <w:p>
      <w:r>
        <w:t xml:space="preserve">(Speaker B)  And honestly, it's probably the best situation that you kind of just ghost everybody so they can. Because they need to learn how to come, come. </w:t>
      </w:r>
    </w:p>
    <w:p>
      <w:r>
        <w:t xml:space="preserve">(Speaker E)  Yeah. </w:t>
      </w:r>
    </w:p>
    <w:p>
      <w:r>
        <w:t xml:space="preserve">(Speaker B)  So I think that's just kind of </w:t>
      </w:r>
    </w:p>
    <w:p>
      <w:r>
        <w:t xml:space="preserve">(Speaker A)  the best way to do it out the chair. </w:t>
      </w:r>
    </w:p>
    <w:p>
      <w:r>
        <w:t xml:space="preserve">(Speaker C)  Yeah. </w:t>
      </w:r>
    </w:p>
    <w:p>
      <w:r>
        <w:t xml:space="preserve">(Speaker B)  Well, I'll try to mitigate that for you. So we have to deal with it. Yeah, I'll reach out. </w:t>
      </w:r>
    </w:p>
    <w:p>
      <w:r>
        <w:t xml:space="preserve">(Speaker C)  Yeah. </w:t>
      </w:r>
    </w:p>
    <w:p>
      <w:r>
        <w:t xml:space="preserve">(Speaker B)  I'll talk to Eric Ross, all those guys, and just say, hey, Jeff's no longer here. </w:t>
      </w:r>
    </w:p>
    <w:p>
      <w:r>
        <w:t xml:space="preserve">(Speaker C)  Come for me. All right. </w:t>
      </w:r>
    </w:p>
    <w:p>
      <w:r>
        <w:t xml:space="preserve">(Speaker B)  And then at the next month, we'll </w:t>
      </w:r>
    </w:p>
    <w:p>
      <w:r>
        <w:t xml:space="preserve">(Speaker A)  figure out, other than sending you an </w:t>
      </w:r>
    </w:p>
    <w:p>
      <w:r>
        <w:t xml:space="preserve">(Speaker B)  email today, that's it. </w:t>
      </w:r>
    </w:p>
    <w:p>
      <w:r>
        <w:t xml:space="preserve">(Speaker A)  And I'll give you my regular email. </w:t>
      </w:r>
    </w:p>
    <w:p>
      <w:r>
        <w:t xml:space="preserve">(Speaker C)  Perfect for the other stuff. Beautiful. </w:t>
      </w:r>
    </w:p>
    <w:p>
      <w:r>
        <w:t xml:space="preserve">(Speaker A)  Beautiful. </w:t>
      </w:r>
    </w:p>
    <w:p>
      <w:r>
        <w:t xml:space="preserve">(Speaker B)  All right, so with that, your next regularly scheduled board of student will do the oval office after the meeting. Your next regularly scheduled board of Supervisors Workshop is October 5, 2026 at 5:30pm and your next regularly scheduled board of Supervisors meeting is October 19th at 5:30 right here. I would just be looking for a motion to adjourn. </w:t>
      </w:r>
    </w:p>
    <w:p>
      <w:r>
        <w:t xml:space="preserve">(Speaker C)  Those are the two second normal dates, correct? Yeah. </w:t>
      </w:r>
    </w:p>
    <w:p>
      <w:r>
        <w:t xml:space="preserve">(Speaker B)  First from Ryan, second from Russ. </w:t>
      </w:r>
    </w:p>
    <w:p>
      <w:r>
        <w:t xml:space="preserve">(Speaker C)  Right. </w:t>
      </w:r>
    </w:p>
    <w:p>
      <w:r>
        <w:t xml:space="preserve">(Speaker B)  All in favor? </w:t>
      </w:r>
    </w:p>
    <w:p>
      <w:r>
        <w:t xml:space="preserve">(Speaker C)  Aye. </w:t>
      </w:r>
    </w:p>
    <w:p>
      <w:r>
        <w:t xml:space="preserve">(Speaker B)  Motion passes. Four to zero. Thank you, Lindsay, so much for being with us. </w:t>
      </w:r>
    </w:p>
    <w:p>
      <w:r>
        <w:t xml:space="preserve">(Speaker A)  Appreciate it. </w:t>
      </w:r>
    </w:p>
    <w:p>
      <w:r>
        <w:t xml:space="preserve">(Speaker E)  Thank you. Have a great night. </w:t>
      </w:r>
    </w:p>
    <w:p>
      <w:r>
        <w:t xml:space="preserve">(Speaker C)  Thank you. </w:t>
      </w:r>
    </w:p>
    <w:p>
      <w:r>
        <w:br/>
        <w:br/>
        <w:b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END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