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Towne park</w:t>
        <w:br/>
        <w:br/>
        <w:br/>
      </w:r>
    </w:p>
    <w:p>
      <w:r>
        <w:t>START AND END TIME OF THE CDD MEETING FILE:</w:t>
      </w:r>
      <w:r>
        <w:rPr>
          <w:b/>
          <w:color w:val="FF0000"/>
        </w:rPr>
        <w:br/>
        <w:tab/>
        <w:tab/>
        <w:tab/>
        <w:tab/>
        <w:t xml:space="preserve"> August 04, 2026 at 09:00 AM</w:t>
      </w:r>
      <w:r>
        <w:rPr>
          <w:b/>
          <w:color w:val="FF0000"/>
        </w:rPr>
        <w:br/>
        <w:tab/>
        <w:tab/>
        <w:tab/>
        <w:tab/>
        <w:t xml:space="preserve"> August 04, 2026 at 11:06 AM</w:t>
        <w:br/>
        <w:br/>
        <w:br/>
      </w:r>
    </w:p>
    <w:p>
      <w:r>
        <w:t>AUDIO FILE NAME, FILE SIZE:</w:t>
      </w:r>
      <w:r>
        <w:rPr>
          <w:b/>
          <w:color w:val="FF0000"/>
        </w:rPr>
        <w:br/>
        <w:tab/>
        <w:tab/>
        <w:tab/>
        <w:tab/>
        <w:t xml:space="preserve"> HR_081326_video.mp4</w:t>
      </w:r>
      <w:r>
        <w:rPr>
          <w:b/>
          <w:color w:val="FF0000"/>
        </w:rPr>
        <w:br/>
        <w:tab/>
        <w:tab/>
        <w:tab/>
        <w:tab/>
        <w:t xml:space="preserve"> 29906947</w:t>
        <w:br/>
        <w:br/>
        <w:br/>
      </w:r>
    </w:p>
    <w:p>
      <w:r>
        <w:t>DATE AUDIO FILE SUBMITTED TO THE GAT SYSTEM:</w:t>
      </w:r>
      <w:r>
        <w:rPr>
          <w:b/>
          <w:color w:val="FF0000"/>
        </w:rPr>
        <w:br/>
        <w:tab/>
        <w:tab/>
        <w:tab/>
        <w:tab/>
        <w:t xml:space="preserve"> August 25, 2026 at 09:12 AM</w:t>
        <w:br/>
        <w:br/>
        <w:br/>
      </w:r>
    </w:p>
    <w:p>
      <w:r>
        <w:t>DATE AUDIO FILE COMPLETED BY THE GAT SYSTEM:</w:t>
      </w:r>
      <w:r>
        <w:rPr>
          <w:b/>
          <w:color w:val="FF0000"/>
        </w:rPr>
        <w:br/>
        <w:tab/>
        <w:tab/>
        <w:tab/>
        <w:tab/>
        <w:t xml:space="preserve"> August 25, 2026 at 09:12 AM</w:t>
      </w:r>
      <w:r>
        <w:rPr>
          <w:b/>
          <w:color w:val="FF0000"/>
        </w:rPr>
        <w:br/>
        <w:tab/>
        <w:tab/>
        <w:tab/>
        <w:tab/>
        <w:t xml:space="preserve"> 00:21 ELAPSED TIME</w:t>
        <w:br/>
        <w:br/>
        <w:br/>
      </w:r>
    </w:p>
    <w:p>
      <w:r>
        <w:t>MEETING AGENDA:</w:t>
      </w:r>
      <w:r>
        <w:rPr>
          <w:b/>
          <w:color w:val="FF0000"/>
        </w:rPr>
        <w:br/>
        <w:br/>
        <w:br/>
        <w:tab/>
        <w:tab/>
        <w:tab/>
        <w:tab/>
        <w:t xml:space="preserve"> Towne Park Community Development District Meeting Agenda  Tuesday                                                                                                                   Amenity Center #1 August 4, 2026                                                                                                       3883 White Ibis Road 6:00 P.M.                                                                                                               Lakeland, FL 33811  Board of Supervisors Meeting  1. Roll Call Greg Jones, Chair Jennifer Tidwell, Vice Chair via Zoom Tom Zimmerman Roger Runyon Zabrina Sides  Tricia Adams, District Manager Patrick Collins, District Counsel Alan Rayl, District Engineer Allen Bailey, Field Services Manager  2. Public Comment Period 3. Approval of Minutes of the June 2, 2026, Board of Supervisors Meeting GJ, TZ - AIF 4. Public Hearing open GJ, RR -AIF Close GJ, RR - AIF       A.  Consideration of Resolution 2026-09 Adopting Fiscal Year 2027 Approved             Budget and Appropriating Funds GJ, RR -  AIF       B.  Consideration of Resolution 2026-10 Imposing Fiscal 2027 Special Assessments              and Certifying Assessment Roll GJ, ZS - AIF 5. Consideration of Resolution 2026-11 Declaring Seat No. 2 Board Vacancy GJ, TZ - AIF 6. Ratification of Addendum to Agreement for Security Equipment Installation TZ, ZS - AIF 7. Presentation of Fiscal Year 2025 Financial Audit GJ, RR - AIF        8.   Staff Reports A. Attorney B. Engineer         i.  Review of Wood Thrush, Britton Beach Erosion, Peregrine Way and Medulla erosion        ii.  Approval of Work Authorization 2026-03 -  C. Field Manager’s Report          i.  Consideration of Proposals for Dog Park Fence – no board action                     a.  AJ Fence Inc.                     b.  My Fence Co.        ii.  Consideration of Proposal for Pool Filter Replacement GJ, TZ - AIF       iii.  Consideration of Proposal for Soil Treatment – no board action       iv.  Consideration of Proposals for Pool Resurfacing- Amenity 1 &amp; 2 – no board action                     a.  ASP- America’s Swimming Pool Co.- Paver Work                     b.  NV Pools LLC                     c.  Pulexa                      d.  Arinton         v.  Resident Request for Pool Umbrellas – Board confirmed they are declining to budget for pool umbrellas                    D.  District Manager’s Report                                  i.  Approval of Check Register GJ, RR - AIF                                 ii.  Balance Sheet &amp; Income Statement •                                iii.  Approval of Fiscal Year 2027 Meeting Schedule - FY2027 Meeting Schedule: All 12 meetings set at 4 p.m., first Tuesday of each month; evening meetings eliminated.  ZS, GJ - AIF                                iv.  District Goals and Objectives                                              a.  Adoption of the Fiscal Year 2027 Goals &amp; Objectives GJ, RR - AIF                                              b.  Review of Approved Fiscal Year 2026 Goals &amp; Objectives                                                     Authorizing Chair to Execute Final Form  ZS, TZ - AIF        9.   Supervisors Requests      10.   Closed Security Session      11.   Board Action Related to Security Services – Approval of Current Demands proposal for $3505.62 (one time) and $160 monthly service Board directed staff to facilitate palm trimming      12.   Adjournment GJ, RR - AIF   Brittany – this item as under ER with no back up – please determine if it needs to be on a future agenda:        ii.  Approval of Work Authorization 2026-03  Action Items • Brittany – note change to FY 27 meeting schedule • Tricia: Send 45-day notice to homeowner at 5220 Wood Thrush to remove/relocate fence encroaching into district access easement. • District Engineer (Alan): Return next meeting with erosion repair measurements and contractor pricing for Britton Beach, Wood Thrush, Peregrine Way, and Medulla. • Field Manager (Allen): Clarify fence repair proposals (tie spacing, linear footage, pricing breakdown) and bring back for board approval.  • Tricia / Chair: Work with Current Demands to produce camera placement schematic for Towne Park pool; chair to approve final proposal. Patrick agreement needed when final. • Field Manager (Allen): Monitor playground gate access; escalate to mechanical lock solution if issues recur.  • Field Manager: Follow up with Solitude on exposed erosion sock repair at the main lake.    </w:t>
        <w:br/>
        <w:br/>
        <w:br/>
      </w:r>
    </w:p>
    <w:p>
      <w:r>
        <w:t xml:space="preserve">(Speaker A)  Sort of. </w:t>
      </w:r>
    </w:p>
    <w:p>
      <w:r>
        <w:t xml:space="preserve">(Speaker B)  They pop on later, but. </w:t>
      </w:r>
    </w:p>
    <w:p>
      <w:r>
        <w:t xml:space="preserve">(Speaker A)  Okay. </w:t>
      </w:r>
    </w:p>
    <w:p>
      <w:r>
        <w:t xml:space="preserve">(Speaker C)  It is 10:33am on Thursday, August 13, and we are going to call to order the Hammock Reserve Community Development District Board of Supervisors advisors meeting. First up, we have roll call. If everyone can introduce themselves for the transcriptionist, I'll begin. I'm Katie o'. </w:t>
      </w:r>
    </w:p>
    <w:p>
      <w:r>
        <w:t xml:space="preserve">(Speaker A)  Rourke. </w:t>
      </w:r>
    </w:p>
    <w:p>
      <w:r>
        <w:t xml:space="preserve">(Speaker D)  District Manager Christine Wells. District Manager Al Bailey. </w:t>
      </w:r>
    </w:p>
    <w:p>
      <w:r>
        <w:t xml:space="preserve">(Speaker E)  Field Manager, Savannah Hancock, kvw. </w:t>
      </w:r>
    </w:p>
    <w:p>
      <w:r>
        <w:t xml:space="preserve">(Speaker F)  Jessica Spencer. Supervisor Lindsay Roden. Supervisor. Bobby Shoplik. </w:t>
      </w:r>
    </w:p>
    <w:p>
      <w:r>
        <w:t xml:space="preserve">(Speaker G)  Supervisor William Nolan. Supervisor. </w:t>
      </w:r>
    </w:p>
    <w:p>
      <w:r>
        <w:t xml:space="preserve">(Speaker A)  Great. </w:t>
      </w:r>
    </w:p>
    <w:p>
      <w:r>
        <w:t xml:space="preserve">(Speaker C)  Let the record reflect we have all five board members present constituting a quorum. We have the public comment next, but we have no members of the public </w:t>
      </w:r>
    </w:p>
    <w:p>
      <w:r>
        <w:t xml:space="preserve">(Speaker B)  present and none on the zoom line, </w:t>
      </w:r>
    </w:p>
    <w:p>
      <w:r>
        <w:t xml:space="preserve">(Speaker C)  so we'll move on. First up, we have approval of the Minutes of the July 2, 2026 Board of Supervisors meeting. This is on page. Six of your agenda package. Sorry, my computer was freezing. Unless there's any corrections. Do we have a motion to approve? </w:t>
      </w:r>
    </w:p>
    <w:p>
      <w:r>
        <w:t xml:space="preserve">(Speaker H)  All in favor? </w:t>
      </w:r>
    </w:p>
    <w:p>
      <w:r>
        <w:t xml:space="preserve">(Speaker A)  Okay, great. Motion carries. </w:t>
      </w:r>
    </w:p>
    <w:p>
      <w:r>
        <w:t xml:space="preserve">(Speaker C)  Next, we have the public hearing on the adoption of your fiscal year 2027 budget. Do. Can we start with a motion to open the public hearing? </w:t>
      </w:r>
    </w:p>
    <w:p>
      <w:r>
        <w:t xml:space="preserve">(Speaker H)  All in favor? </w:t>
      </w:r>
    </w:p>
    <w:p>
      <w:r>
        <w:t xml:space="preserve">(Speaker A)  Okay, motion carries. </w:t>
      </w:r>
    </w:p>
    <w:p>
      <w:r>
        <w:t xml:space="preserve">(Speaker C)  The public hearing is now open. Board members, as part of this public hearing were required to provide an opportunity for public comment here as well. Again, seeing no members of the present. Still none on the zoom line. Let me just triple check. </w:t>
      </w:r>
    </w:p>
    <w:p>
      <w:r>
        <w:t xml:space="preserve">(Speaker G)  Oh, no. </w:t>
      </w:r>
    </w:p>
    <w:p>
      <w:r>
        <w:t xml:space="preserve">(Speaker B)  This is Ray. </w:t>
      </w:r>
    </w:p>
    <w:p>
      <w:r>
        <w:t xml:space="preserve">(Speaker A)  Okay, great. </w:t>
      </w:r>
    </w:p>
    <w:p>
      <w:r>
        <w:t xml:space="preserve">(Speaker C)  Still no members of the public on the zoom line. So we can go ahead and move to resolution 2026-12. This is on page 15 of your agenda package. Adopting this resolution will adopt the district's fiscal year 2027 budget beginning October 1, 2026, through September 30 of 2027. Attached to the resolution as an exhibit is the final budget, which was previously reviewed and approved by the board. There has only been an update to the actuals to the financials. </w:t>
      </w:r>
    </w:p>
    <w:p>
      <w:r>
        <w:t xml:space="preserve">(Speaker B)  If you look at the </w:t>
      </w:r>
    </w:p>
    <w:p>
      <w:r>
        <w:t xml:space="preserve">(Speaker C)  actuals are </w:t>
      </w:r>
    </w:p>
    <w:p>
      <w:r>
        <w:t xml:space="preserve">(Speaker B)  now through June 30, the end of June, instead of. I think when you looked at the proposed budget, it was January or February. Have now been updated so that you can see the spending in each line item. </w:t>
      </w:r>
    </w:p>
    <w:p>
      <w:r>
        <w:t xml:space="preserve">(Speaker C)  As you may recall, the proposed budget was prepared with no increase to assessments for residents. </w:t>
      </w:r>
    </w:p>
    <w:p>
      <w:r>
        <w:t xml:space="preserve">(Speaker B)  And that's the same with the adopted budget here today. Are there any questions or anything the </w:t>
      </w:r>
    </w:p>
    <w:p>
      <w:r>
        <w:t xml:space="preserve">(Speaker C)  board wanted to go over? </w:t>
      </w:r>
    </w:p>
    <w:p>
      <w:r>
        <w:t xml:space="preserve">(Speaker A)  Okay. </w:t>
      </w:r>
    </w:p>
    <w:p>
      <w:r>
        <w:t xml:space="preserve">(Speaker C)  Motion to approve from Bobby. </w:t>
      </w:r>
    </w:p>
    <w:p>
      <w:r>
        <w:t xml:space="preserve">(Speaker A)  Is Bobby perfect. </w:t>
      </w:r>
    </w:p>
    <w:p>
      <w:r>
        <w:t xml:space="preserve">(Speaker C)  Second from Bill. </w:t>
      </w:r>
    </w:p>
    <w:p>
      <w:r>
        <w:t xml:space="preserve">(Speaker H)  All in favor? </w:t>
      </w:r>
    </w:p>
    <w:p>
      <w:r>
        <w:t xml:space="preserve">(Speaker C)  Any opposed? </w:t>
      </w:r>
    </w:p>
    <w:p>
      <w:r>
        <w:t xml:space="preserve">(Speaker A)  Okay, motion carries. </w:t>
      </w:r>
    </w:p>
    <w:p>
      <w:r>
        <w:t xml:space="preserve">(Speaker C)  Do we have a motion to close the public hearing </w:t>
      </w:r>
    </w:p>
    <w:p>
      <w:r>
        <w:t xml:space="preserve">(Speaker B)  from Lindsay and then Bobby? </w:t>
      </w:r>
    </w:p>
    <w:p>
      <w:r>
        <w:t xml:space="preserve">(Speaker H)  All in favor? </w:t>
      </w:r>
    </w:p>
    <w:p>
      <w:r>
        <w:t xml:space="preserve">(Speaker C)  Any opposed? </w:t>
      </w:r>
    </w:p>
    <w:p>
      <w:r>
        <w:t xml:space="preserve">(Speaker B)  Okay, great. I can't See Lindsay. </w:t>
      </w:r>
    </w:p>
    <w:p>
      <w:r>
        <w:t xml:space="preserve">(Speaker D)  No, you're. </w:t>
      </w:r>
    </w:p>
    <w:p>
      <w:r>
        <w:t xml:space="preserve">(Speaker E)  It's me. </w:t>
      </w:r>
    </w:p>
    <w:p>
      <w:r>
        <w:t xml:space="preserve">(Speaker C)  Public hearing is closed. Okay, so next we have resolution 2026 13. Following the budget adoption, the district must </w:t>
      </w:r>
    </w:p>
    <w:p>
      <w:r>
        <w:t xml:space="preserve">(Speaker B)  estab the mechanism to fund that budget. </w:t>
      </w:r>
    </w:p>
    <w:p>
      <w:r>
        <w:t xml:space="preserve">(Speaker C)  So 2026-13 is on page 35 of your agenda package. This imposes the operations and maintenance assessments </w:t>
      </w:r>
    </w:p>
    <w:p>
      <w:r>
        <w:t xml:space="preserve">(Speaker B)  and certifies the assessment role for collection on the Polk county tax bill adoption. The assessment rule is also, I believe, on page 45. </w:t>
      </w:r>
    </w:p>
    <w:p>
      <w:r>
        <w:t xml:space="preserve">(Speaker A)  38. </w:t>
      </w:r>
    </w:p>
    <w:p>
      <w:r>
        <w:t xml:space="preserve">(Speaker C)  The Assessment Rule is included in your agenda package on page 38 if the board wanted to review it. This identifies each parcel within the district </w:t>
      </w:r>
    </w:p>
    <w:p>
      <w:r>
        <w:t xml:space="preserve">(Speaker B)  and the corresponding debt service and operations and maintenance assessments to be collected. </w:t>
      </w:r>
    </w:p>
    <w:p>
      <w:r>
        <w:t xml:space="preserve">(Speaker C)  If there are no questions or anything like that from the board, do we have a motion to adopt Resolution 2026 to. </w:t>
      </w:r>
    </w:p>
    <w:p>
      <w:r>
        <w:t xml:space="preserve">(Speaker H)  All in favor? </w:t>
      </w:r>
    </w:p>
    <w:p>
      <w:r>
        <w:t xml:space="preserve">(Speaker A)  Okay, motion carries. Perfect. </w:t>
      </w:r>
    </w:p>
    <w:p>
      <w:r>
        <w:t xml:space="preserve">(Speaker C)  Next, we have our public hearing on the adoption of amended and reinstated parking rules. So you can see this is Resolution 2026 14, which is on page 54 of your agenda package. </w:t>
      </w:r>
    </w:p>
    <w:p>
      <w:r>
        <w:t xml:space="preserve">(Speaker B)  Just as a refresher to the board, we can have Savannah go over any of the updates that were made. </w:t>
      </w:r>
    </w:p>
    <w:p>
      <w:r>
        <w:t xml:space="preserve">(Speaker E)  So the reason that we went through this is we did need to change the map slightly. </w:t>
      </w:r>
    </w:p>
    <w:p>
      <w:r>
        <w:t xml:space="preserve">(Speaker F)  There was an error in the previous </w:t>
      </w:r>
    </w:p>
    <w:p>
      <w:r>
        <w:t xml:space="preserve">(Speaker E)  map, so that's been cleaned up. I also added some clarifying language on making sure that people couldn't park in the grass, like on pond banks and things like that, because it can cause irrigation issues and kill our landscaping, as well as making it very clear, you </w:t>
      </w:r>
    </w:p>
    <w:p>
      <w:r>
        <w:t xml:space="preserve">(Speaker F)  know, previously we weren't supposed to park on the sidewalks. </w:t>
      </w:r>
    </w:p>
    <w:p>
      <w:r>
        <w:t xml:space="preserve">(Speaker E)  I spelled it out this time because that's also an issue, and it's cracking </w:t>
      </w:r>
    </w:p>
    <w:p>
      <w:r>
        <w:t xml:space="preserve">(Speaker F)  sidewalks that we would then fix. </w:t>
      </w:r>
    </w:p>
    <w:p>
      <w:r>
        <w:t xml:space="preserve">(Speaker E)  So just added that clarifying language. This will fix the map, and then </w:t>
      </w:r>
    </w:p>
    <w:p>
      <w:r>
        <w:t xml:space="preserve">(Speaker F)  we should be good to go. </w:t>
      </w:r>
    </w:p>
    <w:p>
      <w:r>
        <w:t xml:space="preserve">(Speaker E)  But no other, like, major policy changes on where parking is or isn't. </w:t>
      </w:r>
    </w:p>
    <w:p>
      <w:r>
        <w:t xml:space="preserve">(Speaker A)  Okay, perfect. </w:t>
      </w:r>
    </w:p>
    <w:p>
      <w:r>
        <w:t xml:space="preserve">(Speaker C)  Do we have a motion to open the public hearing? </w:t>
      </w:r>
    </w:p>
    <w:p>
      <w:r>
        <w:t xml:space="preserve">(Speaker H)  All in favor? </w:t>
      </w:r>
    </w:p>
    <w:p>
      <w:r>
        <w:t xml:space="preserve">(Speaker A)  Okay, great. </w:t>
      </w:r>
    </w:p>
    <w:p>
      <w:r>
        <w:t xml:space="preserve">(Speaker C)  We're also required to do public comment in this public hearing, but again, nobody present. </w:t>
      </w:r>
    </w:p>
    <w:p>
      <w:r>
        <w:t xml:space="preserve">(Speaker B)  Nobody on the zoom line. </w:t>
      </w:r>
    </w:p>
    <w:p>
      <w:r>
        <w:t xml:space="preserve">(Speaker C)  Are there any questions or changes that the board would like to make to resolution 2026 14? </w:t>
      </w:r>
    </w:p>
    <w:p>
      <w:r>
        <w:t xml:space="preserve">(Speaker A)  Okay. </w:t>
      </w:r>
    </w:p>
    <w:p>
      <w:r>
        <w:t xml:space="preserve">(Speaker H)  All in favor? </w:t>
      </w:r>
    </w:p>
    <w:p>
      <w:r>
        <w:t xml:space="preserve">(Speaker C)  Okay, motion carries. Do we have a motion to close the public hearing? </w:t>
      </w:r>
    </w:p>
    <w:p>
      <w:r>
        <w:t xml:space="preserve">(Speaker H)  All in favor? </w:t>
      </w:r>
    </w:p>
    <w:p>
      <w:r>
        <w:t xml:space="preserve">(Speaker A)  Okay, great. </w:t>
      </w:r>
    </w:p>
    <w:p>
      <w:r>
        <w:t xml:space="preserve">(Speaker B)  Motion is clo. Motion is accepted. </w:t>
      </w:r>
    </w:p>
    <w:p>
      <w:r>
        <w:t xml:space="preserve">(Speaker C)  Public hearing is closed. Next we have resolution 202615 adopting the </w:t>
      </w:r>
    </w:p>
    <w:p>
      <w:r>
        <w:t xml:space="preserve">(Speaker B)  fiscal year 27 meeting schedule. </w:t>
      </w:r>
    </w:p>
    <w:p>
      <w:r>
        <w:t xml:space="preserve">(Speaker C)  This is a change to the meeting schedule. </w:t>
      </w:r>
    </w:p>
    <w:p>
      <w:r>
        <w:t xml:space="preserve">(Speaker B)  As you guys know, Christine will over hammock reserve. And so we have moved this meeting to kind of line up with other meetings you guys have other meetings? Savannah has other meetings. </w:t>
      </w:r>
    </w:p>
    <w:p>
      <w:r>
        <w:t xml:space="preserve">(Speaker C)  Christine has. So this will now be moving to </w:t>
      </w:r>
    </w:p>
    <w:p>
      <w:r>
        <w:t xml:space="preserve">(Speaker B)  11:15 on the second Wednesday of the month. All of those dates are included in the resolution. Unless you all see anything standing out that you would want to change, we </w:t>
      </w:r>
    </w:p>
    <w:p>
      <w:r>
        <w:t xml:space="preserve">(Speaker C)  would just be looking for a motion to approve. </w:t>
      </w:r>
    </w:p>
    <w:p>
      <w:r>
        <w:t xml:space="preserve">(Speaker H)  Second, all in favor? </w:t>
      </w:r>
    </w:p>
    <w:p>
      <w:r>
        <w:t xml:space="preserve">(Speaker A)  Okay, motion carries. </w:t>
      </w:r>
    </w:p>
    <w:p>
      <w:r>
        <w:t xml:space="preserve">(Speaker C)  Next, we have resolution 2026-16, designating a date, time and location for the landowners meeting. This, I believe, is on page 64 of your agenda package. This resolution designates the date, time, and </w:t>
      </w:r>
    </w:p>
    <w:p>
      <w:r>
        <w:t xml:space="preserve">(Speaker B)  location as November 11th at 11:15. Here at this location, we're required to announce that date at a meeting at least 90 days prior to the landowner's election date. But also included in this resolution are instructions, proxy forms, and a sample ballot. Should anybody be interested and want to get those, they'll be posted on the website, and they're available by request from the district manager's office. </w:t>
      </w:r>
    </w:p>
    <w:p>
      <w:r>
        <w:t xml:space="preserve">(Speaker C)  There's one seat up for landowner election, which is seat three, which is actually </w:t>
      </w:r>
    </w:p>
    <w:p>
      <w:r>
        <w:t xml:space="preserve">(Speaker B)  currently held by Bobby. The suggested date and time is our. Your regular meeting scheduled. In the event the meeting cancels. You don't have to have anybody from the board present, so we can move forward without it if we need to. </w:t>
      </w:r>
    </w:p>
    <w:p>
      <w:r>
        <w:t xml:space="preserve">(Speaker C)  Any questions on that? </w:t>
      </w:r>
    </w:p>
    <w:p>
      <w:r>
        <w:t xml:space="preserve">(Speaker H)  All in favor? </w:t>
      </w:r>
    </w:p>
    <w:p>
      <w:r>
        <w:t xml:space="preserve">(Speaker A)  Okay, great. Motion carries. </w:t>
      </w:r>
    </w:p>
    <w:p>
      <w:r>
        <w:t xml:space="preserve">(Speaker C)  Next, we have consideration of resolution 2026-17. This is declaring seat number two vacant. </w:t>
      </w:r>
    </w:p>
    <w:p>
      <w:r>
        <w:t xml:space="preserve">(Speaker B)  This is actually the seat that is held by Emily. </w:t>
      </w:r>
    </w:p>
    <w:p>
      <w:r>
        <w:t xml:space="preserve">(Speaker C)  When the qualifying period occurred, we didn't </w:t>
      </w:r>
    </w:p>
    <w:p>
      <w:r>
        <w:t xml:space="preserve">(Speaker B)  have residents go down and qualify for the seat that is up for general election. </w:t>
      </w:r>
    </w:p>
    <w:p>
      <w:r>
        <w:t xml:space="preserve">(Speaker C)  So this resolution declares it vacant after </w:t>
      </w:r>
    </w:p>
    <w:p>
      <w:r>
        <w:t xml:space="preserve">(Speaker B)  the second Tuesday of November. So it will be vacant at that point. If still nobody wants it, Emily can remain in the seat. So. </w:t>
      </w:r>
    </w:p>
    <w:p>
      <w:r>
        <w:t xml:space="preserve">(Speaker A)  Okay. </w:t>
      </w:r>
    </w:p>
    <w:p>
      <w:r>
        <w:t xml:space="preserve">(Speaker C)  Motion for Bobbi. </w:t>
      </w:r>
    </w:p>
    <w:p>
      <w:r>
        <w:t xml:space="preserve">(Speaker A)  Nope. </w:t>
      </w:r>
    </w:p>
    <w:p>
      <w:r>
        <w:t xml:space="preserve">(Speaker C)  That's perfect. </w:t>
      </w:r>
    </w:p>
    <w:p>
      <w:r>
        <w:t xml:space="preserve">(Speaker H)  Perfect. </w:t>
      </w:r>
    </w:p>
    <w:p>
      <w:r>
        <w:t xml:space="preserve">(Speaker B)  Is there a second? </w:t>
      </w:r>
    </w:p>
    <w:p>
      <w:r>
        <w:t xml:space="preserve">(Speaker H)  All in favor? </w:t>
      </w:r>
    </w:p>
    <w:p>
      <w:r>
        <w:t xml:space="preserve">(Speaker A)  Okay, motion carries. </w:t>
      </w:r>
    </w:p>
    <w:p>
      <w:r>
        <w:t xml:space="preserve">(Speaker C)  Next, on page 73, you'll see the consideration of fiscal year 2026 audit engagement </w:t>
      </w:r>
    </w:p>
    <w:p>
      <w:r>
        <w:t xml:space="preserve">(Speaker B)  letter with Grau and Associates. This letter just memorializes the agreement that we have with them and the rate for our fiscal year audit, which is consistent with what we budgeted for. </w:t>
      </w:r>
    </w:p>
    <w:p>
      <w:r>
        <w:t xml:space="preserve">(Speaker C)  So we would just be looking for a motion to approve. </w:t>
      </w:r>
    </w:p>
    <w:p>
      <w:r>
        <w:t xml:space="preserve">(Speaker H)  All in favor? </w:t>
      </w:r>
    </w:p>
    <w:p>
      <w:r>
        <w:t xml:space="preserve">(Speaker A)  Okay, great. Motion carries. </w:t>
      </w:r>
    </w:p>
    <w:p>
      <w:r>
        <w:t xml:space="preserve">(Speaker C)  Next up, we have staff reports, and our first report is the attorney's report with Savannah. </w:t>
      </w:r>
    </w:p>
    <w:p>
      <w:r>
        <w:t xml:space="preserve">(Speaker E)  I don't have anything to report unless </w:t>
      </w:r>
    </w:p>
    <w:p>
      <w:r>
        <w:t xml:space="preserve">(Speaker F)  anybody has questions for me. </w:t>
      </w:r>
    </w:p>
    <w:p>
      <w:r>
        <w:t xml:space="preserve">(Speaker A)  Okay, great. Thank you. </w:t>
      </w:r>
    </w:p>
    <w:p>
      <w:r>
        <w:t xml:space="preserve">(Speaker C)  Next, we have the engineers report, and we do have. Excuse me. We do have Ray on the line. </w:t>
      </w:r>
    </w:p>
    <w:p>
      <w:r>
        <w:t xml:space="preserve">(Speaker I)  Yes. Good morning. How are you all doing? A couple things. One, we did do a annual report letter that was provided to the district as required by the indentures. And basically we looked at everything, created a report of what needs to be either repaired or maintained. But we are in good standing and that we'd like to have the board approve acceptance of this report. </w:t>
      </w:r>
    </w:p>
    <w:p>
      <w:r>
        <w:t xml:space="preserve">(Speaker C)  Do we have a motion to accept the annual engineers report? </w:t>
      </w:r>
    </w:p>
    <w:p>
      <w:r>
        <w:t xml:space="preserve">(Speaker H)  All in favor? </w:t>
      </w:r>
    </w:p>
    <w:p>
      <w:r>
        <w:t xml:space="preserve">(Speaker A)  Okay, motion. </w:t>
      </w:r>
    </w:p>
    <w:p>
      <w:r>
        <w:t xml:space="preserve">(Speaker I)  Thank you. And just a note, next year we'll be doing the same thing, but we're going to. We also are required by state rules that we provide a stormwater needs assessment. And we did one back in 22 and it's due every five years. We'll be doing one. And what we'll do is combine the efforts with the annual engineers report. So we only have to go do the site visit once and finalize. That one is due in July of next year, which is very similar to the annual report. Just so everybody knows what we will be planning for over the next six months in the beginning of the year, the next fiscal year. The last item I have is an update on the soil condition issues that we've had with Swift Mud. And the good news is that they have accepted all the surveys that we have done and they concur with what we're saying. There were four lots that originally they did not have issues on and now they want us to include on our. Our survey the depth of those. I think Chase wrote a letter requesting that we notify those four lots. They're the. I think it's 1, 131, 132 and 133 per the construction drawings. And we'll go out, get those elevations. We showed them pictures. They still wanted the dimension. So we'll get those over the next week or so and finalize this issue. It'll go away now. They did not bring up the issue. There is one lot which is the one we're going to go that we have in there that has a swimming pool. It's above surface swim pool. We will need to write a letter to them that they need to move it outside of the swale and in the easement. And we'll say which. I can't remember it specifically which slot it is. I think it's 134 if I'm not mistaken. </w:t>
      </w:r>
    </w:p>
    <w:p>
      <w:r>
        <w:t xml:space="preserve">(Speaker B)  Yeah, it's 4305 Delion Street. I just passed out the pictures to the board that. </w:t>
      </w:r>
    </w:p>
    <w:p>
      <w:r>
        <w:t xml:space="preserve">(Speaker I)  Oh, thank you. </w:t>
      </w:r>
    </w:p>
    <w:p>
      <w:r>
        <w:t xml:space="preserve">(Speaker B)  Yeah, no problem. They show the pool and the cinder </w:t>
      </w:r>
    </w:p>
    <w:p>
      <w:r>
        <w:t xml:space="preserve">(Speaker C)  blocks, I think was also pointed out </w:t>
      </w:r>
    </w:p>
    <w:p>
      <w:r>
        <w:t xml:space="preserve">(Speaker B)  as a problem and perhaps maybe the shed as well. Ray, is that right? </w:t>
      </w:r>
    </w:p>
    <w:p>
      <w:r>
        <w:t xml:space="preserve">(Speaker I)  That is yes, that is correct. You got it. </w:t>
      </w:r>
    </w:p>
    <w:p>
      <w:r>
        <w:t xml:space="preserve">(Speaker F)  Thank you. </w:t>
      </w:r>
    </w:p>
    <w:p>
      <w:r>
        <w:t xml:space="preserve">(Speaker I)  Pictures are always great, so. And you know, we can work with them on trying to establish the swale and providing indications, but I think that's something that needs to be written to them and they need to take care of that. The other issue is. Go ahead. I'm sorry. </w:t>
      </w:r>
    </w:p>
    <w:p>
      <w:r>
        <w:t xml:space="preserve">(Speaker E)  Sorry, Ray. It's Savannah. So did SwiftMed point out this one or was that found by you guys? </w:t>
      </w:r>
    </w:p>
    <w:p>
      <w:r>
        <w:t xml:space="preserve">(Speaker I)  That was found by us. We did not share this information with swiftmud. </w:t>
      </w:r>
    </w:p>
    <w:p>
      <w:r>
        <w:t xml:space="preserve">(Speaker E)  Got it. </w:t>
      </w:r>
    </w:p>
    <w:p>
      <w:r>
        <w:t xml:space="preserve">(Speaker I)  They didn't ask for it. We're not going to give it to them. So we're only giving them what they want and what they need and what they're worried about. But I think from a perspective of owning the easement and us being responsible for the swale and drainage, that's why we're bringing it up, because it needs to happen. The other issue that we have that we haven't really made a big discussion on, we did not share the issue with Swift Mud a whole lot, but we did mention that they were concerned that the fences that are coming across the swale could impede flow and therefore might be needed to be raised. The minimum or whatever the swale width is. Height is. The average is about 8 inches. It technically needs to be 12, but if the swale is only 8 inches, I'll be. You know, I think we can go with that average. But that means that every fence that goes across the swale needs to be raised and they can put whatever, chicken wire or whatever to keep things from going on as long as water can get under there. We're good with that. Then we'll need to have a letter written to every lot that has a fence that requires to do that. </w:t>
      </w:r>
    </w:p>
    <w:p>
      <w:r>
        <w:t xml:space="preserve">(Speaker C)  Ray, out of curiosity, do you have </w:t>
      </w:r>
    </w:p>
    <w:p>
      <w:r>
        <w:t xml:space="preserve">(Speaker B)  a list of all of the addresses of those lots that have fences? </w:t>
      </w:r>
    </w:p>
    <w:p>
      <w:r>
        <w:t xml:space="preserve">(Speaker I)  Yes, we can provide that. </w:t>
      </w:r>
    </w:p>
    <w:p>
      <w:r>
        <w:t xml:space="preserve">(Speaker E)  Do you happen to have pictures of all of those addresses or is that something we're going to. </w:t>
      </w:r>
    </w:p>
    <w:p>
      <w:r>
        <w:t xml:space="preserve">(Speaker I)  Yes. No, we have pictures also. It's a very big file, so. But it's easier. I think you got. Swift might had a problem downloading it because of their rules, but I think you all be. You would be able to download it. We'll send it as a. We actually have it annotated and everything. So you'll be able to see exactly where. What. I'll get Chase to send those over this tomorrow, the next day. Other than that, I think we're in good shape. We don't have to do a whole lot other than just be an enforcement agency. Once we get these. These grades and they should write us a letter saying we're good. </w:t>
      </w:r>
    </w:p>
    <w:p>
      <w:r>
        <w:t xml:space="preserve">(Speaker F)  Wonderful. </w:t>
      </w:r>
    </w:p>
    <w:p>
      <w:r>
        <w:t xml:space="preserve">(Speaker C)  Does the board have any. </w:t>
      </w:r>
    </w:p>
    <w:p>
      <w:r>
        <w:t xml:space="preserve">(Speaker G)  Yes, I just looked on the pool. They did not get a permit from the city. So if they had got a permit, that would have been caught way ahead. </w:t>
      </w:r>
    </w:p>
    <w:p>
      <w:r>
        <w:t xml:space="preserve">(Speaker B)  Right. </w:t>
      </w:r>
    </w:p>
    <w:p>
      <w:r>
        <w:t xml:space="preserve">(Speaker F)  Of course. </w:t>
      </w:r>
    </w:p>
    <w:p>
      <w:r>
        <w:t xml:space="preserve">(Speaker B)  You. </w:t>
      </w:r>
    </w:p>
    <w:p>
      <w:r>
        <w:t xml:space="preserve">(Speaker I)  Yep. </w:t>
      </w:r>
    </w:p>
    <w:p>
      <w:r>
        <w:t xml:space="preserve">(Speaker F)  You need them born above ground point. </w:t>
      </w:r>
    </w:p>
    <w:p>
      <w:r>
        <w:t xml:space="preserve">(Speaker G)  If the polls born. Get with the four inches of water. </w:t>
      </w:r>
    </w:p>
    <w:p>
      <w:r>
        <w:t xml:space="preserve">(Speaker F)  Really? </w:t>
      </w:r>
    </w:p>
    <w:p>
      <w:r>
        <w:t xml:space="preserve">(Speaker I)  Oh, then that I was. That's a good. Thank you. </w:t>
      </w:r>
    </w:p>
    <w:p>
      <w:r>
        <w:t xml:space="preserve">(Speaker A)  Good. </w:t>
      </w:r>
    </w:p>
    <w:p>
      <w:r>
        <w:t xml:space="preserve">(Speaker I)  Good notation to know. </w:t>
      </w:r>
    </w:p>
    <w:p>
      <w:r>
        <w:t xml:space="preserve">(Speaker H)  There we go, Bill. </w:t>
      </w:r>
    </w:p>
    <w:p>
      <w:r>
        <w:t xml:space="preserve">(Speaker G)  Yeah. </w:t>
      </w:r>
    </w:p>
    <w:p>
      <w:r>
        <w:t xml:space="preserve">(Speaker I)  Because I thought it was above ground. And the person. I don't know if they regulate that, but that's a good. That's a good way to do it. Thank you. </w:t>
      </w:r>
    </w:p>
    <w:p>
      <w:r>
        <w:t xml:space="preserve">(Speaker G)  Be combined into one commit. But it was still. </w:t>
      </w:r>
    </w:p>
    <w:p>
      <w:r>
        <w:t xml:space="preserve">(Speaker I)  Yeah. </w:t>
      </w:r>
    </w:p>
    <w:p>
      <w:r>
        <w:t xml:space="preserve">(Speaker G)  And they would have caught the setback. </w:t>
      </w:r>
    </w:p>
    <w:p>
      <w:r>
        <w:t xml:space="preserve">(Speaker I)  Yes. Yeah. They've got a lot of work that they, you know, bricks and stuff. And they've done a lot of efforts there. So it's a shame, but so it is what it is. </w:t>
      </w:r>
    </w:p>
    <w:p>
      <w:r>
        <w:t xml:space="preserve">(Speaker A)  Okay. </w:t>
      </w:r>
    </w:p>
    <w:p>
      <w:r>
        <w:t xml:space="preserve">(Speaker C)  Any other questions for Ray? </w:t>
      </w:r>
    </w:p>
    <w:p>
      <w:r>
        <w:t xml:space="preserve">(Speaker B)  Okay, thank you so much. We will get with you for all of our. All of that stuff for the letters. </w:t>
      </w:r>
    </w:p>
    <w:p>
      <w:r>
        <w:t xml:space="preserve">(Speaker I)  Sounds good. Thank you. </w:t>
      </w:r>
    </w:p>
    <w:p>
      <w:r>
        <w:t xml:space="preserve">(Speaker A)  Okay. </w:t>
      </w:r>
    </w:p>
    <w:p>
      <w:r>
        <w:t xml:space="preserve">(Speaker C)  Next we have the field manager's report with Allan. </w:t>
      </w:r>
    </w:p>
    <w:p>
      <w:r>
        <w:t xml:space="preserve">(Speaker F)  Yes. </w:t>
      </w:r>
    </w:p>
    <w:p>
      <w:r>
        <w:t xml:space="preserve">(Speaker J)  Just a few things. There was a. A track behind phase three. It goes down the whole length of it. That the vegetation has gotten a little high. We needed to have it cut down to fall into code compliance. That has been completed and the code compliance officers have been notified. Also the phase four fencing, there was some fence that was blown out. We got that up again. Make sure that the code compliance isn't upset with us at all with anything going on. And again, some replacement landscape at the front of the amenity has been installed. And we'll continue to monitor that to see that it establishes. Well, overall landscaping is maintaining the community well. Our pools are kept up. Janitorial staff's keeping up with the higher services that we see because the pools can be very active during the summertime. And our few lakes that need it maintenance and being maintained to make sure that those. Those stay in place. We are seeing more rain, which is good filling up those ponds. But we still need more to double check if there isn't anything else. I have two things to go over. The first would be a ratification of the cleaning up of that fence line to get us into code compliance. </w:t>
      </w:r>
    </w:p>
    <w:p>
      <w:r>
        <w:t xml:space="preserve">(Speaker C)  This is on page 113. </w:t>
      </w:r>
    </w:p>
    <w:p>
      <w:r>
        <w:t xml:space="preserve">(Speaker B)  We did approve this outside of a meeting. We were having some docusign issues. So Bobby is aware of it. We just. For some reason the docusign wasn't working to Her. So I signed it so that they could go ahead and complete the landscaping work before code enforcement came back </w:t>
      </w:r>
    </w:p>
    <w:p>
      <w:r>
        <w:t xml:space="preserve">(Speaker A)  to </w:t>
      </w:r>
    </w:p>
    <w:p>
      <w:r>
        <w:t xml:space="preserve">(Speaker B)  check off that we had done it. </w:t>
      </w:r>
    </w:p>
    <w:p>
      <w:r>
        <w:t xml:space="preserve">(Speaker G)  Okay. </w:t>
      </w:r>
    </w:p>
    <w:p>
      <w:r>
        <w:t xml:space="preserve">(Speaker H)  All in favor? </w:t>
      </w:r>
    </w:p>
    <w:p>
      <w:r>
        <w:t xml:space="preserve">(Speaker A)  Okay, motion carries. </w:t>
      </w:r>
    </w:p>
    <w:p>
      <w:r>
        <w:t xml:space="preserve">(Speaker J)  The second item you'll have in front of you. This is a update to the contract, current contract that is dealing with the same area that's in question behind phase three. There's a fence along the railroad tracks that comes up along into Johnson Street. That, that area is quite extensive. It's over a mile. And that needs to be on a monthly like every three month basis maintained, keep down so that we don't get ourselves into this situation where the code enforcement sees it, then they come and complain. So the update to the contract would be one $182,422.04. It's under our proposed line item of 195, 700. So it will fit into the plant budget. </w:t>
      </w:r>
    </w:p>
    <w:p>
      <w:r>
        <w:t xml:space="preserve">(Speaker F)  Now you said to do it every three months. </w:t>
      </w:r>
    </w:p>
    <w:p>
      <w:r>
        <w:t xml:space="preserve">(Speaker G)  Yeah. </w:t>
      </w:r>
    </w:p>
    <w:p>
      <w:r>
        <w:t xml:space="preserve">(Speaker F)  So can we take off some of this if we're doing it every three months? </w:t>
      </w:r>
    </w:p>
    <w:p>
      <w:r>
        <w:t xml:space="preserve">(Speaker J)  Take off what? </w:t>
      </w:r>
    </w:p>
    <w:p>
      <w:r>
        <w:t xml:space="preserve">(Speaker F)  Because it looks like we're getting. </w:t>
      </w:r>
    </w:p>
    <w:p>
      <w:r>
        <w:t xml:space="preserve">(Speaker J)  Oh, it's, this is, this is averaged out in it. They, they've spread it out throughout the whole 12 months. Instead of having like peaks similar to </w:t>
      </w:r>
    </w:p>
    <w:p>
      <w:r>
        <w:t xml:space="preserve">(Speaker E)  when we do like the pond disking and your landscaping contracts at some of the other districts for dry ponds. Prince averages, even though they only do the disc game quarterly. </w:t>
      </w:r>
    </w:p>
    <w:p>
      <w:r>
        <w:t xml:space="preserve">(Speaker F)  Okay. </w:t>
      </w:r>
    </w:p>
    <w:p>
      <w:r>
        <w:t xml:space="preserve">(Speaker E)  They average it out across the whole year. So it's. If you steady payment each month, it's </w:t>
      </w:r>
    </w:p>
    <w:p>
      <w:r>
        <w:t xml:space="preserve">(Speaker F)  33,000 every three months for the general services. Yeah, the three months together. </w:t>
      </w:r>
    </w:p>
    <w:p>
      <w:r>
        <w:t xml:space="preserve">(Speaker B)  Did you say 3,000? </w:t>
      </w:r>
    </w:p>
    <w:p>
      <w:r>
        <w:t xml:space="preserve">(Speaker F)  3,000. </w:t>
      </w:r>
    </w:p>
    <w:p>
      <w:r>
        <w:t xml:space="preserve">(Speaker C)  Oh total. </w:t>
      </w:r>
    </w:p>
    <w:p>
      <w:r>
        <w:t xml:space="preserve">(Speaker B)  Not just adding the bush hog. </w:t>
      </w:r>
    </w:p>
    <w:p>
      <w:r>
        <w:t xml:space="preserve">(Speaker J)  I'm sorry, I. I don't have every three, three months. It would be, let's see, 15, 30, 45, 60, 30, 45, $603 and some on change. If you took each month that it was going to be done because this includes the turf and the irrigation maintenance down there in the blue. So every three months it's a total of those three months combined would be 45,000. </w:t>
      </w:r>
    </w:p>
    <w:p>
      <w:r>
        <w:t xml:space="preserve">(Speaker F)  And this is something that we did plan and the following year's budget. I know you said. </w:t>
      </w:r>
    </w:p>
    <w:p>
      <w:r>
        <w:t xml:space="preserve">(Speaker J)  Yeah. So the budget is set at night. Was set at 95700. This is at 82. So know it's under next year's budget to have this and it's something we'll want to maintain that back section on a more planned basis. It wasn't planned for. And I like to have these plans so that. To make sure that they're in compliance on a continuous basis without any questions. </w:t>
      </w:r>
    </w:p>
    <w:p>
      <w:r>
        <w:t xml:space="preserve">(Speaker B)  We didn't take it into account until code enforcement came. But it does fit within the line, the budget line item. And then we shouldn't have issues with code enforcement again. </w:t>
      </w:r>
    </w:p>
    <w:p>
      <w:r>
        <w:t xml:space="preserve">(Speaker C)  Did they provide you with a updated </w:t>
      </w:r>
    </w:p>
    <w:p>
      <w:r>
        <w:t xml:space="preserve">(Speaker B)  landscaping map as well? </w:t>
      </w:r>
    </w:p>
    <w:p>
      <w:r>
        <w:t xml:space="preserve">(Speaker J)  Yes, I have a. I have. </w:t>
      </w:r>
    </w:p>
    <w:p>
      <w:r>
        <w:t xml:space="preserve">(Speaker F)  I have a map. </w:t>
      </w:r>
    </w:p>
    <w:p>
      <w:r>
        <w:t xml:space="preserve">(Speaker H)  Okay. </w:t>
      </w:r>
    </w:p>
    <w:p>
      <w:r>
        <w:t xml:space="preserve">(Speaker F)  This is for full mowing, all detailing, and then it includes the bush hog. </w:t>
      </w:r>
    </w:p>
    <w:p>
      <w:r>
        <w:t xml:space="preserve">(Speaker J)  Yeah. So this is our current contract. </w:t>
      </w:r>
    </w:p>
    <w:p>
      <w:r>
        <w:t xml:space="preserve">(Speaker E)  Community. </w:t>
      </w:r>
    </w:p>
    <w:p>
      <w:r>
        <w:t xml:space="preserve">(Speaker J)  Yeah, this is our current contract. </w:t>
      </w:r>
    </w:p>
    <w:p>
      <w:r>
        <w:t xml:space="preserve">(Speaker G)  Okay. </w:t>
      </w:r>
    </w:p>
    <w:p>
      <w:r>
        <w:t xml:space="preserve">(Speaker J)  Just adding the bush hogging into it every three months and. </w:t>
      </w:r>
    </w:p>
    <w:p>
      <w:r>
        <w:t xml:space="preserve">(Speaker F)  Okay, so that. Okay, so this is an additional. Yes. </w:t>
      </w:r>
    </w:p>
    <w:p>
      <w:r>
        <w:t xml:space="preserve">(Speaker J)  No, no, this is sor. The whole point of this was to consolidate everything into one place. No. Yeah, I get. I can understand why. 45,000 for just for bush crazy. </w:t>
      </w:r>
    </w:p>
    <w:p>
      <w:r>
        <w:t xml:space="preserve">(Speaker F)  That makes sense. </w:t>
      </w:r>
    </w:p>
    <w:p>
      <w:r>
        <w:t xml:space="preserve">(Speaker B)  We had like a bunch of different addendums. And so he had Prince put everything into one contract so that it was clear exactly where what they should be doing monthly or. </w:t>
      </w:r>
    </w:p>
    <w:p>
      <w:r>
        <w:t xml:space="preserve">(Speaker E)  This is the current one. </w:t>
      </w:r>
    </w:p>
    <w:p>
      <w:r>
        <w:t xml:space="preserve">(Speaker F)  Correct. </w:t>
      </w:r>
    </w:p>
    <w:p>
      <w:r>
        <w:t xml:space="preserve">(Speaker E)  This is the current price. This is the current price and the addendum from 2023. The additional services that added additional services for new phases three and four would result in this price. That's on this bottom line. Total fee per month. So if this isn't. </w:t>
      </w:r>
    </w:p>
    <w:p>
      <w:r>
        <w:t xml:space="preserve">(Speaker J)  That's what they sent me to. </w:t>
      </w:r>
    </w:p>
    <w:p>
      <w:r>
        <w:t xml:space="preserve">(Speaker E)  Technically, your price isn't changing. Unless they've not been charging what actually in the agreement. </w:t>
      </w:r>
    </w:p>
    <w:p>
      <w:r>
        <w:t xml:space="preserve">(Speaker J)  I don't exactly know. I know that this is what this told me. That's the. That's the new. To add the bush hog would be. That'd be the whole scope. And they were instructed that these maps all included. They saw all the maps for each phase. So they know what to. What was going to be expected is </w:t>
      </w:r>
    </w:p>
    <w:p>
      <w:r>
        <w:t xml:space="preserve">(Speaker B)  what the current annual should be. </w:t>
      </w:r>
    </w:p>
    <w:p>
      <w:r>
        <w:t xml:space="preserve">(Speaker E)  I mean, that's great. It means they've been charging us less than what's actually in their agreement. But we really need to make sure what's in the agreement is what's being right paid, especially for auditing purposes. </w:t>
      </w:r>
    </w:p>
    <w:p>
      <w:r>
        <w:t xml:space="preserve">(Speaker B)  All right, let's. </w:t>
      </w:r>
    </w:p>
    <w:p>
      <w:r>
        <w:t xml:space="preserve">(Speaker E)  I would recommend maybe we figure this out and bring it back next month. </w:t>
      </w:r>
    </w:p>
    <w:p>
      <w:r>
        <w:t xml:space="preserve">(Speaker C)  Yeah, let's table this. </w:t>
      </w:r>
    </w:p>
    <w:p>
      <w:r>
        <w:t xml:space="preserve">(Speaker B)  We'll kind of do an audit of what we're currently being charged monthly and run that in with. This was part of why we wanted it all in one place is with different addendums, it was hard to track down everything that they were doing. And there wasn't a landscaping map that put everything together previously. So. </w:t>
      </w:r>
    </w:p>
    <w:p>
      <w:r>
        <w:t xml:space="preserve">(Speaker E)  Yeah. </w:t>
      </w:r>
    </w:p>
    <w:p>
      <w:r>
        <w:t xml:space="preserve">(Speaker B)  But let us take a look at all of that. </w:t>
      </w:r>
    </w:p>
    <w:p>
      <w:r>
        <w:t xml:space="preserve">(Speaker E)  We didn't amended and restated agreement in 2023 and have amended that one once. So you may have been looking at the really old one because it had multiple. It did have like the first landscape contract does have like five amendments. Then we did an amended and restated that has been added onto once to add phases three and four. So let's just take that and Actually, let's. Let's dig into that a little bit more. I'm not comfortable approving anything for that today. </w:t>
      </w:r>
    </w:p>
    <w:p>
      <w:r>
        <w:t xml:space="preserve">(Speaker F)  Okay. Okay. </w:t>
      </w:r>
    </w:p>
    <w:p>
      <w:r>
        <w:t xml:space="preserve">(Speaker C)  We will table that. </w:t>
      </w:r>
    </w:p>
    <w:p>
      <w:r>
        <w:t xml:space="preserve">(Speaker J)  My apologies. I'll have to. I got this last minute. So we were trying to get. Get it, but apparently there's obviously some discrepancy. So we'll sort that out. No, but that is okay. </w:t>
      </w:r>
    </w:p>
    <w:p>
      <w:r>
        <w:t xml:space="preserve">(Speaker F)  That's okay. </w:t>
      </w:r>
    </w:p>
    <w:p>
      <w:r>
        <w:t xml:space="preserve">(Speaker B)  Okay. </w:t>
      </w:r>
    </w:p>
    <w:p>
      <w:r>
        <w:t xml:space="preserve">(Speaker C)  The only other thing was you were </w:t>
      </w:r>
    </w:p>
    <w:p>
      <w:r>
        <w:t xml:space="preserve">(Speaker B)  checking the fence height on. Oh, hold on. We have Ray or Chase is raising his hand. Go for it, Chase. </w:t>
      </w:r>
    </w:p>
    <w:p>
      <w:r>
        <w:t xml:space="preserve">(Speaker J)  Hey, sorry to interrupt. Did you. Did you need me to go back over the report? </w:t>
      </w:r>
    </w:p>
    <w:p>
      <w:r>
        <w:t xml:space="preserve">(Speaker A)  Sorry about that. </w:t>
      </w:r>
    </w:p>
    <w:p>
      <w:r>
        <w:t xml:space="preserve">(Speaker J)  I forgot Ray and Joey are out as well. </w:t>
      </w:r>
    </w:p>
    <w:p>
      <w:r>
        <w:t xml:space="preserve">(Speaker C)  No, no, that's okay. Ray hopped on. </w:t>
      </w:r>
    </w:p>
    <w:p>
      <w:r>
        <w:t xml:space="preserve">(Speaker I)  Oh, I was on here. </w:t>
      </w:r>
    </w:p>
    <w:p>
      <w:r>
        <w:t xml:space="preserve">(Speaker F)  I was. </w:t>
      </w:r>
    </w:p>
    <w:p>
      <w:r>
        <w:t xml:space="preserve">(Speaker J)  Okay. </w:t>
      </w:r>
    </w:p>
    <w:p>
      <w:r>
        <w:t xml:space="preserve">(Speaker I)  Thanks, Case. You're good. </w:t>
      </w:r>
    </w:p>
    <w:p>
      <w:r>
        <w:t xml:space="preserve">(Speaker A)  Thank you. </w:t>
      </w:r>
    </w:p>
    <w:p>
      <w:r>
        <w:t xml:space="preserve">(Speaker I)  Thank you. I'll call you later. </w:t>
      </w:r>
    </w:p>
    <w:p>
      <w:r>
        <w:t xml:space="preserve">(Speaker B)  Was the fence height check on our encroachment? </w:t>
      </w:r>
    </w:p>
    <w:p>
      <w:r>
        <w:t xml:space="preserve">(Speaker J)  The. The height. What was the height supposed to. I'm sorry, what was the height? </w:t>
      </w:r>
    </w:p>
    <w:p>
      <w:r>
        <w:t xml:space="preserve">(Speaker B)  They were going to lift their fence 12 inches up. </w:t>
      </w:r>
    </w:p>
    <w:p>
      <w:r>
        <w:t xml:space="preserve">(Speaker J)  Lifting up. I hadn't seen anything yet for the. The being up off the check. I can check again this coming up week and see if they raise it up or not. </w:t>
      </w:r>
    </w:p>
    <w:p>
      <w:r>
        <w:t xml:space="preserve">(Speaker A)  Okay. </w:t>
      </w:r>
    </w:p>
    <w:p>
      <w:r>
        <w:t xml:space="preserve">(Speaker F)  Okay. </w:t>
      </w:r>
    </w:p>
    <w:p>
      <w:r>
        <w:t xml:space="preserve">(Speaker J)  So that's the. That's the folks we're doing with on the. </w:t>
      </w:r>
    </w:p>
    <w:p>
      <w:r>
        <w:t xml:space="preserve">(Speaker B)  Yeah, it's on the. It's on 3204 Wetzel Drive on the agenda if you need it. </w:t>
      </w:r>
    </w:p>
    <w:p>
      <w:r>
        <w:t xml:space="preserve">(Speaker A)  Okay. </w:t>
      </w:r>
    </w:p>
    <w:p>
      <w:r>
        <w:t xml:space="preserve">(Speaker C)  Anything else for Alan? All right, next up, we have the district manager's report. And Christine is going to take this one. </w:t>
      </w:r>
    </w:p>
    <w:p>
      <w:r>
        <w:t xml:space="preserve">(Speaker F)  Right? I can pull it up now. </w:t>
      </w:r>
    </w:p>
    <w:p>
      <w:r>
        <w:t xml:space="preserve">(Speaker D)  Okay, so on page 118 is the check register. The check register included in the agenda packet totals 237,909. 91. So if there's not any questions, we're just looking for a motion to approve the check register and that total amount. No. And all in favor approving the check register say. </w:t>
      </w:r>
    </w:p>
    <w:p>
      <w:r>
        <w:t xml:space="preserve">(Speaker F)  I have to remember who just did that. </w:t>
      </w:r>
    </w:p>
    <w:p>
      <w:r>
        <w:t xml:space="preserve">(Speaker D)  It is harder when you're doing it on your own. Who was that? Emily? That motion? </w:t>
      </w:r>
    </w:p>
    <w:p>
      <w:r>
        <w:t xml:space="preserve">(Speaker B)  Nope. </w:t>
      </w:r>
    </w:p>
    <w:p>
      <w:r>
        <w:t xml:space="preserve">(Speaker D)  See Lindsay at motion, Bobby second. </w:t>
      </w:r>
    </w:p>
    <w:p>
      <w:r>
        <w:t xml:space="preserve">(Speaker F)  Okay. </w:t>
      </w:r>
    </w:p>
    <w:p>
      <w:r>
        <w:t xml:space="preserve">(Speaker D)  We just need Bill to do everything because he's a man's voice and I can definitely hear that one. We're going to Use our big boy voices. Okay. And then the next item is the financial statements that are unaudited. They're presented through June 30th. Unless the board has any questions. There is no motion needed for this one. Does the board have any questions on the balance sheet? </w:t>
      </w:r>
    </w:p>
    <w:p>
      <w:r>
        <w:t xml:space="preserve">(Speaker A)  Okay. </w:t>
      </w:r>
    </w:p>
    <w:p>
      <w:r>
        <w:t xml:space="preserve">(Speaker D)  The next item is the annual performance goals and objectives. I think most of you have went through this a couple of times. They are included in the agenda packet. It's a statutory requirement. All of the items, which. There's three different items. Community communication and engagement, infrastructure and facilities maintenance, financial transparency and accountability. All of these items can be achieved during regular board meetings. So we are just looking for a motion to approve the fiscal year 2027 goals and objectives and performance measures and standards. </w:t>
      </w:r>
    </w:p>
    <w:p>
      <w:r>
        <w:t xml:space="preserve">(Speaker G)  Second. </w:t>
      </w:r>
    </w:p>
    <w:p>
      <w:r>
        <w:t xml:space="preserve">(Speaker H)  All in favor? </w:t>
      </w:r>
    </w:p>
    <w:p>
      <w:r>
        <w:t xml:space="preserve">(Speaker B)  Okay, Lindsay. </w:t>
      </w:r>
    </w:p>
    <w:p>
      <w:r>
        <w:t xml:space="preserve">(Speaker E)  I knew Bill was there. </w:t>
      </w:r>
    </w:p>
    <w:p>
      <w:r>
        <w:t xml:space="preserve">(Speaker A)  I heard him. </w:t>
      </w:r>
    </w:p>
    <w:p>
      <w:r>
        <w:t xml:space="preserve">(Speaker D)  Okay, so the next item is the fiscal year 2026 performance measures and annual reporting. The agenda packet includes that document as well. This is just to state that you did meet all your goals and objectives. So we're just looking for a motion to authorize the chair to appro that and be able to submit that to say we met them. Okay. </w:t>
      </w:r>
    </w:p>
    <w:p>
      <w:r>
        <w:t xml:space="preserve">(Speaker F)  Got a motion in a second. </w:t>
      </w:r>
    </w:p>
    <w:p>
      <w:r>
        <w:t xml:space="preserve">(Speaker H)  All in favor? </w:t>
      </w:r>
    </w:p>
    <w:p>
      <w:r>
        <w:t xml:space="preserve">(Speaker A)  Thank you. </w:t>
      </w:r>
    </w:p>
    <w:p>
      <w:r>
        <w:t xml:space="preserve">(Speaker D)  I Forgetting that one. </w:t>
      </w:r>
    </w:p>
    <w:p>
      <w:r>
        <w:t xml:space="preserve">(Speaker H)  All in favor? </w:t>
      </w:r>
    </w:p>
    <w:p>
      <w:r>
        <w:t xml:space="preserve">(Speaker F)  Okay. </w:t>
      </w:r>
    </w:p>
    <w:p>
      <w:r>
        <w:t xml:space="preserve">(Speaker B)  Good job. </w:t>
      </w:r>
    </w:p>
    <w:p>
      <w:r>
        <w:t xml:space="preserve">(Speaker D)  Good job. </w:t>
      </w:r>
    </w:p>
    <w:p>
      <w:r>
        <w:t xml:space="preserve">(Speaker B)  My first three items. </w:t>
      </w:r>
    </w:p>
    <w:p>
      <w:r>
        <w:t xml:space="preserve">(Speaker H)  Great. </w:t>
      </w:r>
    </w:p>
    <w:p>
      <w:r>
        <w:t xml:space="preserve">(Speaker B)  Okay, thank you. </w:t>
      </w:r>
    </w:p>
    <w:p>
      <w:r>
        <w:t xml:space="preserve">(Speaker C)  Lastly, I'm going to take discussion of the security vendor. </w:t>
      </w:r>
    </w:p>
    <w:p>
      <w:r>
        <w:t xml:space="preserve">(Speaker B)  I just want to update the board on something. So we had a couple of residents reach out recently that the security vendor at the pool has not been doing their job, essentially. And we had a weekend in July where we did not have a security </w:t>
      </w:r>
    </w:p>
    <w:p>
      <w:r>
        <w:t xml:space="preserve">(Speaker A)  guard at the pool the whole weekend. </w:t>
      </w:r>
    </w:p>
    <w:p>
      <w:r>
        <w:t xml:space="preserve">(Speaker B)  And we were not. We were only notified by the resident. We were not notified by the company. Tried to. But we. Thankfully, the resident let us know. So we caught that. </w:t>
      </w:r>
    </w:p>
    <w:p>
      <w:r>
        <w:t xml:space="preserve">(Speaker C)  We. </w:t>
      </w:r>
    </w:p>
    <w:p>
      <w:r>
        <w:t xml:space="preserve">(Speaker B)  We also. There have been a couple of teenagers that have been frequenting the pool, throwing a football. So we've had a lot of residents upset about that, reach out to us and let us know about that, that the guard is not approaching individuals in the pool that are breaking the rules. So we tried for three weeks via email to get some answers from the district manager at Securitas and did not get those answers as to how the guard was entering the facility and what happened to the guard the weekend that we know. We can't find evidence that a guard was there. So Emily, who is our amenities manager, and I met with Carlos, who is above James, who's the district manager for Securitas. He came up with an action plan to correct A lot of the behaviors that we're not only seeing from the guard, but we're also seeing from the district manager. There's a, obviously a lack of accountability there. We can't get him to answer via email like, what happened? Where was the guard? Carlos also told us that it is their standard practice to let us know if the guard's running late or if the guard's not going to be there. That never happens like in any district. So he's going to work on some things with James, he's going to work on some things with the guard, training and trying to get the guard to enforce the rules. But I wanted to let you all know because we have indicated to Carlos that it is something that if this doesn't improve quickly, we would see if the board would like to move on to a different security vendor. We don't have any proposals or anything today, but if we have a follow up meeting with Carlos on the end of the month, August 28th, so if we haven't noticed a change, we can bring proposals back to the next meeting. Yep, absolutely. When getting proposals. Right now we have a guard. You let me know if I step over any security lines here. You, you know, when we have the guard there on the weekends. Does the board want to add any other like through the summer daily? Am I stepping over? </w:t>
      </w:r>
    </w:p>
    <w:p>
      <w:r>
        <w:t xml:space="preserve">(Speaker A)  Okay. </w:t>
      </w:r>
    </w:p>
    <w:p>
      <w:r>
        <w:t xml:space="preserve">(Speaker B)  Does the board want us to get a proposal with a similar schedule as to what we have now or add anything in? </w:t>
      </w:r>
    </w:p>
    <w:p>
      <w:r>
        <w:t xml:space="preserve">(Speaker F)  Can you do both? I can. Can you say, okay, well this is for one and then this is for. Yep, yep, I can do that. </w:t>
      </w:r>
    </w:p>
    <w:p>
      <w:r>
        <w:t xml:space="preserve">(Speaker A)  Yep. </w:t>
      </w:r>
    </w:p>
    <w:p>
      <w:r>
        <w:t xml:space="preserve">(Speaker H)  Absolutely. </w:t>
      </w:r>
    </w:p>
    <w:p>
      <w:r>
        <w:t xml:space="preserve">(Speaker E)  We're going to schedule a shade session for what month are we doing? </w:t>
      </w:r>
    </w:p>
    <w:p>
      <w:r>
        <w:t xml:space="preserve">(Speaker B)  I don't. </w:t>
      </w:r>
    </w:p>
    <w:p>
      <w:r>
        <w:t xml:space="preserve">(Speaker C)  Right now we don't have a lot </w:t>
      </w:r>
    </w:p>
    <w:p>
      <w:r>
        <w:t xml:space="preserve">(Speaker B)  on the agenda for September. Do you want to schedule in August? I mean October, right? </w:t>
      </w:r>
    </w:p>
    <w:p>
      <w:r>
        <w:t xml:space="preserve">(Speaker A)  August. </w:t>
      </w:r>
    </w:p>
    <w:p>
      <w:r>
        <w:t xml:space="preserve">(Speaker B)  Okay, so then we can schedule a confidential hearing where we can talk through all of that stuff. </w:t>
      </w:r>
    </w:p>
    <w:p>
      <w:r>
        <w:t xml:space="preserve">(Speaker E)  Security matters just aren't available to the public. The times that they're there aren't really supposed to be disclosed what they're doing, locations of security guards, their post orders, etc, those are not subject to public records. They are exempt. </w:t>
      </w:r>
    </w:p>
    <w:p>
      <w:r>
        <w:t xml:space="preserve">(Speaker F)  I don't want the board to waive that. </w:t>
      </w:r>
    </w:p>
    <w:p>
      <w:r>
        <w:t xml:space="preserve">(Speaker E)  That the board has the discretion to waive it. </w:t>
      </w:r>
    </w:p>
    <w:p>
      <w:r>
        <w:t xml:space="preserve">(Speaker F)  However, I would. </w:t>
      </w:r>
    </w:p>
    <w:p>
      <w:r>
        <w:t xml:space="preserve">(Speaker E)  It would be my strong preference to </w:t>
      </w:r>
    </w:p>
    <w:p>
      <w:r>
        <w:t xml:space="preserve">(Speaker F)  not, especially since this is a fully built out community. </w:t>
      </w:r>
    </w:p>
    <w:p>
      <w:r>
        <w:t xml:space="preserve">(Speaker E)  So it's best to talk about this. </w:t>
      </w:r>
    </w:p>
    <w:p>
      <w:r>
        <w:t xml:space="preserve">(Speaker F)  October. </w:t>
      </w:r>
    </w:p>
    <w:p>
      <w:r>
        <w:t xml:space="preserve">(Speaker G)  Yeah. </w:t>
      </w:r>
    </w:p>
    <w:p>
      <w:r>
        <w:t xml:space="preserve">(Speaker B)  So we can have proposals ready for that October meeting and then chat through all of that. </w:t>
      </w:r>
    </w:p>
    <w:p>
      <w:r>
        <w:t xml:space="preserve">(Speaker A)  Sound good? Okay. </w:t>
      </w:r>
    </w:p>
    <w:p>
      <w:r>
        <w:t xml:space="preserve">(Speaker B)  Anything else? </w:t>
      </w:r>
    </w:p>
    <w:p>
      <w:r>
        <w:t xml:space="preserve">(Speaker C)  Any other supervisor requests? </w:t>
      </w:r>
    </w:p>
    <w:p>
      <w:r>
        <w:t xml:space="preserve">(Speaker A)  Okay. </w:t>
      </w:r>
    </w:p>
    <w:p>
      <w:r>
        <w:t xml:space="preserve">(Speaker B)  Do we have a motion. </w:t>
      </w:r>
    </w:p>
    <w:p>
      <w:r>
        <w:t xml:space="preserve">(Speaker A)  Yeah, go for it. </w:t>
      </w:r>
    </w:p>
    <w:p>
      <w:r>
        <w:t xml:space="preserve">(Speaker G)  I was contacted by the HOA president, and she had got some concerns. I kind of looked, and she's correct in some of these cases. Around the storm drains in a few locations, there's vegetation growing pretty high between the Miami curve and the sidewalk. </w:t>
      </w:r>
    </w:p>
    <w:p>
      <w:r>
        <w:t xml:space="preserve">(Speaker C)  Is it similar to what you see in the agenda package under the engineers report? </w:t>
      </w:r>
    </w:p>
    <w:p>
      <w:r>
        <w:t xml:space="preserve">(Speaker B)  Is it somewhat like those pictures that he posted? Okay, do you want to take. </w:t>
      </w:r>
    </w:p>
    <w:p>
      <w:r>
        <w:t xml:space="preserve">(Speaker G)  We've. </w:t>
      </w:r>
    </w:p>
    <w:p>
      <w:r>
        <w:t xml:space="preserve">(Speaker J)  We. We've had some resident reach out and address this for maintenance purposes. Unless the sidewalk and that curb is coming up to a common area, our guys are supposed to maintain it. If it's adjacent to a home, that's part of the right of way that the homeowner is supposed to be maintaining. </w:t>
      </w:r>
    </w:p>
    <w:p>
      <w:r>
        <w:t xml:space="preserve">(Speaker F)  I don't. </w:t>
      </w:r>
    </w:p>
    <w:p>
      <w:r>
        <w:t xml:space="preserve">(Speaker C)  You're talk. </w:t>
      </w:r>
    </w:p>
    <w:p>
      <w:r>
        <w:t xml:space="preserve">(Speaker B)  Bill, are you talking about, like, these </w:t>
      </w:r>
    </w:p>
    <w:p>
      <w:r>
        <w:t xml:space="preserve">(Speaker D)  pictures like this, like, where it's going in the storm? </w:t>
      </w:r>
    </w:p>
    <w:p>
      <w:r>
        <w:t xml:space="preserve">(Speaker J)  Talking about the drain themselves? </w:t>
      </w:r>
    </w:p>
    <w:p>
      <w:r>
        <w:t xml:space="preserve">(Speaker G)  No, it's. If you drain. If you went, like, six feet either side of the storm drain. Vegetation between the Miami curb and the sidewalk. </w:t>
      </w:r>
    </w:p>
    <w:p>
      <w:r>
        <w:t xml:space="preserve">(Speaker J)  I think he's talking about crack. Weeds, basically. Weeds coming up from the cracks. Right? Just kind of. Really. Yeah, yeah, yeah. That's that. So again, if it's adjacent to a home, homeowners are supposed to be maintaining those. So from. So from the road to the back of the sidewalk is the right away. The right of way has always been maintained by. By. </w:t>
      </w:r>
    </w:p>
    <w:p>
      <w:r>
        <w:t xml:space="preserve">(Speaker E)  You need to check the HOA declarations to see what the HOA deck say about that verge area. </w:t>
      </w:r>
    </w:p>
    <w:p>
      <w:r>
        <w:t xml:space="preserve">(Speaker F)  Okay. </w:t>
      </w:r>
    </w:p>
    <w:p>
      <w:r>
        <w:t xml:space="preserve">(Speaker E)  Because it varies by community, especially with some of y'. </w:t>
      </w:r>
    </w:p>
    <w:p>
      <w:r>
        <w:t xml:space="preserve">(Speaker J)  All. </w:t>
      </w:r>
    </w:p>
    <w:p>
      <w:r>
        <w:t xml:space="preserve">(Speaker E)  Some decks say the verge is maintained by the hoa. Some decks do not. So the right of way is technically owned by the cdd. And unless there is that maintenance obligation in the decks, technically it would be a cdd. So I need to look at the decks. </w:t>
      </w:r>
    </w:p>
    <w:p>
      <w:r>
        <w:t xml:space="preserve">(Speaker A)  Okay. Thank you. </w:t>
      </w:r>
    </w:p>
    <w:p>
      <w:r>
        <w:t xml:space="preserve">(Speaker B)  Do you have those? </w:t>
      </w:r>
    </w:p>
    <w:p>
      <w:r>
        <w:t xml:space="preserve">(Speaker F)  I can pull them from public record. </w:t>
      </w:r>
    </w:p>
    <w:p>
      <w:r>
        <w:t xml:space="preserve">(Speaker B)  Okay, then we can go from there. </w:t>
      </w:r>
    </w:p>
    <w:p>
      <w:r>
        <w:t xml:space="preserve">(Speaker A)  Yeah. </w:t>
      </w:r>
    </w:p>
    <w:p>
      <w:r>
        <w:t xml:space="preserve">(Speaker C)  Anything else? </w:t>
      </w:r>
    </w:p>
    <w:p>
      <w:r>
        <w:t xml:space="preserve">(Speaker F)  Phase one, two, three, all. Not just look at all. </w:t>
      </w:r>
    </w:p>
    <w:p>
      <w:r>
        <w:t xml:space="preserve">(Speaker G)  I'm just in phase four. That's the place. Only place I go. </w:t>
      </w:r>
    </w:p>
    <w:p>
      <w:r>
        <w:t xml:space="preserve">(Speaker H)  All right. </w:t>
      </w:r>
    </w:p>
    <w:p>
      <w:r>
        <w:t xml:space="preserve">(Speaker C)  Any other supervisor request? </w:t>
      </w:r>
    </w:p>
    <w:p>
      <w:r>
        <w:t xml:space="preserve">(Speaker A)  Yes. Okay. </w:t>
      </w:r>
    </w:p>
    <w:p>
      <w:r>
        <w:t xml:space="preserve">(Speaker C)  Do we have a motion to adjourn? </w:t>
      </w:r>
    </w:p>
    <w:p>
      <w:r>
        <w:t xml:space="preserve">(Speaker G)  Second. </w:t>
      </w:r>
    </w:p>
    <w:p>
      <w:r>
        <w:t xml:space="preserve">(Speaker H)  All in favor? </w:t>
      </w:r>
    </w:p>
    <w:p>
      <w:r>
        <w:t xml:space="preserve">(Speaker F)  I. </w:t>
      </w:r>
    </w:p>
    <w:p>
      <w:r>
        <w:t xml:space="preserve">(Speaker C)  All right, motion carries. We are adjourned. Thank you guys so much for jumping on.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