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Forest_Brooke_Board_Meeting_9.9.26.m4a</w:t>
      </w:r>
      <w:r>
        <w:rPr>
          <w:b/>
          <w:color w:val="FF0000"/>
        </w:rPr>
        <w:br/>
        <w:tab/>
        <w:tab/>
        <w:tab/>
        <w:tab/>
        <w:t xml:space="preserve"> 66189082</w:t>
        <w:br/>
        <w:br/>
        <w:br/>
      </w:r>
    </w:p>
    <w:p>
      <w:r>
        <w:t>DATE AUDIO FILE SUBMITTED TO THE GAT SYSTEM:</w:t>
      </w:r>
      <w:r>
        <w:rPr>
          <w:b/>
          <w:color w:val="FF0000"/>
        </w:rPr>
        <w:br/>
        <w:tab/>
        <w:tab/>
        <w:tab/>
        <w:tab/>
        <w:t xml:space="preserve"> September 29, 2026 at 01:36 PM</w:t>
        <w:br/>
        <w:br/>
        <w:br/>
      </w:r>
    </w:p>
    <w:p>
      <w:r>
        <w:t>DATE AUDIO FILE COMPLETED BY THE GAT SYSTEM:</w:t>
      </w:r>
      <w:r>
        <w:rPr>
          <w:b/>
          <w:color w:val="FF0000"/>
        </w:rPr>
        <w:br/>
        <w:tab/>
        <w:tab/>
        <w:tab/>
        <w:tab/>
        <w:t xml:space="preserve"> September 29, 2026 at 01:37 PM</w:t>
      </w:r>
      <w:r>
        <w:rPr>
          <w:b/>
          <w:color w:val="FF0000"/>
        </w:rPr>
        <w:br/>
        <w:tab/>
        <w:tab/>
        <w:tab/>
        <w:tab/>
        <w:t xml:space="preserve"> 01:27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It is 6:30. You guys want to go ahead and get started? </w:t>
      </w:r>
    </w:p>
    <w:p>
      <w:r>
        <w:t xml:space="preserve">(Speaker B)  Yes, let's go ahead and do that. All right, I'd like to call order </w:t>
      </w:r>
    </w:p>
    <w:p>
      <w:r>
        <w:t xml:space="preserve">(Speaker A)  to the Forest Brook Community Development District Board of Supervisors meeting. Today is Wednesday, September 9, 2026. The time is 6:30pm we're going to go ahead and get started. </w:t>
      </w:r>
    </w:p>
    <w:p>
      <w:r>
        <w:t xml:space="preserve">(Speaker C)  Roll call. </w:t>
      </w:r>
    </w:p>
    <w:p>
      <w:r>
        <w:t xml:space="preserve">(Speaker A)  Start with myself and move to the right. Brian Young, gms </w:t>
      </w:r>
    </w:p>
    <w:p>
      <w:r>
        <w:t xml:space="preserve">(Speaker B)  Paul Celia, Steve Soprolo, Damon's Blue. </w:t>
      </w:r>
    </w:p>
    <w:p>
      <w:r>
        <w:t xml:space="preserve">(Speaker A)  Awesome. We also have Mick shepherd with GMS on the Zoom, as well as Cassandra Krause. Supervisor Krauss is on the line via Gym with us as well. Is that correct? </w:t>
      </w:r>
    </w:p>
    <w:p>
      <w:r>
        <w:t xml:space="preserve">(Speaker D)  Correct. </w:t>
      </w:r>
    </w:p>
    <w:p>
      <w:r>
        <w:t xml:space="preserve">(Speaker E)  Yes, correct. </w:t>
      </w:r>
    </w:p>
    <w:p>
      <w:r>
        <w:t xml:space="preserve">(Speaker A)  Moving on. We do have supervisor requests and audience comments on specific items on the agenda. We'll go ahead and start with supervisor requests. Any supervisor requests. </w:t>
      </w:r>
    </w:p>
    <w:p>
      <w:r>
        <w:t xml:space="preserve">(Speaker B)  I'd like to add into the conversation a few field the proposal from Light Smart. This just came in. </w:t>
      </w:r>
    </w:p>
    <w:p>
      <w:r>
        <w:t xml:space="preserve">(Speaker A)  In fact, what I can do is </w:t>
      </w:r>
    </w:p>
    <w:p>
      <w:r>
        <w:t xml:space="preserve">(Speaker B)  make sure that I forward this to </w:t>
      </w:r>
    </w:p>
    <w:p>
      <w:r>
        <w:t xml:space="preserve">(Speaker A)  you and then you can forward to Cassandra real quick. </w:t>
      </w:r>
    </w:p>
    <w:p>
      <w:r>
        <w:t xml:space="preserve">(Speaker B)  And Nick, ultimately it's a. We've talked about it before about putting lighting in the back field and we're about to come up on our annual holiday event review in the evenings. And plus a lot of people are starting as the sun goes down like earlier, be able to like play out there and play football and so forth. So in short, this is the quote for the fixture itself. It's a 25T quad head unit and it's very bright. This is just for the pole itself and the unit. This is 180 mph rating at 20ft. </w:t>
      </w:r>
    </w:p>
    <w:p>
      <w:r>
        <w:t xml:space="preserve">(Speaker A)  So this is the state of Florida approved. </w:t>
      </w:r>
    </w:p>
    <w:p>
      <w:r>
        <w:t xml:space="preserve">(Speaker B)  That was the other thing. Just not just get anything but something that would be weatherproof and ultimately windproof. Obviously there'd be installation charges. We'll talk more about that. But based on previous conversations, we're probably looking at about 2,500 or less in the installation. But it would be a permanent lighting on a timer, but it would light up the entire back half of the field and it would add security as well. </w:t>
      </w:r>
    </w:p>
    <w:p>
      <w:r>
        <w:t xml:space="preserve">(Speaker D)  So yeah, we. We actually had a proposal. I don't know if the board remembers. We had a proposal months ago and we, we weren't really sure what we wanted to do with it. The proposal that we got was a little high after looking at it with Paul. So I mean, it's really the board's direction if we want to move forward with, you know, this vendor, if we want to get more proposals. I mean, 2, $500 is not that much money to do what we're trying </w:t>
      </w:r>
    </w:p>
    <w:p>
      <w:r>
        <w:t xml:space="preserve">(Speaker A)  to do because that's just for the </w:t>
      </w:r>
    </w:p>
    <w:p>
      <w:r>
        <w:t xml:space="preserve">(Speaker B)  pole and just for the unit itself. So the installation and all that still got to go in some. I'm assuming not more than double. I mean it's probably going to be 2500 or less for inst. </w:t>
      </w:r>
    </w:p>
    <w:p>
      <w:r>
        <w:t xml:space="preserve">(Speaker C)  Install. </w:t>
      </w:r>
    </w:p>
    <w:p>
      <w:r>
        <w:t xml:space="preserve">(Speaker B)  But this what I liked about this one versus the other one. This is a quad head adjustable. So we could put like two lanes of light down the center and then a couple lanes down the. Down each side. So there's a lot more adjustability to this. And the pole was higher. So the cost for the material was cheaper than the original invoice that was there from a couple of months ago. </w:t>
      </w:r>
    </w:p>
    <w:p>
      <w:r>
        <w:t xml:space="preserve">(Speaker D)  Yeah, yeah. </w:t>
      </w:r>
    </w:p>
    <w:p>
      <w:r>
        <w:t xml:space="preserve">(Speaker B)  So we would have to hire an independent electrician and company to install this. But I imagine install insulation on anything we get is probably going to be around $2500. Would you agree? </w:t>
      </w:r>
    </w:p>
    <w:p>
      <w:r>
        <w:t xml:space="preserve">(Speaker D)  Yeah, I mean I did. For, for this amount of work, I would say that's fine. The only thing that's installing it, you know, there. Normally with a company installing somebody else's company stuff, I mean the warranty could kind of be a little, you know, iffy. But we put that in writing about that. I mean, I don't see why not, but. </w:t>
      </w:r>
    </w:p>
    <w:p>
      <w:r>
        <w:t xml:space="preserve">(Speaker A)  Hey, Mick, can you hear me? </w:t>
      </w:r>
    </w:p>
    <w:p>
      <w:r>
        <w:t xml:space="preserve">(Speaker D)  Yeah. Can you hear me? </w:t>
      </w:r>
    </w:p>
    <w:p>
      <w:r>
        <w:t xml:space="preserve">(Speaker B)  Yeah, we can hear you. </w:t>
      </w:r>
    </w:p>
    <w:p>
      <w:r>
        <w:t xml:space="preserve">(Speaker A)  You just broke up a little bit during your little speech. </w:t>
      </w:r>
    </w:p>
    <w:p>
      <w:r>
        <w:t xml:space="preserve">(Speaker D)  Oh, sorry. Sorry. Yeah, I. The only thing I was saying is if it's. If you have one company installing another company's stuff, sometimes the warranty. There's a gray area with warranty stuff. But I mean if, if they're depending on what electrical company we find if they're cool with that and they'll. They'll still provide warranty on the labor, whatever they put in, then I think we're okay. </w:t>
      </w:r>
    </w:p>
    <w:p>
      <w:r>
        <w:t xml:space="preserve">(Speaker B)  When certain next meeting it's going to be in October. What city? </w:t>
      </w:r>
    </w:p>
    <w:p>
      <w:r>
        <w:t xml:space="preserve">(Speaker A)  October next scheduled board meeting is they don't have it on here. </w:t>
      </w:r>
    </w:p>
    <w:p>
      <w:r>
        <w:t xml:space="preserve">(Speaker D)  It's October 14th. </w:t>
      </w:r>
    </w:p>
    <w:p>
      <w:r>
        <w:t xml:space="preserve">(Speaker B)  So usually it takes about, about 30, like 30 weeks to get the stuff brought in because you have to order it in and then it takes time to install. My objective is to get this in before the 1st of December. Why? Because we have the event near the end of December for the holiday thing. What we do in the evenings with the kids and we do the bounce houses in the evening and Santa Claus and whole nine yard. So if we're going to install it, I'd like it to be installed in before the beginning of December so we can, we can wait on this and pump this. Until we get a couple pros until. For the October meeting and make that decision. </w:t>
      </w:r>
    </w:p>
    <w:p>
      <w:r>
        <w:t xml:space="preserve">(Speaker C)  Decision. </w:t>
      </w:r>
    </w:p>
    <w:p>
      <w:r>
        <w:t xml:space="preserve">(Speaker B)  Yeah, I just. </w:t>
      </w:r>
    </w:p>
    <w:p>
      <w:r>
        <w:t xml:space="preserve">(Speaker A)  I just. </w:t>
      </w:r>
    </w:p>
    <w:p>
      <w:r>
        <w:t xml:space="preserve">(Speaker B)  I'm just proposing this in general, like bringing it back to the table as a. </w:t>
      </w:r>
    </w:p>
    <w:p>
      <w:r>
        <w:t xml:space="preserve">(Speaker A)  Okay. So what was this in the budget for? </w:t>
      </w:r>
    </w:p>
    <w:p>
      <w:r>
        <w:t xml:space="preserve">(Speaker B)  Huh? </w:t>
      </w:r>
    </w:p>
    <w:p>
      <w:r>
        <w:t xml:space="preserve">(Speaker A)  What. What line item was this in the budget for? Did you guys budget for this? </w:t>
      </w:r>
    </w:p>
    <w:p>
      <w:r>
        <w:t xml:space="preserve">(Speaker B)  No, I'm just bringing it up just </w:t>
      </w:r>
    </w:p>
    <w:p>
      <w:r>
        <w:t xml:space="preserve">(Speaker A)  because it's been five grand. </w:t>
      </w:r>
    </w:p>
    <w:p>
      <w:r>
        <w:t xml:space="preserve">(Speaker B)  No, I get it. I'm just saying we talked about ground improvements. </w:t>
      </w:r>
    </w:p>
    <w:p>
      <w:r>
        <w:t xml:space="preserve">(Speaker A)  I would say put in the budget for next year just before we move on. Just for the record, Joseph Kim with SRV has joined us, it looks like. Sorry, Joseph, I didn't realize that you had joined. </w:t>
      </w:r>
    </w:p>
    <w:p>
      <w:r>
        <w:t xml:space="preserve">(Speaker F)  No problem. Thank you. Good afternoon. Good, good. Good evening. Board. </w:t>
      </w:r>
    </w:p>
    <w:p>
      <w:r>
        <w:t xml:space="preserve">(Speaker B)  Continue. Sorry, sorry. </w:t>
      </w:r>
    </w:p>
    <w:p>
      <w:r>
        <w:t xml:space="preserve">(Speaker A)  So obviously the quote that you're looking for is just for the light and the full. There is no installation. </w:t>
      </w:r>
    </w:p>
    <w:p>
      <w:r>
        <w:t xml:space="preserve">(Speaker B)  Yes, I'm just bringing it back to the board as far as a whole. </w:t>
      </w:r>
    </w:p>
    <w:p>
      <w:r>
        <w:t xml:space="preserve">(Speaker A)  I think we've gotten James's opinion on the matter. Cassandra, did you have any opinion on. On a light in the field over there? </w:t>
      </w:r>
    </w:p>
    <w:p>
      <w:r>
        <w:t xml:space="preserve">(Speaker E)  Sorry, the only opinion I had was wondering. I can't obviously see it right now. I think maybe you said you sent it over. It's. Is it going to look like a football field or. </w:t>
      </w:r>
    </w:p>
    <w:p>
      <w:r>
        <w:t xml:space="preserve">(Speaker B)  No, no, it's smaller. How about this? I'm just asking if the board's okay with bringing. I want to bring this up at the next meeting formally with a couple of proposals with some objective underlying. That's all it's going to buy. Objective here is to be a sub $6,000 project, but it would add a lot of benefit to the field itself and we have the budget to do so, in my opinion. So again, that's my opinion. One opinion. So we can. We can talk about in October's meeting. That's all. </w:t>
      </w:r>
    </w:p>
    <w:p>
      <w:r>
        <w:t xml:space="preserve">(Speaker D)  Yeah, Cassandra also too. Like, I'm sure these are going to be on some sort of a timer. So at some point. I mean the light pollution should not be a problem if. </w:t>
      </w:r>
    </w:p>
    <w:p>
      <w:r>
        <w:t xml:space="preserve">(Speaker B)  No, it'll only be on for a certain period of time. It won't be. </w:t>
      </w:r>
    </w:p>
    <w:p>
      <w:r>
        <w:t xml:space="preserve">(Speaker A)  Yeah. What do you think </w:t>
      </w:r>
    </w:p>
    <w:p>
      <w:r>
        <w:t xml:space="preserve">(Speaker B)  it won't be. </w:t>
      </w:r>
    </w:p>
    <w:p>
      <w:r>
        <w:t xml:space="preserve">(Speaker A)  I promise you won't be right. Every sure. </w:t>
      </w:r>
    </w:p>
    <w:p>
      <w:r>
        <w:t xml:space="preserve">(Speaker C)  We want my. </w:t>
      </w:r>
    </w:p>
    <w:p>
      <w:r>
        <w:t xml:space="preserve">(Speaker B)  Sure. </w:t>
      </w:r>
    </w:p>
    <w:p>
      <w:r>
        <w:t xml:space="preserve">(Speaker A)  Everyone's opinion. </w:t>
      </w:r>
    </w:p>
    <w:p>
      <w:r>
        <w:t xml:space="preserve">(Speaker C)  I think I don't know where this came from. I don't see it. But I'm getting rushing it. I don't like cookies like what we've always just made do. Why are we rushing up? </w:t>
      </w:r>
    </w:p>
    <w:p>
      <w:r>
        <w:t xml:space="preserve">(Speaker B)  We're not. That's what I'm saying. Bring it up in October's meeting. That's all. I'm just. I'm just proposing it in general to bring it up in October. </w:t>
      </w:r>
    </w:p>
    <w:p>
      <w:r>
        <w:t xml:space="preserve">(Speaker A)  No, I'm just. So I think if we can get a general idea of if one. The board is interested in this project. Because if we, if we are, then what we can do is take this quote I can get with, make our field team and see what. Get you guys quotes for installation at the next meeting. You guys can see the big picture rather than just kind of half. </w:t>
      </w:r>
    </w:p>
    <w:p>
      <w:r>
        <w:t xml:space="preserve">(Speaker B)  Yeah. And that's all I'm asking is to just bring it up with that in the activity in full. </w:t>
      </w:r>
    </w:p>
    <w:p>
      <w:r>
        <w:t xml:space="preserve">(Speaker C)  I don't agree. I think this is a waste of time. </w:t>
      </w:r>
    </w:p>
    <w:p>
      <w:r>
        <w:t xml:space="preserve">(Speaker A)  All right, so we. What do you think, Steve? I'm trying to understand what the need is. </w:t>
      </w:r>
    </w:p>
    <w:p>
      <w:r>
        <w:t xml:space="preserve">(Speaker B)  So the objective is to light the backfield up so that when the sun goes down around 5:30, 6 o', clock, our kid, the kids who go out there and play and the families and the fathers and mothers and everything like that, they can the light the field will be back there lit for a period of time and also add security and so forth. But at the end of the day, like right now, we got lighting coming from the amenity out. The objective would be right behind the amenity, pointing back and so the field would be lit to the left, the right shining back towards the light. Yeah, that's it. Well, no, I'm just trying to light. I'm just trying to light up the field so that people can utilize it after hour, after, after sundown is during the best part of the year when it's cool and nice to play out there. You get the, you know, sun goes down at 6 o' clock and it's 5:30, it's done. So why not we. All we're doing is bettering an existing amenity, which is the field itself. </w:t>
      </w:r>
    </w:p>
    <w:p>
      <w:r>
        <w:t xml:space="preserve">(Speaker C)  I go walking all the time, all throughout the neighborhood at all different hours, and people still use that field regardless of the sun is up or down. Like they're not scared because the sun went down. </w:t>
      </w:r>
    </w:p>
    <w:p>
      <w:r>
        <w:t xml:space="preserve">(Speaker B)  It just would make it better, that's all. </w:t>
      </w:r>
    </w:p>
    <w:p>
      <w:r>
        <w:t xml:space="preserve">(Speaker A)  Yes, I think, I think before we get dark, a really deep conversation about this. I think we're. We might be putting the carriage before the horse here a little bit. So from what I'm hearing, I hear sav. It's pretty much a hard no on this James kind of aligned there. Well, I mean, a hard note. </w:t>
      </w:r>
    </w:p>
    <w:p>
      <w:r>
        <w:t xml:space="preserve">(Speaker C)  I'm. </w:t>
      </w:r>
    </w:p>
    <w:p>
      <w:r>
        <w:t xml:space="preserve">(Speaker A)  I'm basically a hard note right now. Like we go ahead and get the proposal and everything that. But of course, by the Time we budget for this proposal is going to be wasted. Sure. You know, we have ballpark. I mean, I like the idea. Don't get wrong, but this is all stuff that needs to be pre planned. It's not something that, hey, we just. I feel like throwing money out just because I know that's one of the things that we've had a lot of stuff pop up. </w:t>
      </w:r>
    </w:p>
    <w:p>
      <w:r>
        <w:t xml:space="preserve">(Speaker C)  Like we can do a project. </w:t>
      </w:r>
    </w:p>
    <w:p>
      <w:r>
        <w:t xml:space="preserve">(Speaker A)  Okay. </w:t>
      </w:r>
    </w:p>
    <w:p>
      <w:r>
        <w:t xml:space="preserve">(Speaker B)  I mean, like I said, I mean, I like the idea. </w:t>
      </w:r>
    </w:p>
    <w:p>
      <w:r>
        <w:t xml:space="preserve">(Speaker A)  Don't get me wrong. I mean, I, believe me, I drove by here and kids are playing and they got little sections where they're trying </w:t>
      </w:r>
    </w:p>
    <w:p>
      <w:r>
        <w:t xml:space="preserve">(Speaker B)  to throw the football. Yeah, it would be cool, but. </w:t>
      </w:r>
    </w:p>
    <w:p>
      <w:r>
        <w:t xml:space="preserve">(Speaker A)  And I can make a note to bring this project back up during budget season so you guys can have numbers at that time so you guys can budget for it. </w:t>
      </w:r>
    </w:p>
    <w:p>
      <w:r>
        <w:t xml:space="preserve">(Speaker C)  Yeah. </w:t>
      </w:r>
    </w:p>
    <w:p>
      <w:r>
        <w:t xml:space="preserve">(Speaker A)  Appropriately next year. </w:t>
      </w:r>
    </w:p>
    <w:p>
      <w:r>
        <w:t xml:space="preserve">(Speaker B)  That's fair enough. </w:t>
      </w:r>
    </w:p>
    <w:p>
      <w:r>
        <w:t xml:space="preserve">(Speaker A)  Is that, is that, I mean, my </w:t>
      </w:r>
    </w:p>
    <w:p>
      <w:r>
        <w:t xml:space="preserve">(Speaker B)  thought process, it's really in a grand scheme of what we have available and what we've done for the community as far as from an entertainment standpoint. I say entertainment, but like being able to add security and do that. I don't think five to six thousand dollars. After, after. We know that if the hurricane season passes and nothing happens, we're going to be pretty okay in our surplus budget. And I think it'd be something we </w:t>
      </w:r>
    </w:p>
    <w:p>
      <w:r>
        <w:t xml:space="preserve">(Speaker A)  could do this year. </w:t>
      </w:r>
    </w:p>
    <w:p>
      <w:r>
        <w:t xml:space="preserve">(Speaker B)  But again, that's my. That's fine. I mean, again, it's just, it's not a like or death situation. </w:t>
      </w:r>
    </w:p>
    <w:p>
      <w:r>
        <w:t xml:space="preserve">(Speaker A)  But we can also get through hurricane season, reevaluate. If nothing, God forbid, nothing bad happens and you guys want to make that type of investment, we can do it at that time. </w:t>
      </w:r>
    </w:p>
    <w:p>
      <w:r>
        <w:t xml:space="preserve">(Speaker B)  Yeah, it's fine. </w:t>
      </w:r>
    </w:p>
    <w:p>
      <w:r>
        <w:t xml:space="preserve">(Speaker A)  Okay. </w:t>
      </w:r>
    </w:p>
    <w:p>
      <w:r>
        <w:t xml:space="preserve">(Speaker B)  That was literally the only thing I had to make sure that. </w:t>
      </w:r>
    </w:p>
    <w:p>
      <w:r>
        <w:t xml:space="preserve">(Speaker A)  Okay. Any other supervisor requests? </w:t>
      </w:r>
    </w:p>
    <w:p>
      <w:r>
        <w:t xml:space="preserve">(Speaker E)  I just have one quick correction for the agenda packet showing the minutes from last month's meeting. I don't know how important this is, but I did want to correct it. It does show that Bert from SiteX was on site, but as I remember he was not. So </w:t>
      </w:r>
    </w:p>
    <w:p>
      <w:r>
        <w:t xml:space="preserve">(Speaker A)  he was not here. He was there. </w:t>
      </w:r>
    </w:p>
    <w:p>
      <w:r>
        <w:t xml:space="preserve">(Speaker D)  I don't think he was on Zoom, but he. It may have been stated he was on site to review something, but he wasn't. He wasn't on. He wasn't on. On Zoom or in person. </w:t>
      </w:r>
    </w:p>
    <w:p>
      <w:r>
        <w:t xml:space="preserve">(Speaker A)  Either way, I'll review the minutes and if a change need is needed, we'll make that change. Okay, good. Good catch. Cassandra. </w:t>
      </w:r>
    </w:p>
    <w:p>
      <w:r>
        <w:t xml:space="preserve">(Speaker B)  This is the back fence over here, Mick. We still have that hole in the fence in the back down over Here, by the amenity center. In between the. The old neighborhood and then in our neighborhood. It's. It's still there. And it's something that has to be resolved by Turner. </w:t>
      </w:r>
    </w:p>
    <w:p>
      <w:r>
        <w:t xml:space="preserve">(Speaker A)  Is it. </w:t>
      </w:r>
    </w:p>
    <w:p>
      <w:r>
        <w:t xml:space="preserve">(Speaker D)  I'm sorry, Is it the one by. By Brody? I'm sorry. </w:t>
      </w:r>
    </w:p>
    <w:p>
      <w:r>
        <w:t xml:space="preserve">(Speaker B)  Not on the 301 side. It's quite literally behind the amenity center here. </w:t>
      </w:r>
    </w:p>
    <w:p>
      <w:r>
        <w:t xml:space="preserve">(Speaker D)  Yeah, yeah, down that little. </w:t>
      </w:r>
    </w:p>
    <w:p>
      <w:r>
        <w:t xml:space="preserve">(Speaker B)  Down the path. Yes, it's down the straight shot. </w:t>
      </w:r>
    </w:p>
    <w:p>
      <w:r>
        <w:t xml:space="preserve">(Speaker D)  Got it, got it. </w:t>
      </w:r>
    </w:p>
    <w:p>
      <w:r>
        <w:t xml:space="preserve">(Speaker B)  Behind the. Well, thank you. </w:t>
      </w:r>
    </w:p>
    <w:p>
      <w:r>
        <w:t xml:space="preserve">(Speaker A)  We'll get that situated. Any other supervisor? </w:t>
      </w:r>
    </w:p>
    <w:p>
      <w:r>
        <w:t xml:space="preserve">(Speaker B)  No, that's good. </w:t>
      </w:r>
    </w:p>
    <w:p>
      <w:r>
        <w:t xml:space="preserve">(Speaker A)  At this time, do you have anything for you, James? All right, moving on. We do have audience comments on specific items only. Just as a reminder, this is limited to three minutes and it's not specific agenda items. We do have agendas available there for you to follow along if you'd like. Do I have any resident comments in the room regarding the agenda today? </w:t>
      </w:r>
    </w:p>
    <w:p>
      <w:r>
        <w:t xml:space="preserve">(Speaker B)  Yes, Janet. Just go ahead. </w:t>
      </w:r>
    </w:p>
    <w:p>
      <w:r>
        <w:t xml:space="preserve">(Speaker A)  Name and address for three minutes, ma'. </w:t>
      </w:r>
    </w:p>
    <w:p>
      <w:r>
        <w:t xml:space="preserve">(Speaker C)  Am. Okay, Cassandra, I was thinking the same thing. That was my first item. Where it wasn't M. Thank you for taking care of the pawn number. I really appreciate it. Did he hear me? </w:t>
      </w:r>
    </w:p>
    <w:p>
      <w:r>
        <w:t xml:space="preserve">(Speaker A)  He probably did. He's probably just letting you get through your three minutes. Want to be respect. </w:t>
      </w:r>
    </w:p>
    <w:p>
      <w:r>
        <w:t xml:space="preserve">(Speaker D)  You're welcome. </w:t>
      </w:r>
    </w:p>
    <w:p>
      <w:r>
        <w:t xml:space="preserve">(Speaker A)  Go ahead. </w:t>
      </w:r>
    </w:p>
    <w:p>
      <w:r>
        <w:t xml:space="preserve">(Speaker C)  Yeah, I had a whole list of things I was going to talk about until I read the agenda today, which had changed from a few days ago. And I think, Cassandra, maybe you and the attorney went through the facility saying very carefully. Is that right? </w:t>
      </w:r>
    </w:p>
    <w:p>
      <w:r>
        <w:t xml:space="preserve">(Speaker E)  Yes, that's right. </w:t>
      </w:r>
    </w:p>
    <w:p>
      <w:r>
        <w:t xml:space="preserve">(Speaker C)  Incredible, incredible work on it, and I appreciate that very, very much. In fact, I want to compliment the board. I've been through five years and I think you. Your decisions have been absolutely incredible. I have no problems with the decision you made, and I compliment you on that. However, I'm going to say this as an elder person. I was raised with the Bible and a belt, and now we come under this. Children have rights. So you listen to the attorney and he said, put in the hug thing, put in the waiver, which means tomorrow morning, you guys approve it. Parents can come into the office, sign the waiver and take. My 7 year old is very responsible. Please let them go to the fitness center all by themselves. Oh, and then they can come in to the pool table and use that by themselves. And by the way, the pool outside would be fine for them, too, because they're responsible. And the playground over there, that's hidden in the woods with no fence, by the way. Seven year old, six year old, they can go There by themselves too, because they're responsible. Why do we have to let HUD and the attorneys callous what we know is not safe for art school? Did I make it? </w:t>
      </w:r>
    </w:p>
    <w:p>
      <w:r>
        <w:t xml:space="preserve">(Speaker A)  You're good. You have a minute left. Look at that. All right, any other audience comments at this time pertaining to the agenda? Sir, his name and amus for the record? </w:t>
      </w:r>
    </w:p>
    <w:p>
      <w:r>
        <w:t xml:space="preserve">(Speaker B)  Yeah, My name is Mark Turnbull. </w:t>
      </w:r>
    </w:p>
    <w:p>
      <w:r>
        <w:t xml:space="preserve">(Speaker A)  I live at 16535 Motor Stand Drive. Awesome. Thank you. Last thing I attended was probably a year or so ago. We talked about putting a sign up in between the berms for like people only fishing on the horn side. That hasn't been installed. I was wondering if that was going to be something that we could get done and the second. Yeah, it was brought up that we were going to do that didn't happen, actually. We made two ponds of neon myrtle sand. You know, there's a. A double strip in between there. We were going to put one right in, you know, at the end for the residence homes. Like I said, that wouldn't show up. The other thing I just mentioned, there's been a fellow who's been walking two pit bulls around. Around the pond, unleashed. And to me it's not visible. He carries anything you pick up on his waist. I did see the alligator today, but pit bulls go in there upon itself and it's kind of crazy. But he's. They're not reached. I ordered a video from my backyard to Paul. I didn't know if you wanted to speak about that Paul or not. </w:t>
      </w:r>
    </w:p>
    <w:p>
      <w:r>
        <w:t xml:space="preserve">(Speaker B)  I know that we're not allowed. </w:t>
      </w:r>
    </w:p>
    <w:p>
      <w:r>
        <w:t xml:space="preserve">(Speaker A)  We're not allowed to get back behind the resident's house, is correct. </w:t>
      </w:r>
    </w:p>
    <w:p>
      <w:r>
        <w:t xml:space="preserve">(Speaker B)  When walking around. </w:t>
      </w:r>
    </w:p>
    <w:p>
      <w:r>
        <w:t xml:space="preserve">(Speaker A)  Just permitted. Is that all you had? I want to be respectful. Yeah. Yeah. </w:t>
      </w:r>
    </w:p>
    <w:p>
      <w:r>
        <w:t xml:space="preserve">(Speaker B)  So you're. </w:t>
      </w:r>
    </w:p>
    <w:p>
      <w:r>
        <w:t xml:space="preserve">(Speaker A)  You're ponds are technically public access, so they shouldn't be going through anyone's yard to get to the ponds. But if they're using an easement to get there and just walking around the ponds, I would say that's probably. </w:t>
      </w:r>
    </w:p>
    <w:p>
      <w:r>
        <w:t xml:space="preserve">(Speaker B)  There's an exception on that though. So our neighborhood is kind of unique in that there's rules for some and not for all. So phases one and two ponds have property lines that run all the way to pond edge. Anywhere else you're going to find it. This is what creates a lot of confusion. Phases three and four on white mangrove, there is that buffer and there is that perimeter here. Right. So on hidden. On hidden. I'm sorry, not hidden creek. But in the. In phases one and two, it does go there. Now we as the CBD have The ability and the right to go around there to maintain. Right, but that's literally the only buffer around those. Yeah. </w:t>
      </w:r>
    </w:p>
    <w:p>
      <w:r>
        <w:t xml:space="preserve">(Speaker A)  I mean, at that point, they're working on private property. There's really not something the city could do because they're on private property. It's really up to the owners to call the police and deal with it civilly like that. </w:t>
      </w:r>
    </w:p>
    <w:p>
      <w:r>
        <w:t xml:space="preserve">(Speaker B)  Yeah. And I think that's the hard thing is. And I, you know, nothing against Hillsborough county, but they're. They're not going to. Unless you show them the property line running down to the edge of the pond. This is going to be a tough, tough one. You know, as far as someone doing a go with your truck unleashed, that's more of a accounting issue. You have dogs on leash. So who you recall you call the animal control. Really, the CDD doesn't have that type of leverage to stop anybody from going doing those things. So it's a little different if you were walking behind my backyard. It's the same thing, really. We just don't have jurisdiction. It's. </w:t>
      </w:r>
    </w:p>
    <w:p>
      <w:r>
        <w:t xml:space="preserve">(Speaker A)  It's. </w:t>
      </w:r>
    </w:p>
    <w:p>
      <w:r>
        <w:t xml:space="preserve">(Speaker B)  I get what you're saying. </w:t>
      </w:r>
    </w:p>
    <w:p>
      <w:r>
        <w:t xml:space="preserve">(Speaker A)  I'm just concerned because there are some younger children with two large pit pools and they're probably £100. And if it's on. If it's on any of my neighbor's properties, any. Then the property line goes into the pond. If a child gets bit or somebody gets bit in that area, who's responsible for it? </w:t>
      </w:r>
    </w:p>
    <w:p>
      <w:r>
        <w:t xml:space="preserve">(Speaker B)  It would still be the homeowner. I mean, sorry, not the homeowner. I'm sorry. It would still be. No, no, it wouldn't be the homeowner. It would be the person who owns the animal. Right. </w:t>
      </w:r>
    </w:p>
    <w:p>
      <w:r>
        <w:t xml:space="preserve">(Speaker A)  Because he's. </w:t>
      </w:r>
    </w:p>
    <w:p>
      <w:r>
        <w:t xml:space="preserve">(Speaker B)  He's. </w:t>
      </w:r>
    </w:p>
    <w:p>
      <w:r>
        <w:t xml:space="preserve">(Speaker A)  He's trespassing. We're not going to give. </w:t>
      </w:r>
    </w:p>
    <w:p>
      <w:r>
        <w:t xml:space="preserve">(Speaker B)  No, we're not going to give the legality. So really, it's more. But it's definitely a civil issue. It's the police on the trespassing, and it's going to be animal control on the loose on things there. We. Beyond that point, the city just doesn't have jurisdiction. I get what you're saying. No, but as far as the signage goes, we probably just need to go ahead and make far more signs that just truly border off those cut points and GMS in general have our borders and perimeters. We've done some of that. We just need to do more of it. It's really not a difficult thing. Are people are going to listen to signs? Frankly, probably not, but at least it would be marked and then you'd have A you'd be able to say, hey, those signs are marked pretty well. And then you'd be able to go in and force that police. That's really the best we can do is add more signage and make those areas incredibly clear that those areas are private property. And then if they get intruded upon that you can see there. </w:t>
      </w:r>
    </w:p>
    <w:p>
      <w:r>
        <w:t xml:space="preserve">(Speaker A)  I guess my question would be why would the CDD put signs up for private property? </w:t>
      </w:r>
    </w:p>
    <w:p>
      <w:r>
        <w:t xml:space="preserve">(Speaker B)  Because, because it, because our borderline borders that private property. The CDD land borders that private property at the shoreline on the back of their homes. And so there's a point where our property stops and there's picks up. And so I guess that's just a </w:t>
      </w:r>
    </w:p>
    <w:p>
      <w:r>
        <w:t xml:space="preserve">(Speaker A)  decision for the, the board. </w:t>
      </w:r>
    </w:p>
    <w:p>
      <w:r>
        <w:t xml:space="preserve">(Speaker B)  We've already, we've already approved it and done it should have been done a while ago. We've talked about this. Adium. </w:t>
      </w:r>
    </w:p>
    <w:p>
      <w:r>
        <w:t xml:space="preserve">(Speaker A)  I remember this conversation. Talk about the signs. But Margaret. Yes, I remember. I remember. </w:t>
      </w:r>
    </w:p>
    <w:p>
      <w:r>
        <w:t xml:space="preserve">(Speaker B)  I remember this happening. </w:t>
      </w:r>
    </w:p>
    <w:p>
      <w:r>
        <w:t xml:space="preserve">(Speaker A)  I remember the conversation. </w:t>
      </w:r>
    </w:p>
    <w:p>
      <w:r>
        <w:t xml:space="preserve">(Speaker B)  I know we talk about the signs. </w:t>
      </w:r>
    </w:p>
    <w:p>
      <w:r>
        <w:t xml:space="preserve">(Speaker A)  Yeah. And so yeah, this kind of just brought back up because you know, I'm in the backyard doing things too and sure, two loose dogs that are. So where. How do we get to a solution here? So let me, yeah, let me just, let me. If you don't mind. </w:t>
      </w:r>
    </w:p>
    <w:p>
      <w:r>
        <w:t xml:space="preserve">(Speaker B)  Thank you. </w:t>
      </w:r>
    </w:p>
    <w:p>
      <w:r>
        <w:t xml:space="preserve">(Speaker A)  So obviously it sounds like something may or may not have been approved. I can look back and see what it was. </w:t>
      </w:r>
    </w:p>
    <w:p>
      <w:r>
        <w:t xml:space="preserve">(Speaker B)  We've talked about this probably multiple times. </w:t>
      </w:r>
    </w:p>
    <w:p>
      <w:r>
        <w:t xml:space="preserve">(Speaker A)  Do you recall this project? </w:t>
      </w:r>
    </w:p>
    <w:p>
      <w:r>
        <w:t xml:space="preserve">(Speaker D)  Yeah. So we had eight no fishing signs and private property signs put out already. And most of them were on pond four, which is the one directly across from the amenity center on the west side, west, north side of the pond. So that's, that's what we talked about. That was what was approved and we did it. But that was a while ago when we did that. </w:t>
      </w:r>
    </w:p>
    <w:p>
      <w:r>
        <w:t xml:space="preserve">(Speaker B)  So why don't we do this? Why don't we get with GMS field, let's find out where those exact property lines are. Let's put more like maybe four signs across the width of each area that opens up and that way it's pretty clear. No trespassing. Do not go past this point. Something a little more pointed, no fishing whatever on there as well. And that way it's a little more clear beyond this point. No trespassing, that type of signage. And then mark those off. And let's come back to the October meeting with precisely where we're going to put those signs and how many we want and where they're going to be at. And that's going to be about the best we can do is put that there to really set that expectation. So beyond just the fishing, it's no fishing, no trespassing beyond this point. </w:t>
      </w:r>
    </w:p>
    <w:p>
      <w:r>
        <w:t xml:space="preserve">(Speaker A)  Okay. Yeah. Is this the opinion of the rest of the board? </w:t>
      </w:r>
    </w:p>
    <w:p>
      <w:r>
        <w:t xml:space="preserve">(Speaker B)  It's inexpensive. It's not a difficult thing to do in solves the problem maker. </w:t>
      </w:r>
    </w:p>
    <w:p>
      <w:r>
        <w:t xml:space="preserve">(Speaker A)  Is that an easy enough project for us to kind of turn around? </w:t>
      </w:r>
    </w:p>
    <w:p>
      <w:r>
        <w:t xml:space="preserve">(Speaker D)  Yeah, absolutely. I mean the cost of the sign and the pole, it's not much at all. </w:t>
      </w:r>
    </w:p>
    <w:p>
      <w:r>
        <w:t xml:space="preserve">(Speaker A)  One last, one last thing. It's the area in between except double strip that separates the two ponds off of Myrtle sand. The problem is, is there's no sign right by that double street. So when somebody starts walking, they have to walk behind a few more property before they see a sign. </w:t>
      </w:r>
    </w:p>
    <w:p>
      <w:r>
        <w:t xml:space="preserve">(Speaker B)  So </w:t>
      </w:r>
    </w:p>
    <w:p>
      <w:r>
        <w:t xml:space="preserve">(Speaker A)  right there then you'd be able to identify. </w:t>
      </w:r>
    </w:p>
    <w:p>
      <w:r>
        <w:t xml:space="preserve">(Speaker D)  Yeah, we can add a sign right there. I know, I think I know where he's talking about. It's basically the, the chunk of land that's between the pond four and the, the pond north of that. There's like a strip there that you could just walk right through. So yeah, we, we could, we could put a sign. That's no problem at all. I got it, I got it written down. </w:t>
      </w:r>
    </w:p>
    <w:p>
      <w:r>
        <w:t xml:space="preserve">(Speaker A)  I think we'll get quotes from you guys in the next one. </w:t>
      </w:r>
    </w:p>
    <w:p>
      <w:r>
        <w:t xml:space="preserve">(Speaker B)  You guys, do we want to just proceed with doing it or do we want to go and get quotes on it? I mean, it's just time. </w:t>
      </w:r>
    </w:p>
    <w:p>
      <w:r>
        <w:t xml:space="preserve">(Speaker C)  I would like to listen for GMS to do their normal three quotes. Go with the cheapest one and get our signs and then it's being worked on. Maybe next meeting I'm gonna, can, can </w:t>
      </w:r>
    </w:p>
    <w:p>
      <w:r>
        <w:t xml:space="preserve">(Speaker D)  I, can I throw something in here? I mean, per sign, we're talking about a, a, a maximum of 60 bucks. I mean if I go out and try to get three proposals for $60 signs, I mean that's, to me that's going to take a lot of work. And we've already installed eight signs already. I mean we can just go ahead and do it if that's what the board wants. But I think. How many signs we talking about? </w:t>
      </w:r>
    </w:p>
    <w:p>
      <w:r>
        <w:t xml:space="preserve">(Speaker B)  Probably about 8 or less. </w:t>
      </w:r>
    </w:p>
    <w:p>
      <w:r>
        <w:t xml:space="preserve">(Speaker D)  I'm assuming like 8 more signs </w:t>
      </w:r>
    </w:p>
    <w:p>
      <w:r>
        <w:t xml:space="preserve">(Speaker A)  or </w:t>
      </w:r>
    </w:p>
    <w:p>
      <w:r>
        <w:t xml:space="preserve">(Speaker B)  is it the other areas too? </w:t>
      </w:r>
    </w:p>
    <w:p>
      <w:r>
        <w:t xml:space="preserve">(Speaker A)  Put one on each end of the thing and that's done. </w:t>
      </w:r>
    </w:p>
    <w:p>
      <w:r>
        <w:t xml:space="preserve">(Speaker B)  Okay, so you think like four total? </w:t>
      </w:r>
    </w:p>
    <w:p>
      <w:r>
        <w:t xml:space="preserve">(Speaker A)  Two. Two. There's one one walkway between the two things. </w:t>
      </w:r>
    </w:p>
    <w:p>
      <w:r>
        <w:t xml:space="preserve">(Speaker B)  Right. So you don't need. </w:t>
      </w:r>
    </w:p>
    <w:p>
      <w:r>
        <w:t xml:space="preserve">(Speaker A)  Unless there are a little bitty signs this color people are going to see. </w:t>
      </w:r>
    </w:p>
    <w:p>
      <w:r>
        <w:t xml:space="preserve">(Speaker B)  I mean, we'll make sure they're right. </w:t>
      </w:r>
    </w:p>
    <w:p>
      <w:r>
        <w:t xml:space="preserve">(Speaker D)  With install and cost of materials, there'll </w:t>
      </w:r>
    </w:p>
    <w:p>
      <w:r>
        <w:t xml:space="preserve">(Speaker B)  be a decent sized sign where it's. </w:t>
      </w:r>
    </w:p>
    <w:p>
      <w:r>
        <w:t xml:space="preserve">(Speaker A)  I mean, I don't want billboard signs, but for Max, you need a big, large corner. Yeah, it would be. </w:t>
      </w:r>
    </w:p>
    <w:p>
      <w:r>
        <w:t xml:space="preserve">(Speaker D)  Not to exceed. </w:t>
      </w:r>
    </w:p>
    <w:p>
      <w:r>
        <w:t xml:space="preserve">(Speaker A)  I'm gonna. I'm gonna bring this. Said you can't have this. </w:t>
      </w:r>
    </w:p>
    <w:p>
      <w:r>
        <w:t xml:space="preserve">(Speaker B)  So less than. So not to exceed 500. </w:t>
      </w:r>
    </w:p>
    <w:p>
      <w:r>
        <w:t xml:space="preserve">(Speaker D)  Yes. That's perfect. That's exactly what I was gna say. </w:t>
      </w:r>
    </w:p>
    <w:p>
      <w:r>
        <w:t xml:space="preserve">(Speaker A)  Not to exceed $500. First from Paul, second from Savic. All in favor? Beautiful. All right, anything else for you, sir? </w:t>
      </w:r>
    </w:p>
    <w:p>
      <w:r>
        <w:t xml:space="preserve">(Speaker B)  I know we. </w:t>
      </w:r>
    </w:p>
    <w:p>
      <w:r>
        <w:t xml:space="preserve">(Speaker A)  Any other audience comments pertaining to the agenda at this time? No. All right, all right. Just name an address to the records. I'll start your three minutes. Thank you. Go ahead. </w:t>
      </w:r>
    </w:p>
    <w:p>
      <w:r>
        <w:t xml:space="preserve">(Speaker B)  I have a tree in my backyard. </w:t>
      </w:r>
    </w:p>
    <w:p>
      <w:r>
        <w:t xml:space="preserve">(Speaker A)  Is that a CDD thing or is that just personal? It's personal. I mean, it depends on where it is. Is it in your backyard, your property? </w:t>
      </w:r>
    </w:p>
    <w:p>
      <w:r>
        <w:t xml:space="preserve">(Speaker B)  Yeah, yeah, </w:t>
      </w:r>
    </w:p>
    <w:p>
      <w:r>
        <w:t xml:space="preserve">(Speaker A)  yeah, that would be. Yeah, that would be up to you. Unfortunately, sir. Okay. I took care of that. I did this. Okay. All right, cool. </w:t>
      </w:r>
    </w:p>
    <w:p>
      <w:r>
        <w:t xml:space="preserve">(Speaker B)  Now what are you doing about the alligator? There's always alligator. </w:t>
      </w:r>
    </w:p>
    <w:p>
      <w:r>
        <w:t xml:space="preserve">(Speaker A)  Because if you got two big bulls, the alligator getting bigger, you don't catch. Yeah, the CDD is not a fish and wildlife sector. We. We don't have. </w:t>
      </w:r>
    </w:p>
    <w:p>
      <w:r>
        <w:t xml:space="preserve">(Speaker B)  I mean, it's. You can actually pull it into the email. </w:t>
      </w:r>
    </w:p>
    <w:p>
      <w:r>
        <w:t xml:space="preserve">(Speaker A)  So you go to the forest CV </w:t>
      </w:r>
    </w:p>
    <w:p>
      <w:r>
        <w:t xml:space="preserve">(Speaker B)  website and there's an email for the manager here, which is going to be a manager. You can forward an email from the address of the pond if there's a nuisance out here. We ran toil. One alligator gets removed, another one moves in. Right. But if it's large, big, it's threatening. It's coming up in areas it's, you know, six, seven, ten feet, you know, and starts not carrying it. You're an adult then, you know, you can do that. And then we'll approve it. We'll have. </w:t>
      </w:r>
    </w:p>
    <w:p>
      <w:r>
        <w:t xml:space="preserve">(Speaker C)  We'll. </w:t>
      </w:r>
    </w:p>
    <w:p>
      <w:r>
        <w:t xml:space="preserve">(Speaker B)  FWC will call Trapper, we'll pull it out. </w:t>
      </w:r>
    </w:p>
    <w:p>
      <w:r>
        <w:t xml:space="preserve">(Speaker A)  But yeah, I got the video and you can even call FWC yourself. </w:t>
      </w:r>
    </w:p>
    <w:p>
      <w:r>
        <w:t xml:space="preserve">(Speaker B)  No, you can't. So it has to go to the board first. </w:t>
      </w:r>
    </w:p>
    <w:p>
      <w:r>
        <w:t xml:space="preserve">(Speaker A)  Can I finish real quick? Yeah, go ahead. </w:t>
      </w:r>
    </w:p>
    <w:p>
      <w:r>
        <w:t xml:space="preserve">(Speaker B)  All right, cool. Appreciate it. </w:t>
      </w:r>
    </w:p>
    <w:p>
      <w:r>
        <w:t xml:space="preserve">(Speaker A)  So you can. You can absolutely make a report yourself and FWC will call me and ask permission to enter the. Enter the land. </w:t>
      </w:r>
    </w:p>
    <w:p>
      <w:r>
        <w:t xml:space="preserve">(Speaker B)  Oh, that's new. </w:t>
      </w:r>
    </w:p>
    <w:p>
      <w:r>
        <w:t xml:space="preserve">(Speaker A)  Yeah, they'll call me or Mick in this case, I think, and they'll ask for permission to enter CDD property. We'll give them the permission if they give us a permit number. We're going to give them permission no matter what because they're the ones that have the jurisdiction to tell us if it's a nuisance or not. So we leave that to them in their hands. Yep. </w:t>
      </w:r>
    </w:p>
    <w:p>
      <w:r>
        <w:t xml:space="preserve">(Speaker D)  Technically, the board doesn't really have any jurisdiction to say no, because at that point, the moment you say no, the liability is on you if that gator or bites anything or anybody. </w:t>
      </w:r>
    </w:p>
    <w:p>
      <w:r>
        <w:t xml:space="preserve">(Speaker A)  Okay. </w:t>
      </w:r>
    </w:p>
    <w:p>
      <w:r>
        <w:t xml:space="preserve">(Speaker B)  Interesting. Yep. </w:t>
      </w:r>
    </w:p>
    <w:p>
      <w:r>
        <w:t xml:space="preserve">(Speaker A)  So with that, sir, did you have something? This is my first time. Absolutely. To be fair, we have kind of gone off the script. A lot of this stuff has not been agenda items, and I've kind of just allowed it. But usually it doesn't typically happen like this. But today. Today is special. Yeah, today is special. But is there AED anywhere in the amenity center? </w:t>
      </w:r>
    </w:p>
    <w:p>
      <w:r>
        <w:t xml:space="preserve">(Speaker B)  I actually brought that up to the. No, we didn't. We brought it up and then we </w:t>
      </w:r>
    </w:p>
    <w:p>
      <w:r>
        <w:t xml:space="preserve">(Speaker A)  did not do something like that. Only reason I ask. This is newer resident. No, no, they're marked. </w:t>
      </w:r>
    </w:p>
    <w:p>
      <w:r>
        <w:t xml:space="preserve">(Speaker B)  Yeah, they're clear windows. </w:t>
      </w:r>
    </w:p>
    <w:p>
      <w:r>
        <w:t xml:space="preserve">(Speaker A)  It's clearly marked. Yeah, we don't like. Yeah, I mean, they're just expensive. If you guys want to. We can. </w:t>
      </w:r>
    </w:p>
    <w:p>
      <w:r>
        <w:t xml:space="preserve">(Speaker B)  Where would you. So we talked about putting them on the outside. We talked about putting one in the gym. It wouldn't be a horrible idea. </w:t>
      </w:r>
    </w:p>
    <w:p>
      <w:r>
        <w:t xml:space="preserve">(Speaker A)  I mean, only the gym is not my. Was my suggestion because that's lots after hours. So even people who are here. Maybe if something were happening to somebody in the gym past those hours. So if you just have two of them. Well, you can have multiple 28. They're about 2400. And then maintenance, you got to get them reinspected, I think yearly recharge. </w:t>
      </w:r>
    </w:p>
    <w:p>
      <w:r>
        <w:t xml:space="preserve">(Speaker C)  So, yeah, there's a couple of grants that are available. </w:t>
      </w:r>
    </w:p>
    <w:p>
      <w:r>
        <w:t xml:space="preserve">(Speaker A)  CBDs aren't typically always eligible for grants because you guys are a government public entity. </w:t>
      </w:r>
    </w:p>
    <w:p>
      <w:r>
        <w:t xml:space="preserve">(Speaker C)  Oh, okay. </w:t>
      </w:r>
    </w:p>
    <w:p>
      <w:r>
        <w:t xml:space="preserve">(Speaker A)  It could be. There's a few. There's. Yeah, there's a. There's a few of them that you guys are. We can. We can take a look at that. What was it called? </w:t>
      </w:r>
    </w:p>
    <w:p>
      <w:r>
        <w:t xml:space="preserve">(Speaker C)  Just the aeb grant dot com. And there's. There's a couple of them. Grant program. </w:t>
      </w:r>
    </w:p>
    <w:p>
      <w:r>
        <w:t xml:space="preserve">(Speaker A)  So I think what I'll do is I'll bring you guys quote to your next meeting for an aed. At that point, we'll have a base price for one. At that point, you can choose how many that you guys want where you guys want them. At least you guys have the pricing. At that point, trying to figure out why we. </w:t>
      </w:r>
    </w:p>
    <w:p>
      <w:r>
        <w:t xml:space="preserve">(Speaker B)  So it was. Who was the guy who really played a lot of pickleball. He Wanted one available to be. Be available on the outside. And the outside outdoor model ones are really pricey. That's what it was. But if we had one in the gym, it would be accessible to those with a fob, and we had one in here. I mean, one to two would be ideal because the problem is at night, if something happened, that door is locked. </w:t>
      </w:r>
    </w:p>
    <w:p>
      <w:r>
        <w:t xml:space="preserve">(Speaker A)  So we'd be able to get. </w:t>
      </w:r>
    </w:p>
    <w:p>
      <w:r>
        <w:t xml:space="preserve">(Speaker B)  So we had to get if we had to got. We've got them. We really want to. One in the gym and one indoor. </w:t>
      </w:r>
    </w:p>
    <w:p>
      <w:r>
        <w:t xml:space="preserve">(Speaker A)  Yeah, you guys absolutely make that decision. Talk about logistics. Once you guys have the price. </w:t>
      </w:r>
    </w:p>
    <w:p>
      <w:r>
        <w:t xml:space="preserve">(Speaker B)  Yeah, I think that would be a horrible idea. </w:t>
      </w:r>
    </w:p>
    <w:p>
      <w:r>
        <w:t xml:space="preserve">(Speaker A)  Anything else, sir? </w:t>
      </w:r>
    </w:p>
    <w:p>
      <w:r>
        <w:t xml:space="preserve">(Speaker B)  No. Great. </w:t>
      </w:r>
    </w:p>
    <w:p>
      <w:r>
        <w:t xml:space="preserve">(Speaker A)  Beautiful. Thank you. All right, moving on. We don't have anyone on the Zoom, so we're going to go ahead and move to item three. Approval of the August 12, 2027. I'm sorry, 2026 meeting minutes. We did get that one change from Cassandra earlier. I didn't see any other edits. I'd just be looking for a motion. Motion. Paul. Second. Second from James. All in favor? </w:t>
      </w:r>
    </w:p>
    <w:p>
      <w:r>
        <w:t xml:space="preserve">(Speaker C)  Aye. </w:t>
      </w:r>
    </w:p>
    <w:p>
      <w:r>
        <w:t xml:space="preserve">(Speaker A)  Next up, we have item five, staff reports. First up, we have CITIC aquatics manager Mick, did you want to go over this? </w:t>
      </w:r>
    </w:p>
    <w:p>
      <w:r>
        <w:t xml:space="preserve">(Speaker D)  Yeah, I kind of go over quickly a couple things. One, that they did change the. The pond numbers, as you guys requested and brought up. I mean, we've been getting afternoon storms, which is. Which has been nice, but it's also bad because of all the runoff going into the ponds. A lot of the ponds look great. Right now we're still in a drought. We're still. A couple months ago, we were 16 inches below. Now we're about 13 and a half inches. So, I mean, we're still in a quite considerable drought, but hopefully with some more of these afternoon storms, we'll. We'll get the ponds up where they need to be. But if anyone has any questions, I can bring it back to them. But I mean, as far as I'm concerned, I mean, we're. We're in a good spot. </w:t>
      </w:r>
    </w:p>
    <w:p>
      <w:r>
        <w:t xml:space="preserve">(Speaker C)  No. </w:t>
      </w:r>
    </w:p>
    <w:p>
      <w:r>
        <w:t xml:space="preserve">(Speaker B)  Anything we're going to get into, like, the more, you know, you know, the bigger stuff? No, just the, you know, I asked a couple meetings ago why, you know, for years we had all of that, those plants and, you know, in the middle, in the big pond over here behind me over here by the amenity center on the Hidden creek, we, you know, we were talking about, oh, we don't want to remove them. And there's a reason why there was like this weird, you know, concentric horseshoe in there and like, because of the way it was cut in. And the reality is now they've gone in there and killed all of it, which if it's invasive, it's invasive. I know why they're dealing with it. But it just felt like we let it grow out for like three years and then they jumped on it. And I brought that to your attention and I was wondering if you got any feedback as to why they let </w:t>
      </w:r>
    </w:p>
    <w:p>
      <w:r>
        <w:t xml:space="preserve">(Speaker A)  it go so bad and now they dealt with it. </w:t>
      </w:r>
    </w:p>
    <w:p>
      <w:r>
        <w:t xml:space="preserve">(Speaker D)  Yeah, so a lot of the reasons is because when we did that hard cut years ago, there was a lot of natives that were mixed in with that. And whenever you have a lot of natives in there, obviously you don't want to spray those and kill them. So when they go, when they get bigger, they're a lot easier to really spray and get out. Also another reason is too, and I actually met with Cydex on site and went over this after they did spray it, obviously they only sprayed the invasives. They didn't spray any of the natives in that pond. But also too, it cleared out a lot of the storm water access into that pond, which is great, which is basically what we wanted to do. But that, that was really the whole reason. It didn't have anything to do with them, like just not, you know, noticing it, not spraying it when they should have. It has nothing to do with that because that pond quarterly, they put a boat in there and spray. But the problem is if they spray a lot of the invasives when they're young, they're going to kill a lot of the natives. </w:t>
      </w:r>
    </w:p>
    <w:p>
      <w:r>
        <w:t xml:space="preserve">(Speaker B)  So they kind of like the center of the pond had a big grass field in it. And now that whole, that whole grass field is 100 even hit by. Goodbye. </w:t>
      </w:r>
    </w:p>
    <w:p>
      <w:r>
        <w:t xml:space="preserve">(Speaker D)  Yeah, they were all invasives. Most of that was invasive. So that's, that's why they did spray it. But I mean, what they're doing is good. They're actually staying on top of it. I mean, it's. Compared to a lot of districts. I mean, it's, I mean, they're doing </w:t>
      </w:r>
    </w:p>
    <w:p>
      <w:r>
        <w:t xml:space="preserve">(Speaker B)  a good job, you know, at this point. No, I agree. </w:t>
      </w:r>
    </w:p>
    <w:p>
      <w:r>
        <w:t xml:space="preserve">(Speaker D)  I mean, when I showed up with him, I said, you know, what the heck is going on? I mean, this doesn't look right at all. It looks, it just is an eyesore. But then he kind of explained it to me and I said, okay, well, you know, eventually it'll all, you know, decompose, dissipate, and if they need to remove something, they have no problem with doing that manually. But that's just Kind of where we're at. </w:t>
      </w:r>
    </w:p>
    <w:p>
      <w:r>
        <w:t xml:space="preserve">(Speaker A)  Okay. </w:t>
      </w:r>
    </w:p>
    <w:p>
      <w:r>
        <w:t xml:space="preserve">(Speaker D)  Yep. </w:t>
      </w:r>
    </w:p>
    <w:p>
      <w:r>
        <w:t xml:space="preserve">(Speaker A)  Questions for cytics. Moving on. </w:t>
      </w:r>
    </w:p>
    <w:p>
      <w:r>
        <w:t xml:space="preserve">(Speaker B)  We do have. </w:t>
      </w:r>
    </w:p>
    <w:p>
      <w:r>
        <w:t xml:space="preserve">(Speaker A)  The amenity manager is not in attendance with us tonight. I asked her to leave for today. </w:t>
      </w:r>
    </w:p>
    <w:p>
      <w:r>
        <w:t xml:space="preserve">(Speaker B)  So I will ask. </w:t>
      </w:r>
    </w:p>
    <w:p>
      <w:r>
        <w:t xml:space="preserve">(Speaker A)  If you guys don't mind, just stick around after the meeting. Talk to me. I want to talk to you guys about something. But with that being said, anyone have any questions about the amenity report? Anything going on there? I know that she did print out a quote here if you guys didn't have any questions on that from FMT Fitness Smith. I'm sorry. Fitness machine technicians. So this is for some extra cables to leave around here for the finding is that your cables break quite frequently. So we're hoping to have some stock here so that we don't have to wait so long for these to be repaired. We just have the stock of cables to be repaired as needed when these stuff go down. So. Yeah, so this is. Yeah, yeah, exactly. </w:t>
      </w:r>
    </w:p>
    <w:p>
      <w:r>
        <w:t xml:space="preserve">(Speaker B)  Well, I mean, your gym. I mean, that's probably. So this is about 37. No, this is actually shorter than. Well, but further than 300. Repair here because when the machines are down. But we're talking about 3, 700 worth of just spare parts. But to your point, it ain't. The spare parts aren't getting cheaper. And having them on hand. </w:t>
      </w:r>
    </w:p>
    <w:p>
      <w:r>
        <w:t xml:space="preserve">(Speaker C)  If the love machine. We have to replace it all the time and then it's down. The longer we're waiting longer for the parts. Like if this is the requirement for us to have them on hand to order and have some supplies. And it is what it is and we don't have down. </w:t>
      </w:r>
    </w:p>
    <w:p>
      <w:r>
        <w:t xml:space="preserve">(Speaker B)  Yeah. So I mean, if you guys are good with it. I made the proposal a while ago </w:t>
      </w:r>
    </w:p>
    <w:p>
      <w:r>
        <w:t xml:space="preserve">(Speaker A)  to have some extras, and this was </w:t>
      </w:r>
    </w:p>
    <w:p>
      <w:r>
        <w:t xml:space="preserve">(Speaker B)  the extras list that they created. </w:t>
      </w:r>
    </w:p>
    <w:p>
      <w:r>
        <w:t xml:space="preserve">(Speaker A)  So are you. </w:t>
      </w:r>
    </w:p>
    <w:p>
      <w:r>
        <w:t xml:space="preserve">(Speaker B)  Are you good? Are you good? What do you guys think? </w:t>
      </w:r>
    </w:p>
    <w:p>
      <w:r>
        <w:t xml:space="preserve">(Speaker A)  What's the further combination? Who installs it? </w:t>
      </w:r>
    </w:p>
    <w:p>
      <w:r>
        <w:t xml:space="preserve">(Speaker B)  It's still Fitness machine. It's just that we have this because they don't have an area to stock it themselves for those specific parts they order in. Fitness Smith goes ahead and orders the stuff. It takes forever to get here. And then they got to go and go on the routine install. So by us having the parts on hand, they're getting it out here in this installation. </w:t>
      </w:r>
    </w:p>
    <w:p>
      <w:r>
        <w:t xml:space="preserve">(Speaker C)  We. We keep having to rep. </w:t>
      </w:r>
    </w:p>
    <w:p>
      <w:r>
        <w:t xml:space="preserve">(Speaker B)  It's back. </w:t>
      </w:r>
    </w:p>
    <w:p>
      <w:r>
        <w:t xml:space="preserve">(Speaker A)  Yeah, that's fine. I just think as far as time goes, you know, the being down, if </w:t>
      </w:r>
    </w:p>
    <w:p>
      <w:r>
        <w:t xml:space="preserve">(Speaker B)  you still have to call them to come do it. What is. What does us having it matter? But that expedites the process. Okay, understood. </w:t>
      </w:r>
    </w:p>
    <w:p>
      <w:r>
        <w:t xml:space="preserve">(Speaker A)  So we Had a first from Savic, a second from James. Any further discussion on this? </w:t>
      </w:r>
    </w:p>
    <w:p>
      <w:r>
        <w:t xml:space="preserve">(Speaker C)  No. </w:t>
      </w:r>
    </w:p>
    <w:p>
      <w:r>
        <w:t xml:space="preserve">(Speaker A)  All in favor. For you guys, Any other questions on the amenity manager report? Next up we do have the field manager Mick take it away. </w:t>
      </w:r>
    </w:p>
    <w:p>
      <w:r>
        <w:t xml:space="preserve">(Speaker D)  Yeah. So you guys have a accent list in front of you. So a couple things. Pawn two dredging project. There should be three proposals printed out in front of you. I'll go over that at the end because that's going to be the, the, the majority of this report. Alvarez Plumbing AC proposal that's also in the agenda to go over. Basically there was, there was uh, some notes from Paul that he wanted to reflect into that proposal. We got the proposal back from them, reflected all his notes and, and we're good to go with that. Sidex report. The adjustment that was already done. Trash can at the bus stop they were installed. The board desired location. The restroom toilet was repaired by maintenance. The insurance fencing map. So this was something that we talked about the last meeting. Uh, you guys approved for the insurance schedule. Uh, in contingent with uh, there being a map that was made listing all the phases for the, the vinyl fencing. I created that map in each phase. I also put how much square footage is in each phase. So that way if anything were to happen, let's say phase one which is the northern most part of the community. If anything happens in that phase, you don't have to pay such a high deductible. It's all spaced out. So I gave that to them, created that. I don't know Paul if you saw it or not, but I did make that map. They do have it. </w:t>
      </w:r>
    </w:p>
    <w:p>
      <w:r>
        <w:t xml:space="preserve">(Speaker B)  What page did you put that in? </w:t>
      </w:r>
    </w:p>
    <w:p>
      <w:r>
        <w:t xml:space="preserve">(Speaker D)  I'm sorry? </w:t>
      </w:r>
    </w:p>
    <w:p>
      <w:r>
        <w:t xml:space="preserve">(Speaker B)  Is it in the agenda on a particular page? No, no, no. </w:t>
      </w:r>
    </w:p>
    <w:p>
      <w:r>
        <w:t xml:space="preserve">(Speaker D)  The, the map is not in the engine. </w:t>
      </w:r>
    </w:p>
    <w:p>
      <w:r>
        <w:t xml:space="preserve">(Speaker B)  I see the back and forth between us and, and Egypt. </w:t>
      </w:r>
    </w:p>
    <w:p>
      <w:r>
        <w:t xml:space="preserve">(Speaker D)  Yes, yes. I, I, it was in that email chain. Also the outdoor ceiling fans, we just received those last week. There was a back order on those. The pool low, low voltage lighting. That's going to be done when they install the fans next week. And then the playground awning cleaning proposal that is still being gathered to have that done. The three proposals that you have in front of you, you have one from CLS Environmental Services, you have one from Fin Outdoor and you have one from Sidex Earthworks. So all of these scopes are exactly the same. All of these vendors did come out. Take a look at it. The only thing that's different was Cydex Earthworks. Because they are your current aquatic vendor. They included planting native plants in the Pond in their proposal. The other two vendors do not, do not do that. So you have Sinex Earthworks at 26,800, you have pin outdoor at 26,500 and then you have CLS at 30,203,45. Now this was brought up by the board probably, I don't know, three or four months ago for us to kind of take a look at this. I worked with the engineer, he created an exhibit and a scope of work that we had sent out to all of these three vendors for them to basically put apples to apples. One thing I will say is that part of your swift mud water use permit, this is going to need to get done no matter what in, in order to fulfill the permit to have the pond in working order. Because as we know prior when the storm came through two years ago, that entire area did flood. And a lot of that was due with this pond being so elevated from all of these sediment and runoff that went into this pond. So either way it's going to need to be dredged out. I mean if, if I had to make any recommendations, which we're not really supposed to do, but Sidex Earthworks does include the, the plants, which is what you want because the plants around the edge of the pond are going to prevent any sort of wind erosion and whatnot for that. And also it's beneficial to the pond being very small. You would think that, that it would have a lot of algae in it. But when you, when you put in native plants, it provides a lot of benefits to the pond for algae growth. And I mean it would basically put the pond back to its original developed state is basically what this is. So like I said, you have one from sidex, you have one from Fin Outdoor and you have one from cls. So </w:t>
      </w:r>
    </w:p>
    <w:p>
      <w:r>
        <w:t xml:space="preserve">(Speaker B)  I like Cydex is better. I think the fact that we're planning plants and then the other top of that is that CYDIX is our team that comes out here and does our work. So they're going to be watching those plants and they know where they planted them. </w:t>
      </w:r>
    </w:p>
    <w:p>
      <w:r>
        <w:t xml:space="preserve">(Speaker A)  So they don't. </w:t>
      </w:r>
    </w:p>
    <w:p>
      <w:r>
        <w:t xml:space="preserve">(Speaker B)  They're gonna have more eyes on them. Okay. </w:t>
      </w:r>
    </w:p>
    <w:p>
      <w:r>
        <w:t xml:space="preserve">(Speaker D)  Yeah, yeah. And also too, to add to that, they're going to provide a warranty on all these plants. Obviously with, with putting in plants, some of them are going to die. Some of them are going to live. Most of them, most of the time, especially with this pond, they're going to live because even if, even if they do plant them in the littoral shelf and the drought gets even Worse, the, the littoral shelf is still basically, it's muddy and it's worse wet so that they can grow in that. But if they put it on a pond bank, which they won't, that will obviously cause the plant to die. But sometimes during one of these installs, you do have, you do have plants that just don't survive. I mean, that's, it's just the way it is. Even when you buy plants for the front of your house, sometimes some of them don't. Don't live. But no, I think that's a good point, Paul, as well. </w:t>
      </w:r>
    </w:p>
    <w:p>
      <w:r>
        <w:t xml:space="preserve">(Speaker B)  What's the tea with, you know, with everything with the weather going on right now, what's the real honest, like, turnaround on this? </w:t>
      </w:r>
    </w:p>
    <w:p>
      <w:r>
        <w:t xml:space="preserve">(Speaker D)  So turnaround on this pond would be about two weeks, obviously, weather permitting. But this isn't something that they would want to do right now. This is something that they're going to want to do in the December time frame. Obviously there it's a lot colder. Less, less chance for rain. But I mean, even in December in Florida, it's not really that cold. But I mean, the rain does tend to not be as drastic as it is right now. So December time frame in two weeks would be the, the turnaround time for this pond, which I, I think that's a good time to, to do this. </w:t>
      </w:r>
    </w:p>
    <w:p>
      <w:r>
        <w:t xml:space="preserve">(Speaker A)  So I just got a motion from Savage to approve the site Exalter for 26 8. Did anyone want to second that before further discussion? Second. All right, second from James. Further discussion. </w:t>
      </w:r>
    </w:p>
    <w:p>
      <w:r>
        <w:t xml:space="preserve">(Speaker B)  I. I think it's. We have to do it. It's the right. So one of the lowest prices with minor exception. And they're going to put in plants and they're our native company that's already here. So it doesn't. If it was, if it was. If one of these was substantially, I mean, outdoor, even when like, if it was like a really like $10,000 cheaper for 5,000. Like. Yeah, let's have a discussion. </w:t>
      </w:r>
    </w:p>
    <w:p>
      <w:r>
        <w:t xml:space="preserve">(Speaker A)  There really isn't a discussion out of my opinion, so I approve for that. So with that being said, all favor. </w:t>
      </w:r>
    </w:p>
    <w:p>
      <w:r>
        <w:t xml:space="preserve">(Speaker C)  Hi. </w:t>
      </w:r>
    </w:p>
    <w:p>
      <w:r>
        <w:t xml:space="preserve">(Speaker A)  We spend all the money for. There goes. </w:t>
      </w:r>
    </w:p>
    <w:p>
      <w:r>
        <w:t xml:space="preserve">(Speaker B)  Here goes the like button. But honestly, this, that this pond has been the worst out of all of those. </w:t>
      </w:r>
    </w:p>
    <w:p>
      <w:r>
        <w:t xml:space="preserve">(Speaker D)  Yeah, yeah, it really has. And just to add to that, I mean, when, when Phil and I met on site initially, before all this began, we, when we had looked at this pond, he, he had said the same thing. I mean, he said this pond out of all of them definitely looks the worst. And he's the most worked out Done. Which. Which to me is a good sign because if. If this pond is the worst and it's only 26, 000. I mean that. </w:t>
      </w:r>
    </w:p>
    <w:p>
      <w:r>
        <w:t xml:space="preserve">(Speaker B)  That. </w:t>
      </w:r>
    </w:p>
    <w:p>
      <w:r>
        <w:t xml:space="preserve">(Speaker D)  That's pretty good because I mean, we have. If you had this same issue in a way bigger pond, it would be a lot. A lot. Obviously a lot more money, so. </w:t>
      </w:r>
    </w:p>
    <w:p>
      <w:r>
        <w:t xml:space="preserve">(Speaker A)  Awesome. </w:t>
      </w:r>
    </w:p>
    <w:p>
      <w:r>
        <w:t xml:space="preserve">(Speaker B)  Anything else to report on the field, Mick? </w:t>
      </w:r>
    </w:p>
    <w:p>
      <w:r>
        <w:t xml:space="preserve">(Speaker D)  No, that. </w:t>
      </w:r>
    </w:p>
    <w:p>
      <w:r>
        <w:t xml:space="preserve">(Speaker B)  That's it. </w:t>
      </w:r>
    </w:p>
    <w:p>
      <w:r>
        <w:t xml:space="preserve">(Speaker D)  That's all I have for you guys. Unless. </w:t>
      </w:r>
    </w:p>
    <w:p>
      <w:r>
        <w:t xml:space="preserve">(Speaker A)  Where did we put the trash can at the bus stop at that is on White Mangrove. </w:t>
      </w:r>
    </w:p>
    <w:p>
      <w:r>
        <w:t xml:space="preserve">(Speaker C)  Okay. </w:t>
      </w:r>
    </w:p>
    <w:p>
      <w:r>
        <w:t xml:space="preserve">(Speaker A)  All right. And before Mick leaves, I do have a rather sad announcement for the board here. So this will be mix last meeting with the district maker. Decided to move on to bigger and better ventures for himself. And we wish Mick the best of luck. Is going to be sorely missed. And I wanted to let you guys know that won't be seeing it much. Nick, anything you want to say? </w:t>
      </w:r>
    </w:p>
    <w:p>
      <w:r>
        <w:t xml:space="preserve">(Speaker D)  No. I mean, you know, I've been with this company for eight years now. And I've been a field manager at Forestbrook for close to six years. And you know, out of all the boards that I do have, I mean, you guys are one of the best. And I really appreciate all of you guys and how you guys have treated me during this entire relationship that we have had. And I'm really excited for my next adventure. And yeah, I'm gonna miss. I'm gonna miss the hell out of all of you. So. </w:t>
      </w:r>
    </w:p>
    <w:p>
      <w:r>
        <w:t xml:space="preserve">(Speaker B)  We're gonna miss you too. Mick. Congratulations on the new movement. </w:t>
      </w:r>
    </w:p>
    <w:p>
      <w:r>
        <w:t xml:space="preserve">(Speaker D)  Thank you very. </w:t>
      </w:r>
    </w:p>
    <w:p>
      <w:r>
        <w:t xml:space="preserve">(Speaker A)  I thought I heard a tear coming down your eye over there. </w:t>
      </w:r>
    </w:p>
    <w:p>
      <w:r>
        <w:t xml:space="preserve">(Speaker B)  I mean, I'm sad, but like, you </w:t>
      </w:r>
    </w:p>
    <w:p>
      <w:r>
        <w:t xml:space="preserve">(Speaker A)  know, wasn't talking about you. </w:t>
      </w:r>
    </w:p>
    <w:p>
      <w:r>
        <w:t xml:space="preserve">(Speaker B)  No. Okay. I'm just saying I can see you. </w:t>
      </w:r>
    </w:p>
    <w:p>
      <w:r>
        <w:t xml:space="preserve">(Speaker A)  Yeah, it sounds like he's getting a little emotional. </w:t>
      </w:r>
    </w:p>
    <w:p>
      <w:r>
        <w:t xml:space="preserve">(Speaker B)  He is getting a little emotional. </w:t>
      </w:r>
    </w:p>
    <w:p>
      <w:r>
        <w:t xml:space="preserve">(Speaker A)  Maybe they're like, man, it's the end of an era. It is. </w:t>
      </w:r>
    </w:p>
    <w:p>
      <w:r>
        <w:t xml:space="preserve">(Speaker D)  Listen, I'm holding it. As soon as I get off this call, I will cry like a little girl, so. </w:t>
      </w:r>
    </w:p>
    <w:p>
      <w:r>
        <w:t xml:space="preserve">(Speaker A)  Okay. </w:t>
      </w:r>
    </w:p>
    <w:p>
      <w:r>
        <w:t xml:space="preserve">(Speaker B)  We appreciate that. Your dynasty's over. </w:t>
      </w:r>
    </w:p>
    <w:p>
      <w:r>
        <w:t xml:space="preserve">(Speaker A)  Thanks for all your efforts. </w:t>
      </w:r>
    </w:p>
    <w:p>
      <w:r>
        <w:t xml:space="preserve">(Speaker B)  Bring in the new guy. </w:t>
      </w:r>
    </w:p>
    <w:p>
      <w:r>
        <w:t xml:space="preserve">(Speaker D)  Yeah, absolutely. </w:t>
      </w:r>
    </w:p>
    <w:p>
      <w:r>
        <w:t xml:space="preserve">(Speaker A)  Anything else for me before I let him go for the last time from the fourth book meeting? </w:t>
      </w:r>
    </w:p>
    <w:p>
      <w:r>
        <w:t xml:space="preserve">(Speaker B)  Salute, Nick. </w:t>
      </w:r>
    </w:p>
    <w:p>
      <w:r>
        <w:t xml:space="preserve">(Speaker A)  Thank you. </w:t>
      </w:r>
    </w:p>
    <w:p>
      <w:r>
        <w:t xml:space="preserve">(Speaker E)  Thanks, Nick. </w:t>
      </w:r>
    </w:p>
    <w:p>
      <w:r>
        <w:t xml:space="preserve">(Speaker D)  Thanks, guys. </w:t>
      </w:r>
    </w:p>
    <w:p>
      <w:r>
        <w:t xml:space="preserve">(Speaker A)  Appreciate your hard work, man. </w:t>
      </w:r>
    </w:p>
    <w:p>
      <w:r>
        <w:t xml:space="preserve">(Speaker D)  Thank you. </w:t>
      </w:r>
    </w:p>
    <w:p>
      <w:r>
        <w:t xml:space="preserve">(Speaker A)  All right. All right. With that, we're going to move on to the attorney. We do have Joseph K. Him on with us tonight. I'm not sure if you have any updates, Joseph. I know we have the amenity policies here coming up here and a couple of items. So going to pass the floor to re. </w:t>
      </w:r>
    </w:p>
    <w:p>
      <w:r>
        <w:t xml:space="preserve">(Speaker F)  Yes. So no other updates beyond the amenity policy, which we will be discussing. Good evening, board. My name is Joseph Kim. I'm another attorney at Straley, Robin Vereker, sitting in for John today. And specifically because he and I work together on the amenity policy change. And so I've been working a little bit behind the scenes doing some Forest Brook work too. So he thought it'd be a good meeting for me to sit in and introduce myself, but then also have a. Hopefully a productive conversation on the amenity policy. And so we can finally get that finalized. </w:t>
      </w:r>
    </w:p>
    <w:p>
      <w:r>
        <w:t xml:space="preserve">(Speaker A)  Any questions for Joseph right now? </w:t>
      </w:r>
    </w:p>
    <w:p>
      <w:r>
        <w:t xml:space="preserve">(Speaker B)  I mean, I've got questions about policy. </w:t>
      </w:r>
    </w:p>
    <w:p>
      <w:r>
        <w:t xml:space="preserve">(Speaker A)  Yeah, well, we'll get into that after he has section. All right, moving on. We do have the district engineer. No updates from him. Any questions I can take back? No. All right, moving on to business items. </w:t>
      </w:r>
    </w:p>
    <w:p>
      <w:r>
        <w:t xml:space="preserve">(Speaker B)  Wait, we didn't. Did we talk about the fent. Wait, hold on. We got the proposal for Aegis for the increase on the insurance. </w:t>
      </w:r>
    </w:p>
    <w:p>
      <w:r>
        <w:t xml:space="preserve">(Speaker A)  Huh? Yep. Here we go. Are you asking to go over that right now? </w:t>
      </w:r>
    </w:p>
    <w:p>
      <w:r>
        <w:t xml:space="preserve">(Speaker B)  No. Okay, we're going. So we talked about it, and I just didn't know if we somehow missed that. We talk about the fence discussion. </w:t>
      </w:r>
    </w:p>
    <w:p>
      <w:r>
        <w:t xml:space="preserve">(Speaker A)  Fiscal year 2027. Exchange schedule's coming after about four hours. </w:t>
      </w:r>
    </w:p>
    <w:p>
      <w:r>
        <w:t xml:space="preserve">(Speaker B)  Sorry. My apologies. </w:t>
      </w:r>
    </w:p>
    <w:p>
      <w:r>
        <w:t xml:space="preserve">(Speaker A)  I thought it was because I. I </w:t>
      </w:r>
    </w:p>
    <w:p>
      <w:r>
        <w:t xml:space="preserve">(Speaker B)  didn't want to miss it. </w:t>
      </w:r>
    </w:p>
    <w:p>
      <w:r>
        <w:t xml:space="preserve">(Speaker A)  He referenced it. </w:t>
      </w:r>
    </w:p>
    <w:p>
      <w:r>
        <w:t xml:space="preserve">(Speaker B)  He was referencing it. I'm like, wait, did we skip the part why we did it? </w:t>
      </w:r>
    </w:p>
    <w:p>
      <w:r>
        <w:t xml:space="preserve">(Speaker A)  Okay, got it. We're coming up. </w:t>
      </w:r>
    </w:p>
    <w:p>
      <w:r>
        <w:t xml:space="preserve">(Speaker B)  Cool. </w:t>
      </w:r>
    </w:p>
    <w:p>
      <w:r>
        <w:t xml:space="preserve">(Speaker A)  All right, with that, moving on to business items. Consideration of revised Alvarez Plumbing proposal for air conditioning maintenance. Any questions on that? I probably. </w:t>
      </w:r>
    </w:p>
    <w:p>
      <w:r>
        <w:t xml:space="preserve">(Speaker B)  Mick. </w:t>
      </w:r>
    </w:p>
    <w:p>
      <w:r>
        <w:t xml:space="preserve">(Speaker A)  Let Mick leave without going over this. What's. What did they revise? Did you guys ask for them to revise something at the last meeting? </w:t>
      </w:r>
    </w:p>
    <w:p>
      <w:r>
        <w:t xml:space="preserve">(Speaker B)  I think we asked them for a little more detail of what they were going to do. </w:t>
      </w:r>
    </w:p>
    <w:p>
      <w:r>
        <w:t xml:space="preserve">(Speaker A)  So we approved it. </w:t>
      </w:r>
    </w:p>
    <w:p>
      <w:r>
        <w:t xml:space="preserve">(Speaker B)  Did you guys approve that? And did you? I wasn't here. </w:t>
      </w:r>
    </w:p>
    <w:p>
      <w:r>
        <w:t xml:space="preserve">(Speaker A)  We did because it was. It was in pretty well detailed. </w:t>
      </w:r>
    </w:p>
    <w:p>
      <w:r>
        <w:t xml:space="preserve">(Speaker B)  I remember it being detailed when they </w:t>
      </w:r>
    </w:p>
    <w:p>
      <w:r>
        <w:t xml:space="preserve">(Speaker A)  came back with it. </w:t>
      </w:r>
    </w:p>
    <w:p>
      <w:r>
        <w:t xml:space="preserve">(Speaker B)  And I was in the meeting, so I thought you guys approved it. </w:t>
      </w:r>
    </w:p>
    <w:p>
      <w:r>
        <w:t xml:space="preserve">(Speaker E)  I remember approving it. I do believe </w:t>
      </w:r>
    </w:p>
    <w:p>
      <w:r>
        <w:t xml:space="preserve">(Speaker A)  so. That's the case. I was wondering what you're looking for. A motion to approve. Well, what did they change? That's my thing. </w:t>
      </w:r>
    </w:p>
    <w:p>
      <w:r>
        <w:t xml:space="preserve">(Speaker B)  What pages. They raised the price. Did they drop the price? </w:t>
      </w:r>
    </w:p>
    <w:p>
      <w:r>
        <w:t xml:space="preserve">(Speaker A)  32. </w:t>
      </w:r>
    </w:p>
    <w:p>
      <w:r>
        <w:t xml:space="preserve">(Speaker B)  He thought it was off the hook. </w:t>
      </w:r>
    </w:p>
    <w:p>
      <w:r>
        <w:t xml:space="preserve">(Speaker A)  Hey, sorry. You're on speaker here. Sorry. I know I let you leave, but I'm bringing you back in here for a sec, we have the consideration of revised algorithms plumbing proposal for air conditioning maintenance. </w:t>
      </w:r>
    </w:p>
    <w:p>
      <w:r>
        <w:t xml:space="preserve">(Speaker B)  The board seems to think that they </w:t>
      </w:r>
    </w:p>
    <w:p>
      <w:r>
        <w:t xml:space="preserve">(Speaker A)  approved this at the last meeting. They don't see what changed in the. Can you just go over that with us real quick? </w:t>
      </w:r>
    </w:p>
    <w:p>
      <w:r>
        <w:t xml:space="preserve">(Speaker B)  Yeah. </w:t>
      </w:r>
    </w:p>
    <w:p>
      <w:r>
        <w:t xml:space="preserve">(Speaker A)  So there was a few things and unfortunately I'm not in front of my computer at the moment anymore. But the few things that did change were per the notes of Paul. </w:t>
      </w:r>
    </w:p>
    <w:p>
      <w:r>
        <w:t xml:space="preserve">(Speaker C)  Paul. </w:t>
      </w:r>
    </w:p>
    <w:p>
      <w:r>
        <w:t xml:space="preserve">(Speaker A)  I don't know if you remember exactly what those were but. So what we did was the proposal that you guys approved at the last meeting. We had brought that back to Alvarez Plumbing and we said hey, you revise this proposal with the notes that Paul had requested. They canceled the contract that we had already written up for that first proposal and they sent us back this one reflecting the notes that Paul had said. I know some of them were providing pictures of the work was the first one did not providing pictures for the work. There was a few minor like mechanical things I think that he had stated in his notes that he wanted to put in there. So that that's. That's what we have. </w:t>
      </w:r>
    </w:p>
    <w:p>
      <w:r>
        <w:t xml:space="preserve">(Speaker B)  I just. This going back to Barton start that I remember now it wasn't a change of the price. It was more of the history of the H Vac companies we've had have never really given us what they're doing with the when they're coming out quarterly. This creates more detailed work scope of what they're going to do for the money that we're spending. It's more of an exploded network also. </w:t>
      </w:r>
    </w:p>
    <w:p>
      <w:r>
        <w:t xml:space="preserve">(Speaker D)  Yeah. </w:t>
      </w:r>
    </w:p>
    <w:p>
      <w:r>
        <w:t xml:space="preserve">(Speaker A)  And also too we've requested for them well I've requested for them for whenever they do do a service for them to basically make a report with those pictures of everything that they did so </w:t>
      </w:r>
    </w:p>
    <w:p>
      <w:r>
        <w:t xml:space="preserve">(Speaker B)  because that's what happening in here and pencil whipping it and we were still paying good money for it and I mean we're going to pay for this contract. I want to know I had a </w:t>
      </w:r>
    </w:p>
    <w:p>
      <w:r>
        <w:t xml:space="preserve">(Speaker A)  first Any further discussion? Nope. All in favor? </w:t>
      </w:r>
    </w:p>
    <w:p>
      <w:r>
        <w:t xml:space="preserve">(Speaker B)  All right, thank you. Big thank you again. Thanks Mick. </w:t>
      </w:r>
    </w:p>
    <w:p>
      <w:r>
        <w:t xml:space="preserve">(Speaker A)  It's not good I get a vote from you. </w:t>
      </w:r>
    </w:p>
    <w:p>
      <w:r>
        <w:t xml:space="preserve">(Speaker E)  Sorry, it was. I. </w:t>
      </w:r>
    </w:p>
    <w:p>
      <w:r>
        <w:t xml:space="preserve">(Speaker A)  All right. Moving on to fiscal year 2027 goals and objectives. I'm sure you guys remember this from the last two years now but state does require you guys to set these goals and objectives. Obviously we set these for you and made some some suggestions on what they should be very easy attainable stuff. Any questions or adjustments to the goals and objectives. If not be looking for a motion Motion Second person James. Second Steve. All in favor. </w:t>
      </w:r>
    </w:p>
    <w:p>
      <w:r>
        <w:t xml:space="preserve">(Speaker E)  Sorry I My mute button is very sticky today. </w:t>
      </w:r>
    </w:p>
    <w:p>
      <w:r>
        <w:t xml:space="preserve">(Speaker A)  Giving you a couple extra seconds. </w:t>
      </w:r>
    </w:p>
    <w:p>
      <w:r>
        <w:t xml:space="preserve">(Speaker E)  I'm so sorry. </w:t>
      </w:r>
    </w:p>
    <w:p>
      <w:r>
        <w:t xml:space="preserve">(Speaker A)  All right, next up, we have everyone's favorite topic approval, the amended amenity facility policies. So, Joseph, I know that these policies have kind of been put through the ringer over the past couple of months where there was a lot of changes at first and now we reverted back. Can you kind of just go over what changes were made in the policies as of right now and what we are suggesting to move forward with tonight? </w:t>
      </w:r>
    </w:p>
    <w:p>
      <w:r>
        <w:t xml:space="preserve">(Speaker F)  Yes, of course. So I know we've been kind of going back and forth on age restrictions and kind of what, addressing some age concerns. And so in this current version, if the board would follow along with me, this is page four of the many policy. It's page 44 of the PDF itself. </w:t>
      </w:r>
    </w:p>
    <w:p>
      <w:r>
        <w:t xml:space="preserve">(Speaker A)  Okay. </w:t>
      </w:r>
    </w:p>
    <w:p>
      <w:r>
        <w:t xml:space="preserve">(Speaker F)  And so turning to paragraph nine, the. I guess maybe this is our favorite paragraph. This is, I believe this tracks with what the board discussed last meeting in regards to putting the waiver back into the policies in addition to putting that waiver back in. So in general, the language states that in disposition to support the safe use of the facilities, it's recommended that children under the age of 15 be accompanied by a parent or an adult patron. And the language is flexible in that it's a parent or adult patron, but that it explicitly states, and this is something that Cassandra suggests, and we believe it's a good suggestion that it explicitly states in this paragraph and also in the waiver itself, that any accompanying parent or adult patron accepts full responsibility for overseeing the child. And then it goes on to describe that any children under the age of 15 may use it unsupervised if their parent or guardian, and this puts it on the parent or guardian that they did demonstrate the necessary competence, maturity and understanding of the amenity facility policies. And now that's a more of a catch all, if you look at, when we turn to the waiver. And Cassandra made some good notes as well. Well, as we discussed through this, that we specify in a greater detail in the waiver itself to objectify what this exactly means having the necessary competency, maturity and understanding. So that's this portion that's, that's one of the bigger changes here. And so beyond that, I know we'll be talking about this one perhaps, but so if we. Beyond that one, the only other major change we've made since the last version from the last meeting is that under the same page in paragraph 17, we've specified in greater detail in regards to the smoking policy. And so this first line about the prohibition of smoking tracks with the Florida statutes that indoor smoking is prohibited. Prohibited. And then in. Additionally it specifies that smoking in the. And similar usage is prohibited within 25ft of any district building and within the fenced pool area. That 25ft tracks with both federal recommendations and international standards in terms of a minimum of 25ft. Prevents any kind of secondhand smoke from entering into buildings or entering into any kind of H VAC systems from the outside. </w:t>
      </w:r>
    </w:p>
    <w:p>
      <w:r>
        <w:t xml:space="preserve">(Speaker A)  And so. </w:t>
      </w:r>
    </w:p>
    <w:p>
      <w:r>
        <w:t xml:space="preserve">(Speaker F)  So maybe if we wanted to just maybe discuss if the board had any questions specifically regarding the change in the smoking policy and then maybe we can jump into the. The age itself. Paragraph nine. </w:t>
      </w:r>
    </w:p>
    <w:p>
      <w:r>
        <w:t xml:space="preserve">(Speaker A)  I think. I think there's more. Smoking policy aligns with the Clean Air Act. I. I don't think there's. </w:t>
      </w:r>
    </w:p>
    <w:p>
      <w:r>
        <w:t xml:space="preserve">(Speaker B)  The only thing is that the cigarette butt station is within 25ft. </w:t>
      </w:r>
    </w:p>
    <w:p>
      <w:r>
        <w:t xml:space="preserve">(Speaker A)  So we'll move it. </w:t>
      </w:r>
    </w:p>
    <w:p>
      <w:r>
        <w:t xml:space="preserve">(Speaker B)  It's. It's by the bike rack entrance. Huh. No, it's within 25ft of the amenity center. </w:t>
      </w:r>
    </w:p>
    <w:p>
      <w:r>
        <w:t xml:space="preserve">(Speaker A)  I read that. </w:t>
      </w:r>
    </w:p>
    <w:p>
      <w:r>
        <w:t xml:space="preserve">(Speaker C)  Right. </w:t>
      </w:r>
    </w:p>
    <w:p>
      <w:r>
        <w:t xml:space="preserve">(Speaker B)  Including all amenity facilities. Enclosed. Enclosed said facility. So it's got to be 25ft out. So it would have to be like in the middle of the parking lot, for example. Or within 25ft. We have to move it. </w:t>
      </w:r>
    </w:p>
    <w:p>
      <w:r>
        <w:t xml:space="preserve">(Speaker A)  I'm just going to be really honest with you guys. That's going to be really hard for my staff to enforce. I mean to be keeping their eyes on the pool, the gym. </w:t>
      </w:r>
    </w:p>
    <w:p>
      <w:r>
        <w:t xml:space="preserve">(Speaker B)  And then. So this is one of those things where enforcement and where we have to go ahead and put something at. So I guess we'll ask the attorney if we have a cigarette butt station where you could put this. That your butts out. And it's next to the bike rack. When it's within like three to four feet of the building. Is that necessarily. Huh. </w:t>
      </w:r>
    </w:p>
    <w:p>
      <w:r>
        <w:t xml:space="preserve">(Speaker C)  Where there's also no door to the building. </w:t>
      </w:r>
    </w:p>
    <w:p>
      <w:r>
        <w:t xml:space="preserve">(Speaker B)  Right. So. But it is adjacent to the. </w:t>
      </w:r>
    </w:p>
    <w:p>
      <w:r>
        <w:t xml:space="preserve">(Speaker C)  I understand that for the 85 system, like there's no. </w:t>
      </w:r>
    </w:p>
    <w:p>
      <w:r>
        <w:t xml:space="preserve">(Speaker B)  Oh, I don't disagree with you. </w:t>
      </w:r>
    </w:p>
    <w:p>
      <w:r>
        <w:t xml:space="preserve">(Speaker C)  I'm just sure they know that. </w:t>
      </w:r>
    </w:p>
    <w:p>
      <w:r>
        <w:t xml:space="preserve">(Speaker E)  Yeah. </w:t>
      </w:r>
    </w:p>
    <w:p>
      <w:r>
        <w:t xml:space="preserve">(Speaker B)  Does this. Does the. Does the cigarette butt station ultimately declare more or invite more of a smoking area or is it just the. No different than a trash can? What is your opinion on that? Do we have to really. Thing is, it's bolted in. Well, it's not bolted. It's bolted to the ground. Oh, I get. Do we. I mean, do we have to move it Is really the thing. It's in the right spot. It's just. Do we have to move it? </w:t>
      </w:r>
    </w:p>
    <w:p>
      <w:r>
        <w:t xml:space="preserve">(Speaker F)  My recommendation would be yes. To align with the policy. I think that it creates confusion that one could argue. Well, just because we have the station right there doesn't mean that we're necessarily allowing you to smoke there. But just thinking through common sense that if there is a cigarette butt disposal, trash can there, then generally people assume that you can smoke there. </w:t>
      </w:r>
    </w:p>
    <w:p>
      <w:r>
        <w:t xml:space="preserve">(Speaker B)  We can build a parking lot over there where the little strip of land is right there at the end of the parking lot. </w:t>
      </w:r>
    </w:p>
    <w:p>
      <w:r>
        <w:t xml:space="preserve">(Speaker A)  And that's. </w:t>
      </w:r>
    </w:p>
    <w:p>
      <w:r>
        <w:t xml:space="preserve">(Speaker B)  I think it's 25ft in the building. </w:t>
      </w:r>
    </w:p>
    <w:p>
      <w:r>
        <w:t xml:space="preserve">(Speaker F)  The. And to be clear, to the 25ft is not a statutory requirement. The board can adjust it if they would like. If for practical purposes. And because if, you know, if there's not that much space between the parking lot and the amenity center and you would like to reduce it, there's nothing in the statute that would prevent you from reducing that amount. That's just. </w:t>
      </w:r>
    </w:p>
    <w:p>
      <w:r>
        <w:t xml:space="preserve">(Speaker A)  Where did the 25ft come from then? Is there a recommendation from organization that that's where is this correct? </w:t>
      </w:r>
    </w:p>
    <w:p>
      <w:r>
        <w:t xml:space="preserve">(Speaker F)  It's the US Lead Council Leadership in Energy and Environmental Design. Their standard is requiring a minimum of 25. </w:t>
      </w:r>
    </w:p>
    <w:p>
      <w:r>
        <w:t xml:space="preserve">(Speaker B)  So we can. So we can keep it. </w:t>
      </w:r>
    </w:p>
    <w:p>
      <w:r>
        <w:t xml:space="preserve">(Speaker A)  25ft from an entrance is basically. If you. Yeah, it's not from the building. </w:t>
      </w:r>
    </w:p>
    <w:p>
      <w:r>
        <w:t xml:space="preserve">(Speaker B)  Right. We can keep it there. We can still adopt the rules. So we could say no one can smoke within 25ft of the building to be an accordance event. But at the same. Hold on, </w:t>
      </w:r>
    </w:p>
    <w:p>
      <w:r>
        <w:t xml:space="preserve">(Speaker C)  so is it. Are we just agreeing on the wording here? </w:t>
      </w:r>
    </w:p>
    <w:p>
      <w:r>
        <w:t xml:space="preserve">(Speaker B)  Yeah. </w:t>
      </w:r>
    </w:p>
    <w:p>
      <w:r>
        <w:t xml:space="preserve">(Speaker A)  What exactly are you looking for for this were specific. </w:t>
      </w:r>
    </w:p>
    <w:p>
      <w:r>
        <w:t xml:space="preserve">(Speaker B)  I mean, I'm just wondering where this. What changed here. Like we have the. </w:t>
      </w:r>
    </w:p>
    <w:p>
      <w:r>
        <w:t xml:space="preserve">(Speaker A)  I think they only changed like one or two words in that specific policy. Am I right, Joseph? It was just a couple word changes in the smoking policy that you guys changed. </w:t>
      </w:r>
    </w:p>
    <w:p>
      <w:r>
        <w:t xml:space="preserve">(Speaker F)  Yes, I think, yes. The previous version, I think was a little more broader about you can't smoke indoor. I'm paraphrasing here. But you can't smoke indoors in compliance with Florida Clean Air Act. And you know, you, you know you can't smoke outside in certain areas in compliance with Florida statutes. And so rather than just kind of leave it broad like that, we've specified kind of a specific footage. That way there's no confusion on. Well, I don't know what the Florida law is. I don't know where and where I can smoke. And so that 25 foot is just. It's grounded in a standard. But the board can choose to reduce it if it's not practical. </w:t>
      </w:r>
    </w:p>
    <w:p>
      <w:r>
        <w:t xml:space="preserve">(Speaker B)  I say we leave it the way it is. Well, we. </w:t>
      </w:r>
    </w:p>
    <w:p>
      <w:r>
        <w:t xml:space="preserve">(Speaker C)  Well, I'm fine with what you're saying. </w:t>
      </w:r>
    </w:p>
    <w:p>
      <w:r>
        <w:t xml:space="preserve">(Speaker B)  Now, that means you can't smoke within 25ft of this building. But that's the same. The way it's reading right now, we cannot smoke within 25, which is fine. I mean, I don't smoke, so it's. It's not my issue. And I don't think it's automating. </w:t>
      </w:r>
    </w:p>
    <w:p>
      <w:r>
        <w:t xml:space="preserve">(Speaker C)  I don't. </w:t>
      </w:r>
    </w:p>
    <w:p>
      <w:r>
        <w:t xml:space="preserve">(Speaker A)  My thing is, I don't want you guys to spend too much time on this. </w:t>
      </w:r>
    </w:p>
    <w:p>
      <w:r>
        <w:t xml:space="preserve">(Speaker B)  No, this ain't. This ain't the turkey. </w:t>
      </w:r>
    </w:p>
    <w:p>
      <w:r>
        <w:t xml:space="preserve">(Speaker A)  Yeah, this isn't the one that you guys want to concentrate on. </w:t>
      </w:r>
    </w:p>
    <w:p>
      <w:r>
        <w:t xml:space="preserve">(Speaker B)  Right? </w:t>
      </w:r>
    </w:p>
    <w:p>
      <w:r>
        <w:t xml:space="preserve">(Speaker A)  So, like, I think what the. I think all that needs to be added is so 25ft from the building to 25ft from the entrance. Is the rest of the board okay with that change? </w:t>
      </w:r>
    </w:p>
    <w:p>
      <w:r>
        <w:t xml:space="preserve">(Speaker C)  Yeah, I agree. </w:t>
      </w:r>
    </w:p>
    <w:p>
      <w:r>
        <w:t xml:space="preserve">(Speaker B)  I think 25ft from the entrance is more than enough. </w:t>
      </w:r>
    </w:p>
    <w:p>
      <w:r>
        <w:t xml:space="preserve">(Speaker A)  I think that's reasonable. Joseph, can we make that change? </w:t>
      </w:r>
    </w:p>
    <w:p>
      <w:r>
        <w:t xml:space="preserve">(Speaker F)  Yes, we'll do. </w:t>
      </w:r>
    </w:p>
    <w:p>
      <w:r>
        <w:t xml:space="preserve">(Speaker A)  Beautiful. Now, I think the most important policy that we want to talk about is these. This waiver and the age restriction. </w:t>
      </w:r>
    </w:p>
    <w:p>
      <w:r>
        <w:t xml:space="preserve">(Speaker B)  Right. There is actually one more. It's number 11. </w:t>
      </w:r>
    </w:p>
    <w:p>
      <w:r>
        <w:t xml:space="preserve">(Speaker A)  And what section? </w:t>
      </w:r>
    </w:p>
    <w:p>
      <w:r>
        <w:t xml:space="preserve">(Speaker B)  Same section. We're hearing alcoholic beverages may not be sold in any facilities. Now, we haven't done it in a while, but we've had catering. We've done catering where. We've had things on Cinco de Mayo. </w:t>
      </w:r>
    </w:p>
    <w:p>
      <w:r>
        <w:t xml:space="preserve">(Speaker A)  Joseph, my understanding is that if the CDD does not allow its. Allow alcohol to be sold on property, they can still hold events where alcohol is sold. That corrector. </w:t>
      </w:r>
    </w:p>
    <w:p>
      <w:r>
        <w:t xml:space="preserve">(Speaker B)  Is that. </w:t>
      </w:r>
    </w:p>
    <w:p>
      <w:r>
        <w:t xml:space="preserve">(Speaker A)  Is that not the case here? </w:t>
      </w:r>
    </w:p>
    <w:p>
      <w:r>
        <w:t xml:space="preserve">(Speaker B)  I'm just clarifying. </w:t>
      </w:r>
    </w:p>
    <w:p>
      <w:r>
        <w:t xml:space="preserve">(Speaker A)  Attorney, sir, could you. </w:t>
      </w:r>
    </w:p>
    <w:p>
      <w:r>
        <w:t xml:space="preserve">(Speaker C)  Could you repeat. </w:t>
      </w:r>
    </w:p>
    <w:p>
      <w:r>
        <w:t xml:space="preserve">(Speaker F)  Sorry, you cut out a little bit. Could you repeat that one more time? </w:t>
      </w:r>
    </w:p>
    <w:p>
      <w:r>
        <w:t xml:space="preserve">(Speaker A)  States that no alcohol is to be sold on CBD amenity property. The board regularly has events where they do hire bartending staff to sell alcoholic beverages. Does this. This new policy restrict the district from doing that going forward? </w:t>
      </w:r>
    </w:p>
    <w:p>
      <w:r>
        <w:t xml:space="preserve">(Speaker C)  That. </w:t>
      </w:r>
    </w:p>
    <w:p>
      <w:r>
        <w:t xml:space="preserve">(Speaker F)  Yes. </w:t>
      </w:r>
    </w:p>
    <w:p>
      <w:r>
        <w:t xml:space="preserve">(Speaker C)  As. </w:t>
      </w:r>
    </w:p>
    <w:p>
      <w:r>
        <w:t xml:space="preserve">(Speaker F)  As. As long as the. As long as it's not a direct. So it. It's the plain reading. As long as it's not being directly sold. So if you host an event where. </w:t>
      </w:r>
    </w:p>
    <w:p>
      <w:r>
        <w:t xml:space="preserve">(Speaker B)  If we have a food truck that brings in alcohol and they want to sell it there because we invited them to a Cinco de Mayo event, is that a problem? We're not selling it. The CDD's not selling it. We brought a vendor in that sells it independently, validates all that. Are we out of compliance with this rule if we invite a vendor who does that? </w:t>
      </w:r>
    </w:p>
    <w:p>
      <w:r>
        <w:t xml:space="preserve">(Speaker F)  Yes, I would. Yes, I understand that. </w:t>
      </w:r>
    </w:p>
    <w:p>
      <w:r>
        <w:t xml:space="preserve">(Speaker E)  The seat. </w:t>
      </w:r>
    </w:p>
    <w:p>
      <w:r>
        <w:t xml:space="preserve">(Speaker C)  Yeah. </w:t>
      </w:r>
    </w:p>
    <w:p>
      <w:r>
        <w:t xml:space="preserve">(Speaker A)  Joseph, I think. I think I'm a little confused now because this board has ran the same way since I've. I've been on here. And I know you're new to the game, new to this, this district. So I don't want this to come off me and you. But the district has run the same way since mine. Me coming on. So introducing these new policies that, that </w:t>
      </w:r>
    </w:p>
    <w:p>
      <w:r>
        <w:t xml:space="preserve">(Speaker B)  change everything for me. </w:t>
      </w:r>
    </w:p>
    <w:p>
      <w:r>
        <w:t xml:space="preserve">(Speaker A)  It really kind of frustrates me because it seems like we haven't been involved with the district for the past eight years. So where, where did this new policy come up? Do you, do you know the background of this? Because I didn't. This, this was not a policy that I read when I reviewed this a couple weeks ago. </w:t>
      </w:r>
    </w:p>
    <w:p>
      <w:r>
        <w:t xml:space="preserve">(Speaker F)  So I believe. And I'm pulling up my notes because I was looking at the, the board meeting notes. So this language was already. I believe it was already in the August. So we had a draft version of the policy for the August meeting. I believe this language is already in here. And so. </w:t>
      </w:r>
    </w:p>
    <w:p>
      <w:r>
        <w:t xml:space="preserve">(Speaker A)  Okay, I think, you know, this time </w:t>
      </w:r>
    </w:p>
    <w:p>
      <w:r>
        <w:t xml:space="preserve">(Speaker B)  I'm moving to punt this the next month until we get this clarified. Because this is the third meeting we've been into where more information been brought to the table that's not been discussed. And if we have to have an outside. We have to have a, you know, if we need to have an attorney here while we do a workshop on specific board policies. I'm not touching this with a 10 football. </w:t>
      </w:r>
    </w:p>
    <w:p>
      <w:r>
        <w:t xml:space="preserve">(Speaker A)  I don't think that's something workshop necessary here. </w:t>
      </w:r>
    </w:p>
    <w:p>
      <w:r>
        <w:t xml:space="preserve">(Speaker B)  I think I'm feeling like we are. </w:t>
      </w:r>
    </w:p>
    <w:p>
      <w:r>
        <w:t xml:space="preserve">(Speaker A)  I think one. Joseph, just. Just so you know, I think that that rule about the no alcohol being sold, I think unless the other rest of the board members disagree. I've been here for five or six years. I know that's kind of something you guys like. So I think we need to get rid of that one. </w:t>
      </w:r>
    </w:p>
    <w:p>
      <w:r>
        <w:t xml:space="preserve">(Speaker B)  We gotta strike number 11. Yeah, we can just break that, but we're not going to go through. Thing is, what more is in here that wasn't in here the other day? And that's the problem is I want to make sure that we're on the same board. We go over each one of these rules so that we don't encourage something. And you know, I know we said, hey, we're only changing a few things tonight, but here we are finding something that wasn't a part of the discussion we've been having for about a month now. Why did this pop up all of a sudden and maybe I missed it, maybe GMS missed it, doesn't matter. But the reality is we're clearly not on the same page and this is not on fire. </w:t>
      </w:r>
    </w:p>
    <w:p>
      <w:r>
        <w:t xml:space="preserve">(Speaker A)  I mean, I'm not, I'm not really too concerned about 11. I think the, the only thing that we need to take out of that one is just that first sentence. Keep the rest of it. That's exactly what you guys been doing for years. Adults me bringing consumer alcoholic beverages, the amenity center they bring for the personal consumption. I think you take away that first sentence, alcoholic beverages may not be sold at the amenities. Facilities that take care of that, you then move up to this age requirement. Right now this is something very, very new that I've only seen at one district. It is a district that SRV is at. And I am completely honest with you, being completely candid. Joseph. I'm not sure there's a president for us to be setting this type of policy quite yet. I know the HUD has made their, their decision on one specific district, but I don't think any laws have come into play that forces any amenity, any district's hands to make this type of policy. And I believe we have this type of conversation with insurance and SRV regarding this. Now it sounds like in between the last meeting and this meeting there was some additional conversations that had, that, that had gone on between, between another board member in here. So I'm wondering how did this come back up? Because it did seem like you guys sent out another policy that had this removed at one point. And it seems like this may have, may have came back in. So is one, I want to ask the board, is this something that you guys are wanting at your facility? And two, because I know Cassandra, you work on this quite a bit here. So I want to get the whole board's opinion on this specific policy. Are you guys okay with this? </w:t>
      </w:r>
    </w:p>
    <w:p>
      <w:r>
        <w:t xml:space="preserve">(Speaker B)  No. There's no case precedent. This has not been challenged in court. HUD does not make law. Hud. HUD suggests law. And yes it may. The opinion is that it might open up some litigation. But it has not been challenged. It's not been created, it's not been tested, it's not been made Florida law. And therefore the risk is incredibly low, if not minor. Even when I challenge, I had a big conversation months, a couple was it three months ago with Aegis and I was on meeting with, with Mr. Vereker and we had this and I literally asked Aegis outright, I said, are you going to non renew us if we don't take on this Information. So. And are you. Are you abstaining from being able to challenge these situations if it pops up in litigation? And they said they didn't make any suggestion one way or the other. They had plenty of months to say otherwise. So I see no reason to move forward with this. I believe it opens us up to further unnecessary exposure. We already have a lot of issues already with the under age of 15 crowd. We have issues with parents being here when we've got rules in place and kids continue to do things with. With parents even present. So I don't want to invite that type of liability and risk as an agent for insurance for 15 years in the state of Florida, where a strip and fall or some other more realistic risk like bashing out your front teeth, etc. Or drowning in the pool is more likely than someone coming out from this more wild angle. And the only way I would even approve or even consider number nine is if there was some extreme rules that are around it, like you can't be in the pool because pool rules would suggest that. See, the thing is, it's about making rules that are based on, for example, our gym equipment. All of our gym equipment has age requirements on there or per the. Per the manufacturer specs. Well, if you go to a pool manufacturer, any one of them, they're going to tell you who should be in there intended or unattended. Right. And they're going to have those things. So we can make rules based on suggestions of the manufacturer of things. So none of this takes that into account. So because there's no. There's no active litigation because there's no act of law, and because there's bigger risk otherwise, I have no favor at number nine then. </w:t>
      </w:r>
    </w:p>
    <w:p>
      <w:r>
        <w:t xml:space="preserve">(Speaker E)  I think the thing is that at the last meeting, it was presented as if it were a law or that we were opening ourselves up to litigation if we did not comply or tailor our rules to follow this new ruling. I personally only worked on this because I felt like it was positioned that we had to come up with some sort of compromise to follow whatever this new law was and keep people safe. </w:t>
      </w:r>
    </w:p>
    <w:p>
      <w:r>
        <w:t xml:space="preserve">(Speaker B)  There's no law, Cassandra. There's no law. </w:t>
      </w:r>
    </w:p>
    <w:p>
      <w:r>
        <w:t xml:space="preserve">(Speaker E)  Which is fine. I'm not a legal expert. I'm not the one who said there was a law. So, I mean, if there's no law, there's no law. Like, that's great. Let's. Let's get rid of it. </w:t>
      </w:r>
    </w:p>
    <w:p>
      <w:r>
        <w:t xml:space="preserve">(Speaker A)  And Cassandra, I think, you know, unfortunately we weren't able to connect between meetings. That's why I was. This is why I was Kind of trying to connect with you, to kind of give you a little backstory and make sure that everyone kind of fully understand, you know, where this is coming from. But, you know, I'd like to. Steve, what do you think about it? I agree with my, my peers here as far as. I don't think this is something that we need to </w:t>
      </w:r>
    </w:p>
    <w:p>
      <w:r>
        <w:t xml:space="preserve">(Speaker B)  proceed to put into place. </w:t>
      </w:r>
    </w:p>
    <w:p>
      <w:r>
        <w:t xml:space="preserve">(Speaker A)  You know, so. Same thing. So not a big rush until it becomes an issue. So, Joseph, I think the, the, from what I'm hearing from the board here is that that policy is. I know that you, you worked pretty hard on that. Cassandra got on the phone. It seems like they maybe understood it </w:t>
      </w:r>
    </w:p>
    <w:p>
      <w:r>
        <w:t xml:space="preserve">(Speaker B)  a little bit differently. </w:t>
      </w:r>
    </w:p>
    <w:p>
      <w:r>
        <w:t xml:space="preserve">(Speaker A)  Is there any other information that you want to relay to the board pertaining to this policy? I mean, I, to be fair, I, I manage the Lakeshore Ranch Community Amenity center where this came up from. What, not a fan of it over there? We do it because we have to. But just any additional information you can provide to support that policy would be great. </w:t>
      </w:r>
    </w:p>
    <w:p>
      <w:r>
        <w:t xml:space="preserve">(Speaker F)  Sure. So I, I won't rehash, you know, what. What's already been discussed. I know you guys discussed this at length. I think that from. Was that Paul, Was that you speaking, sir? Yes, I, I think Paul brings a good perspective in that it's a risk management thing and ultimately it's up to the board, and the board knows best as to their many facilities and their, and, and, you know, their residents. I think that our biggest concern was just while there's no distinct Florida statute that says you can't do this, the hud, our biggest concern is any kind of HUD discrimination in terms of not necessarily age, but familiar familiarity. And that really stems from. That kind of involves age because that really stems from discriminating between families, you know, that don't have kids and have kids. And that 15 year anchor point is kind of. It's like a middle ground where rather than having just a blanket age restriction where, you know, unsupervised children can't use the facilities at all, that. That may potentially, as Paul mentioned, may potentially bring in. Bring into potential discrimination, maybe. Right. You know, it's a concern, but it's not a guarantee per se. The waiver is a stopgap where you put it up to the parents and they have to take these additional steps to sign a waiver. And that way it puts the district in a better position where the district is not necessarily outright banning unsupervised children, but it's a stopgap where the district has a job to protect its, its property and to promote the, a compelling safety interest and the well being of the facility and their, and the residents. And so with that said, I think our ultimate recommendation is to go with the waiver route as a stopgap. And it, it protects the district </w:t>
      </w:r>
    </w:p>
    <w:p>
      <w:r>
        <w:t xml:space="preserve">(Speaker B)  for </w:t>
      </w:r>
    </w:p>
    <w:p>
      <w:r>
        <w:t xml:space="preserve">(Speaker F)  all outcome for, not for the, for the most optimal outcomes. That being said, I have other districts where the restriction is just anyone under the age of 15 can't be unsupervised. And I bring that up just to say that in those districts it's always on a reasonable basis on why we grounded in 15. And so in that basis the idea is that well, Florida law allows a 15 year old to drive a car. And, and so if Florida determines that a 15 year old is responsible to drive a dangerous instrument, then CDD boards can then reasonably rely on the fact that well, anyone over the age of 15 can likely be unsupervised and handle themselves and follow district policies without a total outright ban of just any child can't be unsupervised. And I think even in the state of Florida you can be 15 or 16 as a licensed lifeguard. So as a counterpoint it could say well my kid's a lifeguard at this community pool, but he can't be unsupervised. You know, these are just things that we consider. And so that's the perspective that we're coming from. And I, and I assume John went more in depth into, into that but that's the perspective we were coming from in terms of trying to protect the district. </w:t>
      </w:r>
    </w:p>
    <w:p>
      <w:r>
        <w:t xml:space="preserve">(Speaker B)  And I can appreciate, I think the issue is that you, we come from a different city. You're coming from, hey, I've got to give you the experience exposures of every open link in the fence that could possibly be crawled through, right? That's your job as an attorney to, to, to, to teleport the exposure. I think some of the, I think the counterpart here to that is maybe we need to adjust our rules where they express why we, we have a 15 year old. So when we go back to like, hey, we've got heavy. So instead of just being outright banning 15 year olds, we give context to that. We have, we have a board decided to not, you know, not allow anybody on premises without a doubt without under the age of 15 because of the following reasons. We have open water, right, Without a lifeguard. And then we have gym equipment that is, you know, potentially deadly. You know, we all have all these hazards, right? And sometimes bringing context as to the reason why versus just to your Point black and white. Shutting it down adds to the reason why we made these decisions. Because you're right, it could be. It could come off a certain way. So I feel that if we came back with more, with, with more reasons, like you said, because age of 15 is the age of consent to be able to go and drive a vehicle, you know, at a certain age. So I think that. Have you ever seen, have you ever seen rules made by boards or in community centers where they've actually expounded the spirit of the reasoning behind it or have that on the record? I guess that's my question. Do you feel that maybe expounding on the spirit for the reason why we're making these decisions would ultimately seal that whole. That concern up a little bit more? </w:t>
      </w:r>
    </w:p>
    <w:p>
      <w:r>
        <w:t xml:space="preserve">(Speaker F)  Yes, I, I've seen it. It may not be in. It may not be a full paragraph, but it's kind of like how in our, in our number nine where it says to, you know, to support the safe use of the amenity facilities. </w:t>
      </w:r>
    </w:p>
    <w:p>
      <w:r>
        <w:t xml:space="preserve">(Speaker B)  Right. </w:t>
      </w:r>
    </w:p>
    <w:p>
      <w:r>
        <w:t xml:space="preserve">(Speaker F)  I think in. And the language that we like to use, it has a preface as to basing it on, you know, Florida statute and you know, basing it on that premise. </w:t>
      </w:r>
    </w:p>
    <w:p>
      <w:r>
        <w:t xml:space="preserve">(Speaker A)  And again, </w:t>
      </w:r>
    </w:p>
    <w:p>
      <w:r>
        <w:t xml:space="preserve">(Speaker F)  I understand. I think, I think, I think you have the right idea, right. That our recommendation is to go with this to protect the district. However that being said is, you know, it is up to the board. And to be honest, I have seen it where the policies are where, you know, it's just 15 and under can't </w:t>
      </w:r>
    </w:p>
    <w:p>
      <w:r>
        <w:t xml:space="preserve">(Speaker A)  be unsupervised, which is already your policy. That's what I'm saying is I think we should stick with what we got right now. We've done this with multiple of these rules to where it hasn't been an issue. GMS has handled anything that's a little out of the quirk they brought to stuff to the board. It's way out of work. But we've not had a problem with it. One, we're staying way ahead. We're trying to. Like Paul said, the attorney took giving us the worst case scenario. We've not even had the first step of the scenario one. Way too far. Go ahead. </w:t>
      </w:r>
    </w:p>
    <w:p>
      <w:r>
        <w:t xml:space="preserve">(Speaker E)  Sorry, sorry. Am I interrupting someone else? I'm sorry. One thing I do think we should keep in there though, and I can't remember if it's in the original policy, is that it should not have to be a parent. It could be an adult supervision. Like I think that is important because I think that we should allow any adult to assume responsibility. </w:t>
      </w:r>
    </w:p>
    <w:p>
      <w:r>
        <w:t xml:space="preserve">(Speaker B)  I would say guardian. I don't I mean, an approved guardian. </w:t>
      </w:r>
    </w:p>
    <w:p>
      <w:r>
        <w:t xml:space="preserve">(Speaker E)  An approved guardian, I guess, is fine. I'm just thinking, like, I think part of when I was looking into that ruling, like, whether it exists in reality or not, is that like part of the discrimination was discriminating against parents versus adult, like. Like familial status type of situation. </w:t>
      </w:r>
    </w:p>
    <w:p>
      <w:r>
        <w:t xml:space="preserve">(Speaker B)  So why don't we just incorporate some more broader language like keep what we have. Right? But let's expound on a little bit where we discuss words like use words like language like guardian. Right. </w:t>
      </w:r>
    </w:p>
    <w:p>
      <w:r>
        <w:t xml:space="preserve">(Speaker C)  Or. </w:t>
      </w:r>
    </w:p>
    <w:p>
      <w:r>
        <w:t xml:space="preserve">(Speaker B)  And to the legal team, what. Why don't we consider looking at language that expresses, you know, the reason why we. We. We've made this decision. We have equipment in there and you know that. Why do we need to put. </w:t>
      </w:r>
    </w:p>
    <w:p>
      <w:r>
        <w:t xml:space="preserve">(Speaker A)  It hasn't been a problem because age restrictions. </w:t>
      </w:r>
    </w:p>
    <w:p>
      <w:r>
        <w:t xml:space="preserve">(Speaker B)  You can't be six years old and </w:t>
      </w:r>
    </w:p>
    <w:p>
      <w:r>
        <w:t xml:space="preserve">(Speaker A)  work on the wedding age restriction. </w:t>
      </w:r>
    </w:p>
    <w:p>
      <w:r>
        <w:t xml:space="preserve">(Speaker B)  We don't need to make another rule. </w:t>
      </w:r>
    </w:p>
    <w:p>
      <w:r>
        <w:t xml:space="preserve">(Speaker A)  Say, hey, you can't do that if </w:t>
      </w:r>
    </w:p>
    <w:p>
      <w:r>
        <w:t xml:space="preserve">(Speaker B)  you're eight years old. We don't need to make another rule. </w:t>
      </w:r>
    </w:p>
    <w:p>
      <w:r>
        <w:t xml:space="preserve">(Speaker A)  It's already there. </w:t>
      </w:r>
    </w:p>
    <w:p>
      <w:r>
        <w:t xml:space="preserve">(Speaker B)  So 15 and below. </w:t>
      </w:r>
    </w:p>
    <w:p>
      <w:r>
        <w:t xml:space="preserve">(Speaker A)  Basically anybody has a problem with. The manufacturer says, if you're 14 and 9 months old, you cannot. You're not. Those equipment's not for you. We don't have to make another rule. </w:t>
      </w:r>
    </w:p>
    <w:p>
      <w:r>
        <w:t xml:space="preserve">(Speaker B)  So what is. It's not even the language of the rule. So that we could say, why? </w:t>
      </w:r>
    </w:p>
    <w:p>
      <w:r>
        <w:t xml:space="preserve">(Speaker A)  Because. </w:t>
      </w:r>
    </w:p>
    <w:p>
      <w:r>
        <w:t xml:space="preserve">(Speaker B)  Because when people look at it, they go, well, you made a decision based on this one. It's in the rules. It shares why we made that decision. I think that makes sense for logical thinking, but not for emotional thinking because the outcome is still the same. Right? So it doesn't matter the reason for many people, they just see people come at. But see the. We have not had this problem. That's the thing. </w:t>
      </w:r>
    </w:p>
    <w:p>
      <w:r>
        <w:t xml:space="preserve">(Speaker A)  That's why the whole conversation. We have not even had an issue. I don't. So why are we chasing this donkey down a trail? I mean, it's. </w:t>
      </w:r>
    </w:p>
    <w:p>
      <w:r>
        <w:t xml:space="preserve">(Speaker B)  It's because. Because it became a legal issue somewhere else. And therefore the attorneys have the requirements and we asked for it. </w:t>
      </w:r>
    </w:p>
    <w:p>
      <w:r>
        <w:t xml:space="preserve">(Speaker A)  Okay, thank you very much. We've decided not to go that direction on this. </w:t>
      </w:r>
    </w:p>
    <w:p>
      <w:r>
        <w:t xml:space="preserve">(Speaker B)  Is that for the pool and for the gym? </w:t>
      </w:r>
    </w:p>
    <w:p>
      <w:r>
        <w:t xml:space="preserve">(Speaker A)  We can have restrictions there, but as </w:t>
      </w:r>
    </w:p>
    <w:p>
      <w:r>
        <w:t xml:space="preserve">(Speaker B)  far as actually coming into the clubhouse, I don't see why we have to have that much of restriction for that. We can restrict them from being able </w:t>
      </w:r>
    </w:p>
    <w:p>
      <w:r>
        <w:t xml:space="preserve">(Speaker A)  to use certain things, but I don't </w:t>
      </w:r>
    </w:p>
    <w:p>
      <w:r>
        <w:t xml:space="preserve">(Speaker B)  think they can just walk into the building. </w:t>
      </w:r>
    </w:p>
    <w:p>
      <w:r>
        <w:t xml:space="preserve">(Speaker A)  But you go to a restroom, be </w:t>
      </w:r>
    </w:p>
    <w:p>
      <w:r>
        <w:t xml:space="preserve">(Speaker B)  able to sit down, be able to play with Connect4. Right. </w:t>
      </w:r>
    </w:p>
    <w:p>
      <w:r>
        <w:t xml:space="preserve">(Speaker A)  They have a waiver, whatever. </w:t>
      </w:r>
    </w:p>
    <w:p>
      <w:r>
        <w:t xml:space="preserve">(Speaker B)  Maybe. I think that should be completely, completely acceptable. </w:t>
      </w:r>
    </w:p>
    <w:p>
      <w:r>
        <w:t xml:space="preserve">(Speaker E)  Well, 14 years old, can we not </w:t>
      </w:r>
    </w:p>
    <w:p>
      <w:r>
        <w:t xml:space="preserve">(Speaker B)  see the problem becomes enforceability of that? Like a 13 year old comes in here and I can't tell the difference between 13 and 15 year old, for example. Right. And so they come in here and they get approval, they got a chat and we don't know if that person's 13. Oh, are you 13? Did you, did you, are you in this tool? Like problem is, is that you, you do have to create some barriers that unfortunately may exclude some. And I get where the attorney's coming from this because I get what you're saying. Like why couldn't they. Well, the reality is we only have two attendants here or one attending here at any given time. They can't tell the difference between one or the other. So it's all or not. </w:t>
      </w:r>
    </w:p>
    <w:p>
      <w:r>
        <w:t xml:space="preserve">(Speaker A)  Yeah. And they're not, we're not going to make assumptions. Right. </w:t>
      </w:r>
    </w:p>
    <w:p>
      <w:r>
        <w:t xml:space="preserve">(Speaker B)  So you know, I don't think you </w:t>
      </w:r>
    </w:p>
    <w:p>
      <w:r>
        <w:t xml:space="preserve">(Speaker A)  have to make assumptions. </w:t>
      </w:r>
    </w:p>
    <w:p>
      <w:r>
        <w:t xml:space="preserve">(Speaker B)  That's now you're going past the level of a good enforcement that doesn't have to be needed. That is up to them. That's their liability. </w:t>
      </w:r>
    </w:p>
    <w:p>
      <w:r>
        <w:t xml:space="preserve">(Speaker C)  Great. </w:t>
      </w:r>
    </w:p>
    <w:p>
      <w:r>
        <w:t xml:space="preserve">(Speaker A)  I mean, at the end of the day, what this waiver covers is anything that happens with that shot. And if you guys decide to go that route, like this is how it works at the other district that they actually do this. Like this is what we do at the other district. We don't really have any problems. I don't think comparing the two communities is fair. I think it's a much different community to what Forest Brooks is. </w:t>
      </w:r>
    </w:p>
    <w:p>
      <w:r>
        <w:t xml:space="preserve">(Speaker B)  Yes, it is. </w:t>
      </w:r>
    </w:p>
    <w:p>
      <w:r>
        <w:t xml:space="preserve">(Speaker A)  But also anything that happens with those two, the parents are held liable, we call the parents, we suspend the file at that point, it's the same rules apply. Right. So someone comes in and I believe me, I'm not trying to advocate for this policy because this makes my job much harder. But if you guys did decide to move, move with it. We create this waiver. Anything that happens with a child that's acting up here, we call parents directly. We, we suspend their file. And you guys have a precedence to suspend at that point. </w:t>
      </w:r>
    </w:p>
    <w:p>
      <w:r>
        <w:t xml:space="preserve">(Speaker B)  I think the reason why now the </w:t>
      </w:r>
    </w:p>
    <w:p>
      <w:r>
        <w:t xml:space="preserve">(Speaker A)  fact is, is like you want to. What you're kind of opening the door for is, hey, we're going to approve this. We're going to wait for something to happen. Like inevitably something's going to happen at some point. Right. So we're going to wait for something to happen and then we're going to react to it rather than kind of be proactive with it. Right. So that's kind of the situation that, that the waiver creates. How many neighborhoods do you do Brian? I'm sorry? How many neighborhoods do you. 16. So 1 out of 16 personally for me and situation. </w:t>
      </w:r>
    </w:p>
    <w:p>
      <w:r>
        <w:t xml:space="preserve">(Speaker B)  Situation that created the situation was an incredibly way out there situation. </w:t>
      </w:r>
    </w:p>
    <w:p>
      <w:r>
        <w:t xml:space="preserve">(Speaker A)  That's what I'm trying to prove. 1 out of 16. I now if it was, you know, 5 I'd really consider might be. I might be misspeaking here, but I actually think it's more like one for the 350. Yeah, that's what I figured. I mean you're the one that's the one. Yeah. The one that. Yeah, that's so I mean that's your personal experience is one out of sixteen. </w:t>
      </w:r>
    </w:p>
    <w:p>
      <w:r>
        <w:t xml:space="preserve">(Speaker B)  How many other. How many GMS locations have this similar. You have one. </w:t>
      </w:r>
    </w:p>
    <w:p>
      <w:r>
        <w:t xml:space="preserve">(Speaker A)  Okay. Yeah. </w:t>
      </w:r>
    </w:p>
    <w:p>
      <w:r>
        <w:t xml:space="preserve">(Speaker B)  So no precedent. It's one you place. I understand where the attorney's coming from. The attorney's not wrong and it's bringing us to their attention exactly. Like, like, it's like. It's like worrying about a meteorite hitting you. You know, could it happen? Absolutely. Is a statistic possible? </w:t>
      </w:r>
    </w:p>
    <w:p>
      <w:r>
        <w:t xml:space="preserve">(Speaker A)  Sure. </w:t>
      </w:r>
    </w:p>
    <w:p>
      <w:r>
        <w:t xml:space="preserve">(Speaker B)  What's the numbers on it? I don't agree to move forward with it at this time. </w:t>
      </w:r>
    </w:p>
    <w:p>
      <w:r>
        <w:t xml:space="preserve">(Speaker A)  So what I'm hearing is we're going to get rid of nine. We're going to get rid of the first sentence of 11 and then everything else. </w:t>
      </w:r>
    </w:p>
    <w:p>
      <w:r>
        <w:t xml:space="preserve">(Speaker B)  Let's just double check everything else. </w:t>
      </w:r>
    </w:p>
    <w:p>
      <w:r>
        <w:t xml:space="preserve">(Speaker A)  We'll get rid of that and then we'll re go over it next. Yeah, these guys can, we can look at these every day, every month, come back if it changes. As long as you guys aren't changing pricing or monetary values, we can make any changes at any time without. </w:t>
      </w:r>
    </w:p>
    <w:p>
      <w:r>
        <w:t xml:space="preserve">(Speaker B)  My only question for legal is do you feel that with our existing 15 year old policy and James, I know you're not a fan of this. I still would like to see some kind of language that is similar to you said number 13. I'm sorry, number 18 where we had some reasoning or some kind of legal precedent as to why we made a decision on for the age of 15. Is there anything that you're aware of just off the top of your head that would support the age of 15 that might be. Would have some kind of legal precedent in general. </w:t>
      </w:r>
    </w:p>
    <w:p>
      <w:r>
        <w:t xml:space="preserve">(Speaker F)  So in terms of the. So we usually based on the Florida driver's license. That's, that's really, you know, if someone were to ask us now how we tweak the language, we generally prefer to use more Broader language, such as to support the safe use of the amenity facilities, you know, that way it gives the board flexibility. I understand. You know, if we put it in writing, then maybe someone might be more sympathetic. But I think the flip side too is it locks the board in unnecessarily. And so I think that we can use leading language broadly to, to show that it's not so that way the sentence just, just doesn't read. Anyone under the age of 15 can't use the policy by themselves unsupervised, full stop. I think we can have lead in language, but I wouldn't recommend going as far as to putting multiple sentences kind of saying, well, under Florida statute this, you know, 15 year olds can do this and that. Because I think at the end of the day, if someone is upset about it, just from personal experience, if someone's upset about, they'll be upset about it and it won't. </w:t>
      </w:r>
    </w:p>
    <w:p>
      <w:r>
        <w:t xml:space="preserve">(Speaker A)  That's what I keep saying. </w:t>
      </w:r>
    </w:p>
    <w:p>
      <w:r>
        <w:t xml:space="preserve">(Speaker B)  You're trying to logically explain it. The outcome is still the same. It doesn't change that. So that person's still not gonna be happy with the answer. So just because it makes sense doesn't </w:t>
      </w:r>
    </w:p>
    <w:p>
      <w:r>
        <w:t xml:space="preserve">(Speaker A)  mean they give a. I mean, you </w:t>
      </w:r>
    </w:p>
    <w:p>
      <w:r>
        <w:t xml:space="preserve">(Speaker B)  got a point there. So. So ultimately, whether our decision was. So the question is, do you. This is my final question on this. Does adding the language that you were discussing by the lightening it up, broadening it and so forth, does that give us more legal defense of the reasoning why we made that decision, or is it so we don't have to defend that position up front? Does that help or is it not really make a difference? </w:t>
      </w:r>
    </w:p>
    <w:p>
      <w:r>
        <w:t xml:space="preserve">(Speaker F)  I think putting a little leading language, because the goal there is to make it as as narrow as possible to achieve the district's goal of safety. And you know that. Good stuff. And so putting some leading language and I don't think, I don't think it hurts us is how I'll put it. </w:t>
      </w:r>
    </w:p>
    <w:p>
      <w:r>
        <w:t xml:space="preserve">(Speaker B)  We strike nine, we make the adjustments we want to than the other ones. Can we come back in October just with whatever. Yeah. So can you clean up the language for our age based on what we're talking about here? Come back to us back in October on that and then let's go ahead and make the adjustments that we were talking about for the rest of it. I'm good with that. </w:t>
      </w:r>
    </w:p>
    <w:p>
      <w:r>
        <w:t xml:space="preserve">(Speaker F)  Okay, that sounds good to me. </w:t>
      </w:r>
    </w:p>
    <w:p>
      <w:r>
        <w:t xml:space="preserve">(Speaker B)  So we're going to strike nine, leave it original. Okay, so my understanding is. So I'm gonna, I'm gonna, I'm proposing this, that we're going to keep 17. But we're gonna change it based on James's suggestion that it needs to be based on the entrance, 25ft from the entrance. Okay. And then, and then we're gonna make the 11. We're gonna change it where we can't sell. So we'll. So in the first set in the struck. Am I. Is everybody in agreement that that's the changes that need to be made </w:t>
      </w:r>
    </w:p>
    <w:p>
      <w:r>
        <w:t xml:space="preserve">(Speaker A)  in this meeting? </w:t>
      </w:r>
    </w:p>
    <w:p>
      <w:r>
        <w:t xml:space="preserve">(Speaker E)  Yes, yes, I, as long as we, like I said, make the language that an adult has to supervise and not necessarily a parent. I'm in agreement to what you just said. </w:t>
      </w:r>
    </w:p>
    <w:p>
      <w:r>
        <w:t xml:space="preserve">(Speaker B)  Okay. So when we come back. When we come back in October with that new language. Yes, I'm asking district attorney to go ahead and update it based on what Cassandra made a suggestion on. I agree with that. </w:t>
      </w:r>
    </w:p>
    <w:p>
      <w:r>
        <w:t xml:space="preserve">(Speaker A)  We want to. Do we want to put. I know parent might not be what you guys want, but family member, maybe. I mean, do we want, do I say sitter? Nanny coming up here? </w:t>
      </w:r>
    </w:p>
    <w:p>
      <w:r>
        <w:t xml:space="preserve">(Speaker B)  Guardian. Do we want to Legal guardian or approved guardian? </w:t>
      </w:r>
    </w:p>
    <w:p>
      <w:r>
        <w:t xml:space="preserve">(Speaker F)  I, I, I would lean more, My recommendation would be lean more towards a Cassandra. Said Cassandra, because she did bring this up. The language that we have, again, we're changing it, but the language that we have online right now is that it's any parent or adult pages, patron. That way you avoid any kind of familiar discrimination. So it's not. </w:t>
      </w:r>
    </w:p>
    <w:p>
      <w:r>
        <w:t xml:space="preserve">(Speaker A)  Wouldn't an adult patron be a resident of the community, though? Patrons being the patron definition is resident of the community, is it not? Am I wrong there? </w:t>
      </w:r>
    </w:p>
    <w:p>
      <w:r>
        <w:t xml:space="preserve">(Speaker F)  That is correct. But you're not limited to just quote, unquote, family. So either a parent or guardian, you're limiting it to, you know, I guess. </w:t>
      </w:r>
    </w:p>
    <w:p>
      <w:r>
        <w:t xml:space="preserve">(Speaker B)  Does that mean that grandma would be, let's say, for example, a visitor? </w:t>
      </w:r>
    </w:p>
    <w:p>
      <w:r>
        <w:t xml:space="preserve">(Speaker A)  Right. </w:t>
      </w:r>
    </w:p>
    <w:p>
      <w:r>
        <w:t xml:space="preserve">(Speaker B)  We are allowed to have visitors, but people under the age of 18 can't have visitors. But does that allow for grandma to bring her granddaughter, who's a resident? Grandma may not be. Is she allowed to bring the child to the amenity center? See, and grandma may or may not be on the books. Let's. She's, she's visiting in from Michigan. Right. So do. I'm just giving you an example. Like, how does that work? And can we approve that so that it, like, I guess we again, going back to. We're not limiting a young child from coming because of their familial status. We are allowing it. But how does that work when we approve like, like, hey, this is my grandma, and I'm seven, but this is my grandma. Clearly is seven. Is Allowed to come here. So what is that? What does that look like from a legal language standpoint? Adding in what Cassandra's saying. </w:t>
      </w:r>
    </w:p>
    <w:p>
      <w:r>
        <w:t xml:space="preserve">(Speaker F)  Sure. So that turns back to. So these policies apply to everyone in general. So I think from a bird's eye view, these policies apply to everyone. And so adult patron is defined as a property owner, guests, non resident users and renters. So basically anyone who should, who is allowed to be there under these policies. And so it shouldn't be a situation where just someone can say, oh, I don't live here, I have no right to be here, but I can just come in and bring a child in here. Because it says that a child can come in here with a, any adult patron. Because the definition of patron is someone who is supposed to be there, whether they're a property owner, guest renters, you know. Okay, yeah, but the rest of the rules. </w:t>
      </w:r>
    </w:p>
    <w:p>
      <w:r>
        <w:t xml:space="preserve">(Speaker A)  Yeah. </w:t>
      </w:r>
    </w:p>
    <w:p>
      <w:r>
        <w:t xml:space="preserve">(Speaker B)  Okay, so the patron has to be in the resident. Right. I'm talking about when it comes to the 18, the person who's the adult. Does the adult have to be the patron? Yes, we don't have to be the patron. And that patron must be defined by residency here with a fob. He just said, no, no, it doesn't. </w:t>
      </w:r>
    </w:p>
    <w:p>
      <w:r>
        <w:t xml:space="preserve">(Speaker A)  Okay, I'm trying to, I'm trying to understand. </w:t>
      </w:r>
    </w:p>
    <w:p>
      <w:r>
        <w:t xml:space="preserve">(Speaker B)  Listen, I am listening. </w:t>
      </w:r>
    </w:p>
    <w:p>
      <w:r>
        <w:t xml:space="preserve">(Speaker A)  I'm just. </w:t>
      </w:r>
    </w:p>
    <w:p>
      <w:r>
        <w:t xml:space="preserve">(Speaker F)  Sure. So if you, if it's helpful, on page two of the amenities policy, on page 42, we define Patreon and that, and that's kind of the wording we use consistently throughout the policy. And so what I can do is I can double check to make sure, because that is a valid concern, minus the understanding policies as of right now. Is that the way that we've built the policy is that a patron is someone, generally speaking in line with this definition, is someone who is allowed to be there, whether they are a renter and you know, who, who has taken on the ability to use the amenities from the property owner. Whether it's the property owner. What I can do when I revise it is ensure that to address that concern is that the adult patron. We mean, it's what we mean, what we mean it to mean. Meaning that it's someone who's supposed to be there. That way it's not just any Joe Schmo off the street who says, oh, well, the policies say any adult can come in here, but the intention is that it's in line with that definition. And that definition is supposed to define someone who is allowed to be there as an adult. </w:t>
      </w:r>
    </w:p>
    <w:p>
      <w:r>
        <w:t xml:space="preserve">(Speaker E)  I just want to clarify though, just to make sure I understand. I do think, and I feel like we've talked about this before, that a babysitter or a nanny or someone else who's a pretty approved as the guardian of the child in that moment should be able to bring them to the pool or grandma, like you were talking about. </w:t>
      </w:r>
    </w:p>
    <w:p>
      <w:r>
        <w:t xml:space="preserve">(Speaker B)  Like, is that talking about they're going </w:t>
      </w:r>
    </w:p>
    <w:p>
      <w:r>
        <w:t xml:space="preserve">(Speaker A)  to be a authorized user. </w:t>
      </w:r>
    </w:p>
    <w:p>
      <w:r>
        <w:t xml:space="preserve">(Speaker E)  Okay. That's fair. </w:t>
      </w:r>
    </w:p>
    <w:p>
      <w:r>
        <w:t xml:space="preserve">(Speaker A)  Non resident user. It's a. It's in the definition of patron non resident user. So that's going to be a grandma, an aunt, somebody from Michigan. </w:t>
      </w:r>
    </w:p>
    <w:p>
      <w:r>
        <w:t xml:space="preserve">(Speaker B)  Right. </w:t>
      </w:r>
    </w:p>
    <w:p>
      <w:r>
        <w:t xml:space="preserve">(Speaker A)  It's gonna not gonna be somebody Joe smell off the street, just walk in. I'm a non resident. I gotta do. No, you're not. You're not a user. You're a non resident. That's all. </w:t>
      </w:r>
    </w:p>
    <w:p>
      <w:r>
        <w:t xml:space="preserve">(Speaker B)  And we just have to build our amenity policy on how. What that looks like. We talked about that before about, you know, giving them, you know, two to three weeks at a time approval or, you know, if it's like a baby, </w:t>
      </w:r>
    </w:p>
    <w:p>
      <w:r>
        <w:t xml:space="preserve">(Speaker A)  they're not only approved, they're not. They're not a grandma for three weeks. They've been a grandma since the baby was born. They're non resident. </w:t>
      </w:r>
    </w:p>
    <w:p>
      <w:r>
        <w:t xml:space="preserve">(Speaker B)  Yeah. </w:t>
      </w:r>
    </w:p>
    <w:p>
      <w:r>
        <w:t xml:space="preserve">(Speaker A)  It's simple. We're going to. </w:t>
      </w:r>
    </w:p>
    <w:p>
      <w:r>
        <w:t xml:space="preserve">(Speaker B)  Bit of a rabbit. I got it. Okay. So I just. I just want to make sure that we're not like making it too narrow, but we're not making it too broad, but okay. As long as we're good with that. I just want to make sure that that was there. </w:t>
      </w:r>
    </w:p>
    <w:p>
      <w:r>
        <w:t xml:space="preserve">(Speaker C)  Okay. </w:t>
      </w:r>
    </w:p>
    <w:p>
      <w:r>
        <w:t xml:space="preserve">(Speaker A)  So I guess I'd be looking for a motion to approve the amended amendment amenity facility policies with the edits discussed at tonight's meeting and will be revisited next month. With it being revisited ne next month. </w:t>
      </w:r>
    </w:p>
    <w:p>
      <w:r>
        <w:t xml:space="preserve">(Speaker B)  I'll motion that. </w:t>
      </w:r>
    </w:p>
    <w:p>
      <w:r>
        <w:t xml:space="preserve">(Speaker A)  First from Paul, second from James. Any further discussion? Motion passes. Four to one, Steve. Is a night. All right, moving on. Next up, we have discussion of Egypt fiscal year 2027 insurance schedule. My understanding is that this was brought to you guys last month for review. There's a couple of edits or revisions that you guys requested. Looks like Mick went ahead and did that. So if you guys had chance to review, we'd just be looking for motion to approve what the edited information so didn't change the price. </w:t>
      </w:r>
    </w:p>
    <w:p>
      <w:r>
        <w:t xml:space="preserve">(Speaker B)  Oh, yes, it did. </w:t>
      </w:r>
    </w:p>
    <w:p>
      <w:r>
        <w:t xml:space="preserve">(Speaker C)  It did. </w:t>
      </w:r>
    </w:p>
    <w:p>
      <w:r>
        <w:t xml:space="preserve">(Speaker B)  Okay. </w:t>
      </w:r>
    </w:p>
    <w:p>
      <w:r>
        <w:t xml:space="preserve">(Speaker A)  That's what that was. That was a considered. The whole reason why we were bringing </w:t>
      </w:r>
    </w:p>
    <w:p>
      <w:r>
        <w:t xml:space="preserve">(Speaker B)  it back was to see how much it went up. It went up and I'm not sure why. Is it in here? It should be in here. That was the whole point of me. They wanted me to offer. </w:t>
      </w:r>
    </w:p>
    <w:p>
      <w:r>
        <w:t xml:space="preserve">(Speaker A)  This is just the schedule. They don't actually give us a. </w:t>
      </w:r>
    </w:p>
    <w:p>
      <w:r>
        <w:t xml:space="preserve">(Speaker B)  The, they gave us the price. This is incorrect from GMS side. So let me clarify because I've been in this email chain the entire time. </w:t>
      </w:r>
    </w:p>
    <w:p>
      <w:r>
        <w:t xml:space="preserve">(Speaker A)  So feel like we're doing this thing. </w:t>
      </w:r>
    </w:p>
    <w:p>
      <w:r>
        <w:t xml:space="preserve">(Speaker B)  No, I'm telling you like Aegis was. I was in a little chain with Aegis with Meg and Jason for about five months on this. I've been in this email chain. This is about increasing the, the, the fence area, increasing the value on those fences. It's a 2,000 plus dollar change. They wanted me to approve it. I've got the emails showing me they </w:t>
      </w:r>
    </w:p>
    <w:p>
      <w:r>
        <w:t xml:space="preserve">(Speaker A)  want me to prove it. </w:t>
      </w:r>
    </w:p>
    <w:p>
      <w:r>
        <w:t xml:space="preserve">(Speaker B)  I, I said hey, this is a $2,000 increase on our insurance. I want to bring this before the board before I just pencil with this unnecessarily. So the rest of this date, the whole, the whole bottom line is not in here. And this is something that Mick was supposed to go over with the board and he's not on the phone with us right now. </w:t>
      </w:r>
    </w:p>
    <w:p>
      <w:r>
        <w:t xml:space="preserve">(Speaker A)  So I had a conversation with this two days ago who told me that they wouldn't even be giving us renewal rates until their schedule was signed. So. And I don't know the emails that you're referring to. I wasn't, I don't know. So I, I'm just going based off of what I've had. So basically it cost us two grand more to break all the fences down </w:t>
      </w:r>
    </w:p>
    <w:p>
      <w:r>
        <w:t xml:space="preserve">(Speaker B)  into where they're now, where they're individually priced. Yeah. Because they were severely underinsured is what </w:t>
      </w:r>
    </w:p>
    <w:p>
      <w:r>
        <w:t xml:space="preserve">(Speaker A)  the issue was to. </w:t>
      </w:r>
    </w:p>
    <w:p>
      <w:r>
        <w:t xml:space="preserve">(Speaker C)  Yeah. Do that. That we needed the coverage and therefore </w:t>
      </w:r>
    </w:p>
    <w:p>
      <w:r>
        <w:t xml:space="preserve">(Speaker B)  we, we went down the road of like. So what they ended up doing is because the amount has gone up so much they subdivided it so that we wouldn't have like a $250,000 fence with a 10 deductible to be 25 grand before anything we got done. So now there's. They've sectioned it off. </w:t>
      </w:r>
    </w:p>
    <w:p>
      <w:r>
        <w:t xml:space="preserve">(Speaker C)  I already said that. What I'm saying is I thought we approved like doing this at the last meeting. </w:t>
      </w:r>
    </w:p>
    <w:p>
      <w:r>
        <w:t xml:space="preserve">(Speaker A)  We did, but they, but we didn't have the final numbers. That's what we were, we wanted. We'll come back to it this week with them. </w:t>
      </w:r>
    </w:p>
    <w:p>
      <w:r>
        <w:t xml:space="preserve">(Speaker C)  So motion will approve. </w:t>
      </w:r>
    </w:p>
    <w:p>
      <w:r>
        <w:t xml:space="preserve">(Speaker B)  Char, are we willing to. It's it. I can tell you it's about a $2,000 increase but what it does is it now ensures 100% of all fence. I just want to make sure everybody </w:t>
      </w:r>
    </w:p>
    <w:p>
      <w:r>
        <w:t xml:space="preserve">(Speaker A)  else now further Discussion. </w:t>
      </w:r>
    </w:p>
    <w:p>
      <w:r>
        <w:t xml:space="preserve">(Speaker B)  So we're not going to like not ensure the fence is the most vulnerable thing we've gotten. It's the most expensive thing. </w:t>
      </w:r>
    </w:p>
    <w:p>
      <w:r>
        <w:t xml:space="preserve">(Speaker A)  Right. I'm just saying like just the approval for, for the schedule. Right. So you have your assets on here. This is basically broken down to where each. </w:t>
      </w:r>
    </w:p>
    <w:p>
      <w:r>
        <w:t xml:space="preserve">(Speaker B)  Exactly. </w:t>
      </w:r>
    </w:p>
    <w:p>
      <w:r>
        <w:t xml:space="preserve">(Speaker A)  Each fence has its own policy once or each phase has its own policy once. You just get this back sign and you guys approve it at the next month's meeting. They should have your renewal rate in there, which yes, they do kind of. It's not really a proposal the way that they kind of. They say here, you guys pay it. But from our standpoint it's more of a. Here you go, take a look. If you want to approve it. </w:t>
      </w:r>
    </w:p>
    <w:p>
      <w:r>
        <w:t xml:space="preserve">(Speaker C)  Yeah, we need the coverage. You can't negotiate coverage with insurance. Like </w:t>
      </w:r>
    </w:p>
    <w:p>
      <w:r>
        <w:t xml:space="preserve">(Speaker A)  there are other providers if you guys are interested. </w:t>
      </w:r>
    </w:p>
    <w:p>
      <w:r>
        <w:t xml:space="preserve">(Speaker C)  But it's really not going to bring up your friends and I just. We need the coverage. So. </w:t>
      </w:r>
    </w:p>
    <w:p>
      <w:r>
        <w:t xml:space="preserve">(Speaker A)  But that was the main thing. We did approve it last time. We just wanted to broke down into. </w:t>
      </w:r>
    </w:p>
    <w:p>
      <w:r>
        <w:t xml:space="preserve">(Speaker B)  Hi, Jason. The carrier is advised it would be approximately $150 to adjust the term effective for today's date. So if we approve it today. Okay. The prorated difference for the remainder of the term is $150. But the entire policy increase would be roughly $2,015 for the policy term for the renewal. </w:t>
      </w:r>
    </w:p>
    <w:p>
      <w:r>
        <w:t xml:space="preserve">(Speaker A)  But this isn't. But just to clarify, this is not a renewal document. This is a schedule. </w:t>
      </w:r>
    </w:p>
    <w:p>
      <w:r>
        <w:t xml:space="preserve">(Speaker B)  No, I'm fully aware what a schedule is. Okay. So as an agent, it's a schedule. What they've shown here is the breakdown of how. How we're going to do it. My reasoning for going ahead and approving it tonight is because we're still not out of storm season, although it's been incredibly quiet. Right. We still are there. So it's only $115 more for the remainder of the term. But understanding when we make this adjustment, the renewal is going to be about a two grand increase a year. So are we not going to not do it? Like why you're to your point. We're going to do it. So let's make the adjustment immediately so that it can immediately make it effective in case another. Because we were severely underinsured on the fence line. That was my biggest complaint with Aegis </w:t>
      </w:r>
    </w:p>
    <w:p>
      <w:r>
        <w:t xml:space="preserve">(Speaker C)  when I got way more, way more wordy than what we. </w:t>
      </w:r>
    </w:p>
    <w:p>
      <w:r>
        <w:t xml:space="preserve">(Speaker B)  Okay. </w:t>
      </w:r>
    </w:p>
    <w:p>
      <w:r>
        <w:t xml:space="preserve">(Speaker A)  What he wants to do is he wants us, he wants us to start the policy down. We give a majig adjustment for $115 a month to Cover all year for the year to cover all offenses individually instead of waiting until this policy starts just in case a hurricane comes between now and when the policy renew. </w:t>
      </w:r>
    </w:p>
    <w:p>
      <w:r>
        <w:t xml:space="preserve">(Speaker C)  But isn't it with us approving this package application that's going to already be on there? We already approved it last time that he separated into those quadrants the defense. </w:t>
      </w:r>
    </w:p>
    <w:p>
      <w:r>
        <w:t xml:space="preserve">(Speaker A)  But it doesn't start until we renew the policy. What he's wanting us to do is renew it now. </w:t>
      </w:r>
    </w:p>
    <w:p>
      <w:r>
        <w:t xml:space="preserve">(Speaker B)  Yeah. </w:t>
      </w:r>
    </w:p>
    <w:p>
      <w:r>
        <w:t xml:space="preserve">(Speaker C)  We can make without the proving this. Isn't that the same as approving the go ahead with the policy? </w:t>
      </w:r>
    </w:p>
    <w:p>
      <w:r>
        <w:t xml:space="preserve">(Speaker B)  It's the same thing. </w:t>
      </w:r>
    </w:p>
    <w:p>
      <w:r>
        <w:t xml:space="preserve">(Speaker A)  Because he wants to spend the money to start coverage tomorrow. </w:t>
      </w:r>
    </w:p>
    <w:p>
      <w:r>
        <w:t xml:space="preserve">(Speaker B)  Yeah. Not I don't want to wait because the renewal is like the end of October, which is. Yeah. So the thing is. I don't know. You don't know when the next one. You don't know when the next storm comes. For 100 extra dollars we can go ahead. </w:t>
      </w:r>
    </w:p>
    <w:p>
      <w:r>
        <w:t xml:space="preserve">(Speaker C)  Can you tell me the motion that you would like? </w:t>
      </w:r>
    </w:p>
    <w:p>
      <w:r>
        <w:t xml:space="preserve">(Speaker B)  The motion is to approve the changes to the subsectioning of the fences, which is going. And the increase of the cost for going ahead and now covering all the </w:t>
      </w:r>
    </w:p>
    <w:p>
      <w:r>
        <w:t xml:space="preserve">(Speaker A)  fences, which is going to be coverage </w:t>
      </w:r>
    </w:p>
    <w:p>
      <w:r>
        <w:t xml:space="preserve">(Speaker C)  that we have already approved that we want. </w:t>
      </w:r>
    </w:p>
    <w:p>
      <w:r>
        <w:t xml:space="preserve">(Speaker B)  We did not approve it. </w:t>
      </w:r>
    </w:p>
    <w:p>
      <w:r>
        <w:t xml:space="preserve">(Speaker C)  So we did last meeting. </w:t>
      </w:r>
    </w:p>
    <w:p>
      <w:r>
        <w:t xml:space="preserve">(Speaker A)  Everybody right now. Because the motion. That's not the table that stopped putting second. Is for the approval of Aegis Fiscal Year 2027 Insurance Schedule. It has nothing to do with what you were saying. Has nothing to do with what you're saying. It is just for the approval of the. The schedule. That is a motion from Savic. A second from James. We can, we can absolutely deny that motion. If we wanted. Why would we rehash it? But that is the motion. </w:t>
      </w:r>
    </w:p>
    <w:p>
      <w:r>
        <w:t xml:space="preserve">(Speaker B)  But this is to approve the Aegis schedule. This is literally what they're doing. They're changing the schedule. </w:t>
      </w:r>
    </w:p>
    <w:p>
      <w:r>
        <w:t xml:space="preserve">(Speaker A)  Right. </w:t>
      </w:r>
    </w:p>
    <w:p>
      <w:r>
        <w:t xml:space="preserve">(Speaker B)  Based on the suggestions that I grew. </w:t>
      </w:r>
    </w:p>
    <w:p>
      <w:r>
        <w:t xml:space="preserve">(Speaker A)  Well, I completely understand, but the motion was set by Savic and she said it. So we can absolutely say nay to that motion and re. Put a motion in. But the motion's already been put and James already seconded it. Okay, so. So I have a motion from Savage. A second from James for this discussion. I'm sorry. Approval of the AEGIS Fiscal Year 2027 Insurance Schedule as is. So do I have an all in favor? Nay. Right. </w:t>
      </w:r>
    </w:p>
    <w:p>
      <w:r>
        <w:t xml:space="preserve">(Speaker B)  I want to start it immediately. </w:t>
      </w:r>
    </w:p>
    <w:p>
      <w:r>
        <w:t xml:space="preserve">(Speaker A)  That's fine. </w:t>
      </w:r>
    </w:p>
    <w:p>
      <w:r>
        <w:t xml:space="preserve">(Speaker B)  So say nay. </w:t>
      </w:r>
    </w:p>
    <w:p>
      <w:r>
        <w:t xml:space="preserve">(Speaker A)  So nay. </w:t>
      </w:r>
    </w:p>
    <w:p>
      <w:r>
        <w:t xml:space="preserve">(Speaker B)  Okay. Not me. I'm denying it. </w:t>
      </w:r>
    </w:p>
    <w:p>
      <w:r>
        <w:t xml:space="preserve">(Speaker A)  All right, so he approves. I. He approves. And Cassandra, do you approve the schedule as Is </w:t>
      </w:r>
    </w:p>
    <w:p>
      <w:r>
        <w:t xml:space="preserve">(Speaker C)  I. </w:t>
      </w:r>
    </w:p>
    <w:p>
      <w:r>
        <w:t xml:space="preserve">(Speaker A)  Okay. So that motion passes 4 to 1 with Paul being the. </w:t>
      </w:r>
    </w:p>
    <w:p>
      <w:r>
        <w:t xml:space="preserve">(Speaker B)  So I want a motion to go ahead and start it in advance of. Of the renewal so we make the adjustment immediately, which is only a proration of like a hundred some odd dollars. So it starts the moment we ask for it so we can be insured on it immediately. </w:t>
      </w:r>
    </w:p>
    <w:p>
      <w:r>
        <w:t xml:space="preserve">(Speaker A)  Motion to. To start. </w:t>
      </w:r>
    </w:p>
    <w:p>
      <w:r>
        <w:t xml:space="preserve">(Speaker B)  It's not changing anything. It's just starting it now. Not at the renewal. </w:t>
      </w:r>
    </w:p>
    <w:p>
      <w:r>
        <w:t xml:space="preserve">(Speaker A)  Motion to start new insurance asap. Not on renewal rate. </w:t>
      </w:r>
    </w:p>
    <w:p>
      <w:r>
        <w:t xml:space="preserve">(Speaker B)  Right. We're making a midterm adjustment. It's no different than like adding a car to your date. </w:t>
      </w:r>
    </w:p>
    <w:p>
      <w:r>
        <w:t xml:space="preserve">(Speaker A)  The current re. October 1st. </w:t>
      </w:r>
    </w:p>
    <w:p>
      <w:r>
        <w:t xml:space="preserve">(Speaker B)  Yes. </w:t>
      </w:r>
    </w:p>
    <w:p>
      <w:r>
        <w:t xml:space="preserve">(Speaker A)  So I have a motion from Paul, a second from Savita. Do I have any further discussion? All in favor? </w:t>
      </w:r>
    </w:p>
    <w:p>
      <w:r>
        <w:t xml:space="preserve">(Speaker C)  I. I. </w:t>
      </w:r>
    </w:p>
    <w:p>
      <w:r>
        <w:t xml:space="preserve">(Speaker A)  All right. Five to zero. We're good, right? </w:t>
      </w:r>
    </w:p>
    <w:p>
      <w:r>
        <w:t xml:space="preserve">(Speaker B)  Yeah, we got everything done. </w:t>
      </w:r>
    </w:p>
    <w:p>
      <w:r>
        <w:t xml:space="preserve">(Speaker A)  All right. Beautiful. All right. Anything else on the insurance schedule? Cassandra, any questions? I know. Hard to stay involved over there. </w:t>
      </w:r>
    </w:p>
    <w:p>
      <w:r>
        <w:t xml:space="preserve">(Speaker E)  Yeah, no, I think I understand. Like, I think we had a lot of words to say, a very simple thing. So I'm good. </w:t>
      </w:r>
    </w:p>
    <w:p>
      <w:r>
        <w:t xml:space="preserve">(Speaker A)  Great. All right, next up, we do have discussion of the November meeting date. This date is on Veterans Day. So we're good. Rich is good to attend if you guys are good with keeping it. But if you guys wanted to change it, now would be the time. We get paid double. Unfortunately not time and a half. So, you know, it's holidays. </w:t>
      </w:r>
    </w:p>
    <w:p>
      <w:r>
        <w:t xml:space="preserve">(Speaker B)  Double. Yes. Okay, perfect. </w:t>
      </w:r>
    </w:p>
    <w:p>
      <w:r>
        <w:t xml:space="preserve">(Speaker A)  So we'll just keep that as is. </w:t>
      </w:r>
    </w:p>
    <w:p>
      <w:r>
        <w:t xml:space="preserve">(Speaker B)  Next up, we do have your financial </w:t>
      </w:r>
    </w:p>
    <w:p>
      <w:r>
        <w:t xml:space="preserve">(Speaker A)  reports approval to check for summary financial report and special assessment receipt schedule. I didn't receive any questions unless someone has something now. Just looking for a motion. </w:t>
      </w:r>
    </w:p>
    <w:p>
      <w:r>
        <w:t xml:space="preserve">(Speaker B)  Motion. James. </w:t>
      </w:r>
    </w:p>
    <w:p>
      <w:r>
        <w:t xml:space="preserve">(Speaker A)  Second. Second from Steve. All in favor? All right, with that, we do have a supervisor request and general audience comments. Comments. We'll go ahead and start your request. Paul, Anything, Steve, Anything. I have a question for the board </w:t>
      </w:r>
    </w:p>
    <w:p>
      <w:r>
        <w:t xml:space="preserve">(Speaker B)  as I was not able to make it last. Last meeting. Was the poll discussed as far as the progress about the. The work to be done. </w:t>
      </w:r>
    </w:p>
    <w:p>
      <w:r>
        <w:t xml:space="preserve">(Speaker A)  Was that as far as any letters sent or. </w:t>
      </w:r>
    </w:p>
    <w:p>
      <w:r>
        <w:t xml:space="preserve">(Speaker B)  Remember we talked about that at the previous meeting. </w:t>
      </w:r>
    </w:p>
    <w:p>
      <w:r>
        <w:t xml:space="preserve">(Speaker A)  So my understanding is that you guys haven't secured a. Unless you guys have picked me. </w:t>
      </w:r>
    </w:p>
    <w:p>
      <w:r>
        <w:t xml:space="preserve">(Speaker B)  So my understanding of the meeting because I wasn't there either, but you guys. If I'm correct, you guys decided not to move forward. </w:t>
      </w:r>
    </w:p>
    <w:p>
      <w:r>
        <w:t xml:space="preserve">(Speaker A)  Correct. </w:t>
      </w:r>
    </w:p>
    <w:p>
      <w:r>
        <w:t xml:space="preserve">(Speaker B)  Because is going to outweigh the benefit and the chances of winning is going to be. It's an aesthetic problem. It sucks. </w:t>
      </w:r>
    </w:p>
    <w:p>
      <w:r>
        <w:t xml:space="preserve">(Speaker A)  We'll pay to keep the bubblers on a little bit longer so nobody can see it. </w:t>
      </w:r>
    </w:p>
    <w:p>
      <w:r>
        <w:t xml:space="preserve">(Speaker C)  Yep. </w:t>
      </w:r>
    </w:p>
    <w:p>
      <w:r>
        <w:t xml:space="preserve">(Speaker E)  That's what we decided. </w:t>
      </w:r>
    </w:p>
    <w:p>
      <w:r>
        <w:t xml:space="preserve">(Speaker B)  Putting the hair. It's like literally putting your hair over </w:t>
      </w:r>
    </w:p>
    <w:p>
      <w:r>
        <w:t xml:space="preserve">(Speaker A)  a scar on your face. Exactly. </w:t>
      </w:r>
    </w:p>
    <w:p>
      <w:r>
        <w:t xml:space="preserve">(Speaker B)  It sucks, but it is what it works. </w:t>
      </w:r>
    </w:p>
    <w:p>
      <w:r>
        <w:t xml:space="preserve">(Speaker A)  And, yeah, it's not costumes. You got a mic? </w:t>
      </w:r>
    </w:p>
    <w:p>
      <w:r>
        <w:t xml:space="preserve">(Speaker B)  Got it. </w:t>
      </w:r>
    </w:p>
    <w:p>
      <w:r>
        <w:t xml:space="preserve">(Speaker A)  Yep. </w:t>
      </w:r>
    </w:p>
    <w:p>
      <w:r>
        <w:t xml:space="preserve">(Speaker B)  Thanks, James. </w:t>
      </w:r>
    </w:p>
    <w:p>
      <w:r>
        <w:t xml:space="preserve">(Speaker A)  Anything from you? </w:t>
      </w:r>
    </w:p>
    <w:p>
      <w:r>
        <w:t xml:space="preserve">(Speaker C)  Yeah, I'd like to get people to do another casino. It's not really a good time. </w:t>
      </w:r>
    </w:p>
    <w:p>
      <w:r>
        <w:t xml:space="preserve">(Speaker A)  We can get close, definitely. No problem. I think that was fun last time we did. Cassandra, anything for you tonight? </w:t>
      </w:r>
    </w:p>
    <w:p>
      <w:r>
        <w:t xml:space="preserve">(Speaker E)  I just had one quick question, and it might have been mentioned, but like you said, it's a little bit hard to hear sometimes. Blasphemy meeting. I'd asked if we could potentially get quotes for cleaning up the canopy over the playground and the canopy over the splash pad. Did Mick mention that? And I missed it, </w:t>
      </w:r>
    </w:p>
    <w:p>
      <w:r>
        <w:t xml:space="preserve">(Speaker B)  but I will </w:t>
      </w:r>
    </w:p>
    <w:p>
      <w:r>
        <w:t xml:space="preserve">(Speaker A)  make sure that I'm following up on that and getting you guys something by </w:t>
      </w:r>
    </w:p>
    <w:p>
      <w:r>
        <w:t xml:space="preserve">(Speaker B)  the next meeting on this. </w:t>
      </w:r>
    </w:p>
    <w:p>
      <w:r>
        <w:t xml:space="preserve">(Speaker E)  Okay, perfect. </w:t>
      </w:r>
    </w:p>
    <w:p>
      <w:r>
        <w:t xml:space="preserve">(Speaker B)  Here we have typeground awning cleaning proposal. Is that what we're talking about? Yes, in progress. </w:t>
      </w:r>
    </w:p>
    <w:p>
      <w:r>
        <w:t xml:space="preserve">(Speaker A)  Okay, so, yeah, it looks like he's still looking for vendors. He just didn't mention it during his report. </w:t>
      </w:r>
    </w:p>
    <w:p>
      <w:r>
        <w:t xml:space="preserve">(Speaker E)  Okay, perfect. I wasn't sure if I missed it. I appreciate the work on that. </w:t>
      </w:r>
    </w:p>
    <w:p>
      <w:r>
        <w:t xml:space="preserve">(Speaker A)  All right, general audience comments. Sir, did you have anything for us this evening? </w:t>
      </w:r>
    </w:p>
    <w:p>
      <w:r>
        <w:t xml:space="preserve">(Speaker C)  No. </w:t>
      </w:r>
    </w:p>
    <w:p>
      <w:r>
        <w:t xml:space="preserve">(Speaker A)  Thank you, guys. Thank you, Janet. </w:t>
      </w:r>
    </w:p>
    <w:p>
      <w:r>
        <w:t xml:space="preserve">(Speaker C)  Of course. </w:t>
      </w:r>
    </w:p>
    <w:p>
      <w:r>
        <w:t xml:space="preserve">(Speaker B)  Name and address. </w:t>
      </w:r>
    </w:p>
    <w:p>
      <w:r>
        <w:t xml:space="preserve">(Speaker A)  3 minutes. </w:t>
      </w:r>
    </w:p>
    <w:p>
      <w:r>
        <w:t xml:space="preserve">(Speaker C)  How far away is the ticklewalk or from the building? </w:t>
      </w:r>
    </w:p>
    <w:p>
      <w:r>
        <w:t xml:space="preserve">(Speaker A)  Couldn't tell you right now. </w:t>
      </w:r>
    </w:p>
    <w:p>
      <w:r>
        <w:t xml:space="preserve">(Speaker C)  There's something considered. </w:t>
      </w:r>
    </w:p>
    <w:p>
      <w:r>
        <w:t xml:space="preserve">(Speaker B)  We don't have specs on it, and </w:t>
      </w:r>
    </w:p>
    <w:p>
      <w:r>
        <w:t xml:space="preserve">(Speaker C)  then the board preserves the right to amend them on 5. Will notify patients of any changes. I realize you put it on the website, but can you do an E blast and finally get this totally nailed down? Because, honestly, people are aware of what. What's been happening. </w:t>
      </w:r>
    </w:p>
    <w:p>
      <w:r>
        <w:t xml:space="preserve">(Speaker B)  Our communications are. </w:t>
      </w:r>
    </w:p>
    <w:p>
      <w:r>
        <w:t xml:space="preserve">(Speaker A)  Our. </w:t>
      </w:r>
    </w:p>
    <w:p>
      <w:r>
        <w:t xml:space="preserve">(Speaker B)  Our formal communications are to update our website, which is publicly available. We can link people back to say, hey, do you want to just review things in general to our website? But at the end of the day, </w:t>
      </w:r>
    </w:p>
    <w:p>
      <w:r>
        <w:t xml:space="preserve">(Speaker A)  we're not going to create the precedent </w:t>
      </w:r>
    </w:p>
    <w:p>
      <w:r>
        <w:t xml:space="preserve">(Speaker B)  of sending every single change we make by email. </w:t>
      </w:r>
    </w:p>
    <w:p>
      <w:r>
        <w:t xml:space="preserve">(Speaker C)  Especially when it's one word. </w:t>
      </w:r>
    </w:p>
    <w:p>
      <w:r>
        <w:t xml:space="preserve">(Speaker B)  Sure, sure, sure. </w:t>
      </w:r>
    </w:p>
    <w:p>
      <w:r>
        <w:t xml:space="preserve">(Speaker A)  I couldn't tell you that as of right now, but some will be here. </w:t>
      </w:r>
    </w:p>
    <w:p>
      <w:r>
        <w:t xml:space="preserve">(Speaker C)  Someone will be there. </w:t>
      </w:r>
    </w:p>
    <w:p>
      <w:r>
        <w:t xml:space="preserve">(Speaker B)  Someone. </w:t>
      </w:r>
    </w:p>
    <w:p>
      <w:r>
        <w:t xml:space="preserve">(Speaker A)  Yes. Yes, ma'. </w:t>
      </w:r>
    </w:p>
    <w:p>
      <w:r>
        <w:t xml:space="preserve">(Speaker C)  Am. </w:t>
      </w:r>
    </w:p>
    <w:p>
      <w:r>
        <w:t xml:space="preserve">(Speaker A)  All my staff will be knowledgeable and know what they're doing. So if you're running into some that don't, please let me know. And I'll make sure that we're. We're redoing the training for them. With that being Said, yes, me and Janet did have a conversation. It sounds like there is some interest in the community to have a community networking, a community meeting type deal up here at the. You know, I would say what I did tell Janet was that I would want it to be not rented. It's community. It's coming together. I. I would want it to be coordinated. </w:t>
      </w:r>
    </w:p>
    <w:p>
      <w:r>
        <w:t xml:space="preserve">(Speaker C)  We tried that. </w:t>
      </w:r>
    </w:p>
    <w:p>
      <w:r>
        <w:t xml:space="preserve">(Speaker A)  We did it physically, right? </w:t>
      </w:r>
    </w:p>
    <w:p>
      <w:r>
        <w:t xml:space="preserve">(Speaker C)  Yeah. I mean, it. </w:t>
      </w:r>
    </w:p>
    <w:p>
      <w:r>
        <w:t xml:space="preserve">(Speaker B)  People sat up here. People sat up here in a horseshoe and no one came. </w:t>
      </w:r>
    </w:p>
    <w:p>
      <w:r>
        <w:t xml:space="preserve">(Speaker C)  Yeah. </w:t>
      </w:r>
    </w:p>
    <w:p>
      <w:r>
        <w:t xml:space="preserve">(Speaker B)  But. </w:t>
      </w:r>
    </w:p>
    <w:p>
      <w:r>
        <w:t xml:space="preserve">(Speaker A)  Well, I think it's less about the networking aspect and more that the residents want to have an open discussion between themselves regarding some current and ongoing HOA issues, from my understanding. </w:t>
      </w:r>
    </w:p>
    <w:p>
      <w:r>
        <w:t xml:space="preserve">(Speaker C)  Well, they can do that. They just have to check for the calendar to see if it's being rented. </w:t>
      </w:r>
    </w:p>
    <w:p>
      <w:r>
        <w:t xml:space="preserve">(Speaker B)  I see what you're saying. They're wanting to have an open form concern or what? I got it. Okay. So that's different. And yeah, </w:t>
      </w:r>
    </w:p>
    <w:p>
      <w:r>
        <w:t xml:space="preserve">(Speaker A)  no, no. No approval. I just wanted to run it past you guys and then just say, sure. I would like for it to be coordinated in some way. Instead of everyone just showing up here out of nowhere, I would like to </w:t>
      </w:r>
    </w:p>
    <w:p>
      <w:r>
        <w:t xml:space="preserve">(Speaker B)  kind of plan that with them. It's going to be an event. Yes, can bet. </w:t>
      </w:r>
    </w:p>
    <w:p>
      <w:r>
        <w:t xml:space="preserve">(Speaker C)  Exact. </w:t>
      </w:r>
    </w:p>
    <w:p>
      <w:r>
        <w:t xml:space="preserve">(Speaker A)  Okay, so I'll work. I'll have Maya and I'll have Ma work with Janet, and we'll get that scheduled. </w:t>
      </w:r>
    </w:p>
    <w:p>
      <w:r>
        <w:t xml:space="preserve">(Speaker B)  Okay. We'll. </w:t>
      </w:r>
    </w:p>
    <w:p>
      <w:r>
        <w:t xml:space="preserve">(Speaker A)  We'll work through that. Okay. We would. If you guys are renting the area, the CDD doesn't really want to be involved in advertising that kind of stuff, so I don't think we do an E blast. But. But we could work with you on some other advertisement avenues if it comes down to it. Okay. </w:t>
      </w:r>
    </w:p>
    <w:p>
      <w:r>
        <w:t xml:space="preserve">(Speaker B)  It'll be on our calendar. All right. </w:t>
      </w:r>
    </w:p>
    <w:p>
      <w:r>
        <w:t xml:space="preserve">(Speaker A)  All right. Yeah. So. It would be. I would like it to be rented without the fee being involved. </w:t>
      </w:r>
    </w:p>
    <w:p>
      <w:r>
        <w:t xml:space="preserve">(Speaker B)  Yeah. </w:t>
      </w:r>
    </w:p>
    <w:p>
      <w:r>
        <w:t xml:space="preserve">(Speaker A)  Just so that I have. </w:t>
      </w:r>
    </w:p>
    <w:p>
      <w:r>
        <w:t xml:space="preserve">(Speaker B)  It's a community. </w:t>
      </w:r>
    </w:p>
    <w:p>
      <w:r>
        <w:t xml:space="preserve">(Speaker C)  I'm just. I'm just. I don't like the idea of opening up that door then. Now I just. </w:t>
      </w:r>
    </w:p>
    <w:p>
      <w:r>
        <w:t xml:space="preserve">(Speaker A)  Well, what I'm trying to avoid is having 30, 40 residents come up here on a day that we actually do have this rented. And then next thing you know that whoever. Whoever is renting this area is then inundated with people standing in the lobby for that reason. So what I'd like to do is have that semi organized. Not to the point where maybe even fill out a rental agreement or anything, but at least I can. I can mark off a date and say, hey, we're not taking rentals during this time. During this date for this situation. So not exactly a rental. </w:t>
      </w:r>
    </w:p>
    <w:p>
      <w:r>
        <w:t xml:space="preserve">(Speaker C)  But I'm very nervous about. </w:t>
      </w:r>
    </w:p>
    <w:p>
      <w:r>
        <w:t xml:space="preserve">(Speaker E)  I agree with Savic 100% </w:t>
      </w:r>
    </w:p>
    <w:p>
      <w:r>
        <w:t xml:space="preserve">(Speaker C)  at all. I just seeing how things can really fester and grow. </w:t>
      </w:r>
    </w:p>
    <w:p>
      <w:r>
        <w:t xml:space="preserve">(Speaker A)  Two nays here. James, how do you feel about it? </w:t>
      </w:r>
    </w:p>
    <w:p>
      <w:r>
        <w:t xml:space="preserve">(Speaker B)  I see where you're coming from. Like, I don't want to not do it. But then again, at the end of </w:t>
      </w:r>
    </w:p>
    <w:p>
      <w:r>
        <w:t xml:space="preserve">(Speaker A)  the day, just so we all know, we cannot stop residents from coming up here. </w:t>
      </w:r>
    </w:p>
    <w:p>
      <w:r>
        <w:t xml:space="preserve">(Speaker B)  No. And it. No. </w:t>
      </w:r>
    </w:p>
    <w:p>
      <w:r>
        <w:t xml:space="preserve">(Speaker A)  But we absolutely. I get your point. </w:t>
      </w:r>
    </w:p>
    <w:p>
      <w:r>
        <w:t xml:space="preserve">(Speaker C)  We can't. </w:t>
      </w:r>
    </w:p>
    <w:p>
      <w:r>
        <w:t xml:space="preserve">(Speaker A)  We don't want to organize it either. That's completely fine. </w:t>
      </w:r>
    </w:p>
    <w:p>
      <w:r>
        <w:t xml:space="preserve">(Speaker E)  I also don't think that we. I'm sorry if I'm in the minority here, but I don't think we should waive the fee. If somebody wants to rent the clubhouse for whatever purpose they're renting it, they can run it under the same policies that everybody else runs it. Otherwise it looks like we're sponsoring it. </w:t>
      </w:r>
    </w:p>
    <w:p>
      <w:r>
        <w:t xml:space="preserve">(Speaker A)  The reason why I said waive the fee is because I can't stop them from meeting up here anyway. And that was just a way of me being able to organize it without having a madhouse up here on any given day. And we didn't really know about it. Right. So it kind of gives us a leg up on one. Having it as controlled as possible with us and being involved a little bit. But I definitely do get your guys's point in that. I don't think I was thinking on that train of thought. So like I said, it sounds like I got an A from. I'm gonna go with an Akin. Right. If they want. Okay. Or come here as first come first. Or to use it. </w:t>
      </w:r>
    </w:p>
    <w:p>
      <w:r>
        <w:t xml:space="preserve">(Speaker B)  If there's nothing scheduled, there's nothing planned, there's nothing does. No reason why people can't come up here and show up and do that. </w:t>
      </w:r>
    </w:p>
    <w:p>
      <w:r>
        <w:t xml:space="preserve">(Speaker A)  But they're just. </w:t>
      </w:r>
    </w:p>
    <w:p>
      <w:r>
        <w:t xml:space="preserve">(Speaker B)  Just like anything else. If there's an event planned, then. </w:t>
      </w:r>
    </w:p>
    <w:p>
      <w:r>
        <w:t xml:space="preserve">(Speaker A)  Then that. </w:t>
      </w:r>
    </w:p>
    <w:p>
      <w:r>
        <w:t xml:space="preserve">(Speaker B)  That plan takes precedent. </w:t>
      </w:r>
    </w:p>
    <w:p>
      <w:r>
        <w:t xml:space="preserve">(Speaker A)  Absolutely. Schedule. </w:t>
      </w:r>
    </w:p>
    <w:p>
      <w:r>
        <w:t xml:space="preserve">(Speaker B)  But if nothing's on the schedule, there it is. But then again, if they have a plan to come here on like the 15th of October and they're going to. They have this idea they're coming in, but we. We schedule something on that date, then that plan takes precedent. So as long as it's open and fair, which the majority of the time, middle of the week stuff is wide open. It's already pre planned. The HOA meetings are already pre planned. So on a random. Yeah. Look at the calendar. Pick a day and come. </w:t>
      </w:r>
    </w:p>
    <w:p>
      <w:r>
        <w:t xml:space="preserve">(Speaker A)  Go to the side. Yep. We're not gonna do that right now. We'll figure it out. But anyway, so any further discussion on that. Okay, so let me just check the zoom, make sure we don't have any audience attendance there. I don't think so. It doesn't look like it. So with that, we just be looking for a motion to address. Motion first from Steve. We go to Steve. Second one. Savage third. All in favor? </w:t>
      </w:r>
    </w:p>
    <w:p>
      <w:r>
        <w:t xml:space="preserve">(Speaker B)  Hi. </w:t>
      </w:r>
    </w:p>
    <w:p>
      <w:r>
        <w:t xml:space="preserve">(Speaker E)  Hi. </w:t>
      </w:r>
    </w:p>
    <w:p>
      <w:r>
        <w:t xml:space="preserve">(Speaker A)  Do you mind just staying on with us for a minute? </w:t>
      </w:r>
    </w:p>
    <w:p>
      <w:r>
        <w:t xml:space="preserve">(Speaker E)  Yep, absolutely. </w:t>
      </w:r>
    </w:p>
    <w:p>
      <w:r>
        <w:t xml:space="preserve">(Speaker C)  Yeah. </w:t>
      </w:r>
    </w:p>
    <w:p>
      <w:r>
        <w:t xml:space="preserve">(Speaker A)  The board could just stick around for a few minutes. I just want to talk to you guys about something good. If you can give us some privacy. </w:t>
      </w:r>
    </w:p>
    <w:p>
      <w:r>
        <w:t xml:space="preserve">(Speaker C)  Is that right? </w:t>
      </w:r>
    </w:p>
    <w:p>
      <w:r>
        <w:t xml:space="preserve">(Speaker A)  What do I need 500 for? </w:t>
      </w:r>
    </w:p>
    <w:p>
      <w:r>
        <w:t xml:space="preserve">(Speaker C)  Well, 300 for the rent. </w:t>
      </w:r>
    </w:p>
    <w:p>
      <w:r>
        <w:t xml:space="preserve">(Speaker A)  They're not allowing you to rent. </w:t>
      </w:r>
    </w:p>
    <w:p>
      <w:r>
        <w:t xml:space="preserve">(Speaker B)  They are just come in, come in, come in. </w:t>
      </w:r>
    </w:p>
    <w:p>
      <w:r>
        <w:t xml:space="preserve">(Speaker A)  It's open access. We'll talk later. I'll. Let me call you tomorrow. </w:t>
      </w:r>
    </w:p>
    <w:p>
      <w:r>
        <w:t xml:space="preserve">(Speaker B)  Like, we're not charging you. Just come on in. Take a day. </w:t>
      </w:r>
    </w:p>
    <w:p>
      <w:r>
        <w:t xml:space="preserve">(Speaker C)  September 26th, 11 o'. Clock. </w:t>
      </w:r>
    </w:p>
    <w:p>
      <w:r>
        <w:t xml:space="preserve">(Speaker A)  Joseph, thank you so much for being with us. I appreciate your time, man. I hope you have a good day. </w:t>
      </w:r>
    </w:p>
    <w:p>
      <w:r>
        <w:t xml:space="preserve">(Speaker E)  Thanks, Joseph. Appreciate it. </w:t>
      </w:r>
    </w:p>
    <w:p>
      <w:r>
        <w:t xml:space="preserve">(Speaker F)  Likewise. It was a pleasure meeting with you all. Thank you. Thank you. Have a good night. </w:t>
      </w:r>
    </w:p>
    <w:p>
      <w:r>
        <w:t xml:space="preserve">(Speaker B)  Thanks, J. It's cold in here and I'm normally not. It is going cold. </w:t>
      </w:r>
    </w:p>
    <w:p>
      <w:r>
        <w:t xml:space="preserve">(Speaker A)  She used to have this place hot when I first. When she first, she didn't want to touch the ac. Comfortable in here. All right. Perfect for me too. Much more of your guys's time. This is rather personal and sensitive. I don't know if any of you noticed, but my Mata has been a little bit in and out here recently. That's one of the reasons, many reasons why I'm here with you today. I wanted to talk to you guys about it. So Mata is dealing with a very, very hard personal issue right now. Her husband was diagnosed with a very, very rare type of cancer. He's lost over £100 in a month. He's not doing well. He's on chemo every other day, it sounds like. So she's been heavily attending to him and still making time to come over here to work and. And work here. So I wanted to tell you guys about it up front. Obviously, Mata is a valued member of our GMS family. She's a value member of my. My family personally. I've known Ma Ma for four years personally myself. She's my ex girlfriend's aunt. So I. I know her personally. So I wanted to let you guys know that, you know, Ma may be in and out here. We will have coverage. You might see me taking a shift. You might see Rema taking a ship, Haley taking a shift. But I wanted to let you know why you might not be seeing her. She's got some. Some good stuff she's dealing with right now, but want to let you know also, she is absolutely dedicated to poor Brook. She. She does not want to lose, so. </w:t>
      </w:r>
    </w:p>
    <w:p>
      <w:r>
        <w:t xml:space="preserve">(Speaker B)  Yeah, and that's. And that's something I brought up privately. </w:t>
      </w:r>
    </w:p>
    <w:p>
      <w:r>
        <w:t xml:space="preserve">(Speaker A)  He broke it. </w:t>
      </w:r>
    </w:p>
    <w:p>
      <w:r>
        <w:t xml:space="preserve">(Speaker B)  You know what? You need to thank him. We all broke our tablet cases. What happened here? No, I mean, I think I could say before, like, we all support whatever she needs to go through. If we got to bring in extra people, don't give it. Whatever that looks like to give her that time. It's not about the money. We know that she puts it way more effort than what you know, the value return is. So really, at this time, she needs </w:t>
      </w:r>
    </w:p>
    <w:p>
      <w:r>
        <w:t xml:space="preserve">(Speaker A)  to be focused where she is at. </w:t>
      </w:r>
    </w:p>
    <w:p>
      <w:r>
        <w:t xml:space="preserve">(Speaker B)  And as hard as it is going to be to keep her out of here, that's going to be your job. But on our end here, we're good. This place runs like a clock. </w:t>
      </w:r>
    </w:p>
    <w:p>
      <w:r>
        <w:t xml:space="preserve">(Speaker A)  I just wanted to be open and honest with you guys about the situation. Sucks. Yeah, it's terrible. </w:t>
      </w:r>
    </w:p>
    <w:p>
      <w:r>
        <w:t xml:space="preserve">(Speaker B)  But she's. </w:t>
      </w:r>
    </w:p>
    <w:p>
      <w:r>
        <w:t xml:space="preserve">(Speaker A)  You know what I will say she's handling like a champ, and so is </w:t>
      </w:r>
    </w:p>
    <w:p>
      <w:r>
        <w:t xml:space="preserve">(Speaker B)  her husband, and he's. </w:t>
      </w:r>
    </w:p>
    <w:p>
      <w:r>
        <w:t xml:space="preserve">(Speaker A)  He's. He's labeling as another bump in the road. You know, she needs anything. She's good right now. I've provided her everything that she needs from that standpoint. But I appreciate it. I think, you know, she doesn't know that I'm talking to you guys about this right now, so I know she's opened up the Paul a little bit about it, so I'll just, you know, keep that in the background. </w:t>
      </w:r>
    </w:p>
    <w:p>
      <w:r>
        <w:t xml:space="preserve">(Speaker B)  She's. </w:t>
      </w:r>
    </w:p>
    <w:p>
      <w:r>
        <w:t xml:space="preserve">(Speaker A)  She's dealing with quite a bit. </w:t>
      </w:r>
    </w:p>
    <w:p>
      <w:r>
        <w:t xml:space="preserve">(Speaker C)  Right. </w:t>
      </w:r>
    </w:p>
    <w:p>
      <w:r>
        <w:t xml:space="preserve">(Speaker B)  It's a lot </w:t>
      </w:r>
    </w:p>
    <w:p>
      <w:r>
        <w:t xml:space="preserve">(Speaker C)  when all. Does this happen very rapidly? </w:t>
      </w:r>
    </w:p>
    <w:p>
      <w:r>
        <w:t xml:space="preserve">(Speaker A)  Yeah, it happened very quickly. We probably found out in the last </w:t>
      </w:r>
    </w:p>
    <w:p>
      <w:r>
        <w:t xml:space="preserve">(Speaker C)  month if she needs any help navigating medicine. Programs, that she may need any assistance. </w:t>
      </w:r>
    </w:p>
    <w:p>
      <w:r>
        <w:t xml:space="preserve">(Speaker A)  Hopefully we get.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