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Bridgewater_CDD_Board_Meeting_6.24.26.m4a</w:t>
      </w:r>
      <w:r>
        <w:rPr>
          <w:b/>
          <w:color w:val="FF0000"/>
        </w:rPr>
        <w:br/>
        <w:tab/>
        <w:tab/>
        <w:tab/>
        <w:tab/>
        <w:t xml:space="preserve"> 102150029</w:t>
        <w:br/>
        <w:br/>
        <w:br/>
      </w:r>
    </w:p>
    <w:p>
      <w:r>
        <w:t>DATE AUDIO FILE SUBMITTED TO THE GAT SYSTEM:</w:t>
      </w:r>
      <w:r>
        <w:rPr>
          <w:b/>
          <w:color w:val="FF0000"/>
        </w:rPr>
        <w:br/>
        <w:tab/>
        <w:tab/>
        <w:tab/>
        <w:tab/>
        <w:t xml:space="preserve"> August 17, 2026 at 10:37 AM</w:t>
        <w:br/>
        <w:br/>
        <w:br/>
      </w:r>
    </w:p>
    <w:p>
      <w:r>
        <w:t>DATE AUDIO FILE COMPLETED BY THE GAT SYSTEM:</w:t>
      </w:r>
      <w:r>
        <w:rPr>
          <w:b/>
          <w:color w:val="FF0000"/>
        </w:rPr>
        <w:br/>
        <w:tab/>
        <w:tab/>
        <w:tab/>
        <w:tab/>
        <w:t xml:space="preserve"> August 17, 2026 at 10:39 AM</w:t>
      </w:r>
      <w:r>
        <w:rPr>
          <w:b/>
          <w:color w:val="FF0000"/>
        </w:rPr>
        <w:br/>
        <w:tab/>
        <w:tab/>
        <w:tab/>
        <w:tab/>
        <w:t xml:space="preserve"> 01:33 ELAPSED TIME</w:t>
        <w:br/>
        <w:br/>
        <w:br/>
      </w:r>
    </w:p>
    <w:p>
      <w:r>
        <w:t>MEETING AGENDA:</w:t>
      </w:r>
      <w:r>
        <w:rPr>
          <w:b/>
          <w:color w:val="FF0000"/>
        </w:rPr>
        <w:br/>
        <w:br/>
        <w:br/>
        <w:tab/>
        <w:tab/>
        <w:tab/>
        <w:tab/>
        <w:t xml:space="preserve">  </w:t>
        <w:br/>
        <w:br/>
        <w:br/>
      </w:r>
    </w:p>
    <w:p>
      <w:r>
        <w:t xml:space="preserve">(Speaker A)  Foreign. </w:t>
      </w:r>
    </w:p>
    <w:p>
      <w:r>
        <w:t xml:space="preserve">(Speaker B)  Welcome to the Bridgewater Community Development District Board of Supervisors meeting. Today's Wednesday, June 24, 2026. The time is 10:00am we'll start with roll call, start with the supervisors. Here to my left, </w:t>
      </w:r>
    </w:p>
    <w:p>
      <w:r>
        <w:t xml:space="preserve">(Speaker A)  Daryl Lightning and </w:t>
      </w:r>
    </w:p>
    <w:p>
      <w:r>
        <w:t xml:space="preserve">(Speaker B)  myself, Bridget McGrath with GMS District Council. </w:t>
      </w:r>
    </w:p>
    <w:p>
      <w:r>
        <w:t xml:space="preserve">(Speaker C)  Lauren Gentry, District council. </w:t>
      </w:r>
    </w:p>
    <w:p>
      <w:r>
        <w:t xml:space="preserve">(Speaker B)  And then I also have Lindsay with district council on zoom. And Stephen should be coming today? Yeah, I think he was looking around. Excellent. All right, so first item here, we start with the pledge of legions. </w:t>
      </w:r>
    </w:p>
    <w:p>
      <w:r>
        <w:t xml:space="preserve">(Speaker A)  Pledge allegiance to the flag of the </w:t>
      </w:r>
    </w:p>
    <w:p>
      <w:r>
        <w:t xml:space="preserve">(Speaker B)  United States of America. </w:t>
      </w:r>
    </w:p>
    <w:p>
      <w:r>
        <w:t xml:space="preserve">(Speaker A)  Next item, again, here is </w:t>
      </w:r>
    </w:p>
    <w:p>
      <w:r>
        <w:t xml:space="preserve">(Speaker B)  general audience comments and supervisor requests. </w:t>
      </w:r>
    </w:p>
    <w:p>
      <w:r>
        <w:t xml:space="preserve">(Speaker A)  Hey, Stephen Hicks. </w:t>
      </w:r>
    </w:p>
    <w:p>
      <w:r>
        <w:t xml:space="preserve">(Speaker B)  So Stephen has joined us here in person. So we'll start with audience comments. So this is an opportunity for audience members to speak to the board. Specific to the agenda for those audience members. Agendas on the desk and a sign in sheet. If you're interested in speaking to the board, please raise your hand, state your name and address for the record. Please limit your comments to three minutes. And specific to the agenda, there is an opportunity at the end of the meeting. If you're on zoom, use the raise your hand feature. And just please note too that after this audience comments period, it is for discussion for the remainder of the meeting until the end of the meeting where there's general audience comments again before adjournment. So if you're interested in speaking to the board, please use the raise your hand feature. Start with those in person. Sir, anything for the board this morning? </w:t>
      </w:r>
    </w:p>
    <w:p>
      <w:r>
        <w:t xml:space="preserve">(Speaker D)  Okay. </w:t>
      </w:r>
    </w:p>
    <w:p>
      <w:r>
        <w:t xml:space="preserve">(Speaker E)  Anybody on zoom. </w:t>
      </w:r>
    </w:p>
    <w:p>
      <w:r>
        <w:t xml:space="preserve">(Speaker B)  A sec? Okay, not seeing any raised hands on zoom. So with that we'll go to supervisor requests. Any supervisor requests at this time, </w:t>
      </w:r>
    </w:p>
    <w:p>
      <w:r>
        <w:t xml:space="preserve">(Speaker A)  just offer a short prayer, please. God, thank you for this beautiful neighborhood. We have a privilege. Help us to be good stewards of our decisions today. </w:t>
      </w:r>
    </w:p>
    <w:p>
      <w:r>
        <w:t xml:space="preserve">(Speaker B)  Any other supervisor requests? So you want to do it at the end of the meeting? </w:t>
      </w:r>
    </w:p>
    <w:p>
      <w:r>
        <w:t xml:space="preserve">(Speaker A)  Okay. </w:t>
      </w:r>
    </w:p>
    <w:p>
      <w:r>
        <w:t xml:space="preserve">(Speaker E)  Y. </w:t>
      </w:r>
    </w:p>
    <w:p>
      <w:r>
        <w:t xml:space="preserve">(Speaker B)  There is another opportunity at the end of the meeting for supervisor request as well. </w:t>
      </w:r>
    </w:p>
    <w:p>
      <w:r>
        <w:t xml:space="preserve">(Speaker F)  Thanks. </w:t>
      </w:r>
    </w:p>
    <w:p>
      <w:r>
        <w:t xml:space="preserve">(Speaker B)  Any other supervisor requests? </w:t>
      </w:r>
    </w:p>
    <w:p>
      <w:r>
        <w:t xml:space="preserve">(Speaker D)  Okay. </w:t>
      </w:r>
    </w:p>
    <w:p>
      <w:r>
        <w:t xml:space="preserve">(Speaker A)  Okay. </w:t>
      </w:r>
    </w:p>
    <w:p>
      <w:r>
        <w:t xml:space="preserve">(Speaker B)  So with that we'll continue on with board discussion for the remainder of the meeting until the ends. Next item here is approval of the April 22, 2026 meeting minutes. I didn't receive any questions or comments before the meeting, but if you do have any, please let me know. Otherwise, we'd be looking for a motion to approve. Okay, so we got a first from Daryl, second from Tanya. All in favor? Any opposed? See motions. Pass. </w:t>
      </w:r>
    </w:p>
    <w:p>
      <w:r>
        <w:t xml:space="preserve">(Speaker D)  40. </w:t>
      </w:r>
    </w:p>
    <w:p>
      <w:r>
        <w:t xml:space="preserve">(Speaker B)  So we'll get into staff reports now. So we'll start with landscape manager. I'll turn it over to Prince and Sons and also Nick Is here as well. </w:t>
      </w:r>
    </w:p>
    <w:p>
      <w:r>
        <w:t xml:space="preserve">(Speaker A)  Go this morning and strap in. The back of the trees are put on. Also this month we're doing a fertilizer stroke treatment. And pass just to kind of elaborate a little on that. </w:t>
      </w:r>
    </w:p>
    <w:p>
      <w:r>
        <w:t xml:space="preserve">(Speaker E)  So the enhancements that the board approved is not to exceed $2,500. There was some plants that we wanted to change within that met with Tom and Scott. They went over the. The bridge and all the enhancements are done. So all of that looks good in reference to the trees. So on the north side of great Bear, where there's that opening to the pond with the sea, we were getting people riding dirt bikes, four wheelers and stuff through their awkward vehicles. So we had five trees installed to kind of refrain from them doing that in the future. So it kind of blocks that area. </w:t>
      </w:r>
    </w:p>
    <w:p>
      <w:r>
        <w:t xml:space="preserve">(Speaker A)  I mean, it looks nice. I think it looks great. </w:t>
      </w:r>
    </w:p>
    <w:p>
      <w:r>
        <w:t xml:space="preserve">(Speaker E)  You put the. The bracing on it. So once they get mature enough, we'll take the braces off. </w:t>
      </w:r>
    </w:p>
    <w:p>
      <w:r>
        <w:t xml:space="preserve">(Speaker A)  We'll go from there. </w:t>
      </w:r>
    </w:p>
    <w:p>
      <w:r>
        <w:t xml:space="preserve">(Speaker E)  So. Yeah, we did spray for the weeds in the newly enhanced down at the end. The rocks at the end of this. </w:t>
      </w:r>
    </w:p>
    <w:p>
      <w:r>
        <w:t xml:space="preserve">(Speaker A)  Yeah, so that. </w:t>
      </w:r>
    </w:p>
    <w:p>
      <w:r>
        <w:t xml:space="preserve">(Speaker E)  That has been sprayed as well. And then we conducted our landscape right </w:t>
      </w:r>
    </w:p>
    <w:p>
      <w:r>
        <w:t xml:space="preserve">(Speaker A)  along for this month. So. Yeah, I forgot. </w:t>
      </w:r>
    </w:p>
    <w:p>
      <w:r>
        <w:t xml:space="preserve">(Speaker B)  Can we also the spraying the sidewalks. </w:t>
      </w:r>
    </w:p>
    <w:p>
      <w:r>
        <w:t xml:space="preserve">(Speaker A)  I think I've done it looks like quite a while. Is it a long little cracks? </w:t>
      </w:r>
    </w:p>
    <w:p>
      <w:r>
        <w:t xml:space="preserve">(Speaker B)  The cracks of all your sidewalks where you are. </w:t>
      </w:r>
    </w:p>
    <w:p>
      <w:r>
        <w:t xml:space="preserve">(Speaker A)  And then the Miami curving also, Especially </w:t>
      </w:r>
    </w:p>
    <w:p>
      <w:r>
        <w:t xml:space="preserve">(Speaker B)  in majority heavy meetings, they spray that. </w:t>
      </w:r>
    </w:p>
    <w:p>
      <w:r>
        <w:t xml:space="preserve">(Speaker A)  I'll get that down. </w:t>
      </w:r>
    </w:p>
    <w:p>
      <w:r>
        <w:t xml:space="preserve">(Speaker F)  Guys have been lucky not be getting rained and slow you down. East coast getting it all. Yeah, we need some of them. </w:t>
      </w:r>
    </w:p>
    <w:p>
      <w:r>
        <w:t xml:space="preserve">(Speaker A)  Okay. </w:t>
      </w:r>
    </w:p>
    <w:p>
      <w:r>
        <w:t xml:space="preserve">(Speaker B)  So anything else for the report? We do have a couple other items on here for discussion before we get to that. Good. </w:t>
      </w:r>
    </w:p>
    <w:p>
      <w:r>
        <w:t xml:space="preserve">(Speaker A)  Yeah. So there are also. </w:t>
      </w:r>
    </w:p>
    <w:p>
      <w:r>
        <w:t xml:space="preserve">(Speaker E)  You'll see in your agenda there is a gas or charge. Basically every vendor right now has been doing this. With the way that things are going right now, Gas prices are increasing most of the time. </w:t>
      </w:r>
    </w:p>
    <w:p>
      <w:r>
        <w:t xml:space="preserve">(Speaker A)  These vendors use diesel. </w:t>
      </w:r>
    </w:p>
    <w:p>
      <w:r>
        <w:t xml:space="preserve">(Speaker E)  A lot of their trucks, I think diesel right now still depending on where you get it, over $5 a gallon. So I mean, every single vendor in all my districts are doing this. So. But in order for this to go into effect, and we did. So they haven't built for it yet </w:t>
      </w:r>
    </w:p>
    <w:p>
      <w:r>
        <w:t xml:space="preserve">(Speaker A)  because we needed to get approval. </w:t>
      </w:r>
    </w:p>
    <w:p>
      <w:r>
        <w:t xml:space="preserve">(Speaker E)  But basically there would be a gas surcharge on there on the. </w:t>
      </w:r>
    </w:p>
    <w:p>
      <w:r>
        <w:t xml:space="preserve">(Speaker B)  The landscape maintenance per month. </w:t>
      </w:r>
    </w:p>
    <w:p>
      <w:r>
        <w:t xml:space="preserve">(Speaker F)  So how long? Because obviously gas prices are starting to go back down. </w:t>
      </w:r>
    </w:p>
    <w:p>
      <w:r>
        <w:t xml:space="preserve">(Speaker E)  Yeah. So I mean, from other vendors that I've talked to, they're looking at maybe like the September time frame of when it would potentially go down but honestly like there's no telling like tomorrow something could happen. </w:t>
      </w:r>
    </w:p>
    <w:p>
      <w:r>
        <w:t xml:space="preserve">(Speaker A)  They can go right back up. </w:t>
      </w:r>
    </w:p>
    <w:p>
      <w:r>
        <w:t xml:space="preserve">(Speaker C)  So sorry, I just wanted to point out on page 26 of the Agenda you'll see that they have a tiered system so their surcharge will, will fluctuate based on what the gas price is. </w:t>
      </w:r>
    </w:p>
    <w:p>
      <w:r>
        <w:t xml:space="preserve">(Speaker D)  Yeah. </w:t>
      </w:r>
    </w:p>
    <w:p>
      <w:r>
        <w:t xml:space="preserve">(Speaker C)  So if the average gas price goes back down below $3 per gallon, the, the surcharge would end. </w:t>
      </w:r>
    </w:p>
    <w:p>
      <w:r>
        <w:t xml:space="preserve">(Speaker B)  I have a question. </w:t>
      </w:r>
    </w:p>
    <w:p>
      <w:r>
        <w:t xml:space="preserve">(Speaker A)  Well, there's the last meeting or a </w:t>
      </w:r>
    </w:p>
    <w:p>
      <w:r>
        <w:t xml:space="preserve">(Speaker B)  couple meetings ago we questioned the increase in your fee. Fuel was part of that reason for </w:t>
      </w:r>
    </w:p>
    <w:p>
      <w:r>
        <w:t xml:space="preserve">(Speaker A)  that increase of 7,000 or $9,000 increase? </w:t>
      </w:r>
    </w:p>
    <w:p>
      <w:r>
        <w:t xml:space="preserve">(Speaker E)  Yeah, I don't believe it was like a main reason why. I mean like they're not going to charge $7,000 just for gas, right? </w:t>
      </w:r>
    </w:p>
    <w:p>
      <w:r>
        <w:t xml:space="preserve">(Speaker A)  No, I'm saying that was part of </w:t>
      </w:r>
    </w:p>
    <w:p>
      <w:r>
        <w:t xml:space="preserve">(Speaker B)  the reasoning for raising their price was because of the fuel. So I'm wondering why are we now. Well, we are very much on the downside of fuel drop. Are we saying are we going to go up? </w:t>
      </w:r>
    </w:p>
    <w:p>
      <w:r>
        <w:t xml:space="preserve">(Speaker A)  I mean it might hit 60 barrels today. </w:t>
      </w:r>
    </w:p>
    <w:p>
      <w:r>
        <w:t xml:space="preserve">(Speaker E)  Yeah, I mean I don't, I don't really know. </w:t>
      </w:r>
    </w:p>
    <w:p>
      <w:r>
        <w:t xml:space="preserve">(Speaker A)  I, I don't remember. </w:t>
      </w:r>
    </w:p>
    <w:p>
      <w:r>
        <w:t xml:space="preserve">(Speaker E)  I mean did they say that? They said part of this increase is because of gas. </w:t>
      </w:r>
    </w:p>
    <w:p>
      <w:r>
        <w:t xml:space="preserve">(Speaker B)  John asked you and you said the fuel was hard. He asked why. </w:t>
      </w:r>
    </w:p>
    <w:p>
      <w:r>
        <w:t xml:space="preserve">(Speaker A)  John can answer better than anybody. John was questioning why the increase in </w:t>
      </w:r>
    </w:p>
    <w:p>
      <w:r>
        <w:t xml:space="preserve">(Speaker B)  the, the seasonal price went up 7 or $9,000. </w:t>
      </w:r>
    </w:p>
    <w:p>
      <w:r>
        <w:t xml:space="preserve">(Speaker A)  He wanted remember we're talking about the </w:t>
      </w:r>
    </w:p>
    <w:p>
      <w:r>
        <w:t xml:space="preserve">(Speaker B)  fuel increase and we're going back to </w:t>
      </w:r>
    </w:p>
    <w:p>
      <w:r>
        <w:t xml:space="preserve">(Speaker A)  when you question him why everything is </w:t>
      </w:r>
    </w:p>
    <w:p>
      <w:r>
        <w:t xml:space="preserve">(Speaker B)  going on $7,000 for this year and </w:t>
      </w:r>
    </w:p>
    <w:p>
      <w:r>
        <w:t xml:space="preserve">(Speaker A)  fuel is one of the reasons why it was. I mean I'm questioning why they want </w:t>
      </w:r>
    </w:p>
    <w:p>
      <w:r>
        <w:t xml:space="preserve">(Speaker B)  to pre again with fuel when they re. </w:t>
      </w:r>
    </w:p>
    <w:p>
      <w:r>
        <w:t xml:space="preserve">(Speaker A)  When I had discussed the increase with </w:t>
      </w:r>
    </w:p>
    <w:p>
      <w:r>
        <w:t xml:space="preserve">(Speaker E)  prints basically this was the, the regional management. I mean fuel wasn't really brought up </w:t>
      </w:r>
    </w:p>
    <w:p>
      <w:r>
        <w:t xml:space="preserve">(Speaker A)  in that conversation at all. </w:t>
      </w:r>
    </w:p>
    <w:p>
      <w:r>
        <w:t xml:space="preserve">(Speaker E)  Whether it was said here in this meeting I don't know if that's necessarily true if that's the main reason why I know one of it was because of staffing. There were areas where they needed to take, take a little bit more time with. But as far as like I said a lot of almost every vendor that we have in all my district they are doing a gas recharge and just </w:t>
      </w:r>
    </w:p>
    <w:p>
      <w:r>
        <w:t xml:space="preserve">(Speaker B)  for the record John has arrived to the meeting in person. </w:t>
      </w:r>
    </w:p>
    <w:p>
      <w:r>
        <w:t xml:space="preserve">(Speaker A)  Piggyback on this because it's part of my. We gave them a 7% increase. Now they're hitting us with that reason. I know 10 year vendor or 5 year vendor. No bom. I understand that. And with the other one, As we see the prices today, they're already down there. So you can go up and down those two items on the. Okay, </w:t>
      </w:r>
    </w:p>
    <w:p>
      <w:r>
        <w:t xml:space="preserve">(Speaker B)  so this, since this would be an additional charge, obviously it's not a part of your original contract which is why the board would have to approve it. So it is a discussion for the board to decide if you do or don't. If, if you do, you know, based off the reasoning. Okay. If, if not then you know Prince could come back with whether or not this affects their service. </w:t>
      </w:r>
    </w:p>
    <w:p>
      <w:r>
        <w:t xml:space="preserve">(Speaker E)  Also too the charge is not much at all. I think it's less than $300 a month. </w:t>
      </w:r>
    </w:p>
    <w:p>
      <w:r>
        <w:t xml:space="preserve">(Speaker A)  3% of the monthly is what we're saying, correct? </w:t>
      </w:r>
    </w:p>
    <w:p>
      <w:r>
        <w:t xml:space="preserve">(Speaker F)  Yeah, it's tiered. </w:t>
      </w:r>
    </w:p>
    <w:p>
      <w:r>
        <w:t xml:space="preserve">(Speaker A)  I see. </w:t>
      </w:r>
    </w:p>
    <w:p>
      <w:r>
        <w:t xml:space="preserve">(Speaker E)  Yeah, but it gets tier. </w:t>
      </w:r>
    </w:p>
    <w:p>
      <w:r>
        <w:t xml:space="preserve">(Speaker A)  But it goes up and down. But so they, they sent my question. </w:t>
      </w:r>
    </w:p>
    <w:p>
      <w:r>
        <w:t xml:space="preserve">(Speaker B)  Yeah. </w:t>
      </w:r>
    </w:p>
    <w:p>
      <w:r>
        <w:t xml:space="preserve">(Speaker A)  What was the price of fuel when they signed a deal? I burn. </w:t>
      </w:r>
    </w:p>
    <w:p>
      <w:r>
        <w:t xml:space="preserve">(Speaker E)  What deal? </w:t>
      </w:r>
    </w:p>
    <w:p>
      <w:r>
        <w:t xml:space="preserve">(Speaker A)  Like to be able to find a contract what was the price of fuel </w:t>
      </w:r>
    </w:p>
    <w:p>
      <w:r>
        <w:t xml:space="preserve">(Speaker E)  that was last year. </w:t>
      </w:r>
    </w:p>
    <w:p>
      <w:r>
        <w:t xml:space="preserve">(Speaker A)  So we can go to the EIA website, Energy Information association from the federal government. They've got 25 years worth of fuel data that we can go look at. We can see the date that was signed, understand what the price of fuel was at that time. That should be the peg for this contract. It should be nothing and an escalator. The price of fuel is at that price or below. So that would be my expectation. I'm not opposed to the surcharge. This is the way the businesses that buy fuel operate all the time. It helps you to lock in a lower rate for your contract but also to divide an isolator for when non controllable prices like fuel do go up. It's extremely standard in the transportation industry. For those of you who may not be aware, that's been my business for 25 years. So I've written contracts that have fuel lesson leaders in them in that entire period. So this is completely, it's a completely reasonable ask but I'm saying that the, the percentage that they're asking for may not be reasonable. I would like to understand what their fuel burn is in the community. If there's, you know, I don't think it's a percentage of the, of the contract that's, that's a little fat. If we're adding 300 bucks that's going to cut. That's going to pay for the fuel for the whole month to run this thing. </w:t>
      </w:r>
    </w:p>
    <w:p>
      <w:r>
        <w:t xml:space="preserve">(Speaker E)  So the average cost based on, on this was at the time it was May of Last year it was, the average cost was 296. </w:t>
      </w:r>
    </w:p>
    <w:p>
      <w:r>
        <w:t xml:space="preserve">(Speaker B)  You did a quick Google search, it says May 20, May of 2025 in Florida averaged approximately 2.96. </w:t>
      </w:r>
    </w:p>
    <w:p>
      <w:r>
        <w:t xml:space="preserve">(Speaker A)  So when they price this, the assumption they made was specified price of fuel is three bucks a gallon. So this feels reasonable, but I do question the percentages that we're getting at. I'd like to know what their fuel, their actual fuel consumption is for this community and I'd like to base that on the actual consumption, not a percentage of the contract. It's going to be much less than this. </w:t>
      </w:r>
    </w:p>
    <w:p>
      <w:r>
        <w:t xml:space="preserve">(Speaker F)  And the average gas price that's listed on there, is that gas or diesel? </w:t>
      </w:r>
    </w:p>
    <w:p>
      <w:r>
        <w:t xml:space="preserve">(Speaker A)  Yes, it'll be gas. I mean it says </w:t>
      </w:r>
    </w:p>
    <w:p>
      <w:r>
        <w:t xml:space="preserve">(Speaker B)  the Diesel average was 350 to 355. </w:t>
      </w:r>
    </w:p>
    <w:p>
      <w:r>
        <w:t xml:space="preserve">(Speaker E)  Diesel now is $5. </w:t>
      </w:r>
    </w:p>
    <w:p>
      <w:r>
        <w:t xml:space="preserve">(Speaker A)  Yeah, yeah. And, and there's, there's good reason to believe that it's not going to come down in your term. Right. So you know, Jeff, I appreciate what you're saying about them not being a long term contract, but I don't think that we can stick our head in the sand and not acknowledge that the cost higher than when they did the business. I think that would be unreasonable and I'd like to be reasonable. </w:t>
      </w:r>
    </w:p>
    <w:p>
      <w:r>
        <w:t xml:space="preserve">(Speaker E)  And like I said, the, the invoice or not the invoice, the proposal that we had gotten from them for the gas surcharge, </w:t>
      </w:r>
    </w:p>
    <w:p>
      <w:r>
        <w:t xml:space="preserve">(Speaker B)  see. </w:t>
      </w:r>
    </w:p>
    <w:p>
      <w:r>
        <w:t xml:space="preserve">(Speaker E)  $333 a month. </w:t>
      </w:r>
    </w:p>
    <w:p>
      <w:r>
        <w:t xml:space="preserve">(Speaker A)  A month? </w:t>
      </w:r>
    </w:p>
    <w:p>
      <w:r>
        <w:t xml:space="preserve">(Speaker D)  Right. 303. </w:t>
      </w:r>
    </w:p>
    <w:p>
      <w:r>
        <w:t xml:space="preserve">(Speaker A)  That buys 100 gallons of fuel. </w:t>
      </w:r>
    </w:p>
    <w:p>
      <w:r>
        <w:t xml:space="preserve">(Speaker C)  Right. </w:t>
      </w:r>
    </w:p>
    <w:p>
      <w:r>
        <w:t xml:space="preserve">(Speaker A)  I'll be burning 100 gallons of fuel a month. I don't know. That's what I'd like to understand. What is the consumption per hour in these riding motors. Let's, let's talk through it and really understand what the cost are. I mean paying them. But I don't want to pay more than. </w:t>
      </w:r>
    </w:p>
    <w:p>
      <w:r>
        <w:t xml:space="preserve">(Speaker B)  I mean. </w:t>
      </w:r>
    </w:p>
    <w:p>
      <w:r>
        <w:t xml:space="preserve">(Speaker E)  Can we answer that right now? How many mowers do you have? </w:t>
      </w:r>
    </w:p>
    <w:p>
      <w:r>
        <w:t xml:space="preserve">(Speaker A)  I mean we use two mowers two days. Do you know what the burn rate per hour is on your mower? </w:t>
      </w:r>
    </w:p>
    <w:p>
      <w:r>
        <w:t xml:space="preserve">(Speaker E)  Well, you got weed eaters. </w:t>
      </w:r>
    </w:p>
    <w:p>
      <w:r>
        <w:t xml:space="preserve">(Speaker A)  Yeah, weed eaters, trimmers, blowers, and plus the two mowers, plus the truck. </w:t>
      </w:r>
    </w:p>
    <w:p>
      <w:r>
        <w:t xml:space="preserve">(Speaker F)  The only thing is, is that we're </w:t>
      </w:r>
    </w:p>
    <w:p>
      <w:r>
        <w:t xml:space="preserve">(Speaker A)  not sending more than one here. We're here, here, here, here, here, here, here. No, I get it. There's the cost to get to each area as well. It's more than just just mowing, which is why I want to get to, you know, a fuel burn. For example, in, in the transportation industry we use a miles per gallon calculation for, and you take an average of how often they're going to do the same thing for you. If your truck gets, you know, 30 miles of a gallon or whatever it is, you can calculate what that additional cost is for for serving. You get there. I just want to make sure you. Your 3% may not be enough. You may learn to cover what you are. I suspect that's not the case. I doubt that you're spending 100 gallons a month on this account, but. But I could be wrong. Yeah, I would guess that it's probably 29 on this account, but I don't know what the consumption rate is on onion dollars. So. Yeah, again, I don't think they should have to dip into their margin to pay for increases in fuel. It's reasonable to cover that cost in my opinion. But over the words you guys think. So my. </w:t>
      </w:r>
    </w:p>
    <w:p>
      <w:r>
        <w:t xml:space="preserve">(Speaker F)  Just a thought, since we had the other increase that was partly attributed to fuel, what if we agreed to 2% increase instead of a 3% increase at the top tier and then went down from there? So it would be two one and then nothing over three to 349 a gallon, something like that. </w:t>
      </w:r>
    </w:p>
    <w:p>
      <w:r>
        <w:t xml:space="preserve">(Speaker C)  So it looks like I just pulled up your contract amendment for the increase, the price increase, and that doesn't kick in until October 1, 2026. Yeah. So we are in that interim period right now. </w:t>
      </w:r>
    </w:p>
    <w:p>
      <w:r>
        <w:t xml:space="preserve">(Speaker F)  That makes more sense. </w:t>
      </w:r>
    </w:p>
    <w:p>
      <w:r>
        <w:t xml:space="preserve">(Speaker A)  Yeah. </w:t>
      </w:r>
    </w:p>
    <w:p>
      <w:r>
        <w:t xml:space="preserve">(Speaker F)  Hopefully by October it'll come down. </w:t>
      </w:r>
    </w:p>
    <w:p>
      <w:r>
        <w:t xml:space="preserve">(Speaker C)  Yeah. And to your point, I mean, we could say that fuel surcharge ends October 1st if we approve it. </w:t>
      </w:r>
    </w:p>
    <w:p>
      <w:r>
        <w:t xml:space="preserve">(Speaker F)  Okay. Yeah. </w:t>
      </w:r>
    </w:p>
    <w:p>
      <w:r>
        <w:t xml:space="preserve">(Speaker C)  That's a condition we can put on as well. </w:t>
      </w:r>
    </w:p>
    <w:p>
      <w:r>
        <w:t xml:space="preserve">(Speaker A)  Yeah, I forgot to mention that. </w:t>
      </w:r>
    </w:p>
    <w:p>
      <w:r>
        <w:t xml:space="preserve">(Speaker E)  So that increase, they're not even getting </w:t>
      </w:r>
    </w:p>
    <w:p>
      <w:r>
        <w:t xml:space="preserve">(Speaker A)  any of that right now. Yeah, yeah, yeah, that makes me feel better. </w:t>
      </w:r>
    </w:p>
    <w:p>
      <w:r>
        <w:t xml:space="preserve">(Speaker E)  Yeah. </w:t>
      </w:r>
    </w:p>
    <w:p>
      <w:r>
        <w:t xml:space="preserve">(Speaker B)  And I do remember that because when you're talking budget, it was planned. That was something that we adjusted after the workshop. </w:t>
      </w:r>
    </w:p>
    <w:p>
      <w:r>
        <w:t xml:space="preserve">(Speaker F)  Yeah, </w:t>
      </w:r>
    </w:p>
    <w:p>
      <w:r>
        <w:t xml:space="preserve">(Speaker A)  yeah. I don't remember. Maybe we can get the, the transcript from the recording on what was included in that at the next meeting so we knew for certain. I don't remember what discussion was and I don't know if that's copied in a meeting minutes. So I can't say for certain that increase included that. I, I want to say it was something to do with the areas they were having the line trim. Right. There was more manual labor in there or. Manual labor. Yeah, yeah. If you wanted to stop along the bottom of the ditches and start reading the business. </w:t>
      </w:r>
    </w:p>
    <w:p>
      <w:r>
        <w:t xml:space="preserve">(Speaker D)  Right. </w:t>
      </w:r>
    </w:p>
    <w:p>
      <w:r>
        <w:t xml:space="preserve">(Speaker A)  I'm not saying percentage of the gas, but it's probably a fraction. I think surcharges are reasonable. Expense. And I like, you know, your suggestion maybe look at it from now till October, but I do feel like it's a fair question. Okay, what, what, what is the fuel consumption that is being moved? And I don't know how much time you want to spend, you know, with that, but I do, I do think a surcharge is a reasonable expectation that we would pay. I just want to make sure we're not only paying before that. Yeah, I would just like to see a time, some kind of consumption assumption that would say, look, you know, we're planning on using, you know, 50 gallons to do it for months. </w:t>
      </w:r>
    </w:p>
    <w:p>
      <w:r>
        <w:t xml:space="preserve">(Speaker E)  I mean, is this, is this something that, because our next meeting is not until August. So would you just like to make </w:t>
      </w:r>
    </w:p>
    <w:p>
      <w:r>
        <w:t xml:space="preserve">(Speaker F)  a motion that we approve it to end and with it to end on October 1st and then we revisit it? </w:t>
      </w:r>
    </w:p>
    <w:p>
      <w:r>
        <w:t xml:space="preserve">(Speaker A)  That's, I'm gonna say. So. I, I, I think that there's still a little bit more needed in here though, because what fuel price are you paying this to? We need to have it tied to an index like published in the eia. That's going to be the national average monthly price or the southeast pad average price. There's there are seven different fuel prices that are published by the federal government. Exactly. They're not so higher than our Florida. It is, which is why I'm bringing up the pad price. We may want to do that. The other thing to consider too is a lot of times they're not paying detail, which is what those things are priced on. They're able to buy their gas at a discount, which is why the percentage may be a little bit higher as well. But again, I don't think 600 bucks is going to kill us for, you know, 200 bucks or three months to say that if we just make it effective in until October. And then the expectation would be when a new contract comes in, we get a tighter fuel fuel surcharge amendment that would have some kind of a better defined escalation scale. And typically the way that it works is it's based, you know, with trucking and that is different because the consumption is much lower. Is that that scale? Basically, for every 5 or 5 to 8 cents increase in gas, they get another 10. It, it works out. </w:t>
      </w:r>
    </w:p>
    <w:p>
      <w:r>
        <w:t xml:space="preserve">(Speaker F)  But, and come October 2nd, we're going to, they're going to start mowing less too. </w:t>
      </w:r>
    </w:p>
    <w:p>
      <w:r>
        <w:t xml:space="preserve">(Speaker A)  So. Yeah, that's fair. </w:t>
      </w:r>
    </w:p>
    <w:p>
      <w:r>
        <w:t xml:space="preserve">(Speaker F)  Consider that as well. </w:t>
      </w:r>
    </w:p>
    <w:p>
      <w:r>
        <w:t xml:space="preserve">(Speaker A)  That that's fair. And that's another great reason to, to not have it tied to the, the contract rate but tied to consumption right </w:t>
      </w:r>
    </w:p>
    <w:p>
      <w:r>
        <w:t xml:space="preserve">(Speaker C)  and just so the board is aware. So we've drafted several of these princes at several of our districts and they have agreed to include to base it on the AAA Florida average gas prices as of the first of each month to provide a screenshot of that with their fuel surcharge invoice and list the fuel surcharge as a separate line item so that we can, you know, quality control that. So that's what we've put in place at other districts. That's what I would anticipate putting into place here. And then come October 1st we can revisit that. </w:t>
      </w:r>
    </w:p>
    <w:p>
      <w:r>
        <w:t xml:space="preserve">(Speaker A)  Yeah, but my ask is going to be they need to demonstrate some consumption numbers to validate what they're asking for. I mean, we can bring that at the next meeting. Yeah, we approve it. </w:t>
      </w:r>
    </w:p>
    <w:p>
      <w:r>
        <w:t xml:space="preserve">(Speaker E)  But at the end. </w:t>
      </w:r>
    </w:p>
    <w:p>
      <w:r>
        <w:t xml:space="preserve">(Speaker A)  Yeah, but yeah, I'm not saying we don't give them this through October. </w:t>
      </w:r>
    </w:p>
    <w:p>
      <w:r>
        <w:t xml:space="preserve">(Speaker E)  Yeah, that's not what I'm saying. </w:t>
      </w:r>
    </w:p>
    <w:p>
      <w:r>
        <w:t xml:space="preserve">(Speaker A)  What I'm saying, if you want it beyond October, you need some data. </w:t>
      </w:r>
    </w:p>
    <w:p>
      <w:r>
        <w:t xml:space="preserve">(Speaker E)  Yeah, we definitely do that. </w:t>
      </w:r>
    </w:p>
    <w:p>
      <w:r>
        <w:t xml:space="preserve">(Speaker A)  Absolutely. </w:t>
      </w:r>
    </w:p>
    <w:p>
      <w:r>
        <w:t xml:space="preserve">(Speaker B)  So we did have a motion for Tanya to approve the surcharge until October 1st. And there was a second from Daryl. Is there any other discussion? Okay, so let's put it to a vote. All in favor? Any opposed? So that was a nay from Jeff. Motion did pass. </w:t>
      </w:r>
    </w:p>
    <w:p>
      <w:r>
        <w:t xml:space="preserve">(Speaker E)  4. </w:t>
      </w:r>
    </w:p>
    <w:p>
      <w:r>
        <w:t xml:space="preserve">(Speaker A)  1. </w:t>
      </w:r>
    </w:p>
    <w:p>
      <w:r>
        <w:t xml:space="preserve">(Speaker B)  Okay, so we'll look at that. We'll get with Prince, meet with council obviously, and then we'll monitor and bring it back to discussion. </w:t>
      </w:r>
    </w:p>
    <w:p>
      <w:r>
        <w:t xml:space="preserve">(Speaker A)  Does this apply to this? </w:t>
      </w:r>
    </w:p>
    <w:p>
      <w:r>
        <w:t xml:space="preserve">(Speaker B)  Cydex is different. Yeah, so we'll have the same conversation </w:t>
      </w:r>
    </w:p>
    <w:p>
      <w:r>
        <w:t xml:space="preserve">(Speaker A)  just about Cydex and sorry, as part </w:t>
      </w:r>
    </w:p>
    <w:p>
      <w:r>
        <w:t xml:space="preserve">(Speaker F)  of that motion, did we stipulate which index it was tied to or do </w:t>
      </w:r>
    </w:p>
    <w:p>
      <w:r>
        <w:t xml:space="preserve">(Speaker A)  we need to think that it's AAA is what they've done. </w:t>
      </w:r>
    </w:p>
    <w:p>
      <w:r>
        <w:t xml:space="preserve">(Speaker C)  It's all okay. </w:t>
      </w:r>
    </w:p>
    <w:p>
      <w:r>
        <w:t xml:space="preserve">(Speaker E)  The only other thing from Prince is you'll see if you keep scrolling to see a hurricane and storm response pricing. This is pretty standard throughout Florida. This is just what they charge and go. </w:t>
      </w:r>
    </w:p>
    <w:p>
      <w:r>
        <w:t xml:space="preserve">(Speaker B)  So it was. Yeah, it was already approved. But the, the thing that we needed is a not to exceed amount. So in the event that something happens, how much can they do before the board wants them to stop and have approval, you know, because again, this is emergency spending. You will see the breakdown of pricing of what it is. But I mean we talked 10,000, 50,000, 100,000. So before stopping. </w:t>
      </w:r>
    </w:p>
    <w:p>
      <w:r>
        <w:t xml:space="preserve">(Speaker E)  So the way to look at this, I mean the only really thing that you would be really concerned about would be the trees. Right. Like so that, that's really the, the biggest landscape item that we have. You do have a considerable amount of trees around here on CD parcels. </w:t>
      </w:r>
    </w:p>
    <w:p>
      <w:r>
        <w:t xml:space="preserve">(Speaker F)  So how many of those would be emergency? I mean, in my mind, emergency is clearing roadways. </w:t>
      </w:r>
    </w:p>
    <w:p>
      <w:r>
        <w:t xml:space="preserve">(Speaker E)  There's a few like along Great Bear, back where they put those little trees at. There are some big oaks that are back there. We had a district during the last hurricanes. They removed 86 trees off the trail. It was close to 1100 grand. I don't see that happening here. Yeah, but I, I think not to exceed a 20 should be okay for removing trees. </w:t>
      </w:r>
    </w:p>
    <w:p>
      <w:r>
        <w:t xml:space="preserve">(Speaker D)  What precludes us from having a special </w:t>
      </w:r>
    </w:p>
    <w:p>
      <w:r>
        <w:t xml:space="preserve">(Speaker B)  meeting in an emergency situation depends on what's going on. I mean, if there's no power in here, if we can't get to the. The, to the district, if somebody else is unavailable, if the board's unavailable, there's. That's the whole reason for the emergency. </w:t>
      </w:r>
    </w:p>
    <w:p>
      <w:r>
        <w:t xml:space="preserve">(Speaker D)  I think there should have been an </w:t>
      </w:r>
    </w:p>
    <w:p>
      <w:r>
        <w:t xml:space="preserve">(Speaker A)  emergency or a special meeting somewhere in February or March through the project. </w:t>
      </w:r>
    </w:p>
    <w:p>
      <w:r>
        <w:t xml:space="preserve">(Speaker B)  Oh, you mean in May. Yeah, because this project starting after April. I mean, if the board wants to </w:t>
      </w:r>
    </w:p>
    <w:p>
      <w:r>
        <w:t xml:space="preserve">(Speaker E)  do that, I mean, that. </w:t>
      </w:r>
    </w:p>
    <w:p>
      <w:r>
        <w:t xml:space="preserve">(Speaker B)  That would be more of a chair decision outside of the meeting. Unless </w:t>
      </w:r>
    </w:p>
    <w:p>
      <w:r>
        <w:t xml:space="preserve">(Speaker A)  that is my point. </w:t>
      </w:r>
    </w:p>
    <w:p>
      <w:r>
        <w:t xml:space="preserve">(Speaker B)  True, but we can't pull the five </w:t>
      </w:r>
    </w:p>
    <w:p>
      <w:r>
        <w:t xml:space="preserve">(Speaker D)  members today only had to do with the chair, the district manager, the attorney, and. </w:t>
      </w:r>
    </w:p>
    <w:p>
      <w:r>
        <w:t xml:space="preserve">(Speaker A)  And. </w:t>
      </w:r>
    </w:p>
    <w:p>
      <w:r>
        <w:t xml:space="preserve">(Speaker D)  And Stephen and the other four board </w:t>
      </w:r>
    </w:p>
    <w:p>
      <w:r>
        <w:t xml:space="preserve">(Speaker A)  members were left in the dark. </w:t>
      </w:r>
    </w:p>
    <w:p>
      <w:r>
        <w:t xml:space="preserve">(Speaker B)  I would, I would disagree with that. I mean, we did let you know. But also too, the board has approved certain processes that we did follow as well. And we can't. We can't call the board to say, hey, would you like a meeting? Would you like a meeting? </w:t>
      </w:r>
    </w:p>
    <w:p>
      <w:r>
        <w:t xml:space="preserve">(Speaker D)  Would you like, I found out we were using our water in our lakes. </w:t>
      </w:r>
    </w:p>
    <w:p>
      <w:r>
        <w:t xml:space="preserve">(Speaker B)  Jeff, let's get into that when we get to the engineering part. </w:t>
      </w:r>
    </w:p>
    <w:p>
      <w:r>
        <w:t xml:space="preserve">(Speaker A)  Okay. Since let's. </w:t>
      </w:r>
    </w:p>
    <w:p>
      <w:r>
        <w:t xml:space="preserve">(Speaker B)  Let's keep it to the landscaping and the hurricane response as opposed to that. </w:t>
      </w:r>
    </w:p>
    <w:p>
      <w:r>
        <w:t xml:space="preserve">(Speaker E)  Or. </w:t>
      </w:r>
    </w:p>
    <w:p>
      <w:r>
        <w:t xml:space="preserve">(Speaker B)  And speaking of that, you know, again, it's an emergency situation we've seen at times where communities were quite devastated by it. And we don't necessarily have the ability to everybody to be able to come to conduct a special meeting, to be able to say, you know, three, four, five, seven days after in. The community's got trees in the road and nobody can get anywhere. That's the whole point of this. The board's decision is how much do you want to give them approval to do until you do need that special meeting? The idea behind this is to give the community opportunity and landscapers the opportunity to come in to clear out and do as much work as they can and then provide time for. In the event that you do need to have a meeting of emergency meeting of some sort, we have the ability to make that happen. So that's the whole point of this </w:t>
      </w:r>
    </w:p>
    <w:p>
      <w:r>
        <w:t xml:space="preserve">(Speaker A)  and the reason for emergencies. Trees, bridges, sidewalks. If it fell in the back, we're not going to use that. That would be a separate proposal. This is just for a 911. Yeah. </w:t>
      </w:r>
    </w:p>
    <w:p>
      <w:r>
        <w:t xml:space="preserve">(Speaker E)  The reason why that I said 20,000 is because the average cost to remove an oak tree, depending on the size, around 2500 to 4000. So if you have to remove five, you're already there. </w:t>
      </w:r>
    </w:p>
    <w:p>
      <w:r>
        <w:t xml:space="preserve">(Speaker F)  So we don't have that many. I think maybe 5,000. Yeah, I would say five. I mean I would make a motion for $5,000 once we have seen. And then if we need more than that, then obviously we'll have to pull together a meeting and make it happen. </w:t>
      </w:r>
    </w:p>
    <w:p>
      <w:r>
        <w:t xml:space="preserve">(Speaker C)  When you do have your spending authority. Resolution. So. So if there's a critical infrastructure repair or emergency situation that's needed, the district manager and chair together can authorize that expense if it exceeds $5,000. So this would just give them the green light because you've already locked them in to be a preferred response, you know, community. If something happens. This would just give them authority to go up to $5,000 before they have to come to the district for that additional approval. </w:t>
      </w:r>
    </w:p>
    <w:p>
      <w:r>
        <w:t xml:space="preserve">(Speaker D)  Yeah. </w:t>
      </w:r>
    </w:p>
    <w:p>
      <w:r>
        <w:t xml:space="preserve">(Speaker F)  Yes. </w:t>
      </w:r>
    </w:p>
    <w:p>
      <w:r>
        <w:t xml:space="preserve">(Speaker B)  So then would that be your motion planning? So there be a motion to approve the not to exceed amount of $5,000 for Prince and the hurricane storm response. </w:t>
      </w:r>
    </w:p>
    <w:p>
      <w:r>
        <w:t xml:space="preserve">(Speaker A)  You all feel that's happy? </w:t>
      </w:r>
    </w:p>
    <w:p>
      <w:r>
        <w:t xml:space="preserve">(Speaker F)  Well, they can always go again. Yeah, </w:t>
      </w:r>
    </w:p>
    <w:p>
      <w:r>
        <w:t xml:space="preserve">(Speaker C)  yeah. </w:t>
      </w:r>
    </w:p>
    <w:p>
      <w:r>
        <w:t xml:space="preserve">(Speaker F)  It's not like we've got a bunch of oak trees that especially a lot of stuff near the road. We don't. I just don't see having a huge. I mean unless we've got. You have to have an emergency sump or air or something. I don't see. I think there's a. Roads are flooded but. </w:t>
      </w:r>
    </w:p>
    <w:p>
      <w:r>
        <w:t xml:space="preserve">(Speaker B)  So we do have a first from Tanya. Second. Second from Tom. Any other discussion? All in favor? Any opposed? Okay, so motion has passed. </w:t>
      </w:r>
    </w:p>
    <w:p>
      <w:r>
        <w:t xml:space="preserve">(Speaker A)  Okay. </w:t>
      </w:r>
    </w:p>
    <w:p>
      <w:r>
        <w:t xml:space="preserve">(Speaker B)  Anything else for prints or from prints may have been good for anything else for the landscapers at this time. </w:t>
      </w:r>
    </w:p>
    <w:p>
      <w:r>
        <w:t xml:space="preserve">(Speaker A)  Okay, thank you. Have a good day. </w:t>
      </w:r>
    </w:p>
    <w:p>
      <w:r>
        <w:t xml:space="preserve">(Speaker B)  So next is aquatic maintenance. I'll turn that over to Mick for the report. And we also discuss that surcharge. </w:t>
      </w:r>
    </w:p>
    <w:p>
      <w:r>
        <w:t xml:space="preserve">(Speaker E)  Yeah. So they began services beginning of this month. We met with them on site, kind of went over subway. Whenever we get a new vendor, I like to do that. I like to at least meet them on site, kind of go over Things, points of concerns, resident emails, if they have any issues, you know, so we can tackle those first. Went over that and they've already begun service due to environmental regulations only about spray every 10 to 14 days. So given that they did start on the first this month. They'll be here three times this month, which is great. Most months they are here three times a month. But I mean, a lot of the ponds right now, given the droughts, are 16 inches below where we're supposed to be, which is one of the biggest droughts we've ever had. You know, we're just doing what we can. The littoral shelves are really where the issues are. Some of these ponds do. Some of them do not have literal shelves, but toro shelves are really where the issues are because that's where it's the most shallow. </w:t>
      </w:r>
    </w:p>
    <w:p>
      <w:r>
        <w:t xml:space="preserve">(Speaker B)  So. </w:t>
      </w:r>
    </w:p>
    <w:p>
      <w:r>
        <w:t xml:space="preserve">(Speaker E)  But the only other thing for Cydex was their fuel surcharge. Basically everything I just stated about theirs, </w:t>
      </w:r>
    </w:p>
    <w:p>
      <w:r>
        <w:t xml:space="preserve">(Speaker A)  it reflects on this one as well. </w:t>
      </w:r>
    </w:p>
    <w:p>
      <w:r>
        <w:t xml:space="preserve">(Speaker F)  What is their total contact per month? </w:t>
      </w:r>
    </w:p>
    <w:p>
      <w:r>
        <w:t xml:space="preserve">(Speaker C)  That's $4,959 per month. And that contract was signed on April 29, 2026 and went into effect June 1. </w:t>
      </w:r>
    </w:p>
    <w:p>
      <w:r>
        <w:t xml:space="preserve">(Speaker F)  We're talking about 150 bucks a month. </w:t>
      </w:r>
    </w:p>
    <w:p>
      <w:r>
        <w:t xml:space="preserve">(Speaker E)  Yeah, we haven't received an invoice or anything from them for this yet because </w:t>
      </w:r>
    </w:p>
    <w:p>
      <w:r>
        <w:t xml:space="preserve">(Speaker B)  again, it would need to be approved. </w:t>
      </w:r>
    </w:p>
    <w:p>
      <w:r>
        <w:t xml:space="preserve">(Speaker A)  But yeah, roughly around there, </w:t>
      </w:r>
    </w:p>
    <w:p>
      <w:r>
        <w:t xml:space="preserve">(Speaker F)  In what you're asking along here, they use even less gas. </w:t>
      </w:r>
    </w:p>
    <w:p>
      <w:r>
        <w:t xml:space="preserve">(Speaker A)  Well, yeah, they've got fuel tubing, boats around, all that good stuff too. So there's additional expense here. Same with the. The landscape company would drive those trucks around. </w:t>
      </w:r>
    </w:p>
    <w:p>
      <w:r>
        <w:t xml:space="preserve">(Speaker E)  So there's. </w:t>
      </w:r>
    </w:p>
    <w:p>
      <w:r>
        <w:t xml:space="preserve">(Speaker A)  You also beat them up on the price and they match price. So problem with this, the problem with </w:t>
      </w:r>
    </w:p>
    <w:p>
      <w:r>
        <w:t xml:space="preserve">(Speaker E)  the aquatics is too. A lot of, A lot of the ponds, like there's not really much access behind people's houses. </w:t>
      </w:r>
    </w:p>
    <w:p>
      <w:r>
        <w:t xml:space="preserve">(Speaker A)  So if they do do the boat, </w:t>
      </w:r>
    </w:p>
    <w:p>
      <w:r>
        <w:t xml:space="preserve">(Speaker E)  because they have to use the boat a lot more often now because of that reason. </w:t>
      </w:r>
    </w:p>
    <w:p>
      <w:r>
        <w:t xml:space="preserve">(Speaker A)  So I'm not questioning the deep perfume surcharge. I'm questioning the amount and the ambiguity in the. In the addendum. Also, they're applying a charge with no contractual authority, wouldn't agree to a fuel surcharge. So technically we just say no, I would imagine. But I'd rather just draft this, maybe put it on paper, do an addendum contract, put it, structure it in a way that Exit 2, if you want to use the same index that we're using for the other one, that'll be fine. I don't know that they need 3% of the contract. What is that? 150 bucks. 150 bucks. </w:t>
      </w:r>
    </w:p>
    <w:p>
      <w:r>
        <w:t xml:space="preserve">(Speaker E)  Do we want to do this the Same like through October 1st and then revisit it? </w:t>
      </w:r>
    </w:p>
    <w:p>
      <w:r>
        <w:t xml:space="preserve">(Speaker F)  Well, and I also like the scale too, so. Because we know prices are coming down. So I think that you structured it the same way we did the lawn care one. </w:t>
      </w:r>
    </w:p>
    <w:p>
      <w:r>
        <w:t xml:space="preserve">(Speaker A)  That would be upside. That. Yeah, yeah. Above. Above. Four bucks a gallon. 3%. 350 to 4. 2%. 325 to 351%. Something like that. </w:t>
      </w:r>
    </w:p>
    <w:p>
      <w:r>
        <w:t xml:space="preserve">(Speaker C)  We could ask them to incorporate that and put it in our form. </w:t>
      </w:r>
    </w:p>
    <w:p>
      <w:r>
        <w:t xml:space="preserve">(Speaker A)  In my sense, we want. We want to treat them fairly. We just want to make sure we're getting accurate information. </w:t>
      </w:r>
    </w:p>
    <w:p>
      <w:r>
        <w:t xml:space="preserve">(Speaker B)  Yeah. It's the same with Brinks. </w:t>
      </w:r>
    </w:p>
    <w:p>
      <w:r>
        <w:t xml:space="preserve">(Speaker A)  Yeah. </w:t>
      </w:r>
    </w:p>
    <w:p>
      <w:r>
        <w:t xml:space="preserve">(Speaker B)  So anybody want to make a motion? Sounds like it'd be something along the lines of improve the surcharge until October 1, 2026. But with the scale similar to the landscapers. </w:t>
      </w:r>
    </w:p>
    <w:p>
      <w:r>
        <w:t xml:space="preserve">(Speaker A)  I will submove that. </w:t>
      </w:r>
    </w:p>
    <w:p>
      <w:r>
        <w:t xml:space="preserve">(Speaker B)  Okay, so that's a first from Daryl, second from John. All in favor? Any opposed? </w:t>
      </w:r>
    </w:p>
    <w:p>
      <w:r>
        <w:t xml:space="preserve">(Speaker A)  Okay, </w:t>
      </w:r>
    </w:p>
    <w:p>
      <w:r>
        <w:t xml:space="preserve">(Speaker B)  so motion passed. 4. One as a nag from each other. </w:t>
      </w:r>
    </w:p>
    <w:p>
      <w:r>
        <w:t xml:space="preserve">(Speaker A)  Oh, can we also cap that as well? </w:t>
      </w:r>
    </w:p>
    <w:p>
      <w:r>
        <w:t xml:space="preserve">(Speaker B)  Yeah. Anything else for aquatics? Okay, so we'll keep it here with Nick and people. </w:t>
      </w:r>
    </w:p>
    <w:p>
      <w:r>
        <w:t xml:space="preserve">(Speaker A)  I'm talking. </w:t>
      </w:r>
    </w:p>
    <w:p>
      <w:r>
        <w:t xml:space="preserve">(Speaker E)  So you all have an accident list </w:t>
      </w:r>
    </w:p>
    <w:p>
      <w:r>
        <w:t xml:space="preserve">(Speaker A)  in front of you. </w:t>
      </w:r>
    </w:p>
    <w:p>
      <w:r>
        <w:t xml:space="preserve">(Speaker E)  A couple things we've already discussed, but I'll just go over them once again. Monthly landscape right along that was completed this past month. The pond bush hogging was completed by Cydex. That was what you approved at the last meeting. It's this area here where they did the cutout. It was the quarterly bush hogging that was completed. We had an on site meeting with the engineer, went over some of the sumps, went over the areas of concern. </w:t>
      </w:r>
    </w:p>
    <w:p>
      <w:r>
        <w:t xml:space="preserve">(Speaker A)  Also completionary view and then the aquatic </w:t>
      </w:r>
    </w:p>
    <w:p>
      <w:r>
        <w:t xml:space="preserve">(Speaker E)  services science, the gun services for that effective June 1st. </w:t>
      </w:r>
    </w:p>
    <w:p>
      <w:r>
        <w:t xml:space="preserve">(Speaker A)  There were pond breaks that needed to be changed. </w:t>
      </w:r>
    </w:p>
    <w:p>
      <w:r>
        <w:t xml:space="preserve">(Speaker E)  I think there was a total of seven, </w:t>
      </w:r>
    </w:p>
    <w:p>
      <w:r>
        <w:t xml:space="preserve">(Speaker A)  if I remember correctly. </w:t>
      </w:r>
    </w:p>
    <w:p>
      <w:r>
        <w:t xml:space="preserve">(Speaker E)  I think it was a Total number of 7. Some of a lot of the pond brakes were. Were not looking good in the sumps. </w:t>
      </w:r>
    </w:p>
    <w:p>
      <w:r>
        <w:t xml:space="preserve">(Speaker B)  So those missing too. </w:t>
      </w:r>
    </w:p>
    <w:p>
      <w:r>
        <w:t xml:space="preserve">(Speaker E)  I'm sorry, One. </w:t>
      </w:r>
    </w:p>
    <w:p>
      <w:r>
        <w:t xml:space="preserve">(Speaker B)  One missing. </w:t>
      </w:r>
    </w:p>
    <w:p>
      <w:r>
        <w:t xml:space="preserve">(Speaker E)  One of them was missing and the others were broken. </w:t>
      </w:r>
    </w:p>
    <w:p>
      <w:r>
        <w:t xml:space="preserve">(Speaker A)  Yeah. </w:t>
      </w:r>
    </w:p>
    <w:p>
      <w:r>
        <w:t xml:space="preserve">(Speaker E)  And then the tree installation on the north side of Great Bear where people were accessing that to ride off road vehicles. Those have been installed. Still working on the community tree count. The landscape enhancements. I put it in progress because it wasn't done until this morning. But the landscape enhancements of the bridge were completed as you guys approved. And then the pond planting. Getting problem with pond planting is the water's so low right now, so if they put them all the way out, they're just gonna. So once we start getting a little bit more adequate rain, they'll schedule to put those in. </w:t>
      </w:r>
    </w:p>
    <w:p>
      <w:r>
        <w:t xml:space="preserve">(Speaker A)  And then I have on here the </w:t>
      </w:r>
    </w:p>
    <w:p>
      <w:r>
        <w:t xml:space="preserve">(Speaker E)  notes for the spraying, the sidewalk cracks and then getting the data for the fuel charge. </w:t>
      </w:r>
    </w:p>
    <w:p>
      <w:r>
        <w:t xml:space="preserve">(Speaker A)  So for both. </w:t>
      </w:r>
    </w:p>
    <w:p>
      <w:r>
        <w:t xml:space="preserve">(Speaker E)  Yes. </w:t>
      </w:r>
    </w:p>
    <w:p>
      <w:r>
        <w:t xml:space="preserve">(Speaker B)  All right. Around. You mentioned the signs. Some of the signs have been there. </w:t>
      </w:r>
    </w:p>
    <w:p>
      <w:r>
        <w:t xml:space="preserve">(Speaker A)  So I don't know if you checked that or somebody told you they've heard somebody. </w:t>
      </w:r>
    </w:p>
    <w:p>
      <w:r>
        <w:t xml:space="preserve">(Speaker B)  Yeah. Hazel and this late here. </w:t>
      </w:r>
    </w:p>
    <w:p>
      <w:r>
        <w:t xml:space="preserve">(Speaker A)  And they're all volunteer. Okay. Also, the chain on the bollards that we installed over off of Great Bear is hanging on the ground. Looks like a vehicle could easily drive over. </w:t>
      </w:r>
    </w:p>
    <w:p>
      <w:r>
        <w:t xml:space="preserve">(Speaker E)  Was that today when you saw it last week? </w:t>
      </w:r>
    </w:p>
    <w:p>
      <w:r>
        <w:t xml:space="preserve">(Speaker F)  So just you brought up an interesting point about putting the trees to keep the four wheelers and stuff. Why did we consider doing that instead </w:t>
      </w:r>
    </w:p>
    <w:p>
      <w:r>
        <w:t xml:space="preserve">(Speaker B)  of the bottom pond access if in the event that vendor needs to get back there, at least we can still give them. County utilities. </w:t>
      </w:r>
    </w:p>
    <w:p>
      <w:r>
        <w:t xml:space="preserve">(Speaker F)  Yeah, I was just thinking it be a lot more attractive than. </w:t>
      </w:r>
    </w:p>
    <w:p>
      <w:r>
        <w:t xml:space="preserve">(Speaker B)  Yeah, we still. </w:t>
      </w:r>
    </w:p>
    <w:p>
      <w:r>
        <w:t xml:space="preserve">(Speaker A)  We need crees. We just have to make sure there's a cool door there for them to get put. </w:t>
      </w:r>
    </w:p>
    <w:p>
      <w:r>
        <w:t xml:space="preserve">(Speaker F)  Yeah. </w:t>
      </w:r>
    </w:p>
    <w:p>
      <w:r>
        <w:t xml:space="preserve">(Speaker E)  Yeah, I got that down too. </w:t>
      </w:r>
    </w:p>
    <w:p>
      <w:r>
        <w:t xml:space="preserve">(Speaker A)  Yeah. And I thought we were going to put a better chain on there too. With reflectors. Yeah. </w:t>
      </w:r>
    </w:p>
    <w:p>
      <w:r>
        <w:t xml:space="preserve">(Speaker E)  So this was. This was a while ago, but what we had did was we had contacted a welder to basically come out because we wanted to weld the chains to it instead of the way that it is now. The welder that we had contacted, it was a really good price to do that. He for some reason went out of business and did not want to do it clearly because of that reason. So finding another welder to come out to do that has been a little bit of a struggle, but because also with the weld, we were going to get a new chain that they were going to provide. So I can have a better update for you at the next meeting. I don't see why we would be </w:t>
      </w:r>
    </w:p>
    <w:p>
      <w:r>
        <w:t xml:space="preserve">(Speaker A)  able to get that done. </w:t>
      </w:r>
    </w:p>
    <w:p>
      <w:r>
        <w:t xml:space="preserve">(Speaker F)  And I know a welder. </w:t>
      </w:r>
    </w:p>
    <w:p>
      <w:r>
        <w:t xml:space="preserve">(Speaker A)  We need that too. </w:t>
      </w:r>
    </w:p>
    <w:p>
      <w:r>
        <w:t xml:space="preserve">(Speaker F)  Technically. Yes. </w:t>
      </w:r>
    </w:p>
    <w:p>
      <w:r>
        <w:t xml:space="preserve">(Speaker A)  Okay. </w:t>
      </w:r>
    </w:p>
    <w:p>
      <w:r>
        <w:t xml:space="preserve">(Speaker F)  Yeah. </w:t>
      </w:r>
    </w:p>
    <w:p>
      <w:r>
        <w:t xml:space="preserve">(Speaker E)  Yeah, we could discuss that. </w:t>
      </w:r>
    </w:p>
    <w:p>
      <w:r>
        <w:t xml:space="preserve">(Speaker A)  Yeah, that sounds pretty positive. </w:t>
      </w:r>
    </w:p>
    <w:p>
      <w:r>
        <w:t xml:space="preserve">(Speaker F)  His company is not technically for welding. It's an AC company. But welding is obviously a part of ac. It is. Yeah. </w:t>
      </w:r>
    </w:p>
    <w:p>
      <w:r>
        <w:t xml:space="preserve">(Speaker A)  So. Got it. </w:t>
      </w:r>
    </w:p>
    <w:p>
      <w:r>
        <w:t xml:space="preserve">(Speaker F)  I'd love to check with him and see if it's even a match. </w:t>
      </w:r>
    </w:p>
    <w:p>
      <w:r>
        <w:t xml:space="preserve">(Speaker E)  Yeah, we'll. So we'll chat. I'll send you. We'll email after the meeting. </w:t>
      </w:r>
    </w:p>
    <w:p>
      <w:r>
        <w:t xml:space="preserve">(Speaker A)  And go from there. Perfect, thanks. </w:t>
      </w:r>
    </w:p>
    <w:p>
      <w:r>
        <w:t xml:space="preserve">(Speaker E)  That's all I have for you guys. </w:t>
      </w:r>
    </w:p>
    <w:p>
      <w:r>
        <w:t xml:space="preserve">(Speaker B)  Anything else field related? Okay, so with that, turn it over to the engineer. We've got a few things to discuss here and we've already touched on a couple of them, but I'll let Stephen kind of get into it and go from there. </w:t>
      </w:r>
    </w:p>
    <w:p>
      <w:r>
        <w:t xml:space="preserve">(Speaker F)  Yeah. </w:t>
      </w:r>
    </w:p>
    <w:p>
      <w:r>
        <w:t xml:space="preserve">(Speaker A)  The first thing on the on the agenda is this swift mod letter. So Rich and the GMS team have been getting these for a little while and they asked me to review it. And from my perspective, this is really a item that's really in the developer's hands technically. So going back a few years ago when the new development was was built, there was a whole process that we went through about accepting that property as, you know, a transfer of the assets. The CDD took the stormwater infrastructure. This is directly related to that, but more from a permit perspective. So the process is you build it, you as built it, you transfer from construction phase to operation phase and then the operation and maintenance entity gets assigned, which would be us. You can't do the operation and maintenance entity transfer until you complete the transfer to operation. </w:t>
      </w:r>
    </w:p>
    <w:p>
      <w:r>
        <w:t xml:space="preserve">(Speaker F)  So. </w:t>
      </w:r>
    </w:p>
    <w:p>
      <w:r>
        <w:t xml:space="preserve">(Speaker A)  And that's a developer item. So the response that I've always given Mick and Rich has been, you know, the letters are clearly going to the developer. I know that it is a kind of a thorn in our side that we're always going to be copied on this as it has to do with the cbd, but it's really like an administrative level type of wrapping up this whole process. So I did have a conversation with the compliance department on how this does affect the CBD if the developer continues to just don't to do nothing. And the way that it really would affect us is that we still own the property. We would still be on the hook for the. Obviously we do maintenance. You guys have the aquatics people doing maintenance. I don't know, maybe the landscaper mows over there, all that stuff. So we're still doing that. But what it throws a wrench in is the conditional tracking of the permit where you kind of just keep delaying this. Are there repercussions for this? No. Is it technically correct now we should wrap this up. They did offer a pathway for us to take care of this issue on behalf of the developer instead of leaving it up to them. It's just administrative paperwork and maybe some hours to go through that process. But technically, through my conversation with the compliance department, we could just take care of this and say, yeah, we understand the developers just basically never going to respond to this. To get this going, we'll have go ahead and sign the paperwork in order to transfer to operation, become the O and M entity on the permit, and then we continue with our lives. Every five years we have to report, so on and so forth. So those are the options for the board. You could choose to do nothing. </w:t>
      </w:r>
    </w:p>
    <w:p>
      <w:r>
        <w:t xml:space="preserve">(Speaker D)  It's. </w:t>
      </w:r>
    </w:p>
    <w:p>
      <w:r>
        <w:t xml:space="preserve">(Speaker A)  I just wanted to kind of lay out there that those are the options. This is a couple hours from you, a couple hours from Lauren. I don't think it's really Lauren. I think it's just maybe some coordination effort for Rich. Once I get the proper paperwork prepared for the chair to sign, when that comes time, that's. That's basically it. Like I said, I just wanted to make sure everybody was on the same page about, you don't have to do anything. This is really their problem. But is it technically correct and do we have a prior report? Yes. So. </w:t>
      </w:r>
    </w:p>
    <w:p>
      <w:r>
        <w:t xml:space="preserve">(Speaker F)  Well, I say if there's no repercussions and if we don't have to do anything, then we don't need to spend the money. That's my thought. </w:t>
      </w:r>
    </w:p>
    <w:p>
      <w:r>
        <w:t xml:space="preserve">(Speaker A)  I. I disagree. You know, if the developer is not going to do their part, we have an obligation to report on this every five years, is what you're saying. Well, technically, right now we don't. Right. Because it hasn't been right. Bottom line, if we own the property, if there is something that does fall out of compliance, they're coming to us. So let's just wrap it up and stop leaving things untied. That's what I say. </w:t>
      </w:r>
    </w:p>
    <w:p>
      <w:r>
        <w:t xml:space="preserve">(Speaker F)  I just don't want the develop. </w:t>
      </w:r>
    </w:p>
    <w:p>
      <w:r>
        <w:t xml:space="preserve">(Speaker C)  I'm tired of the picking up the </w:t>
      </w:r>
    </w:p>
    <w:p>
      <w:r>
        <w:t xml:space="preserve">(Speaker F)  slack from the developer. They're on the hook for this. They need to do their part. </w:t>
      </w:r>
    </w:p>
    <w:p>
      <w:r>
        <w:t xml:space="preserve">(Speaker A)  Hey, you know, and I'm not interested in banging my head up against a wall to ask somebody to do something that they're clearly not going to do. That's the definition of insanity. What are the repercussions that you choose or do nothing? Eventually. This is a long. This is. I don't know when this could happen, but eventually. Well, you'll continue to get letters copied on letters. It's not to us, but we're copied as the cv, the property owners that eventually they would, you know, there'd be some kind of enforcement action. None of that has to do with fines or anything like that. It's all administrative. So I can tell you that from an administrative perspective, this is on the lowest totem pole for them to regulate. Unless there was some kind of crazy issue out there where we totally filled in upon or something like that, you wouldn't face any real repercussions. But you know, there's still a state agency and you're supposed to abide by these things. The, the middle ground could be is that these guys from the development, you know, maybe they're just throwing the letters away. I, I remember meeting with Jeff Thorson when we had, when we did the development and I'm sure that that's not Jeff's address in Illinois, you know, and maybe there could be another pathway to just maybe make them a little bit more aware of it. That's the only thing that I can think of. But I can say they, it's not high on their list either, so. But either way I, I, it's up to you guys. Whatever you guys want to do, you're not obligated to do anything. </w:t>
      </w:r>
    </w:p>
    <w:p>
      <w:r>
        <w:t xml:space="preserve">(Speaker F)  I mean does HBP Bridgewater LLC still actually exist? </w:t>
      </w:r>
    </w:p>
    <w:p>
      <w:r>
        <w:t xml:space="preserve">(Speaker A)  I'm not sure sure if they've transferred all the property, they probably dissolved it. But I, I don't know for sure. </w:t>
      </w:r>
    </w:p>
    <w:p>
      <w:r>
        <w:t xml:space="preserve">(Speaker F)  I mean because if they don't exist they're not going to do any. </w:t>
      </w:r>
    </w:p>
    <w:p>
      <w:r>
        <w:t xml:space="preserve">(Speaker C)  Yeah, they're inactive on Sundays </w:t>
      </w:r>
    </w:p>
    <w:p>
      <w:r>
        <w:t xml:space="preserve">(Speaker F)  so they're continuing to send letters to an inactive business. </w:t>
      </w:r>
    </w:p>
    <w:p>
      <w:r>
        <w:t xml:space="preserve">(Speaker A)  Basically this is how behind Swift Mod is on enforcement action from compliance. It, it is just a, it's a numbers game as far as there's probably over 100 and maybe 200,000 permits with probably eight people in the department regulating this thing. So it is a very uphill battle. That's why the administrative stuff sort of falls off. I only get calls from compliance when we are causing an impact private property or damage or you know, there's major deviations. This paperwork stuff is, and after the last in reality. </w:t>
      </w:r>
    </w:p>
    <w:p>
      <w:r>
        <w:t xml:space="preserve">(Speaker C)  And this is just the one pond. </w:t>
      </w:r>
    </w:p>
    <w:p>
      <w:r>
        <w:t xml:space="preserve">(Speaker A)  I think it's one phase village 14, which I believe has two or three stormwater areas at that phase and this </w:t>
      </w:r>
    </w:p>
    <w:p>
      <w:r>
        <w:t xml:space="preserve">(Speaker F)  is the only one that we've gotten </w:t>
      </w:r>
    </w:p>
    <w:p>
      <w:r>
        <w:t xml:space="preserve">(Speaker A)  letter for is everything else was transferred to operation and we are the omn see. </w:t>
      </w:r>
    </w:p>
    <w:p>
      <w:r>
        <w:t xml:space="preserve">(Speaker F)  Yeah. </w:t>
      </w:r>
    </w:p>
    <w:p>
      <w:r>
        <w:t xml:space="preserve">(Speaker A)  So if you, if, if I'm, if I'm real about the time that it would take for us to prepare this the, the time I wouldn't do it. I have to shoot the person do it probably like a half hour to put together. So I don't know, maybe 50 bucks and maybe that we just get it done across the T's maybe we bond. </w:t>
      </w:r>
    </w:p>
    <w:p>
      <w:r>
        <w:t xml:space="preserve">(Speaker B)  So is that a motion? </w:t>
      </w:r>
    </w:p>
    <w:p>
      <w:r>
        <w:t xml:space="preserve">(Speaker A)  It's a motion, yeah. </w:t>
      </w:r>
    </w:p>
    <w:p>
      <w:r>
        <w:t xml:space="preserve">(Speaker B)  So that is a first from Sean to per the engineer to finalize as but deviations would There be a second second from Tom. Any further discussion? </w:t>
      </w:r>
    </w:p>
    <w:p>
      <w:r>
        <w:t xml:space="preserve">(Speaker D)  Okay. </w:t>
      </w:r>
    </w:p>
    <w:p>
      <w:r>
        <w:t xml:space="preserve">(Speaker B)  Take it to a vote. All in favor? </w:t>
      </w:r>
    </w:p>
    <w:p>
      <w:r>
        <w:t xml:space="preserve">(Speaker A)  Aye. </w:t>
      </w:r>
    </w:p>
    <w:p>
      <w:r>
        <w:t xml:space="preserve">(Speaker B)  Any opposed? </w:t>
      </w:r>
    </w:p>
    <w:p>
      <w:r>
        <w:t xml:space="preserve">(Speaker A)  Okay. </w:t>
      </w:r>
    </w:p>
    <w:p>
      <w:r>
        <w:t xml:space="preserve">(Speaker B)  See motion to pass. 5, 0. </w:t>
      </w:r>
    </w:p>
    <w:p>
      <w:r>
        <w:t xml:space="preserve">(Speaker A)  Okay, so the next big topic is the storm water project and essentially I'll go over some of the hurdles that some of the board may not be aware of. But about six weeks ago, give or take the some of these areas that are two areas over on Huron and on Arrow which are, you know, they're obviously holding water still. And we're like, okay, what's going on here? When they did the investigation, cleaned out those boxes, basically pumped all the water out of the boxes that are the curb inlets on those two roads. Despite it being on the survey, those pipes that run across those roads that are to the external part of the sump where we're trying to get water do not exist in those two locations. They were designed that way. It got through that way long ago. I know. I've got some questions about how did we get here? A series of, a series of missteps. You know, they're, they're, they were planned to be there. We had a survey, the survey that we based our design showed them to be there. That obviously all kind of was a mistake and they do not exist in the field, hence why they don't drink. And that's the two areas in which the only two areas that are holding water. So in response to that, we put together a quick kind of field deviation plan to do to handle those issues. Because I'll be straight up. The feasibility of putting those pipes under the road is basically zero in my opinion. It would take a long time and, and I'm not sure how the city would react to like us them doing anything about that either. You could go down that rabbit hole, but I'm not sure that's like a long term, a feasible solution. It is the best solution, but getting that done is very difficult. However, we were still able to put together something that handled this integrating wise and I think we'll still achieve the same goal. Getting the water to a sump. It's just through a different avenue to the south sump rather than the western. Same thing on Arrow where we're trying to get to the north, but we're going to have to send it south. So the first changeover was just to do a grading activity and some boxing adjustments to basically shift everything and grade it the opposite direction. Still feasible. They're working on that right now. We had discussed that offline in between meetings because I identified it as a real problem. You can see where that, that holds almost a foot of water right there. So they're working on that currently. The second change order which was saved for this meeting is on the agenda under section two or what page is this? Page 41. 41, yep. And so the solution for this one isn't as clear cut as doing a grading solution. It's too far to go and it wouldn't be able to get sloped. We would be right back in the same position we were in before where we'd have a lot of standing water in that sump. So to account for that, two options here. The 15 inch pipe is technically for the cow. That will take care of no surcharge the road and get the water to the external sump the most efficient way. But obviously it's more expensive than doing an optional 6 inch pipe, less capacity cheaper option, but doesn't provide that full. You have some backup in the road potentially or not as instant recoverable drainage in the summer. But I just wanted to say give these as two solutions as you could save the money and go with a lesser level of service. It really doesn't affect the project. It's more of, well, what do you want it to react in the rain when it's actually raining for a few hours after that rainfall. Where is this? Is this over on. This is over on Arrow. Sorry I keep saying arrow, but that's not right here. The. Let me, let me make sure that I bring up the map and say it or it's great. I'm sorry. Period. Pass. So the first one, the grave inclusion was on Huron and Superior. Right. That's where the water is on here on, on the west side. So like at this point right here. Yeah. See this map? Yeah. Where that pipe is missing from here to here. </w:t>
      </w:r>
    </w:p>
    <w:p>
      <w:r>
        <w:t xml:space="preserve">(Speaker B)  Yeah. </w:t>
      </w:r>
    </w:p>
    <w:p>
      <w:r>
        <w:t xml:space="preserve">(Speaker A)  That. That can be done by a grading solution. Come around the other way. </w:t>
      </w:r>
    </w:p>
    <w:p>
      <w:r>
        <w:t xml:space="preserve">(Speaker B)  Exactly. </w:t>
      </w:r>
    </w:p>
    <w:p>
      <w:r>
        <w:t xml:space="preserve">(Speaker A)  Yeah. And we have enough fall technically to do that without causing an issue in the road. The other one is not possible. Which is Arrow. This big one here. Oh, the one that goes on the side. So if you zoom in here, this is that box. This pipe does not exist. Yes. So what? This is too far to go from a, a grading standpoint where it's just not achievable. The slope is. I'm not anything less than a half percent. You're going to have problems. So you're going to get the grade underground putting in the pipe. So we like that under our permit conditions we are able to pipe from this box to this box and then continue on as as approved. So that's fine. And that connects to the other side and we're good. Correct. </w:t>
      </w:r>
    </w:p>
    <w:p>
      <w:r>
        <w:t xml:space="preserve">(Speaker F)  And we know for a fact there's one on the other side. </w:t>
      </w:r>
    </w:p>
    <w:p>
      <w:r>
        <w:t xml:space="preserve">(Speaker A)  You have checked every other look immediately when I saw the first one. We need to go check the other one. That makes a lot of sense why that sump has been so jacked up all these years. Well, I remember the main complaint about the sump was really that it flooded in the roadway. Yeah, yeah, yeah. It definitely had 3 or 4 inches of water up there. Yeah. And that made sense. There's no afford to get. So what was happening was that water that goes any and I, we estimated it to be a pretty big amount of area that goes to that one inlet that was all being held back where the only place that it had to go was it would get high enough to go to the south. But the south was always much, much higher. So we have filled that in and made a drain to the south better, you know, essentially. But this should also take care of that issue. I think it sucks again. Yeah, sort of. I mean we're talking about a very, like it's a trench. It's a trench. </w:t>
      </w:r>
    </w:p>
    <w:p>
      <w:r>
        <w:t xml:space="preserve">(Speaker B)  Yeah. </w:t>
      </w:r>
    </w:p>
    <w:p>
      <w:r>
        <w:t xml:space="preserve">(Speaker A)  I mean we're not talking about a very deep thing. I didn't put excessive cover on the pipe or anything like that. It's, you know, probably a three foot trench, maybe this wide. And so you're able to tie into the highest part of that box then around and let it come down to the lowest part of the other box and get your fall like that. The stormwater pipe does not need to spot a fall. </w:t>
      </w:r>
    </w:p>
    <w:p>
      <w:r>
        <w:t xml:space="preserve">(Speaker F)  Yeah. </w:t>
      </w:r>
    </w:p>
    <w:p>
      <w:r>
        <w:t xml:space="preserve">(Speaker A)  So really it's. Yeah, we're just. Right, exactly. Which still, I mean that's a 100 foot run. So you're gonna need at least 10 inches in fall. That's significant. It's about 10 inches. Sorry, what would that be? Like two and a half inches? Yeah, it's, it's, it's not, it's not an invasive thing, you know, and it's not going to affect that grade because that's our high point of the grades anyway. Long story short, you know, I think that the price is fair for what it is. They're gonna have to core those, those boxes. The 15 inch pipe is expensive for HD5. Yeah. </w:t>
      </w:r>
    </w:p>
    <w:p>
      <w:r>
        <w:t xml:space="preserve">(Speaker E)  So. </w:t>
      </w:r>
    </w:p>
    <w:p>
      <w:r>
        <w:t xml:space="preserve">(Speaker A)  And there's a junction where we're trying to avoid going through people's yards in the side slope. You don't want to do that. And it just isn't a straight run. So you have to kind of do a junction. It just. That is what it is too. Yeah. So basically one of the 245s in the middle of that thing or not 45s, but we're going to put a clean out so that that whole. Whole pipe run is able to be accessible in case there's some kind of maintenance issue with it as well. So. So we are going to regrade it though a little bit because you're talking. You're talking about reversing it going under Superior. We're not going to regrade that one at all. We're going to spike. </w:t>
      </w:r>
    </w:p>
    <w:p>
      <w:r>
        <w:t xml:space="preserve">(Speaker F)  Yeah. </w:t>
      </w:r>
    </w:p>
    <w:p>
      <w:r>
        <w:t xml:space="preserve">(Speaker A)  And when that, when that inlet is used, all that stuff goes, that inlet, it will utilize the pipe to go to the underground the other side of the street. </w:t>
      </w:r>
    </w:p>
    <w:p>
      <w:r>
        <w:t xml:space="preserve">(Speaker B)  And I can't confirm it because I have seen it. </w:t>
      </w:r>
    </w:p>
    <w:p>
      <w:r>
        <w:t xml:space="preserve">(Speaker A)  I know I've heard complaints with the </w:t>
      </w:r>
    </w:p>
    <w:p>
      <w:r>
        <w:t xml:space="preserve">(Speaker B)  guy that lives on the other side of Superior saying the water is staying there. Now since they redid it for a long time. </w:t>
      </w:r>
    </w:p>
    <w:p>
      <w:r>
        <w:t xml:space="preserve">(Speaker A)  I told them, had the three days that you told me, but I don't </w:t>
      </w:r>
    </w:p>
    <w:p>
      <w:r>
        <w:t xml:space="preserve">(Speaker B)  know how long it's staying there. I'm just. That's all going to be underground. </w:t>
      </w:r>
    </w:p>
    <w:p>
      <w:r>
        <w:t xml:space="preserve">(Speaker A)  So that's not going to be dumping into his. It will dump into the lake. They will dump on the south side of Superior from the Arrow project. Yeah. I mean here's when I was here the day after it rained when I saw you guys doing the. Everything was dry outside of punchless items that they are aware of. Where there's sod issues, there's fine breeding issues. They're. </w:t>
      </w:r>
    </w:p>
    <w:p>
      <w:r>
        <w:t xml:space="preserve">(Speaker E)  They're. </w:t>
      </w:r>
    </w:p>
    <w:p>
      <w:r>
        <w:t xml:space="preserve">(Speaker A)  They haven't filled in around boxes and things like that. But outside of this. Yeah, the two areas. Yeah, there's. There's always going to be some kind of surface level like in between sod pieces for now or something like that where there's a little bit of water. But. But yeah, it's totally recovered the way that we thought it would. Yeah. That's a guy we talked to at Major. And, and that's another thing to reiterate. The goal of the project was these are areas in which especially on Arrow was the one that your landscaper kept saying was an unsafe condition. The one over on Geneva, that one was under a foot of water at the east end. You know, we're trying to solve those issues. The sumps are always going to be utilized. We cannot get away from using them and holding water, some water back. We're just trying to get it out as fast as possible under certain. The permanent conditions. Tom and I talked to the guy and he was just. It changed because we were holding water in the center and now it's moving to the outside and that's different. They notice. Yeah. So I, I think it's just a communication band for this guy who talked to him and it's, it's never going to be higher than the, the top elevation of the weird will spill over at that point. And yeah, we, we did not, we did not design the weirs so. So the water is going to build up a lot of water and then turn the light bulb. We did not design the weirs to be higher than the roadway. So that means whatever is being held back in those sumps, maybe in a very hard rain, peak hour storm event, you might see a backup in the road that's inevitable. That's just the pipe capacity. Just for the pipes that are in the ground, they have a certain level of service which is typically only five year level of service. It's that when it does reach that peak when water starts over, over, starts going over, everywhere that we've modified it is lower than what it was before and they might see more water ponding on that side because it's just not being held back in those internal assumptions. </w:t>
      </w:r>
    </w:p>
    <w:p>
      <w:r>
        <w:t xml:space="preserve">(Speaker C)  Right. </w:t>
      </w:r>
    </w:p>
    <w:p>
      <w:r>
        <w:t xml:space="preserve">(Speaker A)  But it will get out and not back up into the road. The concerns that I would have as far as like legit complaints kind of from here on out is the three day rule. If we're getting water that stands on top of that under drain for more than three days, that is an issue. Anticipate that happen. But it could be a long term issue, say five years from now. We need to clean those. That's why we have those clean outs with the most concrete. So those don't get covered by grass and all that stuff. They'll always see them. Those are our points of access and maintenance. And then the second thing would be is if there are is significant buildup in the road and I would say out here that's got to be going over the curb like the edge of the curve. So that whole area from the middle of the road to the curb line filling up with water during the rain doesn't shock me. If it goes over that line into people's yards, then there's some kind of issue that has to do with the city. We've had that we've had to call the city of label and say hey, something's going on with this cross bike. They've come out, sucked it all out and there was trash and a bunch of debris, lots of leaves. People throwing all their like leaves down there, stuff like that. </w:t>
      </w:r>
    </w:p>
    <w:p>
      <w:r>
        <w:t xml:space="preserve">(Speaker D)  They Stack up their yard waste right up above the drains. </w:t>
      </w:r>
    </w:p>
    <w:p>
      <w:r>
        <w:t xml:space="preserve">(Speaker E)  Yeah. </w:t>
      </w:r>
    </w:p>
    <w:p>
      <w:r>
        <w:t xml:space="preserve">(Speaker D)  Instead of putting it in their driveway. </w:t>
      </w:r>
    </w:p>
    <w:p>
      <w:r>
        <w:t xml:space="preserve">(Speaker A)  Yeah. So there's a process and. But those are the things that I would look for as far as like we need to know those things so that it doesn't work. But as far as going forward, do we want to talk about and like make motions about these change orders. Before I go on, I just have to put on the. On the aerial on this. On between the lake and here. On the lake side it is eroding really bad. Which where specifically are we talking about? On the apartment side? No, no, it's on Arrow. On arrow. Yeah. On the lake side they go down to Lake Jane. Okay. You kind of look at the work that they've done. It doesn't look too bad. It's still pretty rough when you get that close to the weir. It looks like they just don't. Absolutely. And then on the other side of the weir, you. It's just. There's a trench that's already eroding out. Sure. So we. I've talked to them about that. So there are a number of areas that they have not completed. The weir installation. The berm installation. The berm, weir, whatever you want to call it. The way that we specked it and the places that they did it works. Places they didn't. Doesn't work. So they are going to fix that. It looks like they just came back and tried to throw some mud at the bottom of it to stop. </w:t>
      </w:r>
    </w:p>
    <w:p>
      <w:r>
        <w:t xml:space="preserve">(Speaker B)  Right. </w:t>
      </w:r>
    </w:p>
    <w:p>
      <w:r>
        <w:t xml:space="preserve">(Speaker A)  And you know that one there I </w:t>
      </w:r>
    </w:p>
    <w:p>
      <w:r>
        <w:t xml:space="preserve">(Speaker D)  watched from my house. I don't know what they cemented near the lake. They watch their will that are out and later. </w:t>
      </w:r>
    </w:p>
    <w:p>
      <w:r>
        <w:t xml:space="preserve">(Speaker B)  Yeah. </w:t>
      </w:r>
    </w:p>
    <w:p>
      <w:r>
        <w:t xml:space="preserve">(Speaker A)  So all those issues, I anticipate if they're not taken care of by the time we have substantial depletion, they'll be on a punch list. But I'm aware of it. And you know, some of the erosion issues are going to be something that. So the. The system works the way that it should. Yeah. In some of these areas where you get a lot of water that used to be held back and just sit and these back areas that now it's actually going in the right direction. Some of it may be not anticipatory. But honestly if they do the. If they do the right erosion control matting and the way that we've designed it and the sod takes correctly, I. I think it. It might become a moot point at some point. I think it's just a. Maybe a perfect storm that they adjust install slab didn't do these other things. And then we get a rainfall washes out. I mean I just had a conversation with them this morning that they're. </w:t>
      </w:r>
    </w:p>
    <w:p>
      <w:r>
        <w:t xml:space="preserve">(Speaker C)  These. </w:t>
      </w:r>
    </w:p>
    <w:p>
      <w:r>
        <w:t xml:space="preserve">(Speaker A)  They are know that these things are not going to be just lucky. I just wanted to make sure to point that because the erosion is pretty severe. Sure. Yeah. Yeah. There's issues out of this one too. For the same exact reason. Yeah. Thank you. It's all the weird. </w:t>
      </w:r>
    </w:p>
    <w:p>
      <w:r>
        <w:t xml:space="preserve">(Speaker B)  I noticed they threw them all back. </w:t>
      </w:r>
    </w:p>
    <w:p>
      <w:r>
        <w:t xml:space="preserve">(Speaker A)  Talking about the skimmers. Yeah, yeah. Skimmers that we. We've. I had a conversation about the bad. They had the issues with the position of them or trying to reuse them and all this stuff. And we had a. A conversation about that they should be reinstalling them by the end of the week. We were just talking about yesterday. The spinner. Yeah. Okay. </w:t>
      </w:r>
    </w:p>
    <w:p>
      <w:r>
        <w:t xml:space="preserve">(Speaker D)  Yeah. </w:t>
      </w:r>
    </w:p>
    <w:p>
      <w:r>
        <w:t xml:space="preserve">(Speaker F)  Did we have a discussion with the surveyor as to why this was missed? I mean, is there any. </w:t>
      </w:r>
    </w:p>
    <w:p>
      <w:r>
        <w:t xml:space="preserve">(Speaker A)  If you would like to pursue that you can. Yeah, absolutely. And it happens. Errors and omissions. I think that's why, you know. </w:t>
      </w:r>
    </w:p>
    <w:p>
      <w:r>
        <w:t xml:space="preserve">(Speaker F)  Is it. I guess that's a question. </w:t>
      </w:r>
    </w:p>
    <w:p>
      <w:r>
        <w:t xml:space="preserve">(Speaker A)  We talked about that too. Yeah. And the reality. I think so there. There's. So if we would have known about this before, say those didn't exist and we had accommodated design the pipe would have probably been something that we would. </w:t>
      </w:r>
    </w:p>
    <w:p>
      <w:r>
        <w:t xml:space="preserve">(Speaker D)  That. </w:t>
      </w:r>
    </w:p>
    <w:p>
      <w:r>
        <w:t xml:space="preserve">(Speaker A)  That would have been the design change that we would have had from day one. So given all those site constraints, there's really no other way to get the water out than to do the pipe. So that one is more of we didn't know it, but we probably would have spent that money anyway. The other one probably would have been we would have done it, designed it much differently from day one. Like that is an impact to the design that could have been avoided. The other one don't see it as being an avoidant thing. The first one very much so. But that being said, I don't know how much money you spend trying to get. </w:t>
      </w:r>
    </w:p>
    <w:p>
      <w:r>
        <w:t xml:space="preserve">(Speaker C)  Yeah, yeah, yeah. Because your damages are probably engineer any engineering time to rework plans. And then if there's any extra costs attributable to, you know, if we need to redo any work because of installing this after the fact, those would be your damages. We do have, you know, a million dollars professional errors and omissions insurance that we can make a claim under for the surveyor. You know, we could. It's probably minimal time to. To see if we are eligible for an insurance claim here. I think any kind of lawsuit I don't think would be worth it in this case. Definitely. </w:t>
      </w:r>
    </w:p>
    <w:p>
      <w:r>
        <w:t xml:space="preserve">(Speaker A)  Well here's another thing. I mean, when I did talk to him about it, they acknowledged the mistake. There might be a more like informal. Not informal, but like somehow a conversation that goes, they may settle it, don't file the claim to give you some cash. Yeah, I mean, there's a possibility. And here's, here's the thing. This all sucks. People like this. But the bottom line is, had they caught this in the survey, this would have been added to the CD river construction cost anyway. Easy to handle it, get cheat out of him. Right. </w:t>
      </w:r>
    </w:p>
    <w:p>
      <w:r>
        <w:t xml:space="preserve">(Speaker D)  We didn't. </w:t>
      </w:r>
    </w:p>
    <w:p>
      <w:r>
        <w:t xml:space="preserve">(Speaker A)  We'd be paying for it either way, whether now or 20. </w:t>
      </w:r>
    </w:p>
    <w:p>
      <w:r>
        <w:t xml:space="preserve">(Speaker F)  But we wouldn't have to be redoing work that we already did. </w:t>
      </w:r>
    </w:p>
    <w:p>
      <w:r>
        <w:t xml:space="preserve">(Speaker A)  I'm with you. But would it though? Because then that hype and the cost of that pipe and would have been added to our bond and we would pay interest on it for 30 years. So there's two ways to look at it. Right </w:t>
      </w:r>
    </w:p>
    <w:p>
      <w:r>
        <w:t xml:space="preserve">(Speaker D)  now. </w:t>
      </w:r>
    </w:p>
    <w:p>
      <w:r>
        <w:t xml:space="preserve">(Speaker F)  We're paying interest on it because they said it was done and it wasn't done. So we're still paying interest on it. </w:t>
      </w:r>
    </w:p>
    <w:p>
      <w:r>
        <w:t xml:space="preserve">(Speaker A)  That's about it. You're talking about the missing car. Yeah, Well, I don't know if you. Well, let's think about that. Those aren't our pipes. Technically, they're the city. City of Lakeland's pipes. </w:t>
      </w:r>
    </w:p>
    <w:p>
      <w:r>
        <w:t xml:space="preserve">(Speaker F)  So we push back to the city and have the city. </w:t>
      </w:r>
    </w:p>
    <w:p>
      <w:r>
        <w:t xml:space="preserve">(Speaker A)  I think, I think we at least make the ask to the city to install the pipes. </w:t>
      </w:r>
    </w:p>
    <w:p>
      <w:r>
        <w:t xml:space="preserve">(Speaker E)  Right. </w:t>
      </w:r>
    </w:p>
    <w:p>
      <w:r>
        <w:t xml:space="preserve">(Speaker A)  They'll probably say no. But I, I don't think that we just let it go and not do it. We had our city commissioner for this district come out to our last HOA meeting. I've got his car. Let's reach out to him and see if we can't get him to advocate for us. I, I would think that. I think that's a great idea. And the only reason I say that is because, you know, these are, this is just two areas in which we know about math. But the, the presence of the pipes in the city of Laan right away just. It is already a bad design. The absence of them is making it almost impossible. </w:t>
      </w:r>
    </w:p>
    <w:p>
      <w:r>
        <w:t xml:space="preserve">(Speaker D)  The thing is, if you can get a precedent where they do something for us now, you might have 10 more events that they may have to do something for sure. </w:t>
      </w:r>
    </w:p>
    <w:p>
      <w:r>
        <w:t xml:space="preserve">(Speaker A)  At least starting a conversation is a good idea to make them aware of this problem, just from this one instance. But I'm going to go and tell you, if they did it over here, they're hit. That's somewhere else as well. And, and, and Like I, I, you know me, when, when we have scheduled closer to the end of July or something like that, where we're going to go out and basically reprioritize these other issues. Because Rich had gotten some more complaints and I saw the various that excluded, you know, are having problems where they're holding water as well. You know, when we go to reprioritize the next time we do this, we do need to probably build in some kind of investigation and see if there's other problems like that that are making these problems even worse kind of thing. So yeah, my thought is that there's more that are like this and like I said, the way it was designed is already bad. The fact that they had let things go where they got away with not putting these parts in makes the system almost impossible. It's. It's set. It fails immediately, you know, and then that's how why you have all these problems. And it's like, well, you, you're missing basic forms of infrastructure. All right. </w:t>
      </w:r>
    </w:p>
    <w:p>
      <w:r>
        <w:t xml:space="preserve">(Speaker D)  And I had a hard time trying to figure out what the hell we all did because I just looked at the one of the drawings. Did this include 73 through 77? </w:t>
      </w:r>
    </w:p>
    <w:p>
      <w:r>
        <w:t xml:space="preserve">(Speaker A)  73 through 77. No, I think those are the ones guys cut out because if I'm not mistaken, those are the ones that are over on Geneva. Yeah, there were four. There was a whole area ar kind of. So that didn't get done. Yeah, it's not. I, I wanted to do them all, but y' all said ma. </w:t>
      </w:r>
    </w:p>
    <w:p>
      <w:r>
        <w:t xml:space="preserve">(Speaker D)  Well, it was still included in the paperwork. So it's permitted. It. </w:t>
      </w:r>
    </w:p>
    <w:p>
      <w:r>
        <w:t xml:space="preserve">(Speaker A)  It's permitted, but we didn't do it all. We changed what we were doing. There are two areas that we didn't do we didn't do out here over at the two vacant lots and we didn't do those four over here. </w:t>
      </w:r>
    </w:p>
    <w:p>
      <w:r>
        <w:t xml:space="preserve">(Speaker D)  So you did 40. </w:t>
      </w:r>
    </w:p>
    <w:p>
      <w:r>
        <w:t xml:space="preserve">(Speaker A)  We did 39. I don't know the numbers. Yes, those guys over there. Yeah, the bigger here 39. Then I believe those. I can confirm the numbers. </w:t>
      </w:r>
    </w:p>
    <w:p>
      <w:r>
        <w:t xml:space="preserve">(Speaker D)  That's all I'm just trying to happen. </w:t>
      </w:r>
    </w:p>
    <w:p>
      <w:r>
        <w:t xml:space="preserve">(Speaker F)  Yep. </w:t>
      </w:r>
    </w:p>
    <w:p>
      <w:r>
        <w:t xml:space="preserve">(Speaker A)  Sorry. And, and then the, the plan would be to go knock those out since are already permitted plan ready to do for next round when they do this stuff. </w:t>
      </w:r>
    </w:p>
    <w:p>
      <w:r>
        <w:t xml:space="preserve">(Speaker D)  One the problem this whole project. This is Stephen and, and, and John and we should have had a quality summary or whatever of what we were finally approving </w:t>
      </w:r>
    </w:p>
    <w:p>
      <w:r>
        <w:t xml:space="preserve">(Speaker A)  been organized summary. I believe it was in the meeting minutes and I believe Stephen said I mean the contract reflect saber this out. </w:t>
      </w:r>
    </w:p>
    <w:p>
      <w:r>
        <w:t xml:space="preserve">(Speaker D)  The o vis is not here. You're a Vendor like everybody else is our. Our district manager should have put something </w:t>
      </w:r>
    </w:p>
    <w:p>
      <w:r>
        <w:t xml:space="preserve">(Speaker A)  together with all the facts that's not </w:t>
      </w:r>
    </w:p>
    <w:p>
      <w:r>
        <w:t xml:space="preserve">(Speaker B)  for us to put together. That would be engineer. I don't know what the facts are. I mean I didn't do have anything </w:t>
      </w:r>
    </w:p>
    <w:p>
      <w:r>
        <w:t xml:space="preserve">(Speaker A)  to do with the engineering supplied the. </w:t>
      </w:r>
    </w:p>
    <w:p>
      <w:r>
        <w:t xml:space="preserve">(Speaker D)  That's great Jeff, but it's architect supplied stuff. The superintendent put out a summarized saying this. </w:t>
      </w:r>
    </w:p>
    <w:p>
      <w:r>
        <w:t xml:space="preserve">(Speaker B)  Sure. </w:t>
      </w:r>
    </w:p>
    <w:p>
      <w:r>
        <w:t xml:space="preserve">(Speaker A)  Okay. Before we. I like the suggestion as far as just making the general ask to the city engineer to see if there's any kind of compensation of assistant. I'm not against pursuing legal action but I would see that as kind of a secondary third step of the process. But I think it's great to get awareness see if there's any kind of a secret or at least any knowledge that that might be helpful. I think it's a three tiered approach. Right? Yes. The city we look into finally claim against the errors and emissions because either way we've got real cost. They should be covering that as the error. And then. And then say again I said that's </w:t>
      </w:r>
    </w:p>
    <w:p>
      <w:r>
        <w:t xml:space="preserve">(Speaker F)  what the insurance is going. </w:t>
      </w:r>
    </w:p>
    <w:p>
      <w:r>
        <w:t xml:space="preserve">(Speaker A)  Yeah, exactly. And then the third part would be a lawsuit if we didn't like where we got there. But odds are, I mean it's 20 years after the fact. There's probably a statute limitation strategy. We have unknown things that could be part of that. Well what we want to do is make sure that. Well, I don't know. I mean I think when we close it out we don't sign something that says this closes out all claims. Right. Yeah. </w:t>
      </w:r>
    </w:p>
    <w:p>
      <w:r>
        <w:t xml:space="preserve">(Speaker F)  Well. </w:t>
      </w:r>
    </w:p>
    <w:p>
      <w:r>
        <w:t xml:space="preserve">(Speaker C)  And I said the survey that we're talking about is the one that we had done recently just for this project. So anything from the initial construction I think would be well beyond statutes of limitation as you referenced. But for this survey that we had done for this project, that's where the error was. </w:t>
      </w:r>
    </w:p>
    <w:p>
      <w:r>
        <w:t xml:space="preserve">(Speaker F)  Right. </w:t>
      </w:r>
    </w:p>
    <w:p>
      <w:r>
        <w:t xml:space="preserve">(Speaker C)  So. So we certainly have the ability. You know I'd suggest maybe some see that has a conversation first. See if they're willing to just give us some cash without involving the lawyers. </w:t>
      </w:r>
    </w:p>
    <w:p>
      <w:r>
        <w:t xml:space="preserve">(Speaker A)  Yeah. So they just relied on the as bills and that was it. Say look, we really need. Because I'm sure say assumed. I think you're absolutely right. </w:t>
      </w:r>
    </w:p>
    <w:p>
      <w:r>
        <w:t xml:space="preserve">(Speaker F)  There's going to have to be the rest of our surveys but it's five years recruiting. </w:t>
      </w:r>
    </w:p>
    <w:p>
      <w:r>
        <w:t xml:space="preserve">(Speaker A)  You can probably actually negotiate that. But they would much rather do that probably. But yeah, I think that it comes from data points instead of coming to us and going hey, the box is underwater. We don't know they assumed and they shouldn't have that's really what it comes down to. Yeah. So. And part of me. Is it really fair to hold them accountable for the, you know, the whole cost of the fix if. Well, if you want to get into the weeds about that. Like I said, I think that the pipe was probably something that is just an addition. Like you didn't know about it. The rework is really on the one up here on. That's the biggest film that I would say that's. That's we are. We're ripping or we're not ripping things out but we're. We're changing the. We're changing it when it should have been this other way all the along. Yeah. </w:t>
      </w:r>
    </w:p>
    <w:p>
      <w:r>
        <w:t xml:space="preserve">(Speaker C)  Yeah. </w:t>
      </w:r>
    </w:p>
    <w:p>
      <w:r>
        <w:t xml:space="preserve">(Speaker A)  So that part of it I think they should be on the hook for. But we would have made the decision either way to put this pipe down. Have you know about it. Right. Right. </w:t>
      </w:r>
    </w:p>
    <w:p>
      <w:r>
        <w:t xml:space="preserve">(Speaker D)  Yeah. </w:t>
      </w:r>
    </w:p>
    <w:p>
      <w:r>
        <w:t xml:space="preserve">(Speaker A)  So I. I think we put the pipe in. I think we go with the 15 in pipe. I'm sorry. Yeah, the 15 in pipe. There's no reason to undersize it. In my mind. You're just creating a problem for the future. Yeah. </w:t>
      </w:r>
    </w:p>
    <w:p>
      <w:r>
        <w:t xml:space="preserve">(Speaker F)  Yeah. </w:t>
      </w:r>
    </w:p>
    <w:p>
      <w:r>
        <w:t xml:space="preserve">(Speaker A)  So I'll wrap all that up in a motion. So who's. Who's going to be the one to go to the city? I think that it would. If you're talking about the commission. Right. Really the process should be. One of the board members should take the like it's a political kind of thing. And then we need to kind of get on. On a call. I think the most important piece of the conversation is that. And he's just not going to be aware of it and needs to have his head wrapped around is that Bridgewater has some very, very specific and stringent requirements for the stormwater. And the fact that this never happened from a city standpoint is making it impossible for us to do a job, you know and explain that is have come out here and walk the property with us. Get you with them. Absolutely. I think that would. </w:t>
      </w:r>
    </w:p>
    <w:p>
      <w:r>
        <w:t xml:space="preserve">(Speaker D)  Does the city have any liability </w:t>
      </w:r>
    </w:p>
    <w:p>
      <w:r>
        <w:t xml:space="preserve">(Speaker C)  this </w:t>
      </w:r>
    </w:p>
    <w:p>
      <w:r>
        <w:t xml:space="preserve">(Speaker D)  misstep does stuff to the road and whatever because aren't they have increased liability. </w:t>
      </w:r>
    </w:p>
    <w:p>
      <w:r>
        <w:t xml:space="preserve">(Speaker A)  Yeah. So. So the way that the permits work is that there's a transfer of liability throughout. So you have like there's a problem. </w:t>
      </w:r>
    </w:p>
    <w:p>
      <w:r>
        <w:t xml:space="preserve">(Speaker E)  Right. </w:t>
      </w:r>
    </w:p>
    <w:p>
      <w:r>
        <w:t xml:space="preserve">(Speaker A)  And you first go to the contractor. Well the contractor says I built what the. I. I built what the. The engineered plan say. Then there's the engineer is going to say well I built I designed off of what the survey gave me, so on and so forth. And that's why this sealed exists is because you're relying on information that somebody else has always checked. So the city or the water management district is going to say the same thing. They say I received an as built that said here's the stamp that the surveyor said that this pipe was here. Why would I not think of it of any other way? That's what they're going to come back with most likely. </w:t>
      </w:r>
    </w:p>
    <w:p>
      <w:r>
        <w:t xml:space="preserve">(Speaker C)  Do we know who initially constructed these? Because sometimes the CDD will construct this stuff up front and then convey it to the city for maintenance. I wouldn't want to call their attention to something. If it was initially the CDB's construction contract mistake. </w:t>
      </w:r>
    </w:p>
    <w:p>
      <w:r>
        <w:t xml:space="preserve">(Speaker A)  I wouldn't say mistake. I would say deliberate choice. Right. It was a cost savings method for the developer. And yes, I think they did. I think the CDD was in chip. Well, not the cd, but the developer was the CDD early on and built all this stuff. </w:t>
      </w:r>
    </w:p>
    <w:p>
      <w:r>
        <w:t xml:space="preserve">(Speaker C)  Well, if the AS builts were incorrect, it would have been probably CDD had a construction contract. We hired a contractor, they gave incorrect as built. We conveyed it to the city. That would be the chain. If, if the CDD was the. </w:t>
      </w:r>
    </w:p>
    <w:p>
      <w:r>
        <w:t xml:space="preserve">(Speaker A)  Yeah, I, I don't know. I think it went developer city and then the property conveyed the CDD from developer. I don't think this, I don't think the CD actually did the construction. I think it was the developer who did the construction. But I don't know that I see where you're going and I think that yeah, doesn't matter in the timing of it, of it, I think. But I don't know who does that. I don't know. And I don't know if there's anything in the records that I've seen that says exactly. </w:t>
      </w:r>
    </w:p>
    <w:p>
      <w:r>
        <w:t xml:space="preserve">(Speaker F)  So this is my question. If we take the time to push back to the city and ask them to do this pipe under the road, this obviously is not getting done through our rainy season with it as it is right now. If we get a ton of rain, what's going to happen? </w:t>
      </w:r>
    </w:p>
    <w:p>
      <w:r>
        <w:t xml:space="preserve">(Speaker A)  Well, I mean we've these modifications that we're making to the project. I don't have any worries about that. You know, the project we just did, what I'm. What I'm getting at is an overall drainage thing. I mean it is what it is right now. </w:t>
      </w:r>
    </w:p>
    <w:p>
      <w:r>
        <w:t xml:space="preserve">(Speaker B)  It's. </w:t>
      </w:r>
    </w:p>
    <w:p>
      <w:r>
        <w:t xml:space="preserve">(Speaker E)  So </w:t>
      </w:r>
    </w:p>
    <w:p>
      <w:r>
        <w:t xml:space="preserve">(Speaker A)  I'm just thinking ahead like these hypothetical situations about we're trying to design another fix for another area or whatever. And then I'm telling you, well, the design has to be like this because of the absence of the pipe, which costs the CBD way More money because of the design that I have to do, make something work, you know what I mean? If the pipe was there all of a sudden, the costs may go away or even, or just be a fraction of it. So that's the kind of situation you're trying to avoid. I don't know per se right now like this second, but in a hard rainfall you're not going to see anything different than we have for years. But it, it does go into when you try to improve. </w:t>
      </w:r>
    </w:p>
    <w:p>
      <w:r>
        <w:t xml:space="preserve">(Speaker F)  Yeah, I'm talking about the early girl problem. I mean, I'm just saying if we take the time, if we don't just fix it right now, you know, go </w:t>
      </w:r>
    </w:p>
    <w:p>
      <w:r>
        <w:t xml:space="preserve">(Speaker C)  ahead and go with one of these </w:t>
      </w:r>
    </w:p>
    <w:p>
      <w:r>
        <w:t xml:space="preserve">(Speaker F)  fixes and fix it sue the city, that means it's not going to get fixed for who knows how long. Is that going to be an issue? </w:t>
      </w:r>
    </w:p>
    <w:p>
      <w:r>
        <w:t xml:space="preserve">(Speaker A)  I'm not suggesting, I think we do the fix and still approach the city. </w:t>
      </w:r>
    </w:p>
    <w:p>
      <w:r>
        <w:t xml:space="preserve">(Speaker C)  Right, but then what's the purpose of </w:t>
      </w:r>
    </w:p>
    <w:p>
      <w:r>
        <w:t xml:space="preserve">(Speaker F)  still approaching the city if the water's all going the other direction? </w:t>
      </w:r>
    </w:p>
    <w:p>
      <w:r>
        <w:t xml:space="preserve">(Speaker A)  It is still an improvement. It does increase the level of service and it wraps their head around. There could be, there are other issues here, they're just hiding. But there are missing pipes somewhere else. </w:t>
      </w:r>
    </w:p>
    <w:p>
      <w:r>
        <w:t xml:space="preserve">(Speaker D)  I mean it definitely puts new variable into your calculations and thought process. </w:t>
      </w:r>
    </w:p>
    <w:p>
      <w:r>
        <w:t xml:space="preserve">(Speaker A)  Well, the other thing that I think is it's not a big deal on this one, but it could be on the, on future improvement projects is that Swift mod believes that they are there as well and the whole design, some of the areas are very contingent on this pipe being there and they're not even aware of it. Same deal with the city where they were handed in as built that said they were, you know, whatever and accepted it. So it's a, it's a hard issue to like try to have the forethought on every single type of scenario. But from I just think about the cost of the CV when you're asking me to do future projects. It is a very big game changer when it comes to the cost and to make the change. You know, I think here, I mean for the amount of rain we've had, </w:t>
      </w:r>
    </w:p>
    <w:p>
      <w:r>
        <w:t xml:space="preserve">(Speaker B)  you see the water on Huron, where </w:t>
      </w:r>
    </w:p>
    <w:p>
      <w:r>
        <w:t xml:space="preserve">(Speaker A)  it goes, there's a lot of water. There's. </w:t>
      </w:r>
    </w:p>
    <w:p>
      <w:r>
        <w:t xml:space="preserve">(Speaker B)  That's just the one small storm. </w:t>
      </w:r>
    </w:p>
    <w:p>
      <w:r>
        <w:t xml:space="preserve">(Speaker A)  Right. </w:t>
      </w:r>
    </w:p>
    <w:p>
      <w:r>
        <w:t xml:space="preserve">(Speaker D)  We had. I think there was 12 inch and the most 1 inch we can get 6 inches. </w:t>
      </w:r>
    </w:p>
    <w:p>
      <w:r>
        <w:t xml:space="preserve">(Speaker B)  There would be a lot of trouble there. </w:t>
      </w:r>
    </w:p>
    <w:p>
      <w:r>
        <w:t xml:space="preserve">(Speaker F)  Yeah, right up. If we had a slow moving tropical </w:t>
      </w:r>
    </w:p>
    <w:p>
      <w:r>
        <w:t xml:space="preserve">(Speaker A)  storm, we wouldn't really have an issue. Well that water will just that the Water will stand in a certain area. Long term, that's really the only thing from a functionality standpoint. During a big storm, it will reach a certain grade and we topple over and go the other direction and get </w:t>
      </w:r>
    </w:p>
    <w:p>
      <w:r>
        <w:t xml:space="preserve">(Speaker B)  down to the legs. </w:t>
      </w:r>
    </w:p>
    <w:p>
      <w:r>
        <w:t xml:space="preserve">(Speaker A)  I don't really have a problem with that. But when you're talking about functionality of like the sumps and the whole standing water issues, some of these areas, I'm gonna just tell you, some of them are probably unsolvable if. If we find another issue like we did on Instagram. So starting the conversation just to even be aware that this is something. It's a long. It's a long road. Right. But it could be something useful to just explain to everybody. We got shafted. Yeah, we. Whoever in the 90s that allowed this to happen is just a horrible engineer. I would have never told anybody. I would have said, we got to get out of this some way. </w:t>
      </w:r>
    </w:p>
    <w:p>
      <w:r>
        <w:t xml:space="preserve">(Speaker B)  What. </w:t>
      </w:r>
    </w:p>
    <w:p>
      <w:r>
        <w:t xml:space="preserve">(Speaker A)  What can we do? You know? And the answer would have been, let's mitigate for the weapon that we. That we impacted. Not pre. Treat every area. It's a long story. But there are other ways around this that don't cause issues that are highly practiced. 99% of the time, we do this in every other development. You guys just got the raw end where they tried to do some kind of experimental system. </w:t>
      </w:r>
    </w:p>
    <w:p>
      <w:r>
        <w:t xml:space="preserve">(Speaker F)  So that being said, Richard, can we, for transparency purposes, because a lot of people in the community are concerned that with these ongoing repairs, that what happened with this sump is now going to happen to the sump next to their house. So can we, for transparency purposes, draft an explanation of what happened and get that out of the community so they understand that this was not what we intended to do, but unfortunately, because of the circumstances, this is what happened? </w:t>
      </w:r>
    </w:p>
    <w:p>
      <w:r>
        <w:t xml:space="preserve">(Speaker B)  Yeah, I mean, if the board wants that, that's fine, but I'm going to. I'm going to rely on Stephen for that. Yeah, distribution. </w:t>
      </w:r>
    </w:p>
    <w:p>
      <w:r>
        <w:t xml:space="preserve">(Speaker A)  Yeah, I already wrote it. I think I just need to dress it up with some more context and I can certainly put something together. How quickly would you envision starting that? So they have. They're starting on the other part on Huon. That was already proved. They're doing that as we speed. </w:t>
      </w:r>
    </w:p>
    <w:p>
      <w:r>
        <w:t xml:space="preserve">(Speaker D)  Okay. </w:t>
      </w:r>
    </w:p>
    <w:p>
      <w:r>
        <w:t xml:space="preserve">(Speaker A)  The second one, if the. The pipe within the next two weeks. So I would move that we open a conversation with the city, pursue the errors in the mission for the cost of that here on Grace, and then approve the 15 inch pipe. </w:t>
      </w:r>
    </w:p>
    <w:p>
      <w:r>
        <w:t xml:space="preserve">(Speaker F)  And why. Why 15 inch instead of a slid. It's just volume. </w:t>
      </w:r>
    </w:p>
    <w:p>
      <w:r>
        <w:t xml:space="preserve">(Speaker A)  Volume. And I don't want to have to acid. I'd rather put the. The right size pipe in there and not undersize the pipe for two reasons, not just flow, but for clean out. Right. A smaller pipe has a better chance of getting clogged than a bigger pipe. </w:t>
      </w:r>
    </w:p>
    <w:p>
      <w:r>
        <w:t xml:space="preserve">(Speaker D)  I agree. </w:t>
      </w:r>
    </w:p>
    <w:p>
      <w:r>
        <w:t xml:space="preserve">(Speaker A)  John. That's a small, small amount of money. </w:t>
      </w:r>
    </w:p>
    <w:p>
      <w:r>
        <w:t xml:space="preserve">(Speaker C)  Yeah. </w:t>
      </w:r>
    </w:p>
    <w:p>
      <w:r>
        <w:t xml:space="preserve">(Speaker A)  It's the right thing to do. Do it right. </w:t>
      </w:r>
    </w:p>
    <w:p>
      <w:r>
        <w:t xml:space="preserve">(Speaker F)  And it's not even seven over. </w:t>
      </w:r>
    </w:p>
    <w:p>
      <w:r>
        <w:t xml:space="preserve">(Speaker A)  I second that. </w:t>
      </w:r>
    </w:p>
    <w:p>
      <w:r>
        <w:t xml:space="preserve">(Speaker B)  So just for clarity purposes. So there's a motion to approve the Sitemasters of 4 proposal for a 15 inch plan at Sump Group 3 and the additional asks to pursue the insurance. </w:t>
      </w:r>
    </w:p>
    <w:p>
      <w:r>
        <w:t xml:space="preserve">(Speaker A)  The board does need somebody to contact the city commission and get a meeting set up with Richard, with Richard, with Stephen and that board member to talk through these problems and open a dialogue with the city about it and then also pursue a claim or a conversation of a claim with the surveyor to cover the cost of that additional grading work that we would not have done had the survey accurately reflected what the conditions were in the ground. </w:t>
      </w:r>
    </w:p>
    <w:p>
      <w:r>
        <w:t xml:space="preserve">(Speaker B)  So that was the first from John, who was the second. Tom, any other discussion? All in favor? Any opposed? </w:t>
      </w:r>
    </w:p>
    <w:p>
      <w:r>
        <w:t xml:space="preserve">(Speaker A)  And that's for the 17,000? Yes, sir. </w:t>
      </w:r>
    </w:p>
    <w:p>
      <w:r>
        <w:t xml:space="preserve">(Speaker C)  And who would the board like to be that liaison with the city? </w:t>
      </w:r>
    </w:p>
    <w:p>
      <w:r>
        <w:t xml:space="preserve">(Speaker A)  I'm willing to do it if you guys want to put me up there. Somebody else wants to do it, that's fine too. Here's trouble. Come on, Jackie. That's done. </w:t>
      </w:r>
    </w:p>
    <w:p>
      <w:r>
        <w:t xml:space="preserve">(Speaker F)  Huh? </w:t>
      </w:r>
    </w:p>
    <w:p>
      <w:r>
        <w:t xml:space="preserve">(Speaker A)  I said here's trouble. </w:t>
      </w:r>
    </w:p>
    <w:p>
      <w:r>
        <w:t xml:space="preserve">(Speaker B)  So you've got a couple other items here. </w:t>
      </w:r>
    </w:p>
    <w:p>
      <w:r>
        <w:t xml:space="preserve">(Speaker A)  Yes. Going forward. The completion of the project. I had told what the original conversation that I let Rich know and, and to. To try to get a like an update was a few weeks ago. They told me that this week would be the week that they would be be complete. And talking them earlier this week. That still sounds like it's going to happen. I know that there's a. There's some open invoices and I am of the opinion that I need the AS bill and I need them to say that we're substantially complete before you sign off on that bill. And that should probably happen if not next week, the following week. Next week is a weird, weird week </w:t>
      </w:r>
    </w:p>
    <w:p>
      <w:r>
        <w:t xml:space="preserve">(Speaker E)  on </w:t>
      </w:r>
    </w:p>
    <w:p>
      <w:r>
        <w:t xml:space="preserve">(Speaker A)  holiday and whatnot. And I said they wouldn't be able to do it but I'm available and whenever they get and really it has to do with getting AS built data. So they will wrap up the bulk of the work this week, touch up next week, possibly survey AS built survey following week I'll be here to do substantial completion. I don't want to put you on the spot, Nick, but I think probably maybe you want to be here too. Only because there's inevitably going to be a lot of landscape items and like we're going to talk about grass and like how we need to modify some of the sod areas that, that I know for a fact is going to come up. And so I will kind of coordinate with you maybe what makes sense that you won't be making double trips or something. Yeah, we can talk about with them. So that is the plan. And </w:t>
      </w:r>
    </w:p>
    <w:p>
      <w:r>
        <w:t xml:space="preserve">(Speaker B)  so the outstanding invoice that they sent was for the next paid portion that was in the agreement. Stephen and I did have a conversation holding that until today's meeting. So with that we can release that portion. There's obviously still the retainer side of it, which was the like 10%, I believe, or something like that. Right, 5%. </w:t>
      </w:r>
    </w:p>
    <w:p>
      <w:r>
        <w:t xml:space="preserve">(Speaker A)  Well, I, I think that the invoice reflects that they're still withholding 10%. That's only a 15%. I, I had talked to him about it. I know the contract says five, but I said, guys, like, like, it is what it is. Like there's too much hanging out there and they agree. So as long as somebody wants to do the math on that and make sure that I'm correct and that it's 50, then I'm okay with that portion. You still have about 36, 000 or 38, 000 so withheld. It's pretty comfortable. I mean, most of the issues that I foresee are going to be sob. So even if we had some kind of dispute about sod, we had to replace everything. I think we replaced all the side for 38 grand. I don't know what the sod rate is, but you know, like H of the T. But that sounds like it could be more than enough. And I don't anticipate them having any problems with whatever I put on the punch list being being taken care of. So. Yeah, you know, the sub are pretty trashy going in at all. Yeah, I mean, rain and then the, the. I think we're going to talk about the water and stuff here in a minute. </w:t>
      </w:r>
    </w:p>
    <w:p>
      <w:r>
        <w:t xml:space="preserve">(Speaker C)  So looks like next we have the great replacement. </w:t>
      </w:r>
    </w:p>
    <w:p>
      <w:r>
        <w:t xml:space="preserve">(Speaker D)  Was there no great replacements included in the project, so. </w:t>
      </w:r>
    </w:p>
    <w:p>
      <w:r>
        <w:t xml:space="preserve">(Speaker A)  No, not at that time. At the time when we did, the project was there. Yeah, they were probably on a list that we had liked for monitoring or whatever. None of them were broken. The ones that we identified now are broken. And I mean there's no other way that somebody could break that other than running over it with the Muller So, I mean, we could debate about why whatever, you know, is it possible somebody came over and stepped on it and then maybe, but that'd be really hard to do. But they were already kind of already on the way, you know, like, they're very old. They probably need to be replaced. Yeah, but at the time when we designed the project, all of them were intact. Yeah, I walked by a lot of them. They were at least sitting there. How somebody jumped on once, I'm sure they would do away. Yeah, I think that this list. Or was it the heavy equipment they were using to push her around? No, it wasn't the equipment. Yeah, it. It was. It was. It was there before. So what I'm saying is that when we bid, the project was back in September again. It happened sometime between September and probably April. </w:t>
      </w:r>
    </w:p>
    <w:p>
      <w:r>
        <w:t xml:space="preserve">(Speaker D)  They actually had some heavy equipment in a guy's side front yard arrow for like several minutes. I'm not right at the one that </w:t>
      </w:r>
    </w:p>
    <w:p>
      <w:r>
        <w:t xml:space="preserve">(Speaker A)  he's talking about some roping some buckets and. Yeah, yeah. </w:t>
      </w:r>
    </w:p>
    <w:p>
      <w:r>
        <w:t xml:space="preserve">(Speaker D)  I mean, luckily the owner only comes like randomly. </w:t>
      </w:r>
    </w:p>
    <w:p>
      <w:r>
        <w:t xml:space="preserve">(Speaker A)  Well, if they cause damage, you make them fix it. Sure. </w:t>
      </w:r>
    </w:p>
    <w:p>
      <w:r>
        <w:t xml:space="preserve">(Speaker D)  Well, they put the head grass where the saying always. </w:t>
      </w:r>
    </w:p>
    <w:p>
      <w:r>
        <w:t xml:space="preserve">(Speaker A)  Yeah, that all. That's all we're gonna. That's why I'm saying. I think Mick needs to be there too, because any of those sod issues about where should we put this and where should we put that, what do we. We will be very specific with how violated or created possible violation. Sure. Yeah. I. I would say just let's. Let's just do the grades. Move to yes. Where page 43. So 1200 bucks per grade. Okay. </w:t>
      </w:r>
    </w:p>
    <w:p>
      <w:r>
        <w:t xml:space="preserve">(Speaker F)  That would have eventually had to have been done anything. </w:t>
      </w:r>
    </w:p>
    <w:p>
      <w:r>
        <w:t xml:space="preserve">(Speaker C)  So that's not why. </w:t>
      </w:r>
    </w:p>
    <w:p>
      <w:r>
        <w:t xml:space="preserve">(Speaker A)  That's about the price we got last time too, and everything. It's actually cheaper. Is it? Yeah. The last time we did greets, I think they came out to like 1600 or 1800. </w:t>
      </w:r>
    </w:p>
    <w:p>
      <w:r>
        <w:t xml:space="preserve">(Speaker B)  Okay, so first from John, second from Tanya. All in favor? So the next two are about the watering. So these ratification site masters afford an invoice for water improvement areas, and the next one was. </w:t>
      </w:r>
    </w:p>
    <w:p>
      <w:r>
        <w:t xml:space="preserve">(Speaker C)  So was this in the original proposal? </w:t>
      </w:r>
    </w:p>
    <w:p>
      <w:r>
        <w:t xml:space="preserve">(Speaker B)  It was not. </w:t>
      </w:r>
    </w:p>
    <w:p>
      <w:r>
        <w:t xml:space="preserve">(Speaker A)  I'm sorry, what? </w:t>
      </w:r>
    </w:p>
    <w:p>
      <w:r>
        <w:t xml:space="preserve">(Speaker B)  The water. </w:t>
      </w:r>
    </w:p>
    <w:p>
      <w:r>
        <w:t xml:space="preserve">(Speaker A)  Here's the. The way that I interpret the project and is that so there sod is included in the contract when they said, well, we want a sod earlier because the rain is coming and we believe that it's going to wash all our work. And so we need to wait as long as possible and that we haven't. I'm not signing off on Anything until I have an asville and all this other things. So technically the way that I interpret it is you're on the hook for everything from substantial completion off. So whether that needed water or not, I don't know. I mean, I'm not a landscape expert. As far as if they gotten better sod would have needed water. Well, this is where the debate comes up. </w:t>
      </w:r>
    </w:p>
    <w:p>
      <w:r>
        <w:t xml:space="preserve">(Speaker D)  Yeah, yeah, it just started off well. </w:t>
      </w:r>
    </w:p>
    <w:p>
      <w:r>
        <w:t xml:space="preserve">(Speaker A)  Is that well, well, the hate. So here's how. I mean, this is, like I said, a landscape where we'd be able to answer these questions a lot better. Maybe make and chime in too. But in my experience, St. Augustine starts really good Browns in three days and a little dead. Bahia is dead. Looking for a week and then all of a sudden it's green. So like the debate about the survivability or like the conditions of it, I don't really have a dog in that fight as far as like, did they solve it? Yes. Did we tell them not to solve it? I was like, hey, the timing is on you. Unless you are going to go to substantial completion when you saw it or slightly after, then I can't accept it as far as like, when it comes to like project completion. But the look of the sod and the aesthetic is something I have no control over. You know, at 30 days is usually the mark in which Bahia could establish where you can say I. If I go out there and I pull this out up and it comes up, no good, you know, you're back on the clock. If it, if it's stable, if it's taken root, you know, as far as what it looks like after that, I don't know how much I, I can control that or how much we would have control over that. But I think that it was a reaction to it being dead. They sodded it. We want to look a certain way. Well, the only way to achieve that is you either rely on the rain or. Right, you got it, you gotta go do it. </w:t>
      </w:r>
    </w:p>
    <w:p>
      <w:r>
        <w:t xml:space="preserve">(Speaker D)  The side that John and I saw the guy was the dead stuff is destroying the pieces of, of the behave. And the sand was going left or left and grass was going right. They would. That wouldn't hold. Held any runoff if they were just. And then the other thing is, either that day or later, around the corner at the end of Superior, there was pallets of grass that stayed on there for two, two or three days. </w:t>
      </w:r>
    </w:p>
    <w:p>
      <w:r>
        <w:t xml:space="preserve">(Speaker A)  Yeah, I mean, I know that the initial sod, we had them replace the first batch or whatever. I know that they did replace that. I don't exactly know which side is over here. It pulled it out. </w:t>
      </w:r>
    </w:p>
    <w:p>
      <w:r>
        <w:t xml:space="preserve">(Speaker B)  Yeah. </w:t>
      </w:r>
    </w:p>
    <w:p>
      <w:r>
        <w:t xml:space="preserve">(Speaker A)  The rest of it showed up better than what it was before. </w:t>
      </w:r>
    </w:p>
    <w:p>
      <w:r>
        <w:t xml:space="preserve">(Speaker D)  The area that's holding all the water on Huron, there was a guy, when it was, however deep it was, throwing the grass on top of the water. </w:t>
      </w:r>
    </w:p>
    <w:p>
      <w:r>
        <w:t xml:space="preserve">(Speaker A)  Yeah. My point about the whole thing is, is that if you want to dispute any of that stuff, I think that there's probably some kind of valid conversation about, well, the timing of it and then like you did this at this time. But from a project completion standpoint, I'm still not like I'm still open ended here because I haven't verified the grading through as built. You haven't completed the project and so on and so forth. So it's worth maybe about it. But it's inevitable that if you want grass to work, look a certain way and like, you know, it's about the aesthetic a little bit, then it probably didn't need that water. </w:t>
      </w:r>
    </w:p>
    <w:p>
      <w:r>
        <w:t xml:space="preserve">(Speaker E)  Yeah. And I had spoken to Scott about this and you know, given the drought that we were in at the time, we just weren't getting any rain. We were anticipating rain when it was put down, but we didn't get any. And most of the sod, like he said, the first bass did not look good. That was replaced whenever they did put it down. They did do the first couple waters without charging for the first, but also too, they completed four first and then they did the extra seven for 11 total. So basically the. The first one for the six out and that's for the first four sumps that were basically had to be watered for those, what, two and a half weeks at that point because they did the first couple. And then the second one was for the other seven to be watered during that time because again, we couldn't rely on the rain. And it only rained out of that three weeks. It only rained about two days, which they did skip that day. If they were to have to. To do on that day. </w:t>
      </w:r>
    </w:p>
    <w:p>
      <w:r>
        <w:t xml:space="preserve">(Speaker A)  They did skip it. So. </w:t>
      </w:r>
    </w:p>
    <w:p>
      <w:r>
        <w:t xml:space="preserve">(Speaker F)  So I'm confused. We have watering bills from two different companies. </w:t>
      </w:r>
    </w:p>
    <w:p>
      <w:r>
        <w:t xml:space="preserve">(Speaker A)  Yeah. </w:t>
      </w:r>
    </w:p>
    <w:p>
      <w:r>
        <w:t xml:space="preserve">(Speaker E)  So that's so side masters did the initial first couple, no charge for the four sums. After they had the, the sod replaced put back then they basically started charging and then they said they couldn't do it anymore. They didn't have the capability of doing it because you went from 4 to 11. And then Parker Land Services came in, said, we can do it, we can do all 11 for you. </w:t>
      </w:r>
    </w:p>
    <w:p>
      <w:r>
        <w:t xml:space="preserve">(Speaker A)  I. I'm no. </w:t>
      </w:r>
    </w:p>
    <w:p>
      <w:r>
        <w:t xml:space="preserve">(Speaker F)  So how did we. I guess I'm wondering how did we wind up with a $27,000 bill for something that the board didn't approve, essentially, </w:t>
      </w:r>
    </w:p>
    <w:p>
      <w:r>
        <w:t xml:space="preserve">(Speaker B)  when it was coming from conversation between me, council, engineer, field, is that due to the lack of rain and there not being any rain, the vendor would be responsive, wouldn't technically be responsible due to the contract, because they can't control the fact that there was no rain, so there was no water. So you put in all the sod, and the sod doesn't survive because we just don't water it. Then. Then you're having the argument of, well, and I know some of it did not look good, but again, the whole thing with Bahia and how you put it in and all, there would be the argument of, well, it's not their fault that it didn't rain for 30 days. And so. And that's where it came into. </w:t>
      </w:r>
    </w:p>
    <w:p>
      <w:r>
        <w:t xml:space="preserve">(Speaker A)  Essentially, the argument is the same as like. Or, like, they're held to a schedule, and it rains, so they can't work. It's just the opposite of that. It's like they can't control the weather for it raining. So the. The fear, I think, is. Is that you don't water, and then you're still now all of a sudden dead. It's not their problem because it didn't rain and we didn't provide irrigation. So therefore, you're. You're out the money on watering or you're out the money replacing the sod later that will again have to be watered. You see what I'm saying? So I think, like, that was the conversation we didn't want to get. </w:t>
      </w:r>
    </w:p>
    <w:p>
      <w:r>
        <w:t xml:space="preserve">(Speaker F)  Well, that's what I'm wondering. Did we even have $27,000 worth of sod? </w:t>
      </w:r>
    </w:p>
    <w:p>
      <w:r>
        <w:t xml:space="preserve">(Speaker A)  Yeah, absolutely. </w:t>
      </w:r>
    </w:p>
    <w:p>
      <w:r>
        <w:t xml:space="preserve">(Speaker F)  I mean, it just seems like an exorbitant amount of money to me, considering they pulled the water out of our lake. You know, they weren't. This. </w:t>
      </w:r>
    </w:p>
    <w:p>
      <w:r>
        <w:t xml:space="preserve">(Speaker E)  So some Parker land Services, they filled up the trucks from the pond. </w:t>
      </w:r>
    </w:p>
    <w:p>
      <w:r>
        <w:t xml:space="preserve">(Speaker A)  I don't know. I don't know. </w:t>
      </w:r>
    </w:p>
    <w:p>
      <w:r>
        <w:t xml:space="preserve">(Speaker E)  I don't believe they did, because Parker land Services, they brought literally, a water truck here to do that. Side mashers may have done it out of the pond, but Parker land Service, </w:t>
      </w:r>
    </w:p>
    <w:p>
      <w:r>
        <w:t xml:space="preserve">(Speaker B)  they did, too, by watch. </w:t>
      </w:r>
    </w:p>
    <w:p>
      <w:r>
        <w:t xml:space="preserve">(Speaker A)  Out of the pond. </w:t>
      </w:r>
    </w:p>
    <w:p>
      <w:r>
        <w:t xml:space="preserve">(Speaker E)  Oh, to fill up. To fill up the truck. </w:t>
      </w:r>
    </w:p>
    <w:p>
      <w:r>
        <w:t xml:space="preserve">(Speaker B)  Yeah. </w:t>
      </w:r>
    </w:p>
    <w:p>
      <w:r>
        <w:t xml:space="preserve">(Speaker A)  Okay. </w:t>
      </w:r>
    </w:p>
    <w:p>
      <w:r>
        <w:t xml:space="preserve">(Speaker E)  Because I was gonna. </w:t>
      </w:r>
    </w:p>
    <w:p>
      <w:r>
        <w:t xml:space="preserve">(Speaker A)  Yeah, yeah. Because it wasn't the first batch. It was in that second. </w:t>
      </w:r>
    </w:p>
    <w:p>
      <w:r>
        <w:t xml:space="preserve">(Speaker E)  The second. Yeah. </w:t>
      </w:r>
    </w:p>
    <w:p>
      <w:r>
        <w:t xml:space="preserve">(Speaker A)  Because what am I paying for then? Sorry. It's pretty typical on projects that even the most sophisticated companies. </w:t>
      </w:r>
    </w:p>
    <w:p>
      <w:r>
        <w:t xml:space="preserve">(Speaker D)  Yeah. </w:t>
      </w:r>
    </w:p>
    <w:p>
      <w:r>
        <w:t xml:space="preserve">(Speaker A)  They have a pumper's gas, and I'm totally ungrateful. </w:t>
      </w:r>
    </w:p>
    <w:p>
      <w:r>
        <w:t xml:space="preserve">(Speaker F)  Well, that's what I'm saying. Is there any room for negotiation levels? </w:t>
      </w:r>
    </w:p>
    <w:p>
      <w:r>
        <w:t xml:space="preserve">(Speaker A)  I've tried a little bit, yeah. </w:t>
      </w:r>
    </w:p>
    <w:p>
      <w:r>
        <w:t xml:space="preserve">(Speaker E)  At least with Parker Land Services. </w:t>
      </w:r>
    </w:p>
    <w:p>
      <w:r>
        <w:t xml:space="preserve">(Speaker A)  So basically we had one truck out here every day for three weeks. </w:t>
      </w:r>
    </w:p>
    <w:p>
      <w:r>
        <w:t xml:space="preserve">(Speaker E)  No, it wasn't every day. It was every three days. </w:t>
      </w:r>
    </w:p>
    <w:p>
      <w:r>
        <w:t xml:space="preserve">(Speaker F)  It was every day to start with. And then they went to Parker center </w:t>
      </w:r>
    </w:p>
    <w:p>
      <w:r>
        <w:t xml:space="preserve">(Speaker A)  truck out here for three weeks, nine times. Yeah, </w:t>
      </w:r>
    </w:p>
    <w:p>
      <w:r>
        <w:t xml:space="preserve">(Speaker D)  I didn't learn my grass out, but it's beheaded. </w:t>
      </w:r>
    </w:p>
    <w:p>
      <w:r>
        <w:t xml:space="preserve">(Speaker E)  Yeah, yeah, but it's, it needs to be established. It was just late that, that was, that was another big ticket. But kind of like Stephen said, you, you have to not water replace the sod and then have to pay for watering again. </w:t>
      </w:r>
    </w:p>
    <w:p>
      <w:r>
        <w:t xml:space="preserve">(Speaker D)  We went this whole thing, it was on their ownness, not our ownness. </w:t>
      </w:r>
    </w:p>
    <w:p>
      <w:r>
        <w:t xml:space="preserve">(Speaker A)  That sounds about right. </w:t>
      </w:r>
    </w:p>
    <w:p>
      <w:r>
        <w:t xml:space="preserve">(Speaker B)  That would be a lot of grass. </w:t>
      </w:r>
    </w:p>
    <w:p>
      <w:r>
        <w:t xml:space="preserve">(Speaker A)  You know, 2100 bucks a trip seems like a big number when they're not buying Walmart. </w:t>
      </w:r>
    </w:p>
    <w:p>
      <w:r>
        <w:t xml:space="preserve">(Speaker F)  That's what I'm saying. </w:t>
      </w:r>
    </w:p>
    <w:p>
      <w:r>
        <w:t xml:space="preserve">(Speaker A)  I, I, I think $10,000 would be a fair offer. I could see if they were bringing that water in. I mean, still a ton of money, and I was shocked when I saw that. But if they're using our water, your, your banks are paying for their labor and their equipment. </w:t>
      </w:r>
    </w:p>
    <w:p>
      <w:r>
        <w:t xml:space="preserve">(Speaker F)  I mean, can we push back at them and say, you know, did your price include water and you used our water? </w:t>
      </w:r>
    </w:p>
    <w:p>
      <w:r>
        <w:t xml:space="preserve">(Speaker E)  I mean, yeah, I can, I can push back on that. I mean, I, I can talk to them about it and see what we can do. Yeah. </w:t>
      </w:r>
    </w:p>
    <w:p>
      <w:r>
        <w:t xml:space="preserve">(Speaker B)  The other One, Char, is five days for $6,000. </w:t>
      </w:r>
    </w:p>
    <w:p>
      <w:r>
        <w:t xml:space="preserve">(Speaker E)  I mean, but we are 100% sure that every time they were here, they </w:t>
      </w:r>
    </w:p>
    <w:p>
      <w:r>
        <w:t xml:space="preserve">(Speaker A)  were pumping out of that pond and they didn't, and they didn't bring, they didn't bring water in. </w:t>
      </w:r>
    </w:p>
    <w:p>
      <w:r>
        <w:t xml:space="preserve">(Speaker F)  I saw maybe they brought in one truck of water and then when they empty that, then they went to the, I don't know. </w:t>
      </w:r>
    </w:p>
    <w:p>
      <w:r>
        <w:t xml:space="preserve">(Speaker C)  Did they give us the pricing up front for this? </w:t>
      </w:r>
    </w:p>
    <w:p>
      <w:r>
        <w:t xml:space="preserve">(Speaker E)  Yeah, it was her time that they </w:t>
      </w:r>
    </w:p>
    <w:p>
      <w:r>
        <w:t xml:space="preserve">(Speaker B)  had to do it because we got 5 or 6,000. You're saying 9, 21,000. </w:t>
      </w:r>
    </w:p>
    <w:p>
      <w:r>
        <w:t xml:space="preserve">(Speaker A)  That's a lot. I think the first batch is less by some degrees. I think with Sitemasters they didn't have as many songs for. </w:t>
      </w:r>
    </w:p>
    <w:p>
      <w:r>
        <w:t xml:space="preserve">(Speaker E)  They only did. But they only did it for five days. Well, the other person did it for </w:t>
      </w:r>
    </w:p>
    <w:p>
      <w:r>
        <w:t xml:space="preserve">(Speaker A)  three weeks, the first couple. </w:t>
      </w:r>
    </w:p>
    <w:p>
      <w:r>
        <w:t xml:space="preserve">(Speaker D)  Yeah. </w:t>
      </w:r>
    </w:p>
    <w:p>
      <w:r>
        <w:t xml:space="preserve">(Speaker E)  I can follow back up with, with them and see what's going on and I mean, we could just have a conversation. </w:t>
      </w:r>
    </w:p>
    <w:p>
      <w:r>
        <w:t xml:space="preserve">(Speaker A)  That'd be great. Yeah, we'll move off on our pregnancy until we hear back. I mean, that would be Till August. Yeah. Well, one of them was. </w:t>
      </w:r>
    </w:p>
    <w:p>
      <w:r>
        <w:t xml:space="preserve">(Speaker E)  Yeah, one one legs from site mashers. That was for. </w:t>
      </w:r>
    </w:p>
    <w:p>
      <w:r>
        <w:t xml:space="preserve">(Speaker B)  I mean, so we can have conversations with them. I mean, it is. This is a ratification as well. So this was already been done. Yeah, it's already been done. It's been sent. So, I mean, we can discuss with them about if they're willing to work with us on anything. </w:t>
      </w:r>
    </w:p>
    <w:p>
      <w:r>
        <w:t xml:space="preserve">(Speaker F)  Hopefully there's some good business and maybe willing to work with us now. </w:t>
      </w:r>
    </w:p>
    <w:p>
      <w:r>
        <w:t xml:space="preserve">(Speaker A)  Sitemasters, that 6000. That. That did not include the free. They did some free ones before that. </w:t>
      </w:r>
    </w:p>
    <w:p>
      <w:r>
        <w:t xml:space="preserve">(Speaker E)  Yeah, there was. There was a few. </w:t>
      </w:r>
    </w:p>
    <w:p>
      <w:r>
        <w:t xml:space="preserve">(Speaker A)  Probably, like in the first 10 days. I want to say something like that. </w:t>
      </w:r>
    </w:p>
    <w:p>
      <w:r>
        <w:t xml:space="preserve">(Speaker D)  Yeah. </w:t>
      </w:r>
    </w:p>
    <w:p>
      <w:r>
        <w:t xml:space="preserve">(Speaker C)  Yeah. I think I'm okay with the site. </w:t>
      </w:r>
    </w:p>
    <w:p>
      <w:r>
        <w:t xml:space="preserve">(Speaker F)  That's first one. </w:t>
      </w:r>
    </w:p>
    <w:p>
      <w:r>
        <w:t xml:space="preserve">(Speaker A)  Yeah. 100 bucks a day is reasonable. Yeah. I was thinking. Yeah, we get Parker to give us the same rate at 1200 bucks a day. I'd be happy with that. It's nine days. That's where I came up with $10,000. We're just a little over 10. I can ask the question. I can bring it over. </w:t>
      </w:r>
    </w:p>
    <w:p>
      <w:r>
        <w:t xml:space="preserve">(Speaker C)  Yeah. </w:t>
      </w:r>
    </w:p>
    <w:p>
      <w:r>
        <w:t xml:space="preserve">(Speaker F)  Just be sure they know that, you know, they were using our water. And I don't know if that's their rate included. </w:t>
      </w:r>
    </w:p>
    <w:p>
      <w:r>
        <w:t xml:space="preserve">(Speaker A)  Yeah. </w:t>
      </w:r>
    </w:p>
    <w:p>
      <w:r>
        <w:t xml:space="preserve">(Speaker E)  I mean, I could have sworn when we had brought this up that they were bringing water in, which if that were the case, if they were bringing their own water in, then it would make sense because we're already in the drought. So the people that they're getting the water from are going to charge even more money to. To get the water. </w:t>
      </w:r>
    </w:p>
    <w:p>
      <w:r>
        <w:t xml:space="preserve">(Speaker B)  They left their truck here, park the whole time. Except this company was parked here, the whole lot. </w:t>
      </w:r>
    </w:p>
    <w:p>
      <w:r>
        <w:t xml:space="preserve">(Speaker A)  And they would make another pump, go over cycles, rear did the pressure washing, and they hook you up to the city. They had the meter. It was like a $20,000 water tank. Correct. </w:t>
      </w:r>
    </w:p>
    <w:p>
      <w:r>
        <w:t xml:space="preserve">(Speaker B)  All right, so then do you want to ratify the site masters one, since if you're saying that. And then we can discuss with Parker about again to see if they're willing to come back with anything on that. </w:t>
      </w:r>
    </w:p>
    <w:p>
      <w:r>
        <w:t xml:space="preserve">(Speaker F)  And can we just ensure that in these projects moving forward that. I mean, I know we can't. </w:t>
      </w:r>
    </w:p>
    <w:p>
      <w:r>
        <w:t xml:space="preserve">(Speaker C)  You know, I know we don't have. </w:t>
      </w:r>
    </w:p>
    <w:p>
      <w:r>
        <w:t xml:space="preserve">(Speaker F)  We can't see everything, but can we be sure that we're trying to include in some of these expenses so we're not kind of blindsided after the fact? </w:t>
      </w:r>
    </w:p>
    <w:p>
      <w:r>
        <w:t xml:space="preserve">(Speaker A)  Yeah, I think if we were to </w:t>
      </w:r>
    </w:p>
    <w:p>
      <w:r>
        <w:t xml:space="preserve">(Speaker E)  do that, for example, if. Because sump's being done in the future, what we can do is we can. The company that's doing the Work we can do like a. This is what they charge the water per day. So that way that we know. Okay, this is what it could be after three weeks or it rains, whatever. </w:t>
      </w:r>
    </w:p>
    <w:p>
      <w:r>
        <w:t xml:space="preserve">(Speaker A)  Yeah, just build a fixed cost in there where you get 500 a day for watering should it be necessary. </w:t>
      </w:r>
    </w:p>
    <w:p>
      <w:r>
        <w:t xml:space="preserve">(Speaker F)  Yeah. It's just not necessarily great. </w:t>
      </w:r>
    </w:p>
    <w:p>
      <w:r>
        <w:t xml:space="preserve">(Speaker A)  But. Yeah. And. And then my, my argument would be next time we need is August. We really want to make them wait 60 days. They say now. I mean what, what we can do </w:t>
      </w:r>
    </w:p>
    <w:p>
      <w:r>
        <w:t xml:space="preserve">(Speaker E)  is we can pay this and then discuss it with them. And if they want to reimburse us, us anything, they could send us money </w:t>
      </w:r>
    </w:p>
    <w:p>
      <w:r>
        <w:t xml:space="preserve">(Speaker A)  back once we get the money they're not sending. </w:t>
      </w:r>
    </w:p>
    <w:p>
      <w:r>
        <w:t xml:space="preserve">(Speaker C)  The board could approve one board member to approve a not to exceed of this amount. We'd have to. Whether they brought in their own water, we'll see if they can match the site master. What if we pay what we think </w:t>
      </w:r>
    </w:p>
    <w:p>
      <w:r>
        <w:t xml:space="preserve">(Speaker F)  is fair and so then the rest of it can wait till August. </w:t>
      </w:r>
    </w:p>
    <w:p>
      <w:r>
        <w:t xml:space="preserve">(Speaker B)  Okay, so just to be clear, again, this was ratified, this was signed off by the chair, or this was approved with the chair coordination. The work was done, these checks were sent. So this was paid. So. Yes. So this is, this is more of a. </w:t>
      </w:r>
    </w:p>
    <w:p>
      <w:r>
        <w:t xml:space="preserve">(Speaker D)  This is the point I get at. There was one board member that approved this and, and you have all these sunshine laws and whatever and we get to this project. We had one board member doing the okaying on all this. </w:t>
      </w:r>
    </w:p>
    <w:p>
      <w:r>
        <w:t xml:space="preserve">(Speaker F)  I thought there was a not to exceed with. With the chair being able to sign things. </w:t>
      </w:r>
    </w:p>
    <w:p>
      <w:r>
        <w:t xml:space="preserve">(Speaker A)  What I found is I found knowledge </w:t>
      </w:r>
    </w:p>
    <w:p>
      <w:r>
        <w:t xml:space="preserve">(Speaker B)  it's anything over $5,000 coordinating with district management and staff and chair. The chair can prove individually up to five. That was something that we confirmed with council. </w:t>
      </w:r>
    </w:p>
    <w:p>
      <w:r>
        <w:t xml:space="preserve">(Speaker A)  Did we have a motion to do site masters? We did not. Obviously site masters. </w:t>
      </w:r>
    </w:p>
    <w:p>
      <w:r>
        <w:t xml:space="preserve">(Speaker F)  It's already paid, right? </w:t>
      </w:r>
    </w:p>
    <w:p>
      <w:r>
        <w:t xml:space="preserve">(Speaker B)  Again, it's a ratification. </w:t>
      </w:r>
    </w:p>
    <w:p>
      <w:r>
        <w:t xml:space="preserve">(Speaker E)  Okay. </w:t>
      </w:r>
    </w:p>
    <w:p>
      <w:r>
        <w:t xml:space="preserve">(Speaker A)  And it doesn't matter. </w:t>
      </w:r>
    </w:p>
    <w:p>
      <w:r>
        <w:t xml:space="preserve">(Speaker B)  That's a first from Daryl. I mean, again, we can go back to them, but I. Again, this is where these things come into play is when you have situations like this where it's not included in the scope, but then it's also trying to minimize any sort of future damage and cost to the district of are we going to paper water now or are we going to not pay for water now, then have to pay for sod and then have to pay for water again anyways? And then that's. That's where these things come in. I mean, trust me, I wasn't exactly thrilled about having these conversations with anybody when this was happening, but I didn't I didn't jump at spending 21,000. Yeah. </w:t>
      </w:r>
    </w:p>
    <w:p>
      <w:r>
        <w:t xml:space="preserve">(Speaker E)  I thought. </w:t>
      </w:r>
    </w:p>
    <w:p>
      <w:r>
        <w:t xml:space="preserve">(Speaker B)  I. </w:t>
      </w:r>
    </w:p>
    <w:p>
      <w:r>
        <w:t xml:space="preserve">(Speaker A)  Let me finish. Let me finish. </w:t>
      </w:r>
    </w:p>
    <w:p>
      <w:r>
        <w:t xml:space="preserve">(Speaker B)  I thought about what the process was </w:t>
      </w:r>
    </w:p>
    <w:p>
      <w:r>
        <w:t xml:space="preserve">(Speaker A)  and I looked at 21,000 versus 150 to $200,000. </w:t>
      </w:r>
    </w:p>
    <w:p>
      <w:r>
        <w:t xml:space="preserve">(Speaker E)  Saw it. </w:t>
      </w:r>
    </w:p>
    <w:p>
      <w:r>
        <w:t xml:space="preserve">(Speaker B)  Or listening to all your friends complain that the grass died? Everybody that complains the grassman died. </w:t>
      </w:r>
    </w:p>
    <w:p>
      <w:r>
        <w:t xml:space="preserve">(Speaker A)  So that was. That was my reasoning for approving this. </w:t>
      </w:r>
    </w:p>
    <w:p>
      <w:r>
        <w:t xml:space="preserve">(Speaker D)  Here's where I would. That's. That's over my allotment. We need a special record because each one of us are 20% of the CED board. </w:t>
      </w:r>
    </w:p>
    <w:p>
      <w:r>
        <w:t xml:space="preserve">(Speaker A)  We can certainly change that process moving forward and adjust those limits if that's what you want to do. If I had a question how we got where we're at, I would have made the same decision to water the grass. I probably would have challenged the cost. If I would have known the difference between the one vendor's 1200, the other vendor is 2100, maybe that would have been something to think of. Next time to negotiate. </w:t>
      </w:r>
    </w:p>
    <w:p>
      <w:r>
        <w:t xml:space="preserve">(Speaker D)  How do you get there when Steven's saying it's their responsibility up until the completion and we're not complete today. </w:t>
      </w:r>
    </w:p>
    <w:p>
      <w:r>
        <w:t xml:space="preserve">(Speaker C)  So. </w:t>
      </w:r>
    </w:p>
    <w:p>
      <w:r>
        <w:t xml:space="preserve">(Speaker D)  So are we going to continue from this day on just allowing them to come in and water? Because we're still not having water. </w:t>
      </w:r>
    </w:p>
    <w:p>
      <w:r>
        <w:t xml:space="preserve">(Speaker F)  They're done watering. </w:t>
      </w:r>
    </w:p>
    <w:p>
      <w:r>
        <w:t xml:space="preserve">(Speaker D)  They're done. </w:t>
      </w:r>
    </w:p>
    <w:p>
      <w:r>
        <w:t xml:space="preserve">(Speaker E)  They've been done water. </w:t>
      </w:r>
    </w:p>
    <w:p>
      <w:r>
        <w:t xml:space="preserve">(Speaker D)  That's why there needs to be more coordination with Stephen and the district manager in this process. </w:t>
      </w:r>
    </w:p>
    <w:p>
      <w:r>
        <w:t xml:space="preserve">(Speaker B)  We did have a first for psych Masters. I just want to bring that back because we do have a motion pending. </w:t>
      </w:r>
    </w:p>
    <w:p>
      <w:r>
        <w:t xml:space="preserve">(Speaker A)  I'll second sight. Masters. Okay. </w:t>
      </w:r>
    </w:p>
    <w:p>
      <w:r>
        <w:t xml:space="preserve">(Speaker B)  So that was a second from John. All in favor for the site? Masters. Any opposed? </w:t>
      </w:r>
    </w:p>
    <w:p>
      <w:r>
        <w:t xml:space="preserve">(Speaker A)  No. </w:t>
      </w:r>
    </w:p>
    <w:p>
      <w:r>
        <w:t xml:space="preserve">(Speaker B)  So motion has passed. 7A from Jeff. </w:t>
      </w:r>
    </w:p>
    <w:p>
      <w:r>
        <w:t xml:space="preserve">(Speaker F)  Yeah. </w:t>
      </w:r>
    </w:p>
    <w:p>
      <w:r>
        <w:t xml:space="preserve">(Speaker A)  And. And I know. I get what you're saying. You're not wrong. They're responsible. But here's the thing too. Is it reasonable to expect put grass down in the middle of a drought and not have to water it? Right. We're still not done. </w:t>
      </w:r>
    </w:p>
    <w:p>
      <w:r>
        <w:t xml:space="preserve">(Speaker D)  We're still not done. They should have at least waited at least a week. </w:t>
      </w:r>
    </w:p>
    <w:p>
      <w:r>
        <w:t xml:space="preserve">(Speaker A)  Return weeks. </w:t>
      </w:r>
    </w:p>
    <w:p>
      <w:r>
        <w:t xml:space="preserve">(Speaker D)  I have an email that says they weren't supposed to put it down. I mean, now we're rewarding them now that they panic. </w:t>
      </w:r>
    </w:p>
    <w:p>
      <w:r>
        <w:t xml:space="preserve">(Speaker F)  Yeah. </w:t>
      </w:r>
    </w:p>
    <w:p>
      <w:r>
        <w:t xml:space="preserve">(Speaker D)  And that. </w:t>
      </w:r>
    </w:p>
    <w:p>
      <w:r>
        <w:t xml:space="preserve">(Speaker A)  That kind of makes them watering. We want to put the sawed in now because we're worried that the rain is going to affect my grave. Right. That was the argument. Yeah. So the conversation really comes down to. You got a cause and effect about everything. Like we're telling controlling the means and methods in which they do the Project. Okay. If you want to control it, then you have to have some kind of, like, there's a give and a take. If you're saying we can't stop, well, then you're going to pay us again to rebread it. And then if you're. You see what I'm saying, like, there's all this. Right. And I think that you're right about, like, the future just upfront cost. But it is very typical for the vendors to have like a rating at which they say, okay, we will take care of the grass, but there's no free. There's never. It's never a free. So even if. Shame on us for missing out on the contract to say we want a watering fee in there, we know for the next one. Well, I think what was anticipated too, was that it would be raining. That was our plan. Yeah. Yeah. By the time. That's why we talk about this. </w:t>
      </w:r>
    </w:p>
    <w:p>
      <w:r>
        <w:t xml:space="preserve">(Speaker C)  We also talk about, you know, the original plan was that the sod would be able to be installed much closer to substantial completion. But due to some of these unanticipated delays that we've had, that timeframe got stretched out. </w:t>
      </w:r>
    </w:p>
    <w:p>
      <w:r>
        <w:t xml:space="preserve">(Speaker A)  Yeah. </w:t>
      </w:r>
    </w:p>
    <w:p>
      <w:r>
        <w:t xml:space="preserve">(Speaker C)  Those delays are not within the control of the vendor. So if we did not allow them to install the sod, then we would be paying for them to redo the work. If we got a rainfall and washed it all out. </w:t>
      </w:r>
    </w:p>
    <w:p>
      <w:r>
        <w:t xml:space="preserve">(Speaker A)  Yeah. I think the alternative was. So you didn't make the decision to water the grass. I think honestly, it probably would have been fine from like, Bahia. It comes back. It's whatever. However, you would have gotten a lot of complaints that, oh, the project's going terribly because this sawdust looks so bad. And then you got, you know, so it's more of like, from a, like, maybe a PR standpoint too. It was the right call if you wanted to. </w:t>
      </w:r>
    </w:p>
    <w:p>
      <w:r>
        <w:t xml:space="preserve">(Speaker F)  Not, </w:t>
      </w:r>
    </w:p>
    <w:p>
      <w:r>
        <w:t xml:space="preserve">(Speaker D)  no extra cost with good luck </w:t>
      </w:r>
    </w:p>
    <w:p>
      <w:r>
        <w:t xml:space="preserve">(Speaker A)  looking grass with $27,000. </w:t>
      </w:r>
    </w:p>
    <w:p>
      <w:r>
        <w:t xml:space="preserve">(Speaker B)  I mean, there's really no way to tell either. We, I. We didn't know if it was going to rain. </w:t>
      </w:r>
    </w:p>
    <w:p>
      <w:r>
        <w:t xml:space="preserve">(Speaker D)  We didn't know. </w:t>
      </w:r>
    </w:p>
    <w:p>
      <w:r>
        <w:t xml:space="preserve">(Speaker A)  We're not putting it back in the jar. </w:t>
      </w:r>
    </w:p>
    <w:p>
      <w:r>
        <w:t xml:space="preserve">(Speaker B)  So, you know, we will still go to them and discuss about the difference in cost between them and site managers and still have those conversations for sure. </w:t>
      </w:r>
    </w:p>
    <w:p>
      <w:r>
        <w:t xml:space="preserve">(Speaker A)  And. And also just from other projects, too. The. The watering doesn't. I mean, it's shocking you guys, but it doesn't shock me at all. It doesn't. Oh, it's expensive to buy water. But my only point is that's where I was going. Pumping from the lake than they're double dipping here. I'm just saying. Ask that question. I'm just saying in other projects that. That have the similar type situation, spending. I mean, we had one pretty recently where they spent like about 60 grand for the whole. </w:t>
      </w:r>
    </w:p>
    <w:p>
      <w:r>
        <w:t xml:space="preserve">(Speaker F)  Yeah. </w:t>
      </w:r>
    </w:p>
    <w:p>
      <w:r>
        <w:t xml:space="preserve">(Speaker A)  Effort. Well, again, lesson learned. We know we do a project where there's a lot of stuff involved in the contract. We're gonna have a fixed fee in there for watering and defined timeline. We'll move forward. Jeff, if you want to do something, change those limits on what the chair can do and the. And the manager together. Currently it's on a cap. If you want to cap, make a motion. I would say let's put a motion on it. Just ratify this bill. Remote is filled. We know how to do it better next time. </w:t>
      </w:r>
    </w:p>
    <w:p>
      <w:r>
        <w:t xml:space="preserve">(Speaker D)  I mean, I'm shocked that we have a Parker contract and we didn't approve Parker. When we left in January, they said sitemaster might not be able to get </w:t>
      </w:r>
    </w:p>
    <w:p>
      <w:r>
        <w:t xml:space="preserve">(Speaker A)  bonded or whatever people were. </w:t>
      </w:r>
    </w:p>
    <w:p>
      <w:r>
        <w:t xml:space="preserve">(Speaker D)  And we said, well have till the </w:t>
      </w:r>
    </w:p>
    <w:p>
      <w:r>
        <w:t xml:space="preserve">(Speaker A)  end of the month and then go </w:t>
      </w:r>
    </w:p>
    <w:p>
      <w:r>
        <w:t xml:space="preserve">(Speaker D)  to vendor number two. That was while we left it in January. And the next thing you know, they start up and there's no, no, no sight after you run the contract. </w:t>
      </w:r>
    </w:p>
    <w:p>
      <w:r>
        <w:t xml:space="preserve">(Speaker A)  It's just. </w:t>
      </w:r>
    </w:p>
    <w:p>
      <w:r>
        <w:t xml:space="preserve">(Speaker D)  For a completely different company that you didn't know about. </w:t>
      </w:r>
    </w:p>
    <w:p>
      <w:r>
        <w:t xml:space="preserve">(Speaker B)  It's not completely. </w:t>
      </w:r>
    </w:p>
    <w:p>
      <w:r>
        <w:t xml:space="preserve">(Speaker D)  You didn't know about. You didn't know about. I didn't know about. And at some point in time, somebody likes to vet this stuff. So we're trying to do our job and we were not allowed to do our job. </w:t>
      </w:r>
    </w:p>
    <w:p>
      <w:r>
        <w:t xml:space="preserve">(Speaker A)  And you know, unfortunately, I did projects </w:t>
      </w:r>
    </w:p>
    <w:p>
      <w:r>
        <w:t xml:space="preserve">(Speaker D)  for 28 years, but I never seen anything go like this. First comes the worship meeting, how the board make a decision. </w:t>
      </w:r>
    </w:p>
    <w:p>
      <w:r>
        <w:t xml:space="preserve">(Speaker B)  So to that there was discussion about Site Masters. It was significantly cheaper than the next one. And we also talked about the bond and if potentially they could subcontract. And that's what ended up happening. That's what Parker Land Services was. Site Masters is still the contract that they just subcontracted under Parker to be able to get the bond, to be able to meet the requirements that the board proved. </w:t>
      </w:r>
    </w:p>
    <w:p>
      <w:r>
        <w:t xml:space="preserve">(Speaker A)  Well, technically, if it was a subcontract, we wouldn't be getting in the voice from these guys. Right. So. </w:t>
      </w:r>
    </w:p>
    <w:p>
      <w:r>
        <w:t xml:space="preserve">(Speaker B)  Well, that was. </w:t>
      </w:r>
    </w:p>
    <w:p>
      <w:r>
        <w:t xml:space="preserve">(Speaker A)  So that's. That's a little different. </w:t>
      </w:r>
    </w:p>
    <w:p>
      <w:r>
        <w:t xml:space="preserve">(Speaker B)  But I mean, that's how the. </w:t>
      </w:r>
    </w:p>
    <w:p>
      <w:r>
        <w:t xml:space="preserve">(Speaker A)  I know that. I know that's what we said. </w:t>
      </w:r>
    </w:p>
    <w:p>
      <w:r>
        <w:t xml:space="preserve">(Speaker C)  Site Masters is supposed to be a subcontractor. So I, I had already made a note. That proposal that they gave, you know, let's get it re Run through, through site masters. </w:t>
      </w:r>
    </w:p>
    <w:p>
      <w:r>
        <w:t xml:space="preserve">(Speaker A)  Then we did have the ability to dispute that invoice and the, and the amount of the invoice. Had site masters prepare the invoice for us. Right. Because we're, we're still holding. That's in their money here. We're just on the hook. And this thing's not due until July 2nd. The checks already gone. We were pretty, pretty quick ban. </w:t>
      </w:r>
    </w:p>
    <w:p>
      <w:r>
        <w:t xml:space="preserve">(Speaker C)  So I think. Did we have a motion to ratify? </w:t>
      </w:r>
    </w:p>
    <w:p>
      <w:r>
        <w:t xml:space="preserve">(Speaker A)  Yeah, I heard the motion ratify out there because again, I think the milk is already spilled. But that comes with a caveat. We are going to go back to them and make the argument that we don't think that you were buying, you were buying water. And we'd like to justify how your contractor can do it for $1200 and you're doing it for 2100 dollars. Explain that to us. Yeah, I guess that's my question. I think we owe them some money. My question is we've already paid them 21 quotes. </w:t>
      </w:r>
    </w:p>
    <w:p>
      <w:r>
        <w:t xml:space="preserve">(Speaker C)  If it was misbuilt, if they billed us for bringing in water they didn't bring in, then we could use that as an offset against their drainage. </w:t>
      </w:r>
    </w:p>
    <w:p>
      <w:r>
        <w:t xml:space="preserve">(Speaker B)  Okay, so we did have a person. John, is there a second? It's a ratification. It's a ratification. So, So do we have a second? </w:t>
      </w:r>
    </w:p>
    <w:p>
      <w:r>
        <w:t xml:space="preserve">(Speaker A)  Sorry. </w:t>
      </w:r>
    </w:p>
    <w:p>
      <w:r>
        <w:t xml:space="preserve">(Speaker B)  All in favor? Motion passed.32. Then it was Jeff and Tanya. Okay, So there's one more on here as well. Gratification for the sump improvement project construction. That was something that Steve was talking about earlier. I don't know if they have any additional information for that. </w:t>
      </w:r>
    </w:p>
    <w:p>
      <w:r>
        <w:t xml:space="preserve">(Speaker A)  Which. </w:t>
      </w:r>
    </w:p>
    <w:p>
      <w:r>
        <w:t xml:space="preserve">(Speaker B)  The first one </w:t>
      </w:r>
    </w:p>
    <w:p>
      <w:r>
        <w:t xml:space="preserve">(Speaker A)  for the. Some. Yeah, no, there's a. So I'm pretty sure, I mean, I hope that it refers to the red line design change that we made and then the proposal is complete for that. I don't see any problems with it. It's not a lot of, you know, it's not extensive work. It's like I said, a lot of grading concrete work, pretty minimal. But those prices that they gave us were in line with the same kind of unit cost they gave us in the very beginning of the project. So I didn't really see a issue with the line item the way it was there. That's number six, you said? </w:t>
      </w:r>
    </w:p>
    <w:p>
      <w:r>
        <w:t xml:space="preserve">(Speaker B)  Yep. </w:t>
      </w:r>
    </w:p>
    <w:p>
      <w:r>
        <w:t xml:space="preserve">(Speaker C)  This was that first change order that we discussed earlier in the meeting. </w:t>
      </w:r>
    </w:p>
    <w:p>
      <w:r>
        <w:t xml:space="preserve">(Speaker A)  Yeah. For the grading. </w:t>
      </w:r>
    </w:p>
    <w:p>
      <w:r>
        <w:t xml:space="preserve">(Speaker B)  Is. That's the one that. </w:t>
      </w:r>
    </w:p>
    <w:p>
      <w:r>
        <w:t xml:space="preserve">(Speaker C)  It's under their contract. </w:t>
      </w:r>
    </w:p>
    <w:p>
      <w:r>
        <w:t xml:space="preserve">(Speaker A)  Yeah. Someone's going to buy a person, they're going to do the. So I, again, I, I, I don't know how much worth getting in the weeds about who is doing what? Yeah. Parker is responsible for the person on the contract with a bond. Got it. And. But the way that the work is being done is that they are. They. They're the entity that is responsible for the grade and SOG and all that stuff. Okay. Tim and site masters. It's not that they're not capable of doing that. I think that's just their agreement of how they split the work up. But he did the most of the. He does all the concrete work, the, like, actual stormwater pipe, the under drain, the wiggers, the. The skimmers and all that stuff. So regardless of who does the work, it should be like Lauren said, it all should come from Parker, not from sitemasters. But the amount, you know, again, this is like administrative stuff that they couldn't handle on us. Come from a different person's letter. This is not available. Correct. The modification. 1313. </w:t>
      </w:r>
    </w:p>
    <w:p>
      <w:r>
        <w:t xml:space="preserve">(Speaker C)  This is the fix for the son. </w:t>
      </w:r>
    </w:p>
    <w:p>
      <w:r>
        <w:t xml:space="preserve">(Speaker A)  Yeah. This is just. We told them this is. </w:t>
      </w:r>
    </w:p>
    <w:p>
      <w:r>
        <w:t xml:space="preserve">(Speaker B)  Work is already done. This was because of the issues that it was having. This was. And this was because that major pipe is not there and because of the work that was done or was being done, obviously was anticipating the pipe, which means that it started flooding and everything. The workers. </w:t>
      </w:r>
    </w:p>
    <w:p>
      <w:r>
        <w:t xml:space="preserve">(Speaker A)  That's what I wanted. If we feel like we've overpaid on the water, is there any opportunity to negotiate? Absolutely. You've got. Right now. I don't think we actually made the decision motion on the bill. That was like the big bill. Right now you've got probably. Probably over 100 brands still out there that you have not paid. So you can make decisions. I want to get the work done right. </w:t>
      </w:r>
    </w:p>
    <w:p>
      <w:r>
        <w:t xml:space="preserve">(Speaker D)  I. </w:t>
      </w:r>
    </w:p>
    <w:p>
      <w:r>
        <w:t xml:space="preserve">(Speaker A)  It just seemed like we. We were struggling that we paid $21,000 for lottery and maybe we can get some back. You know, it's the same company. You know, is there any opportunity even on this particular part of it to say, hey, we paid for this. We feel like we've overpayed and we get a discount on this. </w:t>
      </w:r>
    </w:p>
    <w:p>
      <w:r>
        <w:t xml:space="preserve">(Speaker B)  Well, so again, this is a ratification. So the aspect of this was something that needed to be done. It was something that was approved, assigned. </w:t>
      </w:r>
    </w:p>
    <w:p>
      <w:r>
        <w:t xml:space="preserve">(Speaker A)  Okay. </w:t>
      </w:r>
    </w:p>
    <w:p>
      <w:r>
        <w:t xml:space="preserve">(Speaker B)  You know, and so anytime we do those ratifications. But to Steven's point is that you do have a. I mean, I think it was like $77,000 invoice that we received that we did not pay. We held because that's something that we wanted to bring to this meeting to have the conversation about everything. It wasn't something that was. That was you know, urgent. Urgent. And then in addition to that 77, you still have the additional 10%, which should be 5% for. In the contract, but hardly as 10% of retainer being held. So you still have tens of thousands of dollars of outstanding invoices for this that we can discuss with them however you like. </w:t>
      </w:r>
    </w:p>
    <w:p>
      <w:r>
        <w:t xml:space="preserve">(Speaker A)  Yeah, we kind of confused about ratification of the agreement, but it's not ratification. Like, you're already paid the bill, </w:t>
      </w:r>
    </w:p>
    <w:p>
      <w:r>
        <w:t xml:space="preserve">(Speaker C)  but </w:t>
      </w:r>
    </w:p>
    <w:p>
      <w:r>
        <w:t xml:space="preserve">(Speaker F)  it's already been approved by the chair is what you're saying. </w:t>
      </w:r>
    </w:p>
    <w:p>
      <w:r>
        <w:t xml:space="preserve">(Speaker A)  Right. But we haven't paid. And when. And when rich kids. The invoice is going to be the same thing that we've done, which is. He's going to ask me, hey, they actually completed this work before we pay the bill, which won't be for another two weeks or so. </w:t>
      </w:r>
    </w:p>
    <w:p>
      <w:r>
        <w:t xml:space="preserve">(Speaker F)  Yeah, I think this is one of those situations. I understand that Tom's in a situation that he's in the chair, but this is one of the situations where he wasn't virgin. </w:t>
      </w:r>
    </w:p>
    <w:p>
      <w:r>
        <w:t xml:space="preserve">(Speaker A)  I felt like one that we thought was. The other one was not. Yeah. </w:t>
      </w:r>
    </w:p>
    <w:p>
      <w:r>
        <w:t xml:space="preserve">(Speaker B)  So </w:t>
      </w:r>
    </w:p>
    <w:p>
      <w:r>
        <w:t xml:space="preserve">(Speaker A)  the anticipation was that they were already doing this work. It's kind of. I talked to you on the phone about, like, I can't force people to get out of bed and come here. </w:t>
      </w:r>
    </w:p>
    <w:p>
      <w:r>
        <w:t xml:space="preserve">(Speaker F)  Right. </w:t>
      </w:r>
    </w:p>
    <w:p>
      <w:r>
        <w:t xml:space="preserve">(Speaker A)  And that's part of it. You know, I'm being told one thing. Yeah. If you approve it today, we'll be out there in three days. And then when that doesn't happen, I'm like, what the heck? You know? So that. That was part of the decision, and that's why the second one. I said, well, this is way. </w:t>
      </w:r>
    </w:p>
    <w:p>
      <w:r>
        <w:t xml:space="preserve">(Speaker F)  What are we. What are we needing to do? We're needing. </w:t>
      </w:r>
    </w:p>
    <w:p>
      <w:r>
        <w:t xml:space="preserve">(Speaker B)  So again, it's ratification. We still have monies not paid to be able to do whatever it is that the board needs to do or. </w:t>
      </w:r>
    </w:p>
    <w:p>
      <w:r>
        <w:t xml:space="preserve">(Speaker A)  Or. </w:t>
      </w:r>
    </w:p>
    <w:p>
      <w:r>
        <w:t xml:space="preserve">(Speaker F)  Yeah, yeah, we gotta fix the problem. Yeah. </w:t>
      </w:r>
    </w:p>
    <w:p>
      <w:r>
        <w:t xml:space="preserve">(Speaker B)  I mean. And again, this. </w:t>
      </w:r>
    </w:p>
    <w:p>
      <w:r>
        <w:t xml:space="preserve">(Speaker E)  We've already. </w:t>
      </w:r>
    </w:p>
    <w:p>
      <w:r>
        <w:t xml:space="preserve">(Speaker B)  They've already done this, haven't they? </w:t>
      </w:r>
    </w:p>
    <w:p>
      <w:r>
        <w:t xml:space="preserve">(Speaker A)  Started. </w:t>
      </w:r>
    </w:p>
    <w:p>
      <w:r>
        <w:t xml:space="preserve">(Speaker B)  Just starting. </w:t>
      </w:r>
    </w:p>
    <w:p>
      <w:r>
        <w:t xml:space="preserve">(Speaker A)  Yeah. </w:t>
      </w:r>
    </w:p>
    <w:p>
      <w:r>
        <w:t xml:space="preserve">(Speaker B)  So. Okay, so that's the first from John. </w:t>
      </w:r>
    </w:p>
    <w:p>
      <w:r>
        <w:t xml:space="preserve">(Speaker A)  I don't see the $21,000 check in the registry. </w:t>
      </w:r>
    </w:p>
    <w:p>
      <w:r>
        <w:t xml:space="preserve">(Speaker B)  I think it was just sent out of J. Y. We have a second. All in favor? Any opposed. </w:t>
      </w:r>
    </w:p>
    <w:p>
      <w:r>
        <w:t xml:space="preserve">(Speaker A)  Motion? </w:t>
      </w:r>
    </w:p>
    <w:p>
      <w:r>
        <w:t xml:space="preserve">(Speaker B)  Pass.41. Okay, so again, we've got some board direction on a few things. We will follow up with them, coordinate with the chair or. Sorry, the chair, but also council and engineering as needed. Is there anything else for engineering? </w:t>
      </w:r>
    </w:p>
    <w:p>
      <w:r>
        <w:t xml:space="preserve">(Speaker A)  The only question I have is, you know, we're going to eminently schedule this substantial completion visit. Does any of the Board members interested in being a part of that. I just want to. I don't know if you. I think between us, we can handle it, but I just want to make sure, give you guys the opportunity in case anybody wants more input on that. Okay. Okay. We'll just keep you in a loop about it. When that works, schedule wise, really, what's going to hold up? That is literally, I, I do not want to do this without the as bill. It'd be useless at this point. So I, I need them to complete that before we schedule it. Just a comment. As I was looking at some of the work that was started on the zones, I got. Oh, man, this is gonna be terrible. Driving around after the rains. Real footage with how it seems like it's handling the water. Water See, you know, a couple places where it's, you know, maybe a day later there's still a little bit of water. Nothing like. So I was, I've been, other than the places that we talked about today, really, really crazy that how it's turning out. Yeah, I'm, I am. The fact that we were out here 18 hours after about an inch and a half or whatever that day had and there was nothing except for those two areas. I was shocked. I was anticipating to be less. And I think that some of the residents complaints are just like, it's a change and water is coming, is going places where it never did before. Because this is the way that it's supposed to work, you know, is what we're putting into. </w:t>
      </w:r>
    </w:p>
    <w:p>
      <w:r>
        <w:t xml:space="preserve">(Speaker F)  Well, that's why I think the communication by us putting out a letter, I </w:t>
      </w:r>
    </w:p>
    <w:p>
      <w:r>
        <w:t xml:space="preserve">(Speaker A)  think would be very helpful. </w:t>
      </w:r>
    </w:p>
    <w:p>
      <w:r>
        <w:t xml:space="preserve">(Speaker B)  Right. </w:t>
      </w:r>
    </w:p>
    <w:p>
      <w:r>
        <w:t xml:space="preserve">(Speaker A)  Yeah. And I think that that'll be a little bit of a hurdle, but. And then the last thing was, is that you did get some complaints. I did look at those areas right now. The addresses that, that you set me in those areas again, they're over on Geneva. There was no standing water as of today. It's a little. It's wet, you know, just like every other sump where if you were to mow it today, yeah, it would be rutting up and stuff like that. But it's not a substantial amount of water. I think that it's just one of those ones where we, we look at where it is on the priority list. We will get together later on in, in the summer where we're trying to reprioritize. We'll just, you know, move it up and down. But I know everybody's got concerns about staying in the water. You know, that whole area, by the way, on as you go down Geneva, so you look in the left and right, pretty much all those sumps are almost in the same condition. They're all really easy to, easier to fix because they've knocked external sumps that were trying to get water out, but they all pretty much hold a lot of water. So those are the ones that Rich got complaints on last two weeks that I did take a look at </w:t>
      </w:r>
    </w:p>
    <w:p>
      <w:r>
        <w:t xml:space="preserve">(Speaker C)  and I will. You know, I just pulled your competing bids that you had. The, the next lowest bidder for this project was 370. 370,000. This contractor came in at 332,000. No matter who you went with, we would have had the structural changes due to the survey problems. But even with this watering, you're still coming in below what the next lowest bidder would have been. I know, you know, we can talk about the procedures, you know, whether we want to cap on approvals, that kind of thing, but you are still, you know, budgeting wise, you're, you're still below the next lowest bidder. </w:t>
      </w:r>
    </w:p>
    <w:p>
      <w:r>
        <w:t xml:space="preserve">(Speaker B)  So anything else for Stephen or Steven, </w:t>
      </w:r>
    </w:p>
    <w:p>
      <w:r>
        <w:t xml:space="preserve">(Speaker A)  anything else for the board? I don't think there's anything else. </w:t>
      </w:r>
    </w:p>
    <w:p>
      <w:r>
        <w:t xml:space="preserve">(Speaker D)  No. </w:t>
      </w:r>
    </w:p>
    <w:p>
      <w:r>
        <w:t xml:space="preserve">(Speaker A)  One thing. Yeah, Lot. Next you were going to talk about reconfiguring that planet area to take care of some of that. Yeah. You're talking about the. Where there was the dispute about the landscapers going through that area. Yes. Okay. Yeah. Make you remember that we talked about that on the phone too. </w:t>
      </w:r>
    </w:p>
    <w:p>
      <w:r>
        <w:t xml:space="preserve">(Speaker E)  Yeah, that was, that's literally right here. Right. </w:t>
      </w:r>
    </w:p>
    <w:p>
      <w:r>
        <w:t xml:space="preserve">(Speaker A)  Yeah. </w:t>
      </w:r>
    </w:p>
    <w:p>
      <w:r>
        <w:t xml:space="preserve">(Speaker E)  So Scott and I kind of discussed this because we were talking about different things like changing the, the area, basically, </w:t>
      </w:r>
    </w:p>
    <w:p>
      <w:r>
        <w:t xml:space="preserve">(Speaker A)  like the beds and whatnot. </w:t>
      </w:r>
    </w:p>
    <w:p>
      <w:r>
        <w:t xml:space="preserve">(Speaker E)  Making it to where. I mean, the point of this was an access point. </w:t>
      </w:r>
    </w:p>
    <w:p>
      <w:r>
        <w:t xml:space="preserve">(Speaker A)  Right? That was. And it has a big stormwater pipe under it too, like. Yeah, yeah. </w:t>
      </w:r>
    </w:p>
    <w:p>
      <w:r>
        <w:t xml:space="preserve">(Speaker E)  So there was, there was things that we were talking about. I think in the next meeting he's going to have a little bit more of an understanding of what we want to do. It is going to be of a cost because we are going to have to change some of that out. </w:t>
      </w:r>
    </w:p>
    <w:p>
      <w:r>
        <w:t xml:space="preserve">(Speaker A)  But it's, it's very heavy. It's not much. Yeah. So the, the neighbor over here is complaining. The landscape is deep right in that yard. There's no real space to get through where we have that planet area and hurt the property line. So they want to shrink the size of the planet area so they can drive on our side. </w:t>
      </w:r>
    </w:p>
    <w:p>
      <w:r>
        <w:t xml:space="preserve">(Speaker E)  It's not much. And to be honest with you, some of that stuff they can move over to this one side because some of </w:t>
      </w:r>
    </w:p>
    <w:p>
      <w:r>
        <w:t xml:space="preserve">(Speaker A)  Those plants over there are pretty dead. Yeah. So I just shocked at how big the bed is. Like, I know. Does it have to be 20ft? It just seems crazy to me. I would just say definitely don't put anything of like great importance there. </w:t>
      </w:r>
    </w:p>
    <w:p>
      <w:r>
        <w:t xml:space="preserve">(Speaker E)  It's just gonna be solid. </w:t>
      </w:r>
    </w:p>
    <w:p>
      <w:r>
        <w:t xml:space="preserve">(Speaker A)  Yeah, they'll move. They'll move the bed over and then </w:t>
      </w:r>
    </w:p>
    <w:p>
      <w:r>
        <w:t xml:space="preserve">(Speaker E)  they'll put sod and then probably just </w:t>
      </w:r>
    </w:p>
    <w:p>
      <w:r>
        <w:t xml:space="preserve">(Speaker A)  leave the way it is. Okay, cool. </w:t>
      </w:r>
    </w:p>
    <w:p>
      <w:r>
        <w:t xml:space="preserve">(Speaker B)  All right, thanks D. So that we move on to attorney. </w:t>
      </w:r>
    </w:p>
    <w:p>
      <w:r>
        <w:t xml:space="preserve">(Speaker A)  So, Lauren, anything for the board. </w:t>
      </w:r>
    </w:p>
    <w:p>
      <w:r>
        <w:t xml:space="preserve">(Speaker B)  And we do have one item here, but discuss. </w:t>
      </w:r>
    </w:p>
    <w:p>
      <w:r>
        <w:t xml:space="preserve">(Speaker C)  Sure. So only reminder for the board, don't Forget about that July 1st form one deadline. If you haven't already done that, you do still have some time. So log in and complete that Form 1 financial disclosure. The item that is under my report, discussion of the parking policies. This is really maybe less so about the parking policies and more about whether. Whether it is worth installing any additional signage. Our resident, who is. Who is very concerned about the fishing areas has complained that there's unauthorized parking taking place on the pond banks where we have allowed fishing. And he is concerned that. That people are parking where they shouldn't. I spoke to Rich. He is currently the only one who has complained about parking in those areas. But he has asked us to do everything we can to prevent improper parking. The current process is that if somebody is parked incorrectly, then whoever sees that needs to take a photo, report it to GMS so that we can go through the statutory procedures of giving that person notice so we can tow them if the board thinks that any additional steps are necessary. We could install some no parking signage on the pond banks where you allow fishing. That's probably the simplest step to take if this is becoming a problem. You can also install tow away zone signs that would cut down on the amount of red tape that it would take to tow someone who has parked improperly. But this is really just bringing it to the board's attention that this request has been made by a resident and seeing if you'd like to take any additional steps for the parking in this area. </w:t>
      </w:r>
    </w:p>
    <w:p>
      <w:r>
        <w:t xml:space="preserve">(Speaker B)  Just to piggyback off, that is. I know we've talked about parking before. You know, obviously we don't own anything at the mini center. We don't own the roads. This is specifically on pawn banks. So if somebody were to pull up into the grass, typically it's not an issue. I have not received a lot of comments or complaints about. </w:t>
      </w:r>
    </w:p>
    <w:p>
      <w:r>
        <w:t xml:space="preserve">(Speaker A)  It's a lot, but we run people off all the time. I haven't received any signs of sorry. People ask not to park on the grass. Huron is one of them. Park on the grass. </w:t>
      </w:r>
    </w:p>
    <w:p>
      <w:r>
        <w:t xml:space="preserve">(Speaker F)  So in the back leg. </w:t>
      </w:r>
    </w:p>
    <w:p>
      <w:r>
        <w:t xml:space="preserve">(Speaker C)  Yes. </w:t>
      </w:r>
    </w:p>
    <w:p>
      <w:r>
        <w:t xml:space="preserve">(Speaker F)  Yeah. </w:t>
      </w:r>
    </w:p>
    <w:p>
      <w:r>
        <w:t xml:space="preserve">(Speaker B)  So okay. It's good, you know, Good to know because again, I don't, I don't receive those emails or notices saying, hey, somebody's parked here, except from one individual who said something. </w:t>
      </w:r>
    </w:p>
    <w:p>
      <w:r>
        <w:t xml:space="preserve">(Speaker A)  It does happen. </w:t>
      </w:r>
    </w:p>
    <w:p>
      <w:r>
        <w:t xml:space="preserve">(Speaker B)  So. </w:t>
      </w:r>
    </w:p>
    <w:p>
      <w:r>
        <w:t xml:space="preserve">(Speaker F)  And it's like overnight parking or long term break. There's parking there long enough to park fish. </w:t>
      </w:r>
    </w:p>
    <w:p>
      <w:r>
        <w:t xml:space="preserve">(Speaker B)  And that's what I assumed is that somebody's parking there to fish. Because as Lauren was saying that for the district as of right now, somebody parks on the grass or that pond bank, we would have to find a way to contact the owner, give them a specific time frame to remove their vehicle before it was towed, and by the time I probably heard about it, </w:t>
      </w:r>
    </w:p>
    <w:p>
      <w:r>
        <w:t xml:space="preserve">(Speaker A)  the car is likely gone. I don't have a lot of confidence in their signs. </w:t>
      </w:r>
    </w:p>
    <w:p>
      <w:r>
        <w:t xml:space="preserve">(Speaker C)  Yeah, they have signs all up and </w:t>
      </w:r>
    </w:p>
    <w:p>
      <w:r>
        <w:t xml:space="preserve">(Speaker F)  down Carpenter's way saying no parking. And every time we drive by there, there are literally people parked in front of the signs. </w:t>
      </w:r>
    </w:p>
    <w:p>
      <w:r>
        <w:t xml:space="preserve">(Speaker A)  Yeah. </w:t>
      </w:r>
    </w:p>
    <w:p>
      <w:r>
        <w:t xml:space="preserve">(Speaker F)  So I don't know that the signs are going to help. The only thing that the signs might help is like towing. </w:t>
      </w:r>
    </w:p>
    <w:p>
      <w:r>
        <w:t xml:space="preserve">(Speaker C)  But yes, because legally the police will not address it unless there's a sign that says no tow. </w:t>
      </w:r>
    </w:p>
    <w:p>
      <w:r>
        <w:t xml:space="preserve">(Speaker F)  Yeah. </w:t>
      </w:r>
    </w:p>
    <w:p>
      <w:r>
        <w:t xml:space="preserve">(Speaker A)  Are signs that we have the farming community that would cover us. No areas that like we had to do that along the parkway. </w:t>
      </w:r>
    </w:p>
    <w:p>
      <w:r>
        <w:t xml:space="preserve">(Speaker C)  This field over here. If we didn't have signs out there, </w:t>
      </w:r>
    </w:p>
    <w:p>
      <w:r>
        <w:t xml:space="preserve">(Speaker A)  the police told us they could not address it. </w:t>
      </w:r>
    </w:p>
    <w:p>
      <w:r>
        <w:t xml:space="preserve">(Speaker F)  So if we have signs that say that they can be towed away, can we just send a tow truck? </w:t>
      </w:r>
    </w:p>
    <w:p>
      <w:r>
        <w:t xml:space="preserve">(Speaker C)  Yes. </w:t>
      </w:r>
    </w:p>
    <w:p>
      <w:r>
        <w:t xml:space="preserve">(Speaker B)  Essentially you would contract with a towing </w:t>
      </w:r>
    </w:p>
    <w:p>
      <w:r>
        <w:t xml:space="preserve">(Speaker A)  company and say it's already done. </w:t>
      </w:r>
    </w:p>
    <w:p>
      <w:r>
        <w:t xml:space="preserve">(Speaker C)  Yeah. So if you'd like, here's what you could do to piggyback on the HOA contract if you want the same vendor to do it for efficiencies. So what we would do if you want towing, I would bring back to your next meeting a towing policy that has a map. These are our district tow way zones on the pond banks. You would have the towing vendor. Usually they'll install the tow away zone signs at no cost in my experience. They'll come in, they'll put in those statutory signs. They look ugly because they have to have certain language and size letters and everything. But they'll install those signs and then we could authorize the hoa. Basically you just outsource towing to the HOA and say you engage the vendor who's going to endorse these policies. So if you'd like to do that. I can bring that back to your next meeting and we can get the ball rolling on some towing enforcement. </w:t>
      </w:r>
    </w:p>
    <w:p>
      <w:r>
        <w:t xml:space="preserve">(Speaker F)  And the cost for the towing is paid by the person towed. </w:t>
      </w:r>
    </w:p>
    <w:p>
      <w:r>
        <w:t xml:space="preserve">(Speaker B)  Yeah. </w:t>
      </w:r>
    </w:p>
    <w:p>
      <w:r>
        <w:t xml:space="preserve">(Speaker C)  So your only cost is getting the policy in place. </w:t>
      </w:r>
    </w:p>
    <w:p>
      <w:r>
        <w:t xml:space="preserve">(Speaker B)  Essentially, the tow truck company, they install those signs and all because they're anticipating making some money off the toes. </w:t>
      </w:r>
    </w:p>
    <w:p>
      <w:r>
        <w:t xml:space="preserve">(Speaker D)  Yeah. </w:t>
      </w:r>
    </w:p>
    <w:p>
      <w:r>
        <w:t xml:space="preserve">(Speaker B)  So. And then that is something where obviously the HOA we need to approve accepting that. But from the CDD side, we have done something similar in other districts where because of the HOA's presence compared to the CDD in the area is rather than having two entities with their own individual separate towing policies and towing companies is CD essentially approves rules that they allow the HOA to enforce. So the HOA couldn't change the CDD's rules, but without the board approving, but essentially would just be like, okay, now. And then in the future, Jackie sees that those signs are on the CDU property, she can make a call and so would that be fun fishing? </w:t>
      </w:r>
    </w:p>
    <w:p>
      <w:r>
        <w:t xml:space="preserve">(Speaker A)  And I'm illegally parked, and she comes up and tells me I can't park there. I continue to fid the towing company's gonna show up. </w:t>
      </w:r>
    </w:p>
    <w:p>
      <w:r>
        <w:t xml:space="preserve">(Speaker B)  They could show up and then they hook. </w:t>
      </w:r>
    </w:p>
    <w:p>
      <w:r>
        <w:t xml:space="preserve">(Speaker A)  Obviously, I have to pay. But if I wait the Challenger to </w:t>
      </w:r>
    </w:p>
    <w:p>
      <w:r>
        <w:t xml:space="preserve">(Speaker B)  see if that tow truck's gonna come and then I see the tow truck </w:t>
      </w:r>
    </w:p>
    <w:p>
      <w:r>
        <w:t xml:space="preserve">(Speaker A)  coming, then I hop up in the car and leave, what do we accomplish? </w:t>
      </w:r>
    </w:p>
    <w:p>
      <w:r>
        <w:t xml:space="preserve">(Speaker B)  Well, they're not parked there anymore. I mean, again, that's the whole thing. Do you want people to park there? And do you have some sort of enforcement to make them not park there? </w:t>
      </w:r>
    </w:p>
    <w:p>
      <w:r>
        <w:t xml:space="preserve">(Speaker C)  Word will get out. </w:t>
      </w:r>
    </w:p>
    <w:p>
      <w:r>
        <w:t xml:space="preserve">(Speaker B)  Yeah. It's kind of similar to, like, I mean, honestly, anytime you call the police, it's. Are they going to come out? Are they going to find, for instance, the trespasser? And if they do, are they going to enforce an extra trespass? They have the ability to do it, but we don't have control over how or if. You know my experience. Yeah. You know, if you don't tow it. Yeah. </w:t>
      </w:r>
    </w:p>
    <w:p>
      <w:r>
        <w:t xml:space="preserve">(Speaker A)  People aren't going to listen. </w:t>
      </w:r>
    </w:p>
    <w:p>
      <w:r>
        <w:t xml:space="preserve">(Speaker B)  Yeah. </w:t>
      </w:r>
    </w:p>
    <w:p>
      <w:r>
        <w:t xml:space="preserve">(Speaker A)  We don't have them forcibly towed. </w:t>
      </w:r>
    </w:p>
    <w:p>
      <w:r>
        <w:t xml:space="preserve">(Speaker B)  People say, they're not going to help me. I'm just going to keep. </w:t>
      </w:r>
    </w:p>
    <w:p>
      <w:r>
        <w:t xml:space="preserve">(Speaker D)  Yeah. </w:t>
      </w:r>
    </w:p>
    <w:p>
      <w:r>
        <w:t xml:space="preserve">(Speaker B)  And that would just come down to the tow truck company coming out and actually hooking up, which, I mean, tow truck companies do like to tow. If they can get the. If they can get the fee, they will. But I can't say really one way or the other how. </w:t>
      </w:r>
    </w:p>
    <w:p>
      <w:r>
        <w:t xml:space="preserve">(Speaker A)  Well it'll work. </w:t>
      </w:r>
    </w:p>
    <w:p>
      <w:r>
        <w:t xml:space="preserve">(Speaker B)  But it is an option. You Know, because again, it depends on how long the person's there, the tow truck gets out in time. I mean, I know in some states, I mean, like you talking about parking lots, a tow company has the authority, if they have to sign into place, to just drive in. </w:t>
      </w:r>
    </w:p>
    <w:p>
      <w:r>
        <w:t xml:space="preserve">(Speaker A)  If you're illegally parked, I can hook up. </w:t>
      </w:r>
    </w:p>
    <w:p>
      <w:r>
        <w:t xml:space="preserve">(Speaker B)  If you're there, show me your 150 bucks or. </w:t>
      </w:r>
    </w:p>
    <w:p>
      <w:r>
        <w:t xml:space="preserve">(Speaker E)  And I drop it or I take </w:t>
      </w:r>
    </w:p>
    <w:p>
      <w:r>
        <w:t xml:space="preserve">(Speaker A)  it with me and you pay more. </w:t>
      </w:r>
    </w:p>
    <w:p>
      <w:r>
        <w:t xml:space="preserve">(Speaker B)  Is that something we can do? </w:t>
      </w:r>
    </w:p>
    <w:p>
      <w:r>
        <w:t xml:space="preserve">(Speaker E)  I mean, can do that. </w:t>
      </w:r>
    </w:p>
    <w:p>
      <w:r>
        <w:t xml:space="preserve">(Speaker C)  If you have the proper signage. </w:t>
      </w:r>
    </w:p>
    <w:p>
      <w:r>
        <w:t xml:space="preserve">(Speaker B)  Proper signage. And then that's what she was referencing is they usually have that signage that once it's contracted with them or whatever, then they'll put it up and. </w:t>
      </w:r>
    </w:p>
    <w:p>
      <w:r>
        <w:t xml:space="preserve">(Speaker A)  Yeah, give them the authority to come in on their own. We wouldn't even have to have jack </w:t>
      </w:r>
    </w:p>
    <w:p>
      <w:r>
        <w:t xml:space="preserve">(Speaker B)  and say, hey, I got, you know, over. Yeah, it'd be either or. </w:t>
      </w:r>
    </w:p>
    <w:p>
      <w:r>
        <w:t xml:space="preserve">(Speaker D)  Yeah. </w:t>
      </w:r>
    </w:p>
    <w:p>
      <w:r>
        <w:t xml:space="preserve">(Speaker C)  Yeah. So that would be if you wanted it to function that way. We put that in your policy to allow roam towing so they could just drive by and see it and act on their own. We would still want to authorize the HOA to add it to their contract. If that's how you want it to function, you could have your own contract with the tow company as well. It's up to you. </w:t>
      </w:r>
    </w:p>
    <w:p>
      <w:r>
        <w:t xml:space="preserve">(Speaker B)  And then that gives you the two options. Is a. Is if the tow truck company's in the neighborhood and they see it, they can just tow it. But also to be. If they're not happen to be driving through, Jackie sees it, and she can call and say, hey, you got somebody nearby come by? We've got a car parked illegally or at least in a toway zone, and then they can swing by and grab it. </w:t>
      </w:r>
    </w:p>
    <w:p>
      <w:r>
        <w:t xml:space="preserve">(Speaker A)  So it gives you options. </w:t>
      </w:r>
    </w:p>
    <w:p>
      <w:r>
        <w:t xml:space="preserve">(Speaker B)  You know, it sounds like. I mean, Lauren and I were originally thinking that this wasn't a huge issue, but if it is, and it's just we're not hearing about it, then this is an option for the board. So I think with that, there's no motion or anything right now, but if that's the direction you want to give council to prepare that, then we can have that for the next meeting. That sound like a yes? </w:t>
      </w:r>
    </w:p>
    <w:p>
      <w:r>
        <w:t xml:space="preserve">(Speaker F)  A yes. </w:t>
      </w:r>
    </w:p>
    <w:p>
      <w:r>
        <w:t xml:space="preserve">(Speaker B)  Yeah. </w:t>
      </w:r>
    </w:p>
    <w:p>
      <w:r>
        <w:t xml:space="preserve">(Speaker A)  Okay. Okay. </w:t>
      </w:r>
    </w:p>
    <w:p>
      <w:r>
        <w:t xml:space="preserve">(Speaker B)  So we'll have something for that. </w:t>
      </w:r>
    </w:p>
    <w:p>
      <w:r>
        <w:t xml:space="preserve">(Speaker F)  Yeah. I mean, I don't think we. I don't think we could tell people they can't park on their yards and then allow, you know, tell people they can't park in their yards. So I don't think it's fair that we say that and allow. </w:t>
      </w:r>
    </w:p>
    <w:p>
      <w:r>
        <w:t xml:space="preserve">(Speaker C)  Now one option to Speed this along because you are required to. If you're going to adopt a towing policy, you have to have a public hearing. Now, as you know, that takes place at your normal meeting. Expenses are minimal, but you do have like a one page, your ad that has to run in advance. Would you like me to go ahead and run that ad Notice of rule development to allow a hearing to be held at your August meeting? Or would you like to wait to see the policy first and then schedule for the next meeting? </w:t>
      </w:r>
    </w:p>
    <w:p>
      <w:r>
        <w:t xml:space="preserve">(Speaker F)  I have no go ahead running. </w:t>
      </w:r>
    </w:p>
    <w:p>
      <w:r>
        <w:t xml:space="preserve">(Speaker D)  It. </w:t>
      </w:r>
    </w:p>
    <w:p>
      <w:r>
        <w:t xml:space="preserve">(Speaker B)  Does fit within the time frame for the advertising requirements. So we would be good for the August. </w:t>
      </w:r>
    </w:p>
    <w:p>
      <w:r>
        <w:t xml:space="preserve">(Speaker F)  Yep. </w:t>
      </w:r>
    </w:p>
    <w:p>
      <w:r>
        <w:t xml:space="preserve">(Speaker C)  And so your toway zones would just be all of the pond names that we have designated as fishing areas and </w:t>
      </w:r>
    </w:p>
    <w:p>
      <w:r>
        <w:t xml:space="preserve">(Speaker B)  you will be putting signs out. </w:t>
      </w:r>
    </w:p>
    <w:p>
      <w:r>
        <w:t xml:space="preserve">(Speaker C)  The tow truck company would. </w:t>
      </w:r>
    </w:p>
    <w:p>
      <w:r>
        <w:t xml:space="preserve">(Speaker B)  Yeah. </w:t>
      </w:r>
    </w:p>
    <w:p>
      <w:r>
        <w:t xml:space="preserve">(Speaker A)  Oh, yeah. Correct. </w:t>
      </w:r>
    </w:p>
    <w:p>
      <w:r>
        <w:t xml:space="preserve">(Speaker C)  So. But that would not happen until after the August meeting with the improvement policy. </w:t>
      </w:r>
    </w:p>
    <w:p>
      <w:r>
        <w:t xml:space="preserve">(Speaker F)  Yeah. </w:t>
      </w:r>
    </w:p>
    <w:p>
      <w:r>
        <w:t xml:space="preserve">(Speaker C)  All right. So we will just take that direction and bring that policy back to your next meeting. </w:t>
      </w:r>
    </w:p>
    <w:p>
      <w:r>
        <w:t xml:space="preserve">(Speaker D)  Okay. </w:t>
      </w:r>
    </w:p>
    <w:p>
      <w:r>
        <w:t xml:space="preserve">(Speaker B)  Anything else for council? </w:t>
      </w:r>
    </w:p>
    <w:p>
      <w:r>
        <w:t xml:space="preserve">(Speaker A)  Anything else for the board? That's it. Okay. </w:t>
      </w:r>
    </w:p>
    <w:p>
      <w:r>
        <w:t xml:space="preserve">(Speaker B)  So that will move on to business items. So we do have two items in here. One. So this is consideration resolution 2026 07. So we talked about at the budget workshop and at the last meeting, there is not an increase for the community, but in that budget. We did comment that the admin for the apartment was increased because admin costs obviously went up across. But you know, with you as an O and M, you were as a. As the O and M those homes, it was adjusted to where there was no increase in it. But since the apartments have just admin only at the Talk1 council, technically we would have to have a public hearing in August simply for them and they would receive a letter just them saying that their admin portion is increasing. Now, obviously the apartments own that vacant property, but since they're separate, we still have to send a letter to them because that specifically is getting the admin increase even though the vacant lot has been adjusted with about that $15,000 decrease. So. </w:t>
      </w:r>
    </w:p>
    <w:p>
      <w:r>
        <w:t xml:space="preserve">(Speaker C)  So and at your last meeting, you approved a budget. It was labeled as a budget with no increase. So we provided the resolution for a budget with no increase. Turns out there there was a small increase just for the condo property. So this resolution just buttons that up so it. It states that there will be an assessment increase just for this one property. It gives us the step we need to in order in order to make that happen. They will receive their notice, but nobody else in the community would receive a mail notice for this. So this is Just administrative cleanup to put into place the budget that you approved at the last meeting. And we'd just be looking for a motion to approve unless there are any questions. </w:t>
      </w:r>
    </w:p>
    <w:p>
      <w:r>
        <w:t xml:space="preserve">(Speaker B)  And this is for. Since we have those two motions, the date because it is a public hearing. So that would be August 26th at that meeting. Okay, so then a motion to approve resolution 2026. 07 does clearing a special assessment for fiscal year 27 in a public hearing on August 20th. </w:t>
      </w:r>
    </w:p>
    <w:p>
      <w:r>
        <w:t xml:space="preserve">(Speaker A)  I forgot it. </w:t>
      </w:r>
    </w:p>
    <w:p>
      <w:r>
        <w:t xml:space="preserve">(Speaker B)  On 26th, 2026 at 6:00pm at the Bridgewater clubhouse. And that was a first from Jeff Still. Yes, Jeff. Okay. And second, Daryl. All in favor? Okay, so motion passed. Next is the acceptance of your fiscal year 2025 audit report. Any questions or comments, please let me know. We did include some of that language change that we had discussed before because they said there's no anticipated projects. You obviously change the language sentiment that it is. It's not specific, but it does say that board does anticipate any projects in the future. But other than that, audit looks pretty good clean. So unless there's any other questions. So we have the first from Jeff. Second Tom. All in favor? Passed. </w:t>
      </w:r>
    </w:p>
    <w:p>
      <w:r>
        <w:t xml:space="preserve">(Speaker A)  Okay. </w:t>
      </w:r>
    </w:p>
    <w:p>
      <w:r>
        <w:t xml:space="preserve">(Speaker B)  So with that, move on to discussion items. So this is a. Is something that we're just required to do. We have to let the each district know the number of registered voters each year. So the registered voters for the Bridgewater community is 1,932. Next two both have to do with gates. So the first one is the gate access here with the CDD doc. The last meeting they had discussed hoa, discussed about adding access control to that. I know the conversation was kind of that, well, it is a CDD doc, but again, we wouldn't be necessarily potentially able to block it off HOA access. So we wanted to bring that back </w:t>
      </w:r>
    </w:p>
    <w:p>
      <w:r>
        <w:t xml:space="preserve">(Speaker A)  up for the board. </w:t>
      </w:r>
    </w:p>
    <w:p>
      <w:r>
        <w:t xml:space="preserve">(Speaker B)  Jackie, if you have anything additional information </w:t>
      </w:r>
    </w:p>
    <w:p>
      <w:r>
        <w:t xml:space="preserve">(Speaker A)  or anything for them. So the only information I have on this is that for us, it's not a $1,500. </w:t>
      </w:r>
    </w:p>
    <w:p>
      <w:r>
        <w:t xml:space="preserve">(Speaker C)  It says to put, put them on. </w:t>
      </w:r>
    </w:p>
    <w:p>
      <w:r>
        <w:t xml:space="preserve">(Speaker A)  And we've only budgeted in that. So we can put it on there, </w:t>
      </w:r>
    </w:p>
    <w:p>
      <w:r>
        <w:t xml:space="preserve">(Speaker D)  but you can literally walk around the </w:t>
      </w:r>
    </w:p>
    <w:p>
      <w:r>
        <w:t xml:space="preserve">(Speaker F)  side and just pop open it. </w:t>
      </w:r>
    </w:p>
    <w:p>
      <w:r>
        <w:t xml:space="preserve">(Speaker C)  We don't have any jurisdiction to tell </w:t>
      </w:r>
    </w:p>
    <w:p>
      <w:r>
        <w:t xml:space="preserve">(Speaker F)  people that they can't be on the dock. </w:t>
      </w:r>
    </w:p>
    <w:p>
      <w:r>
        <w:t xml:space="preserve">(Speaker A)  So it's really up to you all. And of course the go. If you can't keep people from going on. </w:t>
      </w:r>
    </w:p>
    <w:p>
      <w:r>
        <w:t xml:space="preserve">(Speaker C)  Yeah. And so if you, if you lock off CBD amenity facilities, you technically are supposed to have a non resident user fee where somebody from the public could come and pay it and get access to your CDD amenities. So it's just an administrative hurdle. And I think, you know, it sounds like this doesn't do a whole lot from a practical perspective to restrict access anyway, so I. I don't know that it's worth it. </w:t>
      </w:r>
    </w:p>
    <w:p>
      <w:r>
        <w:t xml:space="preserve">(Speaker F)  Does it increase our liability at all if somebody were to get on the </w:t>
      </w:r>
    </w:p>
    <w:p>
      <w:r>
        <w:t xml:space="preserve">(Speaker A)  dock and get hurt or. </w:t>
      </w:r>
    </w:p>
    <w:p>
      <w:r>
        <w:t xml:space="preserve">(Speaker C)  So currently, we don't administer the access cards, so those access card forms don't provide any. A waiver language for the CBB or anything. I think your liability is probably the same. </w:t>
      </w:r>
    </w:p>
    <w:p>
      <w:r>
        <w:t xml:space="preserve">(Speaker F)  Now. </w:t>
      </w:r>
    </w:p>
    <w:p>
      <w:r>
        <w:t xml:space="preserve">(Speaker C)  I don't know that there's any building </w:t>
      </w:r>
    </w:p>
    <w:p>
      <w:r>
        <w:t xml:space="preserve">(Speaker A)  code, so you always have liability with it. Yeah, because it's an. It's a. It's something that. </w:t>
      </w:r>
    </w:p>
    <w:p>
      <w:r>
        <w:t xml:space="preserve">(Speaker C)  It's an amenity. </w:t>
      </w:r>
    </w:p>
    <w:p>
      <w:r>
        <w:t xml:space="preserve">(Speaker A)  Yeah. Sonce. But I think that, like, when you guys came up first on board, Nick took a look at the dock, you guys, you know, had miscellaneous maintenance items. I don't know. </w:t>
      </w:r>
    </w:p>
    <w:p>
      <w:r>
        <w:t xml:space="preserve">(Speaker D)  I. </w:t>
      </w:r>
    </w:p>
    <w:p>
      <w:r>
        <w:t xml:space="preserve">(Speaker A)  Since I've been here, no one's ever asked to look at it from like a structural standpoint or like from a code standpoint. But I think you would have seen from your initial review, you guys, hey, there's something substantially wrong with the pilings or those kind of items. </w:t>
      </w:r>
    </w:p>
    <w:p>
      <w:r>
        <w:t xml:space="preserve">(Speaker D)  Yeah. </w:t>
      </w:r>
    </w:p>
    <w:p>
      <w:r>
        <w:t xml:space="preserve">(Speaker C)  I was just going to say, I think your liability. </w:t>
      </w:r>
    </w:p>
    <w:p>
      <w:r>
        <w:t xml:space="preserve">(Speaker F)  The. </w:t>
      </w:r>
    </w:p>
    <w:p>
      <w:r>
        <w:t xml:space="preserve">(Speaker C)  The point is, your liability is the same whether you have a gate restricting it to just residents or whether it's open for anyone to access the gate. Now, the only difference, you know, I don't know if it's currently like, locked after hours or something like that. That could be a benefit to having this. That could lock it down. But I think your liability is the same. </w:t>
      </w:r>
    </w:p>
    <w:p>
      <w:r>
        <w:t xml:space="preserve">(Speaker A)  I don't think it's worth doing their first time. Pretty sure. </w:t>
      </w:r>
    </w:p>
    <w:p>
      <w:r>
        <w:t xml:space="preserve">(Speaker B)  I'm now saying you become efficient. </w:t>
      </w:r>
    </w:p>
    <w:p>
      <w:r>
        <w:t xml:space="preserve">(Speaker A)  Anyone from anyone. Yeah. </w:t>
      </w:r>
    </w:p>
    <w:p>
      <w:r>
        <w:t xml:space="preserve">(Speaker B)  Well, the fishing policies do have. </w:t>
      </w:r>
    </w:p>
    <w:p>
      <w:r>
        <w:t xml:space="preserve">(Speaker A)  Yeah. </w:t>
      </w:r>
    </w:p>
    <w:p>
      <w:r>
        <w:t xml:space="preserve">(Speaker B)  Hours of them, I believe. Dime dusk or whatever it is. </w:t>
      </w:r>
    </w:p>
    <w:p>
      <w:r>
        <w:t xml:space="preserve">(Speaker E)  So there's nothing in there you want </w:t>
      </w:r>
    </w:p>
    <w:p>
      <w:r>
        <w:t xml:space="preserve">(Speaker B)  to fish at night. </w:t>
      </w:r>
    </w:p>
    <w:p>
      <w:r>
        <w:t xml:space="preserve">(Speaker E)  You wouldn't really want to fish there at night anyways. </w:t>
      </w:r>
    </w:p>
    <w:p>
      <w:r>
        <w:t xml:space="preserve">(Speaker A)  There are people that come and fish at night. Yeah, that's. There's even been net fishing over there. </w:t>
      </w:r>
    </w:p>
    <w:p>
      <w:r>
        <w:t xml:space="preserve">(Speaker D)  I mean. </w:t>
      </w:r>
    </w:p>
    <w:p>
      <w:r>
        <w:t xml:space="preserve">(Speaker F)  Yeah. </w:t>
      </w:r>
    </w:p>
    <w:p>
      <w:r>
        <w:t xml:space="preserve">(Speaker B)  Sense. </w:t>
      </w:r>
    </w:p>
    <w:p>
      <w:r>
        <w:t xml:space="preserve">(Speaker C)  But if the gate has a deterrent effect to those sorts of activities, then I. I think it's worth it. But it sounds like. </w:t>
      </w:r>
    </w:p>
    <w:p>
      <w:r>
        <w:t xml:space="preserve">(Speaker A)  Doesn't build something taller for them to </w:t>
      </w:r>
    </w:p>
    <w:p>
      <w:r>
        <w:t xml:space="preserve">(Speaker C)  not be able to access it. </w:t>
      </w:r>
    </w:p>
    <w:p>
      <w:r>
        <w:t xml:space="preserve">(Speaker A)  This comes up a lot where you can't keep people away and they go around in dairy. But definitely an ongoing issue. I think if you were to put a. </w:t>
      </w:r>
    </w:p>
    <w:p>
      <w:r>
        <w:t xml:space="preserve">(Speaker B)  A 6ft of fence on each side. </w:t>
      </w:r>
    </w:p>
    <w:p>
      <w:r>
        <w:t xml:space="preserve">(Speaker A)  Now he's not you're going in the </w:t>
      </w:r>
    </w:p>
    <w:p>
      <w:r>
        <w:t xml:space="preserve">(Speaker B)  water right to to get over versus </w:t>
      </w:r>
    </w:p>
    <w:p>
      <w:r>
        <w:t xml:space="preserve">(Speaker C)  Would the board like to look at putting a more robust fence at that dock. </w:t>
      </w:r>
    </w:p>
    <w:p>
      <w:r>
        <w:t xml:space="preserve">(Speaker A)  There's all sorts of board for easily gram of the dock. Before we talk about access control and talk about fixing all the things that we identified along with the doc yeah. Make it all a whole part of the package. I know there are loose filings out there. I don't remember what bid we had about a year ago was to fix it up pretty substantial and step on your needles repair. </w:t>
      </w:r>
    </w:p>
    <w:p>
      <w:r>
        <w:t xml:space="preserve">(Speaker F)  Yeah. I don't think we should be born with anything. I think we should address the repairs at home. Okay. </w:t>
      </w:r>
    </w:p>
    <w:p>
      <w:r>
        <w:t xml:space="preserve">(Speaker B)  So we'll we can bring that back whenever the board wants. I know it is on the list of things along with a lot of </w:t>
      </w:r>
    </w:p>
    <w:p>
      <w:r>
        <w:t xml:space="preserve">(Speaker A)  other things but yeah, we just need to prioritize what what where you're going </w:t>
      </w:r>
    </w:p>
    <w:p>
      <w:r>
        <w:t xml:space="preserve">(Speaker B)  to put it in the priority. So next is a dock. Another dock but this is looks like a resident dock. Mick was able to get eyes on it. There's a couple pictures in there. </w:t>
      </w:r>
    </w:p>
    <w:p>
      <w:r>
        <w:t xml:space="preserve">(Speaker A)  Do I have to address for that? </w:t>
      </w:r>
    </w:p>
    <w:p>
      <w:r>
        <w:t xml:space="preserve">(Speaker E)  I do. </w:t>
      </w:r>
    </w:p>
    <w:p>
      <w:r>
        <w:t xml:space="preserve">(Speaker A)  We have to ask your get tear </w:t>
      </w:r>
    </w:p>
    <w:p>
      <w:r>
        <w:t xml:space="preserve">(Speaker C)  down 6580 what street crave. </w:t>
      </w:r>
    </w:p>
    <w:p>
      <w:r>
        <w:t xml:space="preserve">(Speaker A)  I mean from what I saw from </w:t>
      </w:r>
    </w:p>
    <w:p>
      <w:r>
        <w:t xml:space="preserve">(Speaker E)  you confirmed it looked like a floating dock. Which means it wasn't stationary, it wasn't permanent. </w:t>
      </w:r>
    </w:p>
    <w:p>
      <w:r>
        <w:t xml:space="preserve">(Speaker A)  But the covenants are very clear. You're not allowed. </w:t>
      </w:r>
    </w:p>
    <w:p>
      <w:r>
        <w:t xml:space="preserve">(Speaker D)  Right. Yeah. </w:t>
      </w:r>
    </w:p>
    <w:p>
      <w:r>
        <w:t xml:space="preserve">(Speaker E)  You're not allowed to have any. </w:t>
      </w:r>
    </w:p>
    <w:p>
      <w:r>
        <w:t xml:space="preserve">(Speaker A)  Both the HOA and you have them both in there. Right. </w:t>
      </w:r>
    </w:p>
    <w:p>
      <w:r>
        <w:t xml:space="preserve">(Speaker C)  And Rich and I discussed this so we could send a demand letter that says, you know, CDD policies prohibit this. But from an enforcement standpoint, the HOA is going to have more enforcement power under their covenants to take action. So I think a joint effort is probably best. The HOA can take action on their side. We can send a CBD letter like we have before for people who are, you know, putting things on our property that they shouldn't and then hopefully that that resolves it. </w:t>
      </w:r>
    </w:p>
    <w:p>
      <w:r>
        <w:t xml:space="preserve">(Speaker A)  That doesn't look like a floating dock to me. But what you see dig it down in the water. It is floating. </w:t>
      </w:r>
    </w:p>
    <w:p>
      <w:r>
        <w:t xml:space="preserve">(Speaker E)  That was another thing I was going to say because it doesn't. It almost looks like a deck. It doesn't look like a dock. </w:t>
      </w:r>
    </w:p>
    <w:p>
      <w:r>
        <w:t xml:space="preserve">(Speaker A)  I said I'm trying to find. </w:t>
      </w:r>
    </w:p>
    <w:p>
      <w:r>
        <w:t xml:space="preserve">(Speaker B)  Yeah, </w:t>
      </w:r>
    </w:p>
    <w:p>
      <w:r>
        <w:t xml:space="preserve">(Speaker E)  yeah, it looks but it doesn't look like a dock because it wouldn't </w:t>
      </w:r>
    </w:p>
    <w:p>
      <w:r>
        <w:t xml:space="preserve">(Speaker A)  go into the water. Like the water level is not right there at all. </w:t>
      </w:r>
    </w:p>
    <w:p>
      <w:r>
        <w:t xml:space="preserve">(Speaker E)  Like it almost looks like it's a like a deck. </w:t>
      </w:r>
    </w:p>
    <w:p>
      <w:r>
        <w:t xml:space="preserve">(Speaker A)  They put back there. But that is a boat that's alongside of it. They pulled up. Correct. Sorry. That is a boat that it's alongside. </w:t>
      </w:r>
    </w:p>
    <w:p>
      <w:r>
        <w:t xml:space="preserve">(Speaker E)  That's a boat. </w:t>
      </w:r>
    </w:p>
    <w:p>
      <w:r>
        <w:t xml:space="preserve">(Speaker B)  Yeah. </w:t>
      </w:r>
    </w:p>
    <w:p>
      <w:r>
        <w:t xml:space="preserve">(Speaker C)  And regardless, our, our policies prohibit structures or modifications to the pump banks. </w:t>
      </w:r>
    </w:p>
    <w:p>
      <w:r>
        <w:t xml:space="preserve">(Speaker A)  So the problem with that is we've got lots of. No, definitely not floating. Yeah. We've got lots of folks who've done pavers and like that down on the docks that we haven't done anything for them that needed to change. But you're right. I know, I know the policy says. But we're on great track of the grass. </w:t>
      </w:r>
    </w:p>
    <w:p>
      <w:r>
        <w:t xml:space="preserve">(Speaker C)  Well, and I think a structure is a step above papers. You know, they want to distinguish it that way. </w:t>
      </w:r>
    </w:p>
    <w:p>
      <w:r>
        <w:t xml:space="preserve">(Speaker B)  Yes. </w:t>
      </w:r>
    </w:p>
    <w:p>
      <w:r>
        <w:t xml:space="preserve">(Speaker C)  Jackie, I have a question for the cdd. </w:t>
      </w:r>
    </w:p>
    <w:p>
      <w:r>
        <w:t xml:space="preserve">(Speaker A)  In the past I was told that </w:t>
      </w:r>
    </w:p>
    <w:p>
      <w:r>
        <w:t xml:space="preserve">(Speaker C)  you can apply through the CBD if </w:t>
      </w:r>
    </w:p>
    <w:p>
      <w:r>
        <w:t xml:space="preserve">(Speaker A)  you wanted some kind of debt along the edge. </w:t>
      </w:r>
    </w:p>
    <w:p>
      <w:r>
        <w:t xml:space="preserve">(Speaker F)  Is that still true? </w:t>
      </w:r>
    </w:p>
    <w:p>
      <w:r>
        <w:t xml:space="preserve">(Speaker B)  Yep. </w:t>
      </w:r>
    </w:p>
    <w:p>
      <w:r>
        <w:t xml:space="preserve">(Speaker A)  We. We went through that process a couple years ago and I kind of talked to you guys, Tom, I think we talked about it briefly. Where there's a very distinct process you guys put in place a long time ago where the main issue that CDD has is the violation of permit to. There's an easement. I'm looking at a ply right now where there's a very specific lake easement over all the lakes. And really, I don't want to say it's a big, big deal, but something they would crack down on too. But there is a process. At that time they did all the off leg work of going to strip club and they approved in a package that got handed to district management and said, okay, all we're. All is left is the CDD signing off on it. And that's when I would get it. Not that we would apply for any permits or anything like that. It would be the homeowner's responsibility to get to that point. Then it gets submitted to either the HOA or the guys. And then we reviewed at that time, I think we only approved one from that process. And it was very similar to the issues you just brought up where I was not a dock or something like that. It was like a little dip area or like an outdoor area or something. </w:t>
      </w:r>
    </w:p>
    <w:p>
      <w:r>
        <w:t xml:space="preserve">(Speaker F)  Yeah, we approved a fool. I remember that was. </w:t>
      </w:r>
    </w:p>
    <w:p>
      <w:r>
        <w:t xml:space="preserve">(Speaker A)  It might have been something to do with that where we were able to say, well Swift, what's okay with it? It's not impacting our pawn banker. Like very similar to this kind of issue is. Doesn't have a big impact. But it was a board decision at that time to say, well, we agree with whatever they're doing. And then they signed applicant or as a authority to the permit to modify it at that time. And that's really the process that should be followed that way before they even build it. You know, there, there's a fairly distinct process, but it is possible that's. It's usually originates with our committee or something like that. </w:t>
      </w:r>
    </w:p>
    <w:p>
      <w:r>
        <w:t xml:space="preserve">(Speaker D)  Right. Foreign. </w:t>
      </w:r>
    </w:p>
    <w:p>
      <w:r>
        <w:t xml:space="preserve">(Speaker A)  Okay. </w:t>
      </w:r>
    </w:p>
    <w:p>
      <w:r>
        <w:t xml:space="preserve">(Speaker B)  So that the board like to give council authorization to send a letter. </w:t>
      </w:r>
    </w:p>
    <w:p>
      <w:r>
        <w:t xml:space="preserve">(Speaker F)  Yes. </w:t>
      </w:r>
    </w:p>
    <w:p>
      <w:r>
        <w:t xml:space="preserve">(Speaker A)  So that please. </w:t>
      </w:r>
    </w:p>
    <w:p>
      <w:r>
        <w:t xml:space="preserve">(Speaker B)  And then, you know, to HOA send a letter as well too. And then that way it'd be kind of a two pronged approach and you know, speak about the pond itself and the easement and then obviously HOA can speak about their covenants policies. </w:t>
      </w:r>
    </w:p>
    <w:p>
      <w:r>
        <w:t xml:space="preserve">(Speaker A)  Really. So who's that. Homeowner Name? What's her name? </w:t>
      </w:r>
    </w:p>
    <w:p>
      <w:r>
        <w:t xml:space="preserve">(Speaker C)  Garcia. </w:t>
      </w:r>
    </w:p>
    <w:p>
      <w:r>
        <w:t xml:space="preserve">(Speaker A)  Garcia. </w:t>
      </w:r>
    </w:p>
    <w:p>
      <w:r>
        <w:t xml:space="preserve">(Speaker F)  Okay. </w:t>
      </w:r>
    </w:p>
    <w:p>
      <w:r>
        <w:t xml:space="preserve">(Speaker B)  So with that we'll move on to business admin. We have the check register and financial reports. Any comments or questions, please let me know. </w:t>
      </w:r>
    </w:p>
    <w:p>
      <w:r>
        <w:t xml:space="preserve">(Speaker A)  Thank you, Jackie. </w:t>
      </w:r>
    </w:p>
    <w:p>
      <w:r>
        <w:t xml:space="preserve">(Speaker F)  Thank you. </w:t>
      </w:r>
    </w:p>
    <w:p>
      <w:r>
        <w:t xml:space="preserve">(Speaker A)  For a motion to approve. Second from Daryl. All in favor? </w:t>
      </w:r>
    </w:p>
    <w:p>
      <w:r>
        <w:t xml:space="preserve">(Speaker B)  So we are now back to supervisor requests and audience comments. If you're an unmuted audience and you'd like to speak to the board, please use your raise your hand feature and we'll ask you to unmute. We don't currently have any audience members in person. Give it another minute here. Not seeing any hands raised. Keep an eye on it. But we'll move to supervisor requests. </w:t>
      </w:r>
    </w:p>
    <w:p>
      <w:r>
        <w:t xml:space="preserve">(Speaker A)  Just a question. Would Stephen, as you're reviewing, you know, where we feel out of kind of the problem. I don't know if it's worth, you know, we have the big screen. I don't know if it's worth having a laptop that we can attach to the screen and X rays so we could all see at the same time. Just wonder that. I know John sometimes pulls up his and kind of, you know, go around that, but I, I don't know if that's a, an easy thing for us. And we have a laptop, they hook up to that so we can all be look at the same thing. So just wondering about that as a possible discussion point when you get to looking those different angles. Does that make sense? Absolutely. </w:t>
      </w:r>
    </w:p>
    <w:p>
      <w:r>
        <w:t xml:space="preserve">(Speaker B)  Yeah. </w:t>
      </w:r>
    </w:p>
    <w:p>
      <w:r>
        <w:t xml:space="preserve">(Speaker A)  So what I anticipate when we do the next priority, it will be in essentially the same format. Like we've got like a kind of a. It's for black as a spreadsheet essentially that has all that stuff kind of outlined. Certainly I can, I'm saying more of the map. Oh yeah. Just having a community map so we can actually all see. Sure, yeah. So, yeah, that's more what I was thinking. More than a graphic. Well, I'm kind of still living the lay of the land and that. Yeah. After we get done with the meeting, if anybody is privy to how the setup works, if it's a newer tv, you can almost cast it to it. I didn't cast it on my phone even. Or something like that. </w:t>
      </w:r>
    </w:p>
    <w:p>
      <w:r>
        <w:t xml:space="preserve">(Speaker B)  That. </w:t>
      </w:r>
    </w:p>
    <w:p>
      <w:r>
        <w:t xml:space="preserve">(Speaker A)  That we can. We can do that. Yeah. </w:t>
      </w:r>
    </w:p>
    <w:p>
      <w:r>
        <w:t xml:space="preserve">(Speaker F)  And I know we discussed it earlier. </w:t>
      </w:r>
    </w:p>
    <w:p>
      <w:r>
        <w:t xml:space="preserve">(Speaker C)  Did we want to make any changes on the. On what the chair can approve without. </w:t>
      </w:r>
    </w:p>
    <w:p>
      <w:r>
        <w:t xml:space="preserve">(Speaker F)  Did we want to address that in this meeting or just leave it as is? </w:t>
      </w:r>
    </w:p>
    <w:p>
      <w:r>
        <w:t xml:space="preserve">(Speaker A)  I would think about. Wasn't a calm thing. It was just a one board member for. </w:t>
      </w:r>
    </w:p>
    <w:p>
      <w:r>
        <w:t xml:space="preserve">(Speaker F)  I get it. </w:t>
      </w:r>
    </w:p>
    <w:p>
      <w:r>
        <w:t xml:space="preserve">(Speaker D)  If I was the chair, that's what I would have did. I would look into a meeting because </w:t>
      </w:r>
    </w:p>
    <w:p>
      <w:r>
        <w:t xml:space="preserve">(Speaker A)  all five of us deserve the fact </w:t>
      </w:r>
    </w:p>
    <w:p>
      <w:r>
        <w:t xml:space="preserve">(Speaker D)  to make big decisions. </w:t>
      </w:r>
    </w:p>
    <w:p>
      <w:r>
        <w:t xml:space="preserve">(Speaker A)  That's all. </w:t>
      </w:r>
    </w:p>
    <w:p>
      <w:r>
        <w:t xml:space="preserve">(Speaker D)  The other thing is, for my request, </w:t>
      </w:r>
    </w:p>
    <w:p>
      <w:r>
        <w:t xml:space="preserve">(Speaker A)  I've requested several things and never gotten done. I'm at the point I told Richard I would like to go out for an RFP for a new district management company. I hope that the four of you </w:t>
      </w:r>
    </w:p>
    <w:p>
      <w:r>
        <w:t xml:space="preserve">(Speaker D)  will think about that. If the three of us are here </w:t>
      </w:r>
    </w:p>
    <w:p>
      <w:r>
        <w:t xml:space="preserve">(Speaker A)  for four and a half years, that </w:t>
      </w:r>
    </w:p>
    <w:p>
      <w:r>
        <w:t xml:space="preserve">(Speaker D)  would without a doubt be my last year. </w:t>
      </w:r>
    </w:p>
    <w:p>
      <w:r>
        <w:t xml:space="preserve">(Speaker A)  And I'd like to leave something better than what we're currently experiencing. Okay. </w:t>
      </w:r>
    </w:p>
    <w:p>
      <w:r>
        <w:t xml:space="preserve">(Speaker B)  Just to piggyback off that, because you said you requested something that you didn't receive. My comment back was that it's a board decision. You don't put RFPs on agendas. A board member doesn't reach out and say, hey, I want a landscape RFP on this next agenda. And we put landscape park on the agenda. The standard practice. So the board would like to go out for an RFP for anybody. It is a board discussion, motion and approval, and then it's added to a future agenda. So I did respond to Jeff with that. Any other supervisor requests? </w:t>
      </w:r>
    </w:p>
    <w:p>
      <w:r>
        <w:t xml:space="preserve">(Speaker C)  Tanya, you asked a question about the spending authority resolution. Would the board like to put that on the next agenda for discussion, or would you like to leave it at it as is and we can always revisit it, you know, well, </w:t>
      </w:r>
    </w:p>
    <w:p>
      <w:r>
        <w:t xml:space="preserve">(Speaker F)  I'd like to throw. I mean, we just never know. I don't think Tom's gonna do anything, but, you know, sure. Knowing you get somebody in the future, I think it might be worth having that discussion. </w:t>
      </w:r>
    </w:p>
    <w:p>
      <w:r>
        <w:t xml:space="preserve">(Speaker B)  You can always. And that's the benefit of this. You can always structure how you like. You know, we've. We've changed it before. We change what it currently is. If the board wants to make an adjustment to that. We certainly can do that. It's. It's up to how you want to operate in these events. So, you know, if you want it again, more of like, okay, well, anything past this, then it triggers a special meeting, and we can. We can put that in. We can make that work. </w:t>
      </w:r>
    </w:p>
    <w:p>
      <w:r>
        <w:t xml:space="preserve">(Speaker F)  Yeah. You know, special meeting every other month. </w:t>
      </w:r>
    </w:p>
    <w:p>
      <w:r>
        <w:t xml:space="preserve">(Speaker C)  You know what I'm saying? </w:t>
      </w:r>
    </w:p>
    <w:p>
      <w:r>
        <w:t xml:space="preserve">(Speaker F)  Yeah. </w:t>
      </w:r>
    </w:p>
    <w:p>
      <w:r>
        <w:t xml:space="preserve">(Speaker C)  So I'll. What I'll do, I'll send this out to the board members so you can see the resolution, and we'll also have it on the agenda for your next meeting so that you have it in front of you. </w:t>
      </w:r>
    </w:p>
    <w:p>
      <w:r>
        <w:t xml:space="preserve">(Speaker F)  Thank you. </w:t>
      </w:r>
    </w:p>
    <w:p>
      <w:r>
        <w:t xml:space="preserve">(Speaker B)  Any other supervisor requests. Hearing? None. Your next meeting is scheduled August 26, 2026, 6:00pm here at the Bridgewater Clubhouse. Unless there's any other business. We just needed for a motion to return, so moved. </w:t>
      </w:r>
    </w:p>
    <w:p>
      <w:r>
        <w:t xml:space="preserve">(Speaker A)  Okay. </w:t>
      </w:r>
    </w:p>
    <w:p>
      <w:r>
        <w:t xml:space="preserve">(Speaker B)  Got a first from D, second from Jeff. All in favor? Motion is passed. Time is 12:48pm Everyone have a good day. </w:t>
      </w:r>
    </w:p>
    <w:p>
      <w:r>
        <w:t xml:space="preserve">(Speaker A)  Thank you. </w:t>
      </w:r>
    </w:p>
    <w:p>
      <w:r>
        <w:t xml:space="preserve">(Speaker B)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