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t xml:space="preserve">                                                                            Transcript                                                                          </w:t>
      </w:r>
    </w:p>
    <w:p>
      <w:r>
        <w: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w:t>
      </w:r>
    </w:p>
    <w:p>
      <w:r>
        <w:t xml:space="preserve">&gt;&gt;&gt;&gt;&gt;&gt;&gt;&gt;&gt;&gt;&gt;&gt;&gt;  </w:t>
      </w:r>
      <w:r>
        <w:rPr>
          <w:b/>
          <w:color w:val="FF0000"/>
        </w:rPr>
        <w:t>GAT BEGINNING OF FILE</w:t>
      </w:r>
      <w:r>
        <w:rPr>
          <w:b w:val="0"/>
          <w:color w:val="000000"/>
        </w:rPr>
        <w:t xml:space="preserve">  &gt;&gt;&gt;&gt;&gt;&gt;&gt;&gt;&gt;&gt;&gt;&gt;&gt;&gt;&gt;&gt;&gt;&gt;&gt;&gt;&gt;&gt;&gt;&gt;&gt;&gt;&gt;&gt;&gt;&gt;&gt;&gt;&gt;&gt;&gt;&gt;&gt;&gt;&gt;&gt;&gt;&gt;&gt;&gt;&gt;&gt;&gt;&gt;&gt;&gt;&gt;&gt;&gt;&gt;&gt;&gt;&gt;&gt;&gt;&gt;&gt;&gt;&gt;&gt;&gt;&gt;&gt;&gt;&gt;&gt;&gt;&gt;&gt;&gt;&gt;&gt;&gt;&gt;&gt;&gt;&gt;&gt;&gt;&gt;&gt;&gt;&gt;&gt;&gt;&gt;&gt;&gt;&gt;&gt;&gt;&gt;&gt;&gt;&gt;&gt;&gt;&gt;&gt;&gt;&gt;&gt;&gt;&gt;&gt;&gt;&gt;&gt;&gt;&gt;&gt;&gt;&gt;&gt;&gt;&gt;&gt;&gt;</w:t>
      </w:r>
    </w:p>
    <w:p>
      <w:r>
        <w: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w:t>
        <w:br/>
        <w:br/>
        <w:br/>
      </w:r>
    </w:p>
    <w:p>
      <w:r>
        <w:t>CDD NAME:</w:t>
      </w:r>
      <w:r>
        <w:rPr>
          <w:b/>
          <w:color w:val="FF0000"/>
        </w:rPr>
        <w:br/>
        <w:tab/>
        <w:tab/>
        <w:tab/>
        <w:tab/>
        <w:t xml:space="preserve"> PCP</w:t>
        <w:br/>
        <w:br/>
        <w:br/>
      </w:r>
    </w:p>
    <w:p>
      <w:r>
        <w:t>START AND END TIME OF THE CDD MEETING FILE:</w:t>
      </w:r>
      <w:r>
        <w:rPr>
          <w:b/>
          <w:color w:val="FF0000"/>
        </w:rPr>
        <w:br/>
        <w:tab/>
        <w:tab/>
        <w:tab/>
        <w:tab/>
        <w:t xml:space="preserve"> August 21, 2026 at 10:00 AM</w:t>
      </w:r>
      <w:r>
        <w:rPr>
          <w:b/>
          <w:color w:val="FF0000"/>
        </w:rPr>
        <w:br/>
        <w:tab/>
        <w:tab/>
        <w:tab/>
        <w:tab/>
        <w:t xml:space="preserve"> August 21, 2026 at 10:36 AM</w:t>
        <w:br/>
        <w:br/>
        <w:br/>
      </w:r>
    </w:p>
    <w:p>
      <w:r>
        <w:t>AUDIO FILE NAME, FILE SIZE:</w:t>
      </w:r>
      <w:r>
        <w:rPr>
          <w:b/>
          <w:color w:val="FF0000"/>
        </w:rPr>
        <w:br/>
        <w:tab/>
        <w:tab/>
        <w:tab/>
        <w:tab/>
        <w:t xml:space="preserve"> Brandy_Creek_alt_9-9-2026.MP3</w:t>
      </w:r>
      <w:r>
        <w:rPr>
          <w:b/>
          <w:color w:val="FF0000"/>
        </w:rPr>
        <w:br/>
        <w:tab/>
        <w:tab/>
        <w:tab/>
        <w:tab/>
        <w:t xml:space="preserve"> 52149049</w:t>
        <w:br/>
        <w:br/>
        <w:br/>
      </w:r>
    </w:p>
    <w:p>
      <w:r>
        <w:t>DATE AUDIO FILE SUBMITTED TO THE GAT SYSTEM:</w:t>
      </w:r>
      <w:r>
        <w:rPr>
          <w:b/>
          <w:color w:val="FF0000"/>
        </w:rPr>
        <w:br/>
        <w:tab/>
        <w:tab/>
        <w:tab/>
        <w:tab/>
        <w:t xml:space="preserve"> September 11, 2026 at 03:20 PM</w:t>
        <w:br/>
        <w:br/>
        <w:br/>
      </w:r>
    </w:p>
    <w:p>
      <w:r>
        <w:t>DATE AUDIO FILE COMPLETED BY THE GAT SYSTEM:</w:t>
      </w:r>
      <w:r>
        <w:rPr>
          <w:b/>
          <w:color w:val="FF0000"/>
        </w:rPr>
        <w:br/>
        <w:tab/>
        <w:tab/>
        <w:tab/>
        <w:tab/>
        <w:t xml:space="preserve"> September 11, 2026 at 03:21 PM</w:t>
      </w:r>
      <w:r>
        <w:rPr>
          <w:b/>
          <w:color w:val="FF0000"/>
        </w:rPr>
        <w:br/>
        <w:tab/>
        <w:tab/>
        <w:tab/>
        <w:tab/>
        <w:t xml:space="preserve"> 00:36 ELAPSED TIME</w:t>
        <w:br/>
        <w:br/>
        <w:br/>
      </w:r>
    </w:p>
    <w:p>
      <w:r>
        <w:t>MEETING AGENDA:</w:t>
      </w:r>
      <w:r>
        <w:rPr>
          <w:b/>
          <w:color w:val="FF0000"/>
        </w:rPr>
        <w:br/>
        <w:br/>
        <w:br/>
        <w:tab/>
        <w:tab/>
        <w:tab/>
        <w:tab/>
        <w:t xml:space="preserve">  </w:t>
        <w:br/>
        <w:br/>
        <w:br/>
      </w:r>
    </w:p>
    <w:p>
      <w:r>
        <w:t xml:space="preserve">(Speaker A)  I'm telling you, dude, that little. That little fun thing sucks. Erica wanted me to go with Brian to go look at a truck today. I'm like, dude, I've already missed three. </w:t>
      </w:r>
    </w:p>
    <w:p>
      <w:r>
        <w:t xml:space="preserve">(Speaker B)  I can't see. It's 30, so let's get going. Good afternoon, everyone. This is the board of supervisors meeting, Brannic Reed community development district. And it's Wednesday, September 9, 2026. And I called the meeting officially. The order. I'll start with the roll call from my right. Payne. </w:t>
      </w:r>
    </w:p>
    <w:p>
      <w:r>
        <w:t xml:space="preserve">(Speaker C)  Chairperson John Dally. </w:t>
      </w:r>
    </w:p>
    <w:p>
      <w:r>
        <w:t xml:space="preserve">(Speaker D)  Supervisor Thomas Medic, supervisor Mike Hero, district engineer. </w:t>
      </w:r>
    </w:p>
    <w:p>
      <w:r>
        <w:t xml:space="preserve">(Speaker B)  Dan Fagan. </w:t>
      </w:r>
    </w:p>
    <w:p>
      <w:r>
        <w:t xml:space="preserve">(Speaker A)  Vesta. </w:t>
      </w:r>
    </w:p>
    <w:p>
      <w:r>
        <w:t xml:space="preserve">(Speaker E)  Georgia Hamilton Vesta. </w:t>
      </w:r>
    </w:p>
    <w:p>
      <w:r>
        <w:t xml:space="preserve">(Speaker F)  And Matthew J. District manager. </w:t>
      </w:r>
    </w:p>
    <w:p>
      <w:r>
        <w:t xml:space="preserve">(Speaker B)  All right, and I believe we have a quorum for our meeting. Our next agenda are public comments unless either of these three gentlemen are from our community. I believe they're not. I believe they're representing the. That we have to go through. So we have no public comments. The approval of the minutes. I did review the minutes. I didn't see anything. We had a lot of motions that we proposed last time, so that was the majority of the minutes. Any changes from any of the supervisors? </w:t>
      </w:r>
    </w:p>
    <w:p>
      <w:r>
        <w:t xml:space="preserve">(Speaker G)  No, sir. </w:t>
      </w:r>
    </w:p>
    <w:p>
      <w:r>
        <w:t xml:space="preserve">(Speaker B)  Comments showing. Nope. </w:t>
      </w:r>
    </w:p>
    <w:p>
      <w:r>
        <w:t xml:space="preserve">(Speaker F)  Clark wasn't here. </w:t>
      </w:r>
    </w:p>
    <w:p>
      <w:r>
        <w:t xml:space="preserve">(Speaker B)  Oh, yeah, you were here, so you knew it. I move the motion that we adopt the minutes as presented. I get second. </w:t>
      </w:r>
    </w:p>
    <w:p>
      <w:r>
        <w:t xml:space="preserve">(Speaker G)  Second. </w:t>
      </w:r>
    </w:p>
    <w:p>
      <w:r>
        <w:t xml:space="preserve">(Speaker B)  Follow the third. All right, and the next item on our agenda is the approval, consideration of the proposals for our phase one pool remar site. So, Georgia, I'll let you facilitate this, and then. </w:t>
      </w:r>
    </w:p>
    <w:p>
      <w:r>
        <w:t xml:space="preserve">(Speaker H)  Okay. </w:t>
      </w:r>
    </w:p>
    <w:p>
      <w:r>
        <w:t xml:space="preserve">(Speaker E)  All right, Jo, minutes. We're going to have you guys. It's okay. Present individually to the board, and we will start with Brown. You were here first, and if I can have you try to step out. </w:t>
      </w:r>
    </w:p>
    <w:p>
      <w:r>
        <w:t xml:space="preserve">(Speaker G)  There's no way. That's what's called. </w:t>
      </w:r>
    </w:p>
    <w:p>
      <w:r>
        <w:t xml:space="preserve">(Speaker B)  We don't have a bench in the. In the pool area. I don't want to take a chair or something. </w:t>
      </w:r>
    </w:p>
    <w:p>
      <w:r>
        <w:t xml:space="preserve">(Speaker A)  Did we have to kick them out? </w:t>
      </w:r>
    </w:p>
    <w:p>
      <w:r>
        <w:t xml:space="preserve">(Speaker D)  I've got no problem. </w:t>
      </w:r>
    </w:p>
    <w:p>
      <w:r>
        <w:t xml:space="preserve">(Speaker F)  Yeah, no, no. </w:t>
      </w:r>
    </w:p>
    <w:p>
      <w:r>
        <w:t xml:space="preserve">(Speaker A)  I just wanted to have that disclaimer </w:t>
      </w:r>
    </w:p>
    <w:p>
      <w:r>
        <w:t xml:space="preserve">(Speaker F)  that it's public meeting. </w:t>
      </w:r>
    </w:p>
    <w:p>
      <w:r>
        <w:t xml:space="preserve">(Speaker A)  It's by their choice, at least. </w:t>
      </w:r>
    </w:p>
    <w:p>
      <w:r>
        <w:t xml:space="preserve">(Speaker B)  All right, so we're starting the crown, right? </w:t>
      </w:r>
    </w:p>
    <w:p>
      <w:r>
        <w:t xml:space="preserve">(Speaker E)  Yes, sir. </w:t>
      </w:r>
    </w:p>
    <w:p>
      <w:r>
        <w:t xml:space="preserve">(Speaker B)  All right. All right. Yes, sir. </w:t>
      </w:r>
    </w:p>
    <w:p>
      <w:r>
        <w:t xml:space="preserve">(Speaker D)  How are you guys? </w:t>
      </w:r>
    </w:p>
    <w:p>
      <w:r>
        <w:t xml:space="preserve">(Speaker B)  Brad, Korea. </w:t>
      </w:r>
    </w:p>
    <w:p>
      <w:r>
        <w:t xml:space="preserve">(Speaker D)  Crown rules. We are. The first name is Brad Correa. Yes, sir. I really just wanted to kind of walk through the process, explain, you know, what all we would be doing with the renovation, take any questions from you guys, and kind of get a little bit into the details of what to look for in doing a renovation like this. We sent a proposal in. I think we were working with Jim. We sent a couple auxiliary items. I did talk to Jim. The main scope was I didn't see a true rfp, but my understanding was you guys want to take care of the entire interior from a tile and Marsite standpoint. I did throw some numbers towards lights. That's kind of a typical deal that we will do until everything's checked out. Jim said the lights are working, so I'm not sure if he included that in. But there's a separate line item for lights. It's pretty simple. There's also a handrail that I think was hidden at some point. He has the handrail. So during the renovation, I told Jim, if we're doing it, you know, he gives us the handrail, we'll set a new anchor down at the bottom. And as long as the anchor up on the deck didn't get knocked loose, we can slide that right back in and you'll be good to go. So the main two things to talk about would be the plaster, which is the Marcite interior, and then all the tile work. First thing we do is we come in, we neutralize the pool, get the chlorine level down as low as possible before draining. We drain the pool out of the storm. As the pool's going down, we drill holes, relieving pressure. Obviously, if there is any kind of dewatering systems in from the original construction, we'll tap into those lines and put pumps on and try to extract any water from the bottom of it. But drilling holes as you're draining the pool will relieve any pressure to secure the shell. Once pool is drained, we do a pretty thorough chip. We have provided a pebble finish to you guys by request. I can talk to you guys about the difference. The two main things that you guys want to think about is you've got two types of blaster. You've got a bunch of different manufacturers and installers with different warranties. So it's gets a little tricky. There's a quartz finish and there's a pebble finish. The big difference is you get a longer warranty with the pebble, mainly because it's 85% rock, 15% fine or cream. 85% rock, 15% cream. The quartz is the exact opposite. It's 85% cream, 15% fine, quartz active. So buy makeup. It is a stronger product. It's kind of why you get the warranty. You probably have about a, about a three dollar, three or four dollar per square foot difference in price. So if you take the square foot of the pool, which I think was about 3,200, I believe. That would give you guys an idea of the difference from the pebble finish to the quartz finish. We put quartz in new pools day long. If they're applied properly and the chemicals are balanced properly, you'll get the same life out of a quartz as you will a pebble. The big difference is in the chemistry and the maintenance. As you guys know, y' all probably maintain these pools on a three day a week, possibly a five day a week deal. After a single rain, your pH can come up to 8.0. So the whole game with the pebble </w:t>
      </w:r>
    </w:p>
    <w:p>
      <w:r>
        <w:t xml:space="preserve">(Speaker I)  finish is </w:t>
      </w:r>
    </w:p>
    <w:p>
      <w:r>
        <w:t xml:space="preserve">(Speaker D)  as a board. You want to get the little bit of money you're spending for that kind of warranty is nice. But what you want to think about is the first thing the manufacturer is </w:t>
      </w:r>
    </w:p>
    <w:p>
      <w:r>
        <w:t xml:space="preserve">(Speaker H)  going to do is they're going to </w:t>
      </w:r>
    </w:p>
    <w:p>
      <w:r>
        <w:t xml:space="preserve">(Speaker D)  ask you guys for all your chemical readings and your records. The likelihood of having perfect records they don't find a problem with is very slim. I will tell you, if it's applied properly and the shell is prepped properly, you're not going to have an issue with the plaster. </w:t>
      </w:r>
    </w:p>
    <w:p>
      <w:r>
        <w:t xml:space="preserve">(Speaker E)  Right. </w:t>
      </w:r>
    </w:p>
    <w:p>
      <w:r>
        <w:t xml:space="preserve">(Speaker D)  The biggest issues that we see out there are true delamination, where the shell is not prepped properly and you're actually, you know, we are removing all the loose material that's on that pool. So once the pool is drained, we're not scarifying down to the original shell, but we are chipping and removing any bit of loose material that happens through the process until the day before plaster, when we start to put the bonding agent on, everything is sounded out. So most of the failures that we see out there are from the lack of prep on the plaster. It's pretty obvious if a piece of plaster falls off the wall and you've got bonding agents stuck to that and the old plaster stuck to that, it's pretty obvious that it was in the prep. So the biggest thing that we push is we do work with John Temple. Over at Temple, we have them do prep and plaster for us. A lot of guys, you can save some money by having labor come in and do prep. It is pretty crucial. The prep is just as important as the plaster. So when you're trying to decide on the finish that you're using and people are offering different options, you will pay probably $10,000 more in your case, for eight pebbles. But if you're starting to dig into the reserves and rather have some money left over, doing it properly with a quartz finish is not a bad idea. All right, so that's a little bit about the plaster. Any questions on the types of finishes or anything with the plaster? </w:t>
      </w:r>
    </w:p>
    <w:p>
      <w:r>
        <w:t xml:space="preserve">(Speaker B)  Well, I just want to ask about the preparation. So when we talk about excavation, do you go to the level where there's down to the original? </w:t>
      </w:r>
    </w:p>
    <w:p>
      <w:r>
        <w:t xml:space="preserve">(Speaker D)  We do not. So that would be considered a complete chip out. They're really. We've got a lot of data proven that it is not the best approach. There are still architects and engineers that will spec a complete chip out. The issue is if you have a sound bonded surface and you start chipping on it, you can create other issues with a shell that you don't want to get into. So it is not necessary as long as you make sure all that loose material, as soon as you drain the pool. It's a cementatious product. So as soon as it dries up, whatever's loose and breaking down is going to want to fall off the walls anyhow. So we're pressure washing it, we're acid washing it, we're scraping it, we're chipping on it, but not chipping hard to get down to that original substrate. </w:t>
      </w:r>
    </w:p>
    <w:p>
      <w:r>
        <w:t xml:space="preserve">(Speaker G)  That's. </w:t>
      </w:r>
    </w:p>
    <w:p>
      <w:r>
        <w:t xml:space="preserve">(Speaker D)  That's. I can provide some data for you guys if you want it. We get a lot of engineers out of state that are just kind of kicking out plans that will just call for a complete chip out. But we've seen a lot of issues that, you know, if the proper ad mix is not put in the concrete, your steel starts to get wet and starts corroding. When that expands, it starts cracking shelves. When you start chipping on these things, you can really get into a mess. </w:t>
      </w:r>
    </w:p>
    <w:p>
      <w:r>
        <w:t xml:space="preserve">(Speaker B)  Got it. </w:t>
      </w:r>
    </w:p>
    <w:p>
      <w:r>
        <w:t xml:space="preserve">(Speaker D)  That's the main reason why we do not do a complete ship out. </w:t>
      </w:r>
    </w:p>
    <w:p>
      <w:r>
        <w:t xml:space="preserve">(Speaker B)  Any questions for Brad from the supervisors? </w:t>
      </w:r>
    </w:p>
    <w:p>
      <w:r>
        <w:t xml:space="preserve">(Speaker G)  The only question I had is I noticed a big difference in the labor warranty that you're offering. 15 years. What all does that entail as far as the labor warranty to be that </w:t>
      </w:r>
    </w:p>
    <w:p>
      <w:r>
        <w:t xml:space="preserve">(Speaker D)  process for the whole game? With warranty, your material warranty. So the way that we work is we work with John Temple at Tippool and we use a CL Industries product. The two main pebble distributors are CL Industries and PebbleTech. Pebble Tech buys the rock from people that own CL Industries. So it's all kind of convoluted. Once you move into a Pebble finish, it is so durable because it's 85% rock, they throw those warranties on it. You gotta think from a manufacturer standpoint, they pretty much know that you're not gonna be able to provide perfect documentation. You'd have to have somebody balancing this pool Twice a day. And given reports that they're gonna get out, we don't see a lot of issues with material failure. Most of the issues are proper improper installation or improper prep. So on the labor side, I've been working with John for 20 years. So it's one of those things that we know, you know, we can give a warranty like that because we're guaranteeing that the prep done properly, you're not gonna have an issue. Wow, appreciate it. That's, that's. And you know, I'm not sure where your financial state is. And 10 years ago I would come into these things and push the pebble finish because you sit there and think about it, but the reality is, after you've done so many of them and you see what lasts and what happens if the funds are there, do it because it will, it will give you a better looking finish longer from the chemistry that takes place in the pool. There's no doubt about that. But as far as the breakdown and failure, you're going to get the same life out of the pebbles you would enforce. </w:t>
      </w:r>
    </w:p>
    <w:p>
      <w:r>
        <w:t xml:space="preserve">(Speaker F)  This boat is for the pebble finish. </w:t>
      </w:r>
    </w:p>
    <w:p>
      <w:r>
        <w:t xml:space="preserve">(Speaker D)  We quoted the pebble. Yes, sir. All right, so that's kind of the plaster tile to kind of give you a little rundown on that. When we drain the pool, you've got the wall that comes up and you've got a six by six non skid bullnose tile and fascia gutter that's got to be level all the way around where DOH falls back into the gutter. So what we do is we come down about 2 inches below the top of that tile and we make a horizontal cut all the way around the pool and do a complete gutter chip in the gutter. So we're removing everything. If you look down every 10ft around the pool, you're going to have a gutter body. If the pool is constructed properly, every gutter body has got a slip fitting in the bottom where that branch pipe underneath is glued into it. A lot of guys will rush and when they stuff the pipes up, they're kind of running like this or back. If you walk around the pool and look down, if the pipe's not dead center of that, it's not glued in. So what they do, if it doesn't glue in, they'll cut the bottom off the gutter body, set it on top of it and mud around that mud ends up shrinking and you get leaks. So anywhere that we do not have a pipe connected to a gutter body that is completely chipped out and a new gutter body is glued in place. So we do that to ensure the leaks in the gutter. The other reason we cut down is we want to set that elevation perfect and we also want to make sure we still have fall inside of that skimmer. So in Yalls case, we are replacing the backsplash tile which is just underneath the coating. We're replacing the waterline tile which is that non skidding face of the gutter. All the step tiles and everything else that's inside the pool, all that tile will be removed, floated out and new tile installed. There are some savings with scoring a tile at a sound bond, coating it and tiling over the way. We've got a price. Right now we're doing a complete removal of that tile. Float out the surface and install a new tile. Once tile's up, we will run through the shell again and sound it out. And then we use a CLI industries approved bonding agent called permacoat which is what's pneumatically sprayed on shell which is what bonds the new plaster to the existing substrate. Then we flash the pool and fill it up. </w:t>
      </w:r>
    </w:p>
    <w:p>
      <w:r>
        <w:t xml:space="preserve">(Speaker B)  Okay, cool. Anything else? </w:t>
      </w:r>
    </w:p>
    <w:p>
      <w:r>
        <w:t xml:space="preserve">(Speaker E)  What would you estimate start date if selected? </w:t>
      </w:r>
    </w:p>
    <w:p>
      <w:r>
        <w:t xml:space="preserve">(Speaker D)  We. If you guys are making a decision now, we would need to get some tile samples over to you guys and get a. Get a backsplash style selected. I would probably say we could start within about 30 days. </w:t>
      </w:r>
    </w:p>
    <w:p>
      <w:r>
        <w:t xml:space="preserve">(Speaker B)  30 days. And to follow up on borrowers. How long do you think a size of this would take? </w:t>
      </w:r>
    </w:p>
    <w:p>
      <w:r>
        <w:t xml:space="preserve">(Speaker D)  I would say about 45 days. </w:t>
      </w:r>
    </w:p>
    <w:p>
      <w:r>
        <w:t xml:space="preserve">(Speaker B)  45 days? </w:t>
      </w:r>
    </w:p>
    <w:p>
      <w:r>
        <w:t xml:space="preserve">(Speaker G)  Yes, sir. </w:t>
      </w:r>
    </w:p>
    <w:p>
      <w:r>
        <w:t xml:space="preserve">(Speaker D)  You guys are actually ahead of the ball game. We're rolling into what we consider commercial remodel season and this is when the calls start coming in. As management companies know, they don't always get it in front of everybody to talk about soon enough. But you guys are in a good spot. But I would not wait too long because then they'll start becoming a backlog. Right now starting the season, we're able to jump on you pretty quick. </w:t>
      </w:r>
    </w:p>
    <w:p>
      <w:r>
        <w:t xml:space="preserve">(Speaker B)  Excellent, excellent. Anything else? Go ahead, Bob or Sean. Nope. </w:t>
      </w:r>
    </w:p>
    <w:p>
      <w:r>
        <w:t xml:space="preserve">(Speaker G)  Good. </w:t>
      </w:r>
    </w:p>
    <w:p>
      <w:r>
        <w:t xml:space="preserve">(Speaker B)  All right, Brad, thanks so much. I appreciate it. Like George said, they'll facilitate the communication and any additional information that we want or clarification. We're certainly reach out. </w:t>
      </w:r>
    </w:p>
    <w:p>
      <w:r>
        <w:t xml:space="preserve">(Speaker D)  Absolutely. Do you want us to hang out after or we. </w:t>
      </w:r>
    </w:p>
    <w:p>
      <w:r>
        <w:t xml:space="preserve">(Speaker B)  No. </w:t>
      </w:r>
    </w:p>
    <w:p>
      <w:r>
        <w:t xml:space="preserve">(Speaker E)  Did you want to hear the other ones and then ask any additional questions of defenders? </w:t>
      </w:r>
    </w:p>
    <w:p>
      <w:r>
        <w:t xml:space="preserve">(Speaker B)  I don't mind hanging out. </w:t>
      </w:r>
    </w:p>
    <w:p>
      <w:r>
        <w:t xml:space="preserve">(Speaker D)  If somebody brings something up and posts a question you want to ask. </w:t>
      </w:r>
    </w:p>
    <w:p>
      <w:r>
        <w:t xml:space="preserve">(Speaker A)  Yeah, we don't. </w:t>
      </w:r>
    </w:p>
    <w:p>
      <w:r>
        <w:t xml:space="preserve">(Speaker G)  I don't think we need. </w:t>
      </w:r>
    </w:p>
    <w:p>
      <w:r>
        <w:t xml:space="preserve">(Speaker B)  Okay. </w:t>
      </w:r>
    </w:p>
    <w:p>
      <w:r>
        <w:t xml:space="preserve">(Speaker C)  All right. </w:t>
      </w:r>
    </w:p>
    <w:p>
      <w:r>
        <w:t xml:space="preserve">(Speaker G)  Make a moon. </w:t>
      </w:r>
    </w:p>
    <w:p>
      <w:r>
        <w:t xml:space="preserve">(Speaker D)  Thank you, guys. </w:t>
      </w:r>
    </w:p>
    <w:p>
      <w:r>
        <w:t xml:space="preserve">(Speaker C)  Thank you. </w:t>
      </w:r>
    </w:p>
    <w:p>
      <w:r>
        <w:t xml:space="preserve">(Speaker G)  Thank you. </w:t>
      </w:r>
    </w:p>
    <w:p>
      <w:r>
        <w:t xml:space="preserve">(Speaker E)  Appreciate it. </w:t>
      </w:r>
    </w:p>
    <w:p>
      <w:r>
        <w:t xml:space="preserve">(Speaker A)  Thank you, Brad. </w:t>
      </w:r>
    </w:p>
    <w:p>
      <w:r>
        <w:t xml:space="preserve">(Speaker E)  And then Zach's going to come in. Zach. </w:t>
      </w:r>
    </w:p>
    <w:p>
      <w:r>
        <w:t xml:space="preserve">(Speaker B)  Zach. When you fall, Zach is. Where is Zach? </w:t>
      </w:r>
    </w:p>
    <w:p>
      <w:r>
        <w:t xml:space="preserve">(Speaker G)  Zach left. </w:t>
      </w:r>
    </w:p>
    <w:p>
      <w:r>
        <w:t xml:space="preserve">(Speaker A)  Jeff. </w:t>
      </w:r>
    </w:p>
    <w:p>
      <w:r>
        <w:t xml:space="preserve">(Speaker B)  Hello. Hey. How are you? </w:t>
      </w:r>
    </w:p>
    <w:p>
      <w:r>
        <w:t xml:space="preserve">(Speaker J)  Good. How are you guys? </w:t>
      </w:r>
    </w:p>
    <w:p>
      <w:r>
        <w:t xml:space="preserve">(Speaker B)  Good, good. </w:t>
      </w:r>
    </w:p>
    <w:p>
      <w:r>
        <w:t xml:space="preserve">(Speaker J)  So you guys know me from refreshing this first pool or the phase two pool and then the splash pad up there at the front of the network already. So do you guys have any questions? </w:t>
      </w:r>
    </w:p>
    <w:p>
      <w:r>
        <w:t xml:space="preserve">(Speaker B)  Well, so we had a discussion, we talked about preparation. You, I think you're saying that you're going to do a explicit, complete chip up. </w:t>
      </w:r>
    </w:p>
    <w:p>
      <w:r>
        <w:t xml:space="preserve">(Speaker J)  Yeah. </w:t>
      </w:r>
    </w:p>
    <w:p>
      <w:r>
        <w:t xml:space="preserve">(Speaker B)  So tell us a little bit about if you. And that's what you did here. </w:t>
      </w:r>
    </w:p>
    <w:p>
      <w:r>
        <w:t xml:space="preserve">(Speaker K)  That's what. </w:t>
      </w:r>
    </w:p>
    <w:p>
      <w:r>
        <w:t xml:space="preserve">(Speaker J)  Right. We took it down to a solid substrate. So basically I have intimate knowledge of the pool up front. I've been working at this property for probably since my start in the commercial world. But that was one of the pools that I trained on a long time ago, probably 12 or 15 years ago. Well, 12 to 13 years ago, that pool was refinished and I was a part of that process. And that was the first time that pool had ever been refinished. </w:t>
      </w:r>
    </w:p>
    <w:p>
      <w:r>
        <w:t xml:space="preserve">(Speaker B)  Right. </w:t>
      </w:r>
    </w:p>
    <w:p>
      <w:r>
        <w:t xml:space="preserve">(Speaker J)  And so to my knowledge, that pool up front probably has three layers of Marsite on it right now. And so when we refinished the splash part pool, we chipped all that finish out, all of it. We took it all the way down to the substrate. So it was at the shell of the pool. And so I feel like that is what is going to be necessary to go do the front, the bigger pool the right way. And that's going to give you your best warranty and it's also going to give us the best life. We are going to seal that pool up after we chip off everything and haul it all off, we're going to seal it up with the bottom engaging, waterproof it. It's going to be like a brand new pool here. So we're going to re establish the. All the tile is going to be taken away. Everything is just going to be like a brand new pool. </w:t>
      </w:r>
    </w:p>
    <w:p>
      <w:r>
        <w:t xml:space="preserve">(Speaker B)  Any questions for Clayton anymore? </w:t>
      </w:r>
    </w:p>
    <w:p>
      <w:r>
        <w:t xml:space="preserve">(Speaker J)  So that's the probably. I mean, that's the only way that we're going to get the best product. And that's how I'm going to do it either way, no matter what. I mean, that's how we do almost all of our projects. </w:t>
      </w:r>
    </w:p>
    <w:p>
      <w:r>
        <w:t xml:space="preserve">(Speaker F)  Do you think that multiple layers could probably be like an issue in the future? </w:t>
      </w:r>
    </w:p>
    <w:p>
      <w:r>
        <w:t xml:space="preserve">(Speaker J)  Oh, it's going to compromise, yeah. If you don't cut all that out, chip all that out, it's going to compromise. I mean what sense does it make to put a 15 year finish or 30 year finish or whatever it is on top of what all is, what's already there. It's just going to compromise. So we take out what's there, we install new plaster onto the shell itself. It's just like a brand new pool. So the product that I'm recommending is an element series. It's a, in the residential world it carries a 30 year warranty. So in the commercial world it carries a 15 year warranty. So I did notice that some of the labor warranties were different because I mean this is public knowledge or whatever. So you know, I had a five year warranty on there. And so what that covers is anything that goes wrong with that pool prep, I'm going to take care of it. And so that's good for five years. </w:t>
      </w:r>
    </w:p>
    <w:p>
      <w:r>
        <w:t xml:space="preserve">(Speaker B)  And what you gave us on this one, five years as well, correct? </w:t>
      </w:r>
    </w:p>
    <w:p>
      <w:r>
        <w:t xml:space="preserve">(Speaker J)  Yes sir. </w:t>
      </w:r>
    </w:p>
    <w:p>
      <w:r>
        <w:t xml:space="preserve">(Speaker B)  No, no, it's not five years. I'm asking what rich rich landfill warranty he gave on this. I bet you was done last year. Just wanted to know which you wanted to use. So are you recommending four trips? </w:t>
      </w:r>
    </w:p>
    <w:p>
      <w:r>
        <w:t xml:space="preserve">(Speaker J)  I'm going to recommend the pebble. The difference between what you have up there now is actually Marsite, but this is a quartz mark which is a man made and this is the pebble product that not the exact, those are not the exact products, but those are the materials that I'm recommending. So the quartz is man made and the pebble is going to be made by God. So it's going to be more impervious to the harsh chemicals and the wear and tear in the commercial. This one's double. So this is a different colored product, but this is the same series product that I'm recommending for the front. </w:t>
      </w:r>
    </w:p>
    <w:p>
      <w:r>
        <w:t xml:space="preserve">(Speaker B)  Okay. And you gave us, and you gave us the 15 year warranty on the materials as well. </w:t>
      </w:r>
    </w:p>
    <w:p>
      <w:r>
        <w:t xml:space="preserve">(Speaker J)  Yes sir. 15 year on the pebble is pretty much should be the industry standard as far as the labor. I mean if you guys, you know, the labor, it's all about the prep. One thing that's different about my company is I don't utilize subcontractors to do the prep. So that if there's an issue in the future, you come straight to me. You don't have to go, you come to me anyways. But I don't have to go. Well, so and so prepped the pool, you know, it's on me. I'm not going anywhere. I've been doing this for almost 20 years. Now, I take a lot of pride in what I do. And so for me, I'm in there doing the work. I'm not an office pool guy. And so I oversee every step of the project. Now, I will tell you that there are better tile guys than me, and I utilize those guys for tile work and for plaster, because I don't have a plaster truck. But the prepping is where it counts. Right. It's like painting a house. You spend so much time prepping the substance, the walls, or whatever the case may be, and it takes you five minutes to paint it. </w:t>
      </w:r>
    </w:p>
    <w:p>
      <w:r>
        <w:t xml:space="preserve">(Speaker K)  Right. </w:t>
      </w:r>
    </w:p>
    <w:p>
      <w:r>
        <w:t xml:space="preserve">(Speaker J)  But the prep is where it counts, and that's what's going to hold the value in mind. </w:t>
      </w:r>
    </w:p>
    <w:p>
      <w:r>
        <w:t xml:space="preserve">(Speaker B)  So what is the industry standard for the labor warranty? </w:t>
      </w:r>
    </w:p>
    <w:p>
      <w:r>
        <w:t xml:space="preserve">(Speaker J)  It used to be one year. Recently it's been pushed up to five years. But, I mean, I'll tell you, I have no problem moving my labor warranty up. It doesn't bother me because I know that what I've done in the past is holding up for a long time. </w:t>
      </w:r>
    </w:p>
    <w:p>
      <w:r>
        <w:t xml:space="preserve">(Speaker B)  Would you give us 10 years? </w:t>
      </w:r>
    </w:p>
    <w:p>
      <w:r>
        <w:t xml:space="preserve">(Speaker J)  Oh, I'll jump on 10 years. Yeah. </w:t>
      </w:r>
    </w:p>
    <w:p>
      <w:r>
        <w:t xml:space="preserve">(Speaker B)  Okay. Any other questions for Clinton? </w:t>
      </w:r>
    </w:p>
    <w:p>
      <w:r>
        <w:t xml:space="preserve">(Speaker G)  Nope. </w:t>
      </w:r>
    </w:p>
    <w:p>
      <w:r>
        <w:t xml:space="preserve">(Speaker B)  Considerations, </w:t>
      </w:r>
    </w:p>
    <w:p>
      <w:r>
        <w:t xml:space="preserve">(Speaker E)  availability to start. </w:t>
      </w:r>
    </w:p>
    <w:p>
      <w:r>
        <w:t xml:space="preserve">(Speaker J)  We could start your project mid October, or if you wanted to push it into the following year, that's up to you. I know my schedule is getting pretty booked up, but I think Mid up </w:t>
      </w:r>
    </w:p>
    <w:p>
      <w:r>
        <w:t xml:space="preserve">(Speaker E)  probably want to do, like, January. We have two big events that we host there, too, in October and December, so we want to take those into consideration. </w:t>
      </w:r>
    </w:p>
    <w:p>
      <w:r>
        <w:t xml:space="preserve">(Speaker B)  Yeah. So our next meeting. What is this? Our next meeting is November. So I guess whatever decision we make with other company at our November meeting, they could come out and give us the final, you know, presentation on material and stuff, just like we get here. And then we probably could start in that. In the beginning of that year. So. </w:t>
      </w:r>
    </w:p>
    <w:p>
      <w:r>
        <w:t xml:space="preserve">(Speaker J)  Yes, Typically at the end of the year, our cluster company that I use takes off for the last two weeks of the year, so they start fresh January 1st or whatever the case may be. So we can start the pool after your events and all that. </w:t>
      </w:r>
    </w:p>
    <w:p>
      <w:r>
        <w:t xml:space="preserve">(Speaker B)  So January wouldn't be a problem? </w:t>
      </w:r>
    </w:p>
    <w:p>
      <w:r>
        <w:t xml:space="preserve">(Speaker J)  No, January. </w:t>
      </w:r>
    </w:p>
    <w:p>
      <w:r>
        <w:t xml:space="preserve">(Speaker B)  Okay. So you're willing to give us a 10 year? Because I think that pool is more heavily used than phase two. </w:t>
      </w:r>
    </w:p>
    <w:p>
      <w:r>
        <w:t xml:space="preserve">(Speaker A)  Yeah. </w:t>
      </w:r>
    </w:p>
    <w:p>
      <w:r>
        <w:t xml:space="preserve">(Speaker J)  Yeah, we can do 10 years, and </w:t>
      </w:r>
    </w:p>
    <w:p>
      <w:r>
        <w:t xml:space="preserve">(Speaker B)  that's with a pedal as well. Every 15 years in warranty, 10 years in labor. Okay. And 178, 40. Any other. I think I know you had Clayton before, and we know. What about your wife? </w:t>
      </w:r>
    </w:p>
    <w:p>
      <w:r>
        <w:t xml:space="preserve">(Speaker A)  I would just like to say you </w:t>
      </w:r>
    </w:p>
    <w:p>
      <w:r>
        <w:t xml:space="preserve">(Speaker B)  did a great job. </w:t>
      </w:r>
    </w:p>
    <w:p>
      <w:r>
        <w:t xml:space="preserve">(Speaker A)  Great job, Harry. I think Personally, thank you. </w:t>
      </w:r>
    </w:p>
    <w:p>
      <w:r>
        <w:t xml:space="preserve">(Speaker J)  Yeah, I mean, I videotaped it. I'm trying to put all that stuff together, but the process and all that is pretty cool. Once I get it all done, </w:t>
      </w:r>
    </w:p>
    <w:p>
      <w:r>
        <w:t xml:space="preserve">(Speaker F)  I'll </w:t>
      </w:r>
    </w:p>
    <w:p>
      <w:r>
        <w:t xml:space="preserve">(Speaker J)  share a good channel. You guys can see it. </w:t>
      </w:r>
    </w:p>
    <w:p>
      <w:r>
        <w:t xml:space="preserve">(Speaker B)  Okay. </w:t>
      </w:r>
    </w:p>
    <w:p>
      <w:r>
        <w:t xml:space="preserve">(Speaker F)  Is the same time available if you wanted to match? </w:t>
      </w:r>
    </w:p>
    <w:p>
      <w:r>
        <w:t xml:space="preserve">(Speaker J)  Yes, sir. You can do that. The only problem is up front, you know, you have that other pool, so you would want it to match with that keeps going sides somewhat. We would probably have to, I would say, stay in the blue family. You know, that way it doesn't look too segmented. </w:t>
      </w:r>
    </w:p>
    <w:p>
      <w:r>
        <w:t xml:space="preserve">(Speaker A)  Yeah. </w:t>
      </w:r>
    </w:p>
    <w:p>
      <w:r>
        <w:t xml:space="preserve">(Speaker J)  So that it looks good. But the product itself, the interior will be have the blue pebbles in it too. </w:t>
      </w:r>
    </w:p>
    <w:p>
      <w:r>
        <w:t xml:space="preserve">(Speaker A)  Excellent. </w:t>
      </w:r>
    </w:p>
    <w:p>
      <w:r>
        <w:t xml:space="preserve">(Speaker G)  Awesome. </w:t>
      </w:r>
    </w:p>
    <w:p>
      <w:r>
        <w:t xml:space="preserve">(Speaker H)  Good. </w:t>
      </w:r>
    </w:p>
    <w:p>
      <w:r>
        <w:t xml:space="preserve">(Speaker B)  All right, well, thank you, sir. Appreciate it. </w:t>
      </w:r>
    </w:p>
    <w:p>
      <w:r>
        <w:t xml:space="preserve">(Speaker G)  Appreciate it. </w:t>
      </w:r>
    </w:p>
    <w:p>
      <w:r>
        <w:t xml:space="preserve">(Speaker B)  Grab yourself. We'll take them. Appreciate you. Thank you. All right. </w:t>
      </w:r>
    </w:p>
    <w:p>
      <w:r>
        <w:t xml:space="preserve">(Speaker K)  Hi, I'm Zach from Big Z Fools. How y' all doing today? </w:t>
      </w:r>
    </w:p>
    <w:p>
      <w:r>
        <w:t xml:space="preserve">(Speaker H)  Good. How you doing? </w:t>
      </w:r>
    </w:p>
    <w:p>
      <w:r>
        <w:t xml:space="preserve">(Speaker B)  Good. </w:t>
      </w:r>
    </w:p>
    <w:p>
      <w:r>
        <w:t xml:space="preserve">(Speaker K)  So you guys have questions for me </w:t>
      </w:r>
    </w:p>
    <w:p>
      <w:r>
        <w:t xml:space="preserve">(Speaker B)  or if you could start, tell us a little bit about your process and your preparation and finish your approach, and then we might pipe in with some questions. </w:t>
      </w:r>
    </w:p>
    <w:p>
      <w:r>
        <w:t xml:space="preserve">(Speaker K)  Okay. So my approach is I use John Temple for the plaster. Much like my competition, they also do the prep work for me as well. Having them do the prep work, that guarantees the 15 year warranty. The guys that actually prep it and plaster it alongside with them, I actually get in the hole with them and I do the work as well. </w:t>
      </w:r>
    </w:p>
    <w:p>
      <w:r>
        <w:t xml:space="preserve">(Speaker B)  Okay, and what about the prep? What do you entail? What does it entail for your prep? </w:t>
      </w:r>
    </w:p>
    <w:p>
      <w:r>
        <w:t xml:space="preserve">(Speaker K)  So for that pool, I believe it was done in 20. </w:t>
      </w:r>
    </w:p>
    <w:p>
      <w:r>
        <w:t xml:space="preserve">(Speaker J)  19. </w:t>
      </w:r>
    </w:p>
    <w:p>
      <w:r>
        <w:t xml:space="preserve">(Speaker K)  2020. Correct. Does anybody know Epic Pools did it? </w:t>
      </w:r>
    </w:p>
    <w:p>
      <w:r>
        <w:t xml:space="preserve">(Speaker D)  Yeah, I believe so. </w:t>
      </w:r>
    </w:p>
    <w:p>
      <w:r>
        <w:t xml:space="preserve">(Speaker K)  So there was a known issue with that application and that quartz material that went in. So my idea with it is the whole thing needs to come out. Every bit of the material that you're seeing now needs to come out. Yes, sir. </w:t>
      </w:r>
    </w:p>
    <w:p>
      <w:r>
        <w:t xml:space="preserve">(Speaker B)  Okay, so that's like a complete chip out. </w:t>
      </w:r>
    </w:p>
    <w:p>
      <w:r>
        <w:t xml:space="preserve">(Speaker K)  Complete chip out. And that's why my prep price is so expensive. </w:t>
      </w:r>
    </w:p>
    <w:p>
      <w:r>
        <w:t xml:space="preserve">(Speaker B)  Okay, what else? And so you say you use a company that you don't supervise it. </w:t>
      </w:r>
    </w:p>
    <w:p>
      <w:r>
        <w:t xml:space="preserve">(Speaker D)  You. </w:t>
      </w:r>
    </w:p>
    <w:p>
      <w:r>
        <w:t xml:space="preserve">(Speaker C)  How do you. </w:t>
      </w:r>
    </w:p>
    <w:p>
      <w:r>
        <w:t xml:space="preserve">(Speaker K)  They're a subcontractor. </w:t>
      </w:r>
    </w:p>
    <w:p>
      <w:r>
        <w:t xml:space="preserve">(Speaker B)  Okay. And how do you supervise that process? </w:t>
      </w:r>
    </w:p>
    <w:p>
      <w:r>
        <w:t xml:space="preserve">(Speaker K)  I mean, I'm on site daily. </w:t>
      </w:r>
    </w:p>
    <w:p>
      <w:r>
        <w:t xml:space="preserve">(Speaker C)  Basically. </w:t>
      </w:r>
    </w:p>
    <w:p>
      <w:r>
        <w:t xml:space="preserve">(Speaker B)  You're on site as well. </w:t>
      </w:r>
    </w:p>
    <w:p>
      <w:r>
        <w:t xml:space="preserve">(Speaker F)  Okay. </w:t>
      </w:r>
    </w:p>
    <w:p>
      <w:r>
        <w:t xml:space="preserve">(Speaker B)  All right. </w:t>
      </w:r>
    </w:p>
    <w:p>
      <w:r>
        <w:t xml:space="preserve">(Speaker K)  John, Jim told me that there was no need for the light quote. I didn't see the lights working when I was there, and it was kind of the evening time. Do you guys know, are the lights in working order there? </w:t>
      </w:r>
    </w:p>
    <w:p>
      <w:r>
        <w:t xml:space="preserve">(Speaker A)  Yeah, they are. </w:t>
      </w:r>
    </w:p>
    <w:p>
      <w:r>
        <w:t xml:space="preserve">(Speaker K)  Okay. </w:t>
      </w:r>
    </w:p>
    <w:p>
      <w:r>
        <w:t xml:space="preserve">(Speaker F)  In fact, that's all the lights and the handrail have been removed. </w:t>
      </w:r>
    </w:p>
    <w:p>
      <w:r>
        <w:t xml:space="preserve">(Speaker D)  So you got apples to apples. And all your numbers, even though it </w:t>
      </w:r>
    </w:p>
    <w:p>
      <w:r>
        <w:t xml:space="preserve">(Speaker F)  was included in the. </w:t>
      </w:r>
    </w:p>
    <w:p>
      <w:r>
        <w:t xml:space="preserve">(Speaker K)  I think it was included as well, </w:t>
      </w:r>
    </w:p>
    <w:p>
      <w:r>
        <w:t xml:space="preserve">(Speaker D)  but we just removed that. </w:t>
      </w:r>
    </w:p>
    <w:p>
      <w:r>
        <w:t xml:space="preserve">(Speaker A)  So all three omitted those items. </w:t>
      </w:r>
    </w:p>
    <w:p>
      <w:r>
        <w:t xml:space="preserve">(Speaker K)  Jim told me the handrail on the north end, the one that's damaged, he has one to replace with that. </w:t>
      </w:r>
    </w:p>
    <w:p>
      <w:r>
        <w:t xml:space="preserve">(Speaker F)  Correct. </w:t>
      </w:r>
    </w:p>
    <w:p>
      <w:r>
        <w:t xml:space="preserve">(Speaker K)  But the ones by the main entry steps, those are too low right now. So when the nose resurfacing gets called in, they come back out, it's below 28 inches. And that's the minimum for the 64, you know, so I put that in there in two sets of handrails on each side of the round of stairs. </w:t>
      </w:r>
    </w:p>
    <w:p>
      <w:r>
        <w:t xml:space="preserve">(Speaker B)  Okay. So I noticed that for the laborer, you have one here, I would imagine. I thought the industry standard would be like five years. Could you consider five years? </w:t>
      </w:r>
    </w:p>
    <w:p>
      <w:r>
        <w:t xml:space="preserve">(Speaker K)  Yeah, I would consider five years. The material itself is a 15 year, though. </w:t>
      </w:r>
    </w:p>
    <w:p>
      <w:r>
        <w:t xml:space="preserve">(Speaker B)  Yeah, yeah, I got the material. In terms of labor, I think one year is kind of great before you roll around, but we. Some research indicates that the industry is five years. So you're willing to go with it? </w:t>
      </w:r>
    </w:p>
    <w:p>
      <w:r>
        <w:t xml:space="preserve">(Speaker K)  I could do that, yeah. There's a lot of, you know, variables. If somebody maliciously breaks a tile or something like that, if the tile starts falling off, then yes, of course. Or, you know, water turns, gets unscrewed or something, and something I can screw back in. Outside of that, I really can't see anything outside the labor contracting with templated. They do all my blasters, they have for the last seven years. And John's product is pretty phenomenal. He doesn't do an acid wash. The next day they come in and they do what's called water wash with pool exposure magic. And basically what. What that entails is when they do that, there's no plaster dust. You just fill the pool and balance it. It still needs to cure for 28 days, but there's no harsh startups with Aspen or even know big regimen of brushing. </w:t>
      </w:r>
    </w:p>
    <w:p>
      <w:r>
        <w:t xml:space="preserve">(Speaker B)  And how long would you. How long would a project besides take for you, your subcontractors? </w:t>
      </w:r>
    </w:p>
    <w:p>
      <w:r>
        <w:t xml:space="preserve">(Speaker K)  Probably about four weeks. I would say five weeks, in case there's any surprises along the way. </w:t>
      </w:r>
    </w:p>
    <w:p>
      <w:r>
        <w:t xml:space="preserve">(Speaker F)  But the big part is going to be the practice. </w:t>
      </w:r>
    </w:p>
    <w:p>
      <w:r>
        <w:t xml:space="preserve">(Speaker B)  30 to 40 days. 30 to 40 days or so. </w:t>
      </w:r>
    </w:p>
    <w:p>
      <w:r>
        <w:t xml:space="preserve">(Speaker K)  That's a fair assessment. </w:t>
      </w:r>
    </w:p>
    <w:p>
      <w:r>
        <w:t xml:space="preserve">(Speaker B)  Any other questions, supervisors? </w:t>
      </w:r>
    </w:p>
    <w:p>
      <w:r>
        <w:t xml:space="preserve">(Speaker G)  If we were to start this project after the new year, would you have availability in the January time frame? </w:t>
      </w:r>
    </w:p>
    <w:p>
      <w:r>
        <w:t xml:space="preserve">(Speaker E)  Ish. </w:t>
      </w:r>
    </w:p>
    <w:p>
      <w:r>
        <w:t xml:space="preserve">(Speaker K)  Yes, sir. </w:t>
      </w:r>
    </w:p>
    <w:p>
      <w:r>
        <w:t xml:space="preserve">(Speaker G)  Okay. </w:t>
      </w:r>
    </w:p>
    <w:p>
      <w:r>
        <w:t xml:space="preserve">(Speaker K)  December, January are open right now. </w:t>
      </w:r>
    </w:p>
    <w:p>
      <w:r>
        <w:t xml:space="preserve">(Speaker H)  Okay. </w:t>
      </w:r>
    </w:p>
    <w:p>
      <w:r>
        <w:t xml:space="preserve">(Speaker B)  Anything else, Barbara? John? </w:t>
      </w:r>
    </w:p>
    <w:p>
      <w:r>
        <w:t xml:space="preserve">(Speaker D)  No, sir. </w:t>
      </w:r>
    </w:p>
    <w:p>
      <w:r>
        <w:t xml:space="preserve">(Speaker B)  Grandma's house. </w:t>
      </w:r>
    </w:p>
    <w:p>
      <w:r>
        <w:t xml:space="preserve">(Speaker C)  Okay. </w:t>
      </w:r>
    </w:p>
    <w:p>
      <w:r>
        <w:t xml:space="preserve">(Speaker B)  All Right, Zach. Well, thank you so much. I appreciate it. And I know, I know Jim did a lot of discussion with you as well, so thank you so much. </w:t>
      </w:r>
    </w:p>
    <w:p>
      <w:r>
        <w:t xml:space="preserve">(Speaker K)  Yes, thank you for the time. </w:t>
      </w:r>
    </w:p>
    <w:p>
      <w:r>
        <w:t xml:space="preserve">(Speaker F)  I wasn't feeling well, but I want </w:t>
      </w:r>
    </w:p>
    <w:p>
      <w:r>
        <w:t xml:space="preserve">(Speaker D)  to come meet you folks. </w:t>
      </w:r>
    </w:p>
    <w:p>
      <w:r>
        <w:t xml:space="preserve">(Speaker B)  So have a good day. </w:t>
      </w:r>
    </w:p>
    <w:p>
      <w:r>
        <w:t xml:space="preserve">(Speaker G)  Appreciate it. </w:t>
      </w:r>
    </w:p>
    <w:p>
      <w:r>
        <w:t xml:space="preserve">(Speaker B)  All right, folks, so I'm gonna open to you guys to my right as always. Any thoughts, any deliberation, any strong recommendations? </w:t>
      </w:r>
    </w:p>
    <w:p>
      <w:r>
        <w:t xml:space="preserve">(Speaker F)  I'm pretty happy with the way this one came out and I like the analysis he did and he was real detailed on it. So given the cost point and the known commodity of how well this one came out, I would recommend going with C Bus for the tow finish. </w:t>
      </w:r>
    </w:p>
    <w:p>
      <w:r>
        <w:t xml:space="preserve">(Speaker B)  All right, Climbers, C Bus, pebble finish. What about you, Barbara? </w:t>
      </w:r>
    </w:p>
    <w:p>
      <w:r>
        <w:t xml:space="preserve">(Speaker E)  I failed C Bus due to his history here. We were very pleased. He work with very accommodating and financially it's a no brainer. </w:t>
      </w:r>
    </w:p>
    <w:p>
      <w:r>
        <w:t xml:space="preserve">(Speaker F)  He also doesn't use subs. </w:t>
      </w:r>
    </w:p>
    <w:p>
      <w:r>
        <w:t xml:space="preserve">(Speaker B)  Right. </w:t>
      </w:r>
    </w:p>
    <w:p>
      <w:r>
        <w:t xml:space="preserve">(Speaker F)  He also doesn't use subcontractors. </w:t>
      </w:r>
    </w:p>
    <w:p>
      <w:r>
        <w:t xml:space="preserve">(Speaker A)  Yeah, well, the first two. Well, this guy and the first guy, they use the same person. </w:t>
      </w:r>
    </w:p>
    <w:p>
      <w:r>
        <w:t xml:space="preserve">(Speaker F)  Right? </w:t>
      </w:r>
    </w:p>
    <w:p>
      <w:r>
        <w:t xml:space="preserve">(Speaker B)  Okay. And certainly even with the pebble finish and he C Bus gave us an additional five years in labor. We should have asked that for this one too, but I guess we didn't. It's still at 178. He's still under about 12. Around 12,000 beyond, you know, crown pools. So that's still fair commitment. Sean, what about you? </w:t>
      </w:r>
    </w:p>
    <w:p>
      <w:r>
        <w:t xml:space="preserve">(Speaker A)  Yes, I'm team Seabus. </w:t>
      </w:r>
    </w:p>
    <w:p>
      <w:r>
        <w:t xml:space="preserve">(Speaker B)  Okay. Any particular reason? </w:t>
      </w:r>
    </w:p>
    <w:p>
      <w:r>
        <w:t xml:space="preserve">(Speaker A)  Because we've seen his work and he's. He did the front pull too. So he already knows for the splash pad. So he already knows what colors and whatnot. Okay, but plus he doesn't have subs, so. </w:t>
      </w:r>
    </w:p>
    <w:p>
      <w:r>
        <w:t xml:space="preserve">(Speaker G)  Thomas, I'm same. I mean the biggest thing to me was him increasing the labor warranty. He gave us another five years on top of it. That was the only big difference was the 5 year to 15 year difference between the two. But this pool looks awesome. He's been with. He's been in the neighborhood, you know, like you said, for since phase one pool. So definitely stick with Seabus. Still too with the pebble. </w:t>
      </w:r>
    </w:p>
    <w:p>
      <w:r>
        <w:t xml:space="preserve">(Speaker B)  Wait, not yet. Mr. Yara, what are you any, any thoughts from you from a engineering perspective? </w:t>
      </w:r>
    </w:p>
    <w:p>
      <w:r>
        <w:t xml:space="preserve">(Speaker H)  I mean I don't deal with the pools a lot, so I would, I would refer to their expert expertise when it comes to the inside of the pool. I will tell you, I've known C bus for 20 years. I live in St. John's Golf. He's been over there. </w:t>
      </w:r>
    </w:p>
    <w:p>
      <w:r>
        <w:t xml:space="preserve">(Speaker F)  He's still There. </w:t>
      </w:r>
    </w:p>
    <w:p>
      <w:r>
        <w:t xml:space="preserve">(Speaker H)  So it tells you, I know he does a good job. </w:t>
      </w:r>
    </w:p>
    <w:p>
      <w:r>
        <w:t xml:space="preserve">(Speaker B)  Yep. Mike, I know you're here now. There's any, any thoughts. Input from you? </w:t>
      </w:r>
    </w:p>
    <w:p>
      <w:r>
        <w:t xml:space="preserve">(Speaker C)  Two things. One is I think you're, you know, right on. If you have a known commodity that gets under the lowest proposer, I think that's, that's really a good position to be in. The only other thing I would note that is that under Florida law, because this is considered reconstruction, that you do not have to have a payment performance bond if it's under $100,000. If it's between $100,000 and $200,000, the board can decide not to get a payment performance. And if it's over $200,000, the board is required to get a payment performance bond from the contractor. So in your motion to approve, whoever you're going to approve, I'm guessing it'll be below 200 and above 100, you'll want to notate whether or not to require a payment performance bond. And that might adjust the price up, you know, by 3 to 5% because the contractor will be the one that's required to get that. Again, it's not required for you to get that, but it does provide additional protections for the district if the vendor doesn't pay, subs the employees, or walks off the job. </w:t>
      </w:r>
    </w:p>
    <w:p>
      <w:r>
        <w:t xml:space="preserve">(Speaker B)  So, I mean, given the relationship that we have, if we were to go with C Bus, would we still need to do that even if it's over 100? </w:t>
      </w:r>
    </w:p>
    <w:p>
      <w:r>
        <w:t xml:space="preserve">(Speaker C)  If it's over 100 and under 200, then the board has discretion whether to require it or not. And what I was. My point was, if you don't want to require it, the motion should include that you don't want to require a payment performance bond. </w:t>
      </w:r>
    </w:p>
    <w:p>
      <w:r>
        <w:t xml:space="preserve">(Speaker B)  Okay, I see. All right, well, let's talk about that real quick. I don't think we did that. </w:t>
      </w:r>
    </w:p>
    <w:p>
      <w:r>
        <w:t xml:space="preserve">(Speaker A)  Yeah, I don't think we did that </w:t>
      </w:r>
    </w:p>
    <w:p>
      <w:r>
        <w:t xml:space="preserve">(Speaker B)  for the last relationship. Right, right, for this one. So I think we. Not necessarily a risk, but I think we, we have a burden in hand. So we know what we got from the past performance, so we will go that route. So, Clarence, you were eager to go ahead and make a proposal of motion, so I will. I would like you to go ahead and proceed with that. </w:t>
      </w:r>
    </w:p>
    <w:p>
      <w:r>
        <w:t xml:space="preserve">(Speaker F)  If you want motion to approve the proposal from C Enterprises for the Element Series Cobalt 1 Pebble with the addition of 10 year labor warranty and no requirement for the performance payment. </w:t>
      </w:r>
    </w:p>
    <w:p>
      <w:r>
        <w:t xml:space="preserve">(Speaker C)  Right. </w:t>
      </w:r>
    </w:p>
    <w:p>
      <w:r>
        <w:t xml:space="preserve">(Speaker B)  And a material warranty of 15 years as well. All right, I seconded by Barbara. All those in favor? We're going with the Seabus Enterprises. Motion carries. So Sebus is a. Based on. On the 10 year warranty for labor, 15 year, three to four weeks project duration for $178,400. </w:t>
      </w:r>
    </w:p>
    <w:p>
      <w:r>
        <w:t xml:space="preserve">(Speaker C)  He said 45 days. </w:t>
      </w:r>
    </w:p>
    <w:p>
      <w:r>
        <w:t xml:space="preserve">(Speaker B)  Okay, 45 days. All right, excellent. That covers that. We moved through the objective pretty quickly. So I think we are on to other business and I don't think we have any other business that we want to cover. Then we'll go into the staff report. Mike Edgar or attorney. Anything from you, sir? </w:t>
      </w:r>
    </w:p>
    <w:p>
      <w:r>
        <w:t xml:space="preserve">(Speaker C)  No report. </w:t>
      </w:r>
    </w:p>
    <w:p>
      <w:r>
        <w:t xml:space="preserve">(Speaker B)  No report. It's all good. Mr. York, any. District manager gym is here but deferred to his backup. </w:t>
      </w:r>
    </w:p>
    <w:p>
      <w:r>
        <w:t xml:space="preserve">(Speaker F)  Yes, George, we'll cover a few key </w:t>
      </w:r>
    </w:p>
    <w:p>
      <w:r>
        <w:t xml:space="preserve">(Speaker D)  points in this report. </w:t>
      </w:r>
    </w:p>
    <w:p>
      <w:r>
        <w:t xml:space="preserve">(Speaker J)  Okay. </w:t>
      </w:r>
    </w:p>
    <w:p>
      <w:r>
        <w:t xml:space="preserve">(Speaker E)  So Jim and John got a couple of things done over the last three weeks. They replaced all the swings at both playgrounds. We purchased some new equipment for the fitness center as attachments for the Smith machine and created a new or purchased a rack to hang those new attachments on. He also. So they repaired the phase one athletic field. That was on the engineer's report. We also did a. </w:t>
      </w:r>
    </w:p>
    <w:p>
      <w:r>
        <w:t xml:space="preserve">(Speaker B)  What was that one? The phase one. </w:t>
      </w:r>
    </w:p>
    <w:p>
      <w:r>
        <w:t xml:space="preserve">(Speaker E)  So it was a phase one. There was like a dip in the track and so they leveled that out and that was in Mike's report. So that was one of the items in there to repair. So they took care of that. Jim and John also did a night light check and there was eight lights that were out throughout the street. Lights that were out throughout the community. We reported those all to FDML and they actually came out within like a </w:t>
      </w:r>
    </w:p>
    <w:p>
      <w:r>
        <w:t xml:space="preserve">(Speaker H)  week and a half. </w:t>
      </w:r>
    </w:p>
    <w:p>
      <w:r>
        <w:t xml:space="preserve">(Speaker B)  And they fixed six months for mine, </w:t>
      </w:r>
    </w:p>
    <w:p>
      <w:r>
        <w:t xml:space="preserve">(Speaker E)  seven of the eight lights. So that was. I mean the turnaround time was probably about a week and a half. So that was great. And that's pretty much it for Yellowstone. Same same old, same old. Lake Dogger is something I didn't want to hit on. They did miss a treatment in July. So they have been back out here a couple of times to catch up on additional treatments to get those cons. </w:t>
      </w:r>
    </w:p>
    <w:p>
      <w:r>
        <w:t xml:space="preserve">(Speaker B)  Okay, cool. </w:t>
      </w:r>
    </w:p>
    <w:p>
      <w:r>
        <w:t xml:space="preserve">(Speaker E)  Any questions on Jim's stuff? </w:t>
      </w:r>
    </w:p>
    <w:p>
      <w:r>
        <w:t xml:space="preserve">(Speaker G)  So I don't know if one of y' all are filled in on the leak on Spring Meadows. Do you know anything? What's going on with that? Don't forget to ask. </w:t>
      </w:r>
    </w:p>
    <w:p>
      <w:r>
        <w:t xml:space="preserve">(Speaker E)  We called jda. They came out and they came out actually the same day. </w:t>
      </w:r>
    </w:p>
    <w:p>
      <w:r>
        <w:t xml:space="preserve">(Speaker G)  Right. </w:t>
      </w:r>
    </w:p>
    <w:p>
      <w:r>
        <w:t xml:space="preserve">(Speaker E)  They first thought it was going to be a JDA leak. Turned out it was not. It was near an irrigation leak. So Yellowstone has come out and are working on fixing that. That's the Last update I got, we were really hoping it was going to be jda, but it turns out it was ours. </w:t>
      </w:r>
    </w:p>
    <w:p>
      <w:r>
        <w:t xml:space="preserve">(Speaker G)  Yeah. Because it was in the curb. It was actually in the stream. </w:t>
      </w:r>
    </w:p>
    <w:p>
      <w:r>
        <w:t xml:space="preserve">(Speaker I)  So. </w:t>
      </w:r>
    </w:p>
    <w:p>
      <w:r>
        <w:t xml:space="preserve">(Speaker E)  Any other questions on. I don't have a whole lot to Update. We've had 72 total rentals this year. I did do a little ice cream social on Labor Day. That was fun. Lauren was actually in the community for her patrol and so she helped serve up about 50 scoops of ice cream. So that was really nice. And then we've got our big events coming up. Community yard sale, our Halloween event and the so all gears running towards those. We did send letters to the county for the traffic study which I don't know if you've noticed that they have implemented the data collection devices on the road so that that process has begun. And we've also reached out to the county for coming out to evaluate the road for repaving. We did get a response from that. And so they're working on a big county wide repaving initiative. And so they have to go and evaluate and then figure out whose roads are the worst and then make a chart on where you're going to get repaved. But they will let us know sort of that process and it's going to </w:t>
      </w:r>
    </w:p>
    <w:p>
      <w:r>
        <w:t xml:space="preserve">(Speaker B)  start in the fall. </w:t>
      </w:r>
    </w:p>
    <w:p>
      <w:r>
        <w:t xml:space="preserve">(Speaker E)  And then you all have Lauren's report as well. </w:t>
      </w:r>
    </w:p>
    <w:p>
      <w:r>
        <w:t xml:space="preserve">(Speaker K)  Awesome. </w:t>
      </w:r>
    </w:p>
    <w:p>
      <w:r>
        <w:t xml:space="preserve">(Speaker B)  Any questions for Georgia December 4th? </w:t>
      </w:r>
    </w:p>
    <w:p>
      <w:r>
        <w:t xml:space="preserve">(Speaker C)  Nope. </w:t>
      </w:r>
    </w:p>
    <w:p>
      <w:r>
        <w:t xml:space="preserve">(Speaker B)  All right, well, thank you. All right, we to Agenda 7 and supervisors request or audience request, but audience are not here. So any supervisor stripes? Anything special? </w:t>
      </w:r>
    </w:p>
    <w:p>
      <w:r>
        <w:t xml:space="preserve">(Speaker F)  I do have a question now that we have an engineer here. The pond that's on the southwest corner, there is a dam or whatever that device is called at the back of it. It looks like it has a metal grate that moves in and out. We've unfortunately been in a drought for so long that this hasn't been a problem. </w:t>
      </w:r>
    </w:p>
    <w:p>
      <w:r>
        <w:t xml:space="preserve">(Speaker J)  But </w:t>
      </w:r>
    </w:p>
    <w:p>
      <w:r>
        <w:t xml:space="preserve">(Speaker F)  bats live in the culverts because those culverts from the roads drained underneath to that pond. In the past, I don't know if that little dam thing can be adjusted to spill lower, but in the past it has filled up so much that it fills up those culverts and forces all the bats out into residential homes living under their eaves for several days until the water recedes. And it's perfect. Is that something that can be looked at or is there like a standard, like water management district guide as to how high that has to be? </w:t>
      </w:r>
    </w:p>
    <w:p>
      <w:r>
        <w:t xml:space="preserve">(Speaker H)  I think you're talking about the outfall structure, the control structure and it's got A metal skimmer around. Is that what you're talking about? </w:t>
      </w:r>
    </w:p>
    <w:p>
      <w:r>
        <w:t xml:space="preserve">(Speaker J)  Right? </w:t>
      </w:r>
    </w:p>
    <w:p>
      <w:r>
        <w:t xml:space="preserve">(Speaker H)  I think so, yes. The skimmer is to help keep trash at the pond fills up. It's to help keep. Catch the trash and keep it from discharging out into the wetlands. You really can't change the elevation of that and the overflow structure. Elevation, that's the specific design. But I can certainly take a look at the pond and look at the design and see. You see what's going on. I'm not, as you're talking to me about it, I'm not familiar with. Typically pond culverts around here are underwater. In Florida, for the most part, most pipes that are draining to the ponds and out of the ponds are submerged. So I'd have to take a look and see something that's not submerged. I need to double check that. </w:t>
      </w:r>
    </w:p>
    <w:p>
      <w:r>
        <w:t xml:space="preserve">(Speaker F)  Well, it's not submerged now because of the grouse. </w:t>
      </w:r>
    </w:p>
    <w:p>
      <w:r>
        <w:t xml:space="preserve">(Speaker H)  Right, right. </w:t>
      </w:r>
    </w:p>
    <w:p>
      <w:r>
        <w:t xml:space="preserve">(Speaker F)  But like I said, that bats has a bat cave. </w:t>
      </w:r>
    </w:p>
    <w:p>
      <w:r>
        <w:t xml:space="preserve">(Speaker H)  Okay. </w:t>
      </w:r>
    </w:p>
    <w:p>
      <w:r>
        <w:t xml:space="preserve">(Speaker F)  Bats are protected in some way too. So it displaces them. I don't know if that's a concern or not, but I've seen it where it floods, you know, above the curb level and start cul de sacs. Your motives are one. Like I said, this is the time. I wanted to do it now. Because addressing it now while the water level is low is better than addressing it if there's issues. </w:t>
      </w:r>
    </w:p>
    <w:p>
      <w:r>
        <w:t xml:space="preserve">(Speaker H)  Right. And which pond is it? </w:t>
      </w:r>
    </w:p>
    <w:p>
      <w:r>
        <w:t xml:space="preserve">(Speaker F)  Is the furthest southwest one. I don't remember the numbers of them. I can show you on a map if you can look. </w:t>
      </w:r>
    </w:p>
    <w:p>
      <w:r>
        <w:t xml:space="preserve">(Speaker A)  Aren't those like 7 and 9? </w:t>
      </w:r>
    </w:p>
    <w:p>
      <w:r>
        <w:t xml:space="preserve">(Speaker B)  7 and 9. </w:t>
      </w:r>
    </w:p>
    <w:p>
      <w:r>
        <w:t xml:space="preserve">(Speaker F)  And it happens. It has flooded that planet. This Omega. </w:t>
      </w:r>
    </w:p>
    <w:p>
      <w:r>
        <w:t xml:space="preserve">(Speaker H)  That one comes across the. Okay, I'll take a look at that. </w:t>
      </w:r>
    </w:p>
    <w:p>
      <w:r>
        <w:t xml:space="preserve">(Speaker B)  So we identify what pond number. You know what number that is or. </w:t>
      </w:r>
    </w:p>
    <w:p>
      <w:r>
        <w:t xml:space="preserve">(Speaker H)  I don't know what number it is, but I got a picture of it. </w:t>
      </w:r>
    </w:p>
    <w:p>
      <w:r>
        <w:t xml:space="preserve">(Speaker C)  Okay, I'll find it. </w:t>
      </w:r>
    </w:p>
    <w:p>
      <w:r>
        <w:t xml:space="preserve">(Speaker H)  Yep. </w:t>
      </w:r>
    </w:p>
    <w:p>
      <w:r>
        <w:t xml:space="preserve">(Speaker B)  All right. So the engineer will respond to Clarence's concern. But so. So Clarence, you're saying that when it rains and deposits on as high, the bats move away. </w:t>
      </w:r>
    </w:p>
    <w:p>
      <w:r>
        <w:t xml:space="preserve">(Speaker F)  The bats live in those culverts all the time. </w:t>
      </w:r>
    </w:p>
    <w:p>
      <w:r>
        <w:t xml:space="preserve">(Speaker B)  Are you? </w:t>
      </w:r>
    </w:p>
    <w:p>
      <w:r>
        <w:t xml:space="preserve">(Speaker C)  Yeah. </w:t>
      </w:r>
    </w:p>
    <w:p>
      <w:r>
        <w:t xml:space="preserve">(Speaker B)  Okay. </w:t>
      </w:r>
    </w:p>
    <w:p>
      <w:r>
        <w:t xml:space="preserve">(Speaker F)  They use that as their back gate. I watch them come in and out through the grates and they live down in there. Then when that does flood and it's up above that level, it displaces all the bats, I guess because it flies, flows from the lake forward, pushes them all out into the residential park instead of back towards the woods. </w:t>
      </w:r>
    </w:p>
    <w:p>
      <w:r>
        <w:t xml:space="preserve">(Speaker B)  And Mike is there. I don't know if it's part of this. If we. I mean, in terms of solving the problem, is there anything how we address that? </w:t>
      </w:r>
    </w:p>
    <w:p>
      <w:r>
        <w:t xml:space="preserve">(Speaker H)  Not typically from an. </w:t>
      </w:r>
    </w:p>
    <w:p>
      <w:r>
        <w:t xml:space="preserve">(Speaker B)  Well, I was asking the engineer, but certainly the attorney could pipe in as well. So both. </w:t>
      </w:r>
    </w:p>
    <w:p>
      <w:r>
        <w:t xml:space="preserve">(Speaker C)  Mike's gonna dust, I'm gonna defer to the engineer. </w:t>
      </w:r>
    </w:p>
    <w:p>
      <w:r>
        <w:t xml:space="preserve">(Speaker H)  Yeah. Typically we're not dealing with bats. And if bats are living there, but the design is such that it's supposed to fill up, I think it's bad luck for the bats. But I'll double check, make sure nothing is looking out of whack. I know we did a stormwater inspection. Nothing caught our eye a few months back. But with this specific comment, I'll go back and double check. </w:t>
      </w:r>
    </w:p>
    <w:p>
      <w:r>
        <w:t xml:space="preserve">(Speaker I)  Right. </w:t>
      </w:r>
    </w:p>
    <w:p>
      <w:r>
        <w:t xml:space="preserve">(Speaker F)  Like I said, the water levels have been so low for the past year and a half or so that it hasn't been an issue. Typically during the normal seasons, you know, you look in and I would say it's half full. You can see water. I've actually caught a catfish out of a storm drain that's playing around. But there's still a gap there. So it's not completely submerged. </w:t>
      </w:r>
    </w:p>
    <w:p>
      <w:r>
        <w:t xml:space="preserve">(Speaker G)  Right. </w:t>
      </w:r>
    </w:p>
    <w:p>
      <w:r>
        <w:t xml:space="preserve">(Speaker F)  But yeah, it's unfortunate for the mass. It's unfortunate for the people that have to pressure bother off their front porches. </w:t>
      </w:r>
    </w:p>
    <w:p>
      <w:r>
        <w:t xml:space="preserve">(Speaker B)  So, Mike, why I assume that this is a. This is the first time you're hearing something of this. </w:t>
      </w:r>
    </w:p>
    <w:p>
      <w:r>
        <w:t xml:space="preserve">(Speaker H)  That's correct. </w:t>
      </w:r>
    </w:p>
    <w:p>
      <w:r>
        <w:t xml:space="preserve">(Speaker B)  Situation. Okay. And Mike E. Is this. Have you seen anything or heard anything like this before? </w:t>
      </w:r>
    </w:p>
    <w:p>
      <w:r>
        <w:t xml:space="preserve">(Speaker C)  I am not. </w:t>
      </w:r>
    </w:p>
    <w:p>
      <w:r>
        <w:t xml:space="preserve">(Speaker F)  I never feel good and I know now the bats. </w:t>
      </w:r>
    </w:p>
    <w:p>
      <w:r>
        <w:t xml:space="preserve">(Speaker I)  I think this is a new situation </w:t>
      </w:r>
    </w:p>
    <w:p>
      <w:r>
        <w:t xml:space="preserve">(Speaker F)  dealing with the bat cave. </w:t>
      </w:r>
    </w:p>
    <w:p>
      <w:r>
        <w:t xml:space="preserve">(Speaker H)  Yeah. </w:t>
      </w:r>
    </w:p>
    <w:p>
      <w:r>
        <w:t xml:space="preserve">(Speaker F)  The last time it flooded was three or four years ago when we had the tropical storm came close to us or the one that cut across the state or something like that. So it's been a while since we've had that level of rain. </w:t>
      </w:r>
    </w:p>
    <w:p>
      <w:r>
        <w:t xml:space="preserve">(Speaker B)  Yeah. </w:t>
      </w:r>
    </w:p>
    <w:p>
      <w:r>
        <w:t xml:space="preserve">(Speaker F)  But over the course of. Of that year, the bats were displaced twice, meaning people had to pressurize twice. </w:t>
      </w:r>
    </w:p>
    <w:p>
      <w:r>
        <w:t xml:space="preserve">(Speaker B)  Interesting. </w:t>
      </w:r>
    </w:p>
    <w:p>
      <w:r>
        <w:t xml:space="preserve">(Speaker A)  Sounds like we need a bat removal company. </w:t>
      </w:r>
    </w:p>
    <w:p>
      <w:r>
        <w:t xml:space="preserve">(Speaker B)  Well, we'll look to get update next meeting and see what we could. We might have to look up. Look up the bat bat conditions of sin. John Scott or something. </w:t>
      </w:r>
    </w:p>
    <w:p>
      <w:r>
        <w:t xml:space="preserve">(Speaker F)  Like I said, if that what you call outflow device. If an outflow device is too high, then it's not draining out quick enough and that's what backs it up into the roadway. </w:t>
      </w:r>
    </w:p>
    <w:p>
      <w:r>
        <w:t xml:space="preserve">(Speaker C)  Right. </w:t>
      </w:r>
    </w:p>
    <w:p>
      <w:r>
        <w:t xml:space="preserve">(Speaker B)  Yeah. </w:t>
      </w:r>
    </w:p>
    <w:p>
      <w:r>
        <w:t xml:space="preserve">(Speaker F)  So I'm saying that may be the solution if. Unless there's a regulation that has to keep that at a certain height. </w:t>
      </w:r>
    </w:p>
    <w:p>
      <w:r>
        <w:t xml:space="preserve">(Speaker B)  Barbara, any comments from you? </w:t>
      </w:r>
    </w:p>
    <w:p>
      <w:r>
        <w:t xml:space="preserve">(Speaker F)  Barbara doesn't like mono either. </w:t>
      </w:r>
    </w:p>
    <w:p>
      <w:r>
        <w:t xml:space="preserve">(Speaker E)  Yeah. </w:t>
      </w:r>
    </w:p>
    <w:p>
      <w:r>
        <w:t xml:space="preserve">(Speaker B)  No comments power you get from a supervisor request. All right. </w:t>
      </w:r>
    </w:p>
    <w:p>
      <w:r>
        <w:t xml:space="preserve">(Speaker A)  I'm for the bat, so I don't want to do anything. </w:t>
      </w:r>
    </w:p>
    <w:p>
      <w:r>
        <w:t xml:space="preserve">(Speaker E)  Okay. </w:t>
      </w:r>
    </w:p>
    <w:p>
      <w:r>
        <w:t xml:space="preserve">(Speaker B)  We have a dichotomy name. So Clarence, you got to talk to Sean about the bat. </w:t>
      </w:r>
    </w:p>
    <w:p>
      <w:r>
        <w:t xml:space="preserve">(Speaker G)  I'm good. </w:t>
      </w:r>
    </w:p>
    <w:p>
      <w:r>
        <w:t xml:space="preserve">(Speaker B)  I know, right? At least something you could ask question think of. I really don't have anything other than, you know, I keep in constant contact with Jim and the team, so their relationship is good. So can't complain about Jim and his team helping us out. I know. Even actually last time the garden club was supposed to come, but one of the main individuals got injured and they couldn't come. And they've been busy, but I think probably in the November meeting they were wanted to come and address the board and thank the board for the support of the garden activity. It's been a little hot, so but the garden is still going pretty well. So if you notice, there's a shed back there and we've been getting some tools for the community garden and stuff like that. So it's a. It's a good, good community activity that we invested in. So just want to give the supervisors update on. Okay. Well, if no other comments, we can move on to item 8, the approval of check register. So Matt, if you just want to facilitate that. </w:t>
      </w:r>
    </w:p>
    <w:p>
      <w:r>
        <w:t xml:space="preserve">(Speaker I)  Yes, sir. And before I get into the check register, just a note that there was not enough time to have the August financials in the agenda package. Whenever we did meet in August, we had, I believe, a series of months included in there ending in July. </w:t>
      </w:r>
    </w:p>
    <w:p>
      <w:r>
        <w:t xml:space="preserve">(Speaker C)  Okay. </w:t>
      </w:r>
    </w:p>
    <w:p>
      <w:r>
        <w:t xml:space="preserve">(Speaker I)  So just want to note that and also touch on the capital reserve balance as we're heading into fiscal year 27. Speaking of the Mars site project, </w:t>
      </w:r>
    </w:p>
    <w:p>
      <w:r>
        <w:t xml:space="preserve">(Speaker C)  we're </w:t>
      </w:r>
    </w:p>
    <w:p>
      <w:r>
        <w:t xml:space="preserve">(Speaker I)  looking to open FY27 with about $307,000 in capital reserve funds. And then obviously with the adopted budget, we have income increased our transfer in to $122,000. So I think that's just worth noting when we're looking at $180,000 project, that we are in good shape with other expenses throughout the year should leave us with a balance of about $200,000 starting in fiscal year 28. So we're already looking that far ahead. </w:t>
      </w:r>
    </w:p>
    <w:p>
      <w:r>
        <w:t xml:space="preserve">(Speaker B)  Okay, so you're saying that when we take out the 11 something out of the 307 and let's leave us with 100 something, then we'll add the 122 and then we'll get up to 2 plus. </w:t>
      </w:r>
    </w:p>
    <w:p>
      <w:r>
        <w:t xml:space="preserve">(Speaker I)  That's correct. And then there's also about $55,000 of additional expenses that we just put into the budget for other planned projects within fiscal year 27. So looking at a total spend of about $230,000 next year, inclusive of the Marcite project. </w:t>
      </w:r>
    </w:p>
    <w:p>
      <w:r>
        <w:t xml:space="preserve">(Speaker B)  Okay, </w:t>
      </w:r>
    </w:p>
    <w:p>
      <w:r>
        <w:t xml:space="preserve">(Speaker I)  then moving into the check register. This is for August checks. It is a total of $56,467.04. Looking through the invoices, I would say that these are. Are your standard invoices that you see </w:t>
      </w:r>
    </w:p>
    <w:p>
      <w:r>
        <w:t xml:space="preserve">(Speaker D)  on a monthly basis. </w:t>
      </w:r>
    </w:p>
    <w:p>
      <w:r>
        <w:t xml:space="preserve">(Speaker I)  There's no unusual invoices that I see to discuss. But if the board does have any questions, I'd be happy to look into any of those questions. </w:t>
      </w:r>
    </w:p>
    <w:p>
      <w:r>
        <w:t xml:space="preserve">(Speaker B)  Any questions for Matt on discussion? Even with the capital reserve and the check register. Any comments or. No comments. And imagine 56 plus the data are rigid expenses on a monthly basis. </w:t>
      </w:r>
    </w:p>
    <w:p>
      <w:r>
        <w:t xml:space="preserve">(Speaker I)  Pretty much, yeah. </w:t>
      </w:r>
    </w:p>
    <w:p>
      <w:r>
        <w:t xml:space="preserve">(Speaker D)  That's a good carrying. </w:t>
      </w:r>
    </w:p>
    <w:p>
      <w:r>
        <w:t xml:space="preserve">(Speaker I)  Carrying cost, mister. </w:t>
      </w:r>
    </w:p>
    <w:p>
      <w:r>
        <w:t xml:space="preserve">(Speaker B)  Okay, cool. All right. Well, if there are no questions on the check register, I'll move. I'll present a motion that we approve the check register as presented. Do I get a second? </w:t>
      </w:r>
    </w:p>
    <w:p>
      <w:r>
        <w:t xml:space="preserve">(Speaker E)  I'll second. </w:t>
      </w:r>
    </w:p>
    <w:p>
      <w:r>
        <w:t xml:space="preserve">(Speaker B)  Second Barber. All those in favor? </w:t>
      </w:r>
    </w:p>
    <w:p>
      <w:r>
        <w:t xml:space="preserve">(Speaker F)  Right. </w:t>
      </w:r>
    </w:p>
    <w:p>
      <w:r>
        <w:t xml:space="preserve">(Speaker B)  All right, motion carries. All right. The next meeting is scheduled for November 4, 2026 at 6:30pm here at the Phase 2amenities. Sending. Do I. I move that we adjourn the meeting? Do we get a. Do I get a second? All those in favor? </w:t>
      </w:r>
    </w:p>
    <w:p>
      <w:r>
        <w:t xml:space="preserve">(Speaker E)  Aye. </w:t>
      </w:r>
    </w:p>
    <w:p>
      <w:r>
        <w:t xml:space="preserve">(Speaker A)  All right, if I'm on the phone, I'll second them. </w:t>
      </w:r>
    </w:p>
    <w:p>
      <w:r>
        <w:t xml:space="preserve">(Speaker B)  Thank you, Mike. Thank you. </w:t>
      </w:r>
    </w:p>
    <w:p>
      <w:r>
        <w:t xml:space="preserve">(Speaker G)  Thanks, Mike. </w:t>
      </w:r>
    </w:p>
    <w:p>
      <w:r>
        <w:t xml:space="preserve">(Speaker B)  All right, 7:23. </w:t>
      </w:r>
    </w:p>
    <w:p>
      <w:r>
        <w:t xml:space="preserve">(Speaker C)  Bye. </w:t>
      </w:r>
    </w:p>
    <w:p>
      <w:r>
        <w:t xml:space="preserve">(Speaker H)  Bye. </w:t>
      </w:r>
    </w:p>
    <w:p>
      <w:r>
        <w:t xml:space="preserve">(Speaker B)  Thank you. All right, C.L. thomas. You could go do your Halloween stuff. </w:t>
      </w:r>
    </w:p>
    <w:p>
      <w:r>
        <w:t xml:space="preserve">(Speaker G)  You didn't get. </w:t>
      </w:r>
    </w:p>
    <w:p>
      <w:r>
        <w:br/>
        <w:br/>
        <w:br/>
        <w: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w:t>
      </w:r>
    </w:p>
    <w:p>
      <w:r>
        <w:t xml:space="preserve">&gt;&gt;&gt;&gt;&gt;&gt;&gt;&gt;&gt;&gt;&gt;&gt;&gt;  </w:t>
      </w:r>
      <w:r>
        <w:rPr>
          <w:b/>
          <w:color w:val="FF0000"/>
        </w:rPr>
        <w:t>GAT END OF FILE</w:t>
      </w:r>
      <w:r>
        <w:rPr>
          <w:b w:val="0"/>
          <w:color w:val="000000"/>
        </w:rPr>
        <w:t xml:space="preserve">  &gt;&gt;&gt;&gt;&gt;&gt;&gt;&gt;&gt;&gt;&gt;&gt;&gt;&gt;&gt;&gt;&gt;&gt;&gt;&gt;&gt;&gt;&gt;&gt;&gt;&gt;&gt;&gt;&gt;&gt;&gt;&gt;&gt;&gt;&gt;&gt;&gt;&gt;&gt;&gt;&gt;&gt;&gt;&gt;&gt;&gt;&gt;&gt;&gt;&gt;&gt;&gt;&gt;&gt;&gt;&gt;&gt;&gt;&gt;&gt;&gt;&gt;&gt;&gt;&gt;&gt;&gt;&gt;&gt;&gt;&gt;&gt;&gt;&gt;&gt;&gt;&gt;&gt;&gt;&gt;&gt;&gt;&gt;&gt;&gt;&gt;&gt;&gt;&gt;&gt;&gt;&gt;&gt;&gt;&gt;&gt;&gt;&gt;&gt;&gt;&gt;&gt;&gt;&gt;&gt;&gt;&gt;&gt;&gt;&gt;&gt;&gt;&gt;&gt;&gt;&gt;&gt;&gt;&gt;&gt;&gt;&gt;&gt;&gt;&gt;&gt;&gt;&gt;&gt;</w:t>
      </w:r>
    </w:p>
    <w:p>
      <w:r>
        <w: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