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anabelle Isladn</w:t>
        <w:br/>
        <w:br/>
        <w:br/>
      </w:r>
    </w:p>
    <w:p>
      <w:r>
        <w:t>START AND END TIME OF THE CDD MEETING FILE:</w:t>
      </w:r>
      <w:r>
        <w:rPr>
          <w:b/>
          <w:color w:val="FF0000"/>
        </w:rPr>
        <w:br/>
        <w:tab/>
        <w:tab/>
        <w:tab/>
        <w:tab/>
        <w:t xml:space="preserve"> August 19, 2026 at 09:00 AM</w:t>
      </w:r>
      <w:r>
        <w:rPr>
          <w:b/>
          <w:color w:val="FF0000"/>
        </w:rPr>
        <w:br/>
        <w:tab/>
        <w:tab/>
        <w:tab/>
        <w:tab/>
        <w:t xml:space="preserve"> August 19, 2026 at 10:15 AM</w:t>
        <w:br/>
        <w:br/>
        <w:br/>
      </w:r>
    </w:p>
    <w:p>
      <w:r>
        <w:t>AUDIO FILE NAME, FILE SIZE:</w:t>
      </w:r>
      <w:r>
        <w:rPr>
          <w:b/>
          <w:color w:val="FF0000"/>
        </w:rPr>
        <w:br/>
        <w:tab/>
        <w:tab/>
        <w:tab/>
        <w:tab/>
        <w:t xml:space="preserve"> Anabelle_Island_08.19.26.MP3</w:t>
      </w:r>
      <w:r>
        <w:rPr>
          <w:b/>
          <w:color w:val="FF0000"/>
        </w:rPr>
        <w:br/>
        <w:tab/>
        <w:tab/>
        <w:tab/>
        <w:tab/>
        <w:t xml:space="preserve"> 147283665</w:t>
        <w:br/>
        <w:br/>
        <w:br/>
      </w:r>
    </w:p>
    <w:p>
      <w:r>
        <w:t>DATE AUDIO FILE SUBMITTED TO THE GAT SYSTEM:</w:t>
      </w:r>
      <w:r>
        <w:rPr>
          <w:b/>
          <w:color w:val="FF0000"/>
        </w:rPr>
        <w:br/>
        <w:tab/>
        <w:tab/>
        <w:tab/>
        <w:tab/>
        <w:t xml:space="preserve"> September 08, 2026 at 09:37 AM</w:t>
        <w:br/>
        <w:br/>
        <w:br/>
      </w:r>
    </w:p>
    <w:p>
      <w:r>
        <w:t>DATE AUDIO FILE COMPLETED BY THE GAT SYSTEM:</w:t>
      </w:r>
      <w:r>
        <w:rPr>
          <w:b/>
          <w:color w:val="FF0000"/>
        </w:rPr>
        <w:br/>
        <w:tab/>
        <w:tab/>
        <w:tab/>
        <w:tab/>
        <w:t xml:space="preserve"> September 08, 2026 at 09:39 AM</w:t>
      </w:r>
      <w:r>
        <w:rPr>
          <w:b/>
          <w:color w:val="FF0000"/>
        </w:rPr>
        <w:br/>
        <w:tab/>
        <w:tab/>
        <w:tab/>
        <w:tab/>
        <w:t xml:space="preserve"> 01:44 ELAPSED TIME</w:t>
        <w:br/>
        <w:br/>
        <w:br/>
      </w:r>
    </w:p>
    <w:p>
      <w:r>
        <w:t>MEETING AGENDA:</w:t>
      </w:r>
      <w:r>
        <w:rPr>
          <w:b/>
          <w:color w:val="FF0000"/>
        </w:rPr>
        <w:br/>
        <w:br/>
        <w:br/>
        <w:tab/>
        <w:tab/>
        <w:tab/>
        <w:tab/>
        <w:t xml:space="preserve">  </w:t>
        <w:br/>
        <w:br/>
        <w:br/>
      </w:r>
    </w:p>
    <w:p>
      <w:r>
        <w:t xml:space="preserve">(Speaker A)  Okay, boss. Thank you. </w:t>
      </w:r>
    </w:p>
    <w:p>
      <w:r>
        <w:t xml:space="preserve">(Speaker B)  All right. </w:t>
      </w:r>
    </w:p>
    <w:p>
      <w:r>
        <w:t xml:space="preserve">(Speaker A)  This is the Annabelle Island CBD meeting. Today is August 19, 2026, and the time is 2:12pm I do apologize for our tardiness. We can start a meeting late, but we cannot start a meeting early. So again, I apologize for that. We're at the Plantation Oaks Amenities center here in Orange Park, Florida. Item one on the agenda is roll call. And we'll start with the supervisors, Darren Gowins, Sarah Milner, Marcus Martinez and staff in the room. </w:t>
      </w:r>
    </w:p>
    <w:p>
      <w:r>
        <w:t xml:space="preserve">(Speaker C)  Freddie Oko, gms Chase or Donald, gms. </w:t>
      </w:r>
    </w:p>
    <w:p>
      <w:r>
        <w:t xml:space="preserve">(Speaker A)  Operations and staff on the line starting with District Council. Lindsay, District Council and District Engineer. </w:t>
      </w:r>
    </w:p>
    <w:p>
      <w:r>
        <w:t xml:space="preserve">(Speaker D)  Lindley replied Engineering District Engineer. </w:t>
      </w:r>
    </w:p>
    <w:p>
      <w:r>
        <w:t xml:space="preserve">(Speaker A)  And I'm Mary Lee Giles, your district manager from gms. Item two on the agenda is audience comments. Copies of the agenda are on the table in the middle of the room for those that wish to follow along. At this time, the board invites any member of the public in attendance to speak on any item listed on the agenda. There's also an opportunity for the public to be heard at the end of the agenda for your comments that are not specifically listed. What's special about today's meeting is this is also your budget adoption and there'll be a public hearing for that. Meaning when we get to the budget section of the agenda, I'm going to open that up for public comments. So if your comment is specifically about the budget, it's more appropriate to wait to the budget for that one. I do ask if you have a comment. If you just state your name only for the record. And as a reminder, this district adopted resolution 2021-18. The public's opportunity to be heard states individuals wishing to make public comments are limited to three minutes per person. So at this time, are there any public comments at the top of the agenda? </w:t>
      </w:r>
    </w:p>
    <w:p>
      <w:r>
        <w:t xml:space="preserve">(Speaker E)  Yes, ma'. </w:t>
      </w:r>
    </w:p>
    <w:p>
      <w:r>
        <w:t xml:space="preserve">(Speaker F)  Am. </w:t>
      </w:r>
    </w:p>
    <w:p>
      <w:r>
        <w:t xml:space="preserve">(Speaker E)  Okay. First thing I'd like to address, more important is United and their contract where we are with them right now. November was up. I need to know made a decision as to we're going forward with and if we have made a decision, what does that all entail within the contract? Is it more specific this time, addressing more specific concerns in the community, not just cutting loans? </w:t>
      </w:r>
    </w:p>
    <w:p>
      <w:r>
        <w:t xml:space="preserve">(Speaker A)  Would the board like staff to answer that? </w:t>
      </w:r>
    </w:p>
    <w:p>
      <w:r>
        <w:t xml:space="preserve">(Speaker C)  So we're actually going to be discussing that today. We did talk about in the last couple meetings going out for rfp. Now, that doesn't mean it's an automatic change in vendor or anything like that. It just means we're putting it out there. We are updating the contract. So I know there's Going to be some complaints. I've heard of pons. I send that along to United for them to catch up. They're behind on a lot of cuts, things like that. We discussed this as part of the RFP and the contract. The original contract is about half the size of what's actually out there. We have done some addendums, but you guys are developing, and a lot of the areas that people have moved into, even right now there's some houses where you got a lot of undeveloped area, you know, left and right of those homes. That's not in the contract. Now we want it to get cut, so we do give it to United, but that's outside of what the district originally paid for. This new contract would cover everything. It even creates a little bit of. Because there are a lot of areas that are not even finished yet. When you come into Dallas Creek, that whole right side and going towards the back, that's going to be next to the Dreamfinders cbd. That right now will be some of the last things to get developed. But we are asking whether it's United or another vendor in the future that we need to be taking care of everything so those homeowners out there aren't doing the same thing, sitting around saying, hey, yacht, he's cutting the grass. So it is included in there. But we're going to discuss that today because that also means that's a huge change in the amount of money. So that original budget being, you know, the map was half the size. So there was, I think I pointed it out in one of the meetings. There was only, I think, seven ponds on there. You guys actually have 17. So. And we discussed this part. United did have discussions with us. Some of your supervisors, you know, had meetings with them, too. They are doing a lot of work outside of the contract. Some of the stuff they didn't bill us for, which I'm very thankful for, but that shouldn't excuse the things that shouldn't get done. </w:t>
      </w:r>
    </w:p>
    <w:p>
      <w:r>
        <w:t xml:space="preserve">(Speaker D)  That. </w:t>
      </w:r>
    </w:p>
    <w:p>
      <w:r>
        <w:t xml:space="preserve">(Speaker C)  That is a big part. </w:t>
      </w:r>
    </w:p>
    <w:p>
      <w:r>
        <w:t xml:space="preserve">(Speaker D)  And they. </w:t>
      </w:r>
    </w:p>
    <w:p>
      <w:r>
        <w:t xml:space="preserve">(Speaker C)  If they know that hopefully this whole process, too will make some corrections to that. If you know that they stay on that. But that's going to be part of that discussion today. So you will hear that. </w:t>
      </w:r>
    </w:p>
    <w:p>
      <w:r>
        <w:t xml:space="preserve">(Speaker E)  Okay, let me. Let me continue with that because what makes. Here's my issue with that. I get that, but what makes you think that they will get this right now? I understand giving them an opportunity to redeem themselves, but they took the little things that they had and didn't do anything with that. It was very minor. I mean, Very simple stuff. Just basic maintenance. And it wasn't like they just. It was just foresight. They just forgot. No, it's called negligence. It was neglected and it continues to be neglected. Now they get a fire up on them because we're looking at other people to replace them. </w:t>
      </w:r>
    </w:p>
    <w:p>
      <w:r>
        <w:t xml:space="preserve">(Speaker C)  So, oh, guess what? </w:t>
      </w:r>
    </w:p>
    <w:p>
      <w:r>
        <w:t xml:space="preserve">(Speaker E)  We'll do this for you. We'll do that for you. We won't even charge you for that. That's correct. That's fine. My issue, and I'm going to speak as far as for the community, my issue is that learn from our mistakes and let's move forward. Because I'm really, really, I'm troubled. The fact that we even give them this opportunity to be honest, based on my experience, community's experience with United and their managers, they've just been kicking things under the rug. And I think they would do the same, exact same thing if you had them continue. I'm in favor. I must speak to the community. We're in favor of moving forward with someone else. </w:t>
      </w:r>
    </w:p>
    <w:p>
      <w:r>
        <w:t xml:space="preserve">(Speaker A)  Thank you, Mr. Wilkes. </w:t>
      </w:r>
    </w:p>
    <w:p>
      <w:r>
        <w:t xml:space="preserve">(Speaker G)  Dan Wilkes at 281 Lakes Terrace. As I have been in talks with Marilene and Jay here in regards to it, obviously, I feel as a community member in the neighborhood that United fails to fill their park. They fail to abide by our funds that we do pay as a community through the CDD to be able to do it. It took 27 days for them to move my pond specifically, and I was counting, they came twice in between. They mowed the whole frontage along the sidewalk of Russell Road. But they'd stop at our pond and they wouldn't mow around. They would just go back to the entrance and not mow ours, which in turn. Then they didn't mow the next one over from us that they have to use a little shortcut through. So I've been watching everything that they're doing. They don't weed eat, they don't mow. It's just habitual issues. And. And, you know, again, I went out and I talked to the guys, and the only thing I said is, hey, are you guys the same company that mows the grass in the common area as you do the ponds? Oh, yeah, we do. We mow the ponds. Well, then they left and didn't mow a single pond. The only pond they mowed was the pond right behind the sales offices. </w:t>
      </w:r>
    </w:p>
    <w:p>
      <w:r>
        <w:t xml:space="preserve">(Speaker C)  That was it. </w:t>
      </w:r>
    </w:p>
    <w:p>
      <w:r>
        <w:t xml:space="preserve">(Speaker G)  Obvious reasons. Right? So again, they are not holding up their England bargain. They do not treat the grass in the common areas at all. So there's no weed preventative. There's no weed control, which again, probably comes down to it's a failure in contract. Right. But there is a concern from another homeowner in the neighborhood who was not able to be here. She is allergic to ants and there's an overwhelming amount of ant nests and hills, whatever else you want to call them in those common areas. So again, if she wanted to go out and walk the sidewalks, I mean, she has to carry an EpiPen with her. </w:t>
      </w:r>
    </w:p>
    <w:p>
      <w:r>
        <w:t xml:space="preserve">(Speaker H)  Just. </w:t>
      </w:r>
    </w:p>
    <w:p>
      <w:r>
        <w:t xml:space="preserve">(Speaker G)  Okay, so just some things that I would like to express from. From my standpoint also some of the other community members. So that's all I got. </w:t>
      </w:r>
    </w:p>
    <w:p>
      <w:r>
        <w:t xml:space="preserve">(Speaker A)  Thank you. Any other public comments? Yes, ma'. </w:t>
      </w:r>
    </w:p>
    <w:p>
      <w:r>
        <w:t xml:space="preserve">(Speaker B)  Am. Just to address what Jay just said about mowing the houses or the vacant lots next to houses that are going in, why are we paying for them through the CBD and not kb? Because KB still owns those lots. </w:t>
      </w:r>
    </w:p>
    <w:p>
      <w:r>
        <w:t xml:space="preserve">(Speaker C)  So you don't on that part. So those lots, if they're on that, that is being done. There's stuff that KB does with them, you know, directly still in undeveloped areas. So you guys aren't covering that just the same company. So that seems sometimes, you know, confusing. But no, you're not paying for that portion. </w:t>
      </w:r>
    </w:p>
    <w:p>
      <w:r>
        <w:t xml:space="preserve">(Speaker B)  Yeah. So they're not paying it for free either. Because Katie. </w:t>
      </w:r>
    </w:p>
    <w:p>
      <w:r>
        <w:t xml:space="preserve">(Speaker C)  Well, not that I'm talking about a lot of the ponds. So those ponds are. Those common grounds do belong to the district now, even though that's undeveloped area. So those ponds, you know, there's a few houses on it, but all the rest of the houses are not there. But there's one or two homeowners that are emailing me all the time when, you know, their grass doesn't get cut. So those are not in there. Those are the things that we own. You can actually. For a lot of residents too. I know we brought it up here in the past. One way that it helps to look at it is to know where your property actually is. And even for the district, you can go to the property appraisers map and see these areas. When you click on a parcel, you'll actually see the district's name. That's actually your lot. That's all been handed over from Katie. Katie still has a lot of the home sites that work on. Pretty much all the common ground is there for. For us to take care of for the future. But then there's other information you can get from this website too. Whether it's conservation easement, we can do anything about it. I get some people that want us to cut in areas that, you know, are actually Conservative. We can't do that. That is spelled out on our new map that we gave out as part of our RFP process. They did get to see all of those areas that we actually expect to be much bigger map than what was in there before. </w:t>
      </w:r>
    </w:p>
    <w:p>
      <w:r>
        <w:t xml:space="preserve">(Speaker B)  That makes sense. The request for proposals that you guys did, are we able to see the bids that come in or. No. </w:t>
      </w:r>
    </w:p>
    <w:p>
      <w:r>
        <w:t xml:space="preserve">(Speaker A)  So after they're not yet. </w:t>
      </w:r>
    </w:p>
    <w:p>
      <w:r>
        <w:t xml:space="preserve">(Speaker C)  We can't do it before we do any scoring or anything like that for fairness to the vendors. But after we go through all this, even the vendors do that. They. They request that, you know, after the bids, so they can see what they got. Score against public information. What's that? </w:t>
      </w:r>
    </w:p>
    <w:p>
      <w:r>
        <w:t xml:space="preserve">(Speaker I)  The bid is closed, right? </w:t>
      </w:r>
    </w:p>
    <w:p>
      <w:r>
        <w:t xml:space="preserve">(Speaker C)  Yeah. So at this point, they've all turned them in, so there's nobody new coming in. </w:t>
      </w:r>
    </w:p>
    <w:p>
      <w:r>
        <w:t xml:space="preserve">(Speaker A)  So after today, we'll update your agenda package that's on your CDD website. It's actually 597 pages, including all the proposals. But what you see on the website, it's not. It's less than that because, yeah, the proposals are not in there. So after today and after they're finished with the RFP process, we'll update if. I mean, we'll update it. If y' all want to see the proposals, you may be satisfied after the meeting today. Typically, what the vendors will do is send a public records request, and they want to see everybody's proposals, but. So they're not in there right now. You can't see them online right now. Yes, sir. </w:t>
      </w:r>
    </w:p>
    <w:p>
      <w:r>
        <w:t xml:space="preserve">(Speaker G)  Yes. </w:t>
      </w:r>
    </w:p>
    <w:p>
      <w:r>
        <w:t xml:space="preserve">(Speaker J)  Patrick Nolan, do you have a process for doing the proposal evaluations, like past performance costs, other considerations, and how they score and weight them? </w:t>
      </w:r>
    </w:p>
    <w:p>
      <w:r>
        <w:t xml:space="preserve">(Speaker A)  I know it's public comments, but is the board okay if staff answers some of these questions as we go? </w:t>
      </w:r>
    </w:p>
    <w:p>
      <w:r>
        <w:t xml:space="preserve">(Speaker K)  Yeah, Jay wants to answer if I'm fine. </w:t>
      </w:r>
    </w:p>
    <w:p>
      <w:r>
        <w:t xml:space="preserve">(Speaker A)  Yes, that's actually in their agenda. Jay. </w:t>
      </w:r>
    </w:p>
    <w:p>
      <w:r>
        <w:t xml:space="preserve">(Speaker C)  So we're actually going through this process like it's a formal rfp. So the state does have requirements for all local governments to go through certain, you know, procurement and bidding processes. We follow the same thing. Even though it's not truly a formal rfp, if we don't hit that threshold. You guys are kind of a small neighborhood, so you're not a big neighborhood that spends, you know, a million dollars or. Or more a year in landscaping. The threshold is 190, 195. As long as you guys are under that, you can do informal processes. You can go out and just pick whoever you like. We try to run the more formal process. We work with a lot of These vendors. So I do have neighborhoods where this is completely opposite that United is, you know, well liked. I have other neighborhoods where, you know, they don't do well. I work with Brightview, Yellowstone, Rupert, which used to be Tree Domingos. If you're from this area, Land is a big company. We did have, I would say 11 or 12 altogether that showed interest in the beginning. And then as we went through, we kind of whittled down and you'll see who actually turned in today. But we do have a process for that when it's going out for a certain scope and then how they have to turn on to turn in. And then there's a grade. So these guys will go through grading today for things like financial capacity of the company. On CDDs, I try not to get the very small, you know, behind the trailer. You know, it's just too hard. This is a big property. So there might be, you know, expectations of size, how many people they have working for in personnel. And these guys will go through all those packets and, and grade everything from there. And then they compare whoever comes out better. They have to decide that's who they want to be their vendor. </w:t>
      </w:r>
    </w:p>
    <w:p>
      <w:r>
        <w:t xml:space="preserve">(Speaker J)  Okay, now for the decision authority. Is there a single person on the committee that makes the decision or is </w:t>
      </w:r>
    </w:p>
    <w:p>
      <w:r>
        <w:t xml:space="preserve">(Speaker D)  it done by vote? </w:t>
      </w:r>
    </w:p>
    <w:p>
      <w:r>
        <w:t xml:space="preserve">(Speaker C)  So that's a little different. </w:t>
      </w:r>
    </w:p>
    <w:p>
      <w:r>
        <w:t xml:space="preserve">(Speaker A)  So there's five supervisors. Florida statute requires five supervisors for a cdd. So much different than an hoa. So these five supervisors were appointed by KB during the landowners elections process. Once the district is six years old and two hundred and fifty qualified voters, two seats will turn over to residents. And that'll be in year 2028. That's the next election year. And then in 2030, the last three seats will turn over. So the five supervisors, whether they're with a developer or whether it's a resident board, those five supervisors will make those decisions on anything that's on the agenda. Agenda that comes for a vote. All right, any other public comments at the top? Can he go first since you've already gone? </w:t>
      </w:r>
    </w:p>
    <w:p>
      <w:r>
        <w:t xml:space="preserve">(Speaker E)  Yeah. </w:t>
      </w:r>
    </w:p>
    <w:p>
      <w:r>
        <w:t xml:space="preserve">(Speaker A)  Yes, sir. </w:t>
      </w:r>
    </w:p>
    <w:p>
      <w:r>
        <w:t xml:space="preserve">(Speaker C)  My name is Rich Carcinelli. I'm at 2787 Laurel Falls Drive. </w:t>
      </w:r>
    </w:p>
    <w:p>
      <w:r>
        <w:t xml:space="preserve">(Speaker J)  Nice to meet you all. </w:t>
      </w:r>
    </w:p>
    <w:p>
      <w:r>
        <w:t xml:space="preserve">(Speaker C)  We're pretty new to the neighborhood. I appreciate what the board's doing and I've tried to rectify situation and look at a new contract or perhaps a new vendor. Between now and then though, what should we do when our pond areas are getting out of control? Should we email you and you go, here they go again? Or should we sit back and say, I trust in the Lord. And you're going to take care of this. Tell me what you think we ought to do. Email. Email is by far the best and you know it does. I won't say it, you know, it's not responsive or anything. They do get out and correct many things, but there are sometimes we gotta forward two or three emails, but that's needed. You know, I don't go out there every day. Freddy's not out there every day. He's out there a lot more than I am. But if you can email us, we send it right to United. They know, hey, we missed something. They're go out and make a correction. </w:t>
      </w:r>
    </w:p>
    <w:p>
      <w:r>
        <w:t xml:space="preserve">(Speaker A)  So I would like to add to that. If our contact information is on the website, if you email the three of us, even if it's not for me, if it's for them, they'll see it, they'll action it. Pictures always do help because then Jayden Freddy's able to forward that to whether it's United or a pond maintenance problem. Whatever the problem is. The pictures definitely do help. If you choose to email the five supervisors, they fall under this Sunshine Law and if they respond, they will drop off the other four supervisors because they cannot discuss matters that will come before the board. They're appointed and or elected officials. So they fall within the Sunshine Law. If you choose to email all eight of us, that's fine. But just expect that if one of them responds, they'll drop the other four off. If you email all of us and they feel confident that the stud staff is going to handle that, they may not respond at all. They may just allow staff to do their job. </w:t>
      </w:r>
    </w:p>
    <w:p>
      <w:r>
        <w:t xml:space="preserve">(Speaker G)  Okay, as you said. Jake, can we just get a simple acknowledgment? That was a couple things obviously for </w:t>
      </w:r>
    </w:p>
    <w:p>
      <w:r>
        <w:t xml:space="preserve">(Speaker C)  me and a couple other people. </w:t>
      </w:r>
    </w:p>
    <w:p>
      <w:r>
        <w:t xml:space="preserve">(Speaker G)  If they just get a got it or whatever. </w:t>
      </w:r>
    </w:p>
    <w:p>
      <w:r>
        <w:t xml:space="preserve">(Speaker C)  Yeah, it does make it hard when you copy 10 people nobody knows or you handle it. If it's something for me or Freddie, you're. You're usually good. </w:t>
      </w:r>
    </w:p>
    <w:p>
      <w:r>
        <w:t xml:space="preserve">(Speaker K)  He's on. </w:t>
      </w:r>
    </w:p>
    <w:p>
      <w:r>
        <w:t xml:space="preserve">(Speaker C)  Even if you do it. Mr. Wils that you give me your phone number. Most people have Fred Ami cell phone numbers. You know, we'll. We'll call you. That's pretty quick too because it may be something that we can take care of. It's not a landscaping issue. Appreciate that any. </w:t>
      </w:r>
    </w:p>
    <w:p>
      <w:r>
        <w:t xml:space="preserve">(Speaker A)  Yes, sir. </w:t>
      </w:r>
    </w:p>
    <w:p>
      <w:r>
        <w:t xml:space="preserve">(Speaker F)  Jack. </w:t>
      </w:r>
    </w:p>
    <w:p>
      <w:r>
        <w:t xml:space="preserve">(Speaker C)  32900 Windsor Lakes Way and first resident in the neighborhood. Is there a diagram or a sheet or something that we can go off of to see exactly what they're doing </w:t>
      </w:r>
    </w:p>
    <w:p>
      <w:r>
        <w:t xml:space="preserve">(Speaker E)  and what's supposed to be done, especially </w:t>
      </w:r>
    </w:p>
    <w:p>
      <w:r>
        <w:t xml:space="preserve">(Speaker C)  at the back entrance along Sand Ridge where I live. I just like to know what they're </w:t>
      </w:r>
    </w:p>
    <w:p>
      <w:r>
        <w:t xml:space="preserve">(Speaker E)  supposed to be doing, because today I do see them doing the irrigation when. </w:t>
      </w:r>
    </w:p>
    <w:p>
      <w:r>
        <w:t xml:space="preserve">(Speaker C)  When you get that full pack of like. So we couldn't give it to everybody here until they grade because that will give the vendors unfair advantage if they see other people's packets. We keep that private until they go through this process and then we can put it out there. It actually has a full map in there now. I will let you know once we get this done with whatever vendor, whether it's stage United or vendor, we're going to improve that map a little bit. I set it up and send it out as part of the RFP for what I presented here a couple months ago and showed all the board members, all the vendors got that map. It was more or less my kind of sketchup of everything. But, Katie, you could give me nicer maps of your neighborhood, kind of like you guys saw when you're going through picking out your lots, and that will go on there. But it does have all the areas that get cut, whether they're easements, whether the ponds, whether it's common areas. They do handle all the irrigation. So part of that scope. I talked about this before. Part of that scope that's in the new contract will be the small things. So I constantly get emails about heads broken or things like that. That's actually going to be included in the new contract. I don't want to get an invoice for, hey, we went out there and fixed 10 heads, and you guys owe us $300. We do that in a lot of our neighborhoods now, where the smaller stuff. I want it fixed. Just go fix it and figure out the price for that. That's going to be your contract amount. So that's a little different than the old contract. And you guys will be able to see the scope, too. That is actually in the fact, basically, you're just going to get the whole version that the vendors got so that they know what to expect. </w:t>
      </w:r>
    </w:p>
    <w:p>
      <w:r>
        <w:t xml:space="preserve">(Speaker A)  Three minutes. Yes, sir. Three minutes. </w:t>
      </w:r>
    </w:p>
    <w:p>
      <w:r>
        <w:t xml:space="preserve">(Speaker I)  Yes, sir. </w:t>
      </w:r>
    </w:p>
    <w:p>
      <w:r>
        <w:t xml:space="preserve">(Speaker E)  Okay, drill real fast. Two questions. I'll make this two questions. The first question is the dead trees in the community. Is there a plan? I know we've had this discussion a lot of times in the meeting. Now you got it. You're doing it. Is there something going forward that we're going to get rid of those dead trees and replace them? What's the time frame on that? And then the second question, and more importantly is the roles phase Two on the roads coming in community. Did we get the permits for that or not? Are we still waiting for a permit or how's that going to be handled? Because the trucks are tearing up the roads right now. </w:t>
      </w:r>
    </w:p>
    <w:p>
      <w:r>
        <w:t xml:space="preserve">(Speaker A)  Jay, before you answer that. So is your first question about all the trees in the community or just trees that are in the common areas or trees in front of your house? </w:t>
      </w:r>
    </w:p>
    <w:p>
      <w:r>
        <w:t xml:space="preserve">(Speaker E)  I'm speaking as a community because. </w:t>
      </w:r>
    </w:p>
    <w:p>
      <w:r>
        <w:t xml:space="preserve">(Speaker A)  So the answer will be. The answer will be different for the trees in front of your house. </w:t>
      </w:r>
    </w:p>
    <w:p>
      <w:r>
        <w:t xml:space="preserve">(Speaker B)  You know what I mean? </w:t>
      </w:r>
    </w:p>
    <w:p>
      <w:r>
        <w:t xml:space="preserve">(Speaker A)  Like those more than half of the </w:t>
      </w:r>
    </w:p>
    <w:p>
      <w:r>
        <w:t xml:space="preserve">(Speaker C)  trees are actually homeowner trees. No. </w:t>
      </w:r>
    </w:p>
    <w:p>
      <w:r>
        <w:t xml:space="preserve">(Speaker E)  Okay, let me. May I. Because what's happened is that we have seen United come in with dead trees and put them in anyways. So I'm saying as a community, it's not so much just in front of our house. It's throughout the community. Some of the common areas, there's like, I think it's 22 dead trees on </w:t>
      </w:r>
    </w:p>
    <w:p>
      <w:r>
        <w:t xml:space="preserve">(Speaker C)  the other side over there. </w:t>
      </w:r>
    </w:p>
    <w:p>
      <w:r>
        <w:t xml:space="preserve">(Speaker E)  So to answer your question, that's what I'm talking about. </w:t>
      </w:r>
    </w:p>
    <w:p>
      <w:r>
        <w:t xml:space="preserve">(Speaker C)  So I can only address the things in the common area, the district side. I can't do anything for the homeowner trees. </w:t>
      </w:r>
    </w:p>
    <w:p>
      <w:r>
        <w:t xml:space="preserve">(Speaker L)  Who's that? </w:t>
      </w:r>
    </w:p>
    <w:p>
      <w:r>
        <w:t xml:space="preserve">(Speaker E)  Phone. </w:t>
      </w:r>
    </w:p>
    <w:p>
      <w:r>
        <w:t xml:space="preserve">(Speaker C)  Only if you can't. So right now, we did. That was a big complaint last year. I mean, you were in some of these meetings too, right? Now we did get United to say, well, if you can work with your home warranty side and go through kb, but at the same time, some of those trees now are way past warranty. I'm sure United's gonna say, hey, we need to be sure. Is this because of, you know, something we did? Or if it's three, four years in, is this something you guys have to take care of your trees, too? But that falls on United. I can't do that. I can only deal with the trees in the common area. And we have worked with United on ours. So the district grounds, especially things like the amenity center, they have worked with us. </w:t>
      </w:r>
    </w:p>
    <w:p>
      <w:r>
        <w:t xml:space="preserve">(Speaker E)  Is there any plans on replacing those, returning those trees up front? </w:t>
      </w:r>
    </w:p>
    <w:p>
      <w:r>
        <w:t xml:space="preserve">(Speaker C)  So that's part of the construction project. We'll get an update on that. Those will hopefully make it through another. You know, relocation traumatizes trees when you do that. But right now they're all growing. Just, they're growing this far apart. So we will have to move those back. I don't know if we actually have a timeline we're going to share tonight, but we are going to have an update on that after that construction project there along Windsor Lake is done. For your drainage stuff. Those trees will go back. Are we thinking about the world so that if the engineer has an update. I know we have this plant. </w:t>
      </w:r>
    </w:p>
    <w:p>
      <w:r>
        <w:t xml:space="preserve">(Speaker A)  Wait for the second lift of asphalt or for the Dreamfinder side? </w:t>
      </w:r>
    </w:p>
    <w:p>
      <w:r>
        <w:t xml:space="preserve">(Speaker E)  No, no, no, no. For the second phase. </w:t>
      </w:r>
    </w:p>
    <w:p>
      <w:r>
        <w:t xml:space="preserve">(Speaker A)  The second. </w:t>
      </w:r>
    </w:p>
    <w:p>
      <w:r>
        <w:t xml:space="preserve">(Speaker H)  The second inch of asphalt. Three years. </w:t>
      </w:r>
    </w:p>
    <w:p>
      <w:r>
        <w:t xml:space="preserve">(Speaker A)  The second lift. </w:t>
      </w:r>
    </w:p>
    <w:p>
      <w:r>
        <w:t xml:space="preserve">(Speaker G)  Yes. </w:t>
      </w:r>
    </w:p>
    <w:p>
      <w:r>
        <w:t xml:space="preserve">(Speaker A)  Glenn, are you able to provide an update on that second lift of asphalt? </w:t>
      </w:r>
    </w:p>
    <w:p>
      <w:r>
        <w:t xml:space="preserve">(Speaker E)  Yeah, whichever way you want to commit. </w:t>
      </w:r>
    </w:p>
    <w:p>
      <w:r>
        <w:t xml:space="preserve">(Speaker D)  I. I cannot hear very well. </w:t>
      </w:r>
    </w:p>
    <w:p>
      <w:r>
        <w:t xml:space="preserve">(Speaker A)  Please. </w:t>
      </w:r>
    </w:p>
    <w:p>
      <w:r>
        <w:t xml:space="preserve">(Speaker D)  Can you repeat that, please? </w:t>
      </w:r>
    </w:p>
    <w:p>
      <w:r>
        <w:t xml:space="preserve">(Speaker A)  He's asking about the second lift of asphalt in phase on Windsor Lake. On Windsor Lakes way. </w:t>
      </w:r>
    </w:p>
    <w:p>
      <w:r>
        <w:t xml:space="preserve">(Speaker E)  Yeah. We were waiting on a permit to </w:t>
      </w:r>
    </w:p>
    <w:p>
      <w:r>
        <w:t xml:space="preserve">(Speaker D)  would be able to provide that update. I. I have no information on it. </w:t>
      </w:r>
    </w:p>
    <w:p>
      <w:r>
        <w:t xml:space="preserve">(Speaker A)  Are you talking about the under drain repair? </w:t>
      </w:r>
    </w:p>
    <w:p>
      <w:r>
        <w:t xml:space="preserve">(Speaker K)  Yeah, because that's Windsor Lakes Way. </w:t>
      </w:r>
    </w:p>
    <w:p>
      <w:r>
        <w:t xml:space="preserve">(Speaker H)  Last inch of asphalt on Windsor Lake's way. </w:t>
      </w:r>
    </w:p>
    <w:p>
      <w:r>
        <w:t xml:space="preserve">(Speaker K)  There has to be an under drain repair done before that </w:t>
      </w:r>
    </w:p>
    <w:p>
      <w:r>
        <w:t xml:space="preserve">(Speaker H)  end of Windsor Lakes Lake. Can I add that somebody should put up a no construction vehicle sign on the sandbridge entrance to direct all of those vehicles that are further exacerbating the problem to the four lane entrance out by the red light where they can go straight into the new construction zone and stay off of Windsor Lakes Lane. That would be a $25 max sign at home Depot. </w:t>
      </w:r>
    </w:p>
    <w:p>
      <w:r>
        <w:t xml:space="preserve">(Speaker K)  They have been told many times that's Dream finders contractors coming in there. They have been. </w:t>
      </w:r>
    </w:p>
    <w:p>
      <w:r>
        <w:t xml:space="preserve">(Speaker C)  So that's going to be a no sandwich road size is ours. </w:t>
      </w:r>
    </w:p>
    <w:p>
      <w:r>
        <w:t xml:space="preserve">(Speaker H)  Directional sign. </w:t>
      </w:r>
    </w:p>
    <w:p>
      <w:r>
        <w:t xml:space="preserve">(Speaker C)  Is that a CDD thing? No, you're still public roads. We, you know, we can't tell people who can go in and out of them. It's just like any other county road. </w:t>
      </w:r>
    </w:p>
    <w:p>
      <w:r>
        <w:t xml:space="preserve">(Speaker H)  But that, that is factually contraindicated by simply somebody with two working eyes. Driving around the county, there are signs that say no construction vehicles. Or do construction vehicles go only here all over the place. </w:t>
      </w:r>
    </w:p>
    <w:p>
      <w:r>
        <w:t xml:space="preserve">(Speaker A)  So this was, this was brought up at the last meeting and we reached out to Dream finders. We can do that again. We happen to know Louis Callan was here. All right. Is there another public comment? </w:t>
      </w:r>
    </w:p>
    <w:p>
      <w:r>
        <w:t xml:space="preserve">(Speaker E)  No. </w:t>
      </w:r>
    </w:p>
    <w:p>
      <w:r>
        <w:t xml:space="preserve">(Speaker C)  He's a dream finders. </w:t>
      </w:r>
    </w:p>
    <w:p>
      <w:r>
        <w:t xml:space="preserve">(Speaker A)  Happy to reach out to him again. </w:t>
      </w:r>
    </w:p>
    <w:p>
      <w:r>
        <w:t xml:space="preserve">(Speaker E)  Thanks. </w:t>
      </w:r>
    </w:p>
    <w:p>
      <w:r>
        <w:t xml:space="preserve">(Speaker H)  Just excuse me. My phone doesn't want me to stand up. My name is George Cater. I live two six zero four Windsor Lake's Way. I've been here three years next month. The street is an aggravation. The other question related to the trees that you bought up. Who is responsible for the trees that I think you just called homeowner trees in that grassy median between the sidewalks and the street? Who's responsible for those. </w:t>
      </w:r>
    </w:p>
    <w:p>
      <w:r>
        <w:t xml:space="preserve">(Speaker C)  That's homeowner's. So if it's a crime of a home that's a homeowner tree, you're actually responsible for it. If that's in front of your home, that becomes yours. </w:t>
      </w:r>
    </w:p>
    <w:p>
      <w:r>
        <w:t xml:space="preserve">(Speaker H)  And if it died because there was excessive water flowing into it from bad grading on my lot close by, the home builder and the trees died, which they were drowned in, they're just never </w:t>
      </w:r>
    </w:p>
    <w:p>
      <w:r>
        <w:t xml:space="preserve">(Speaker C)  going to get replaced. That's like I said that that's beyond what I do here. And the cd, I can't argue grading with the builder and this, the CD is sad. </w:t>
      </w:r>
    </w:p>
    <w:p>
      <w:r>
        <w:t xml:space="preserve">(Speaker H)  I know that. The part is I got to light the, the HOA because the excessive flooding on the sidewalk. Who's responsible? Sidewalk. </w:t>
      </w:r>
    </w:p>
    <w:p>
      <w:r>
        <w:t xml:space="preserve">(Speaker C)  I would hope the HOA would be a little more understanding with you guys because they know that we're going through this. But I also don't have the authority or ability to tell the HOA anything about that. I understand they are two completely different entities, but. </w:t>
      </w:r>
    </w:p>
    <w:p>
      <w:r>
        <w:t xml:space="preserve">(Speaker H)  Next question. Yeah, next clarification question. Who's responsible for the sidewalk? </w:t>
      </w:r>
    </w:p>
    <w:p>
      <w:r>
        <w:t xml:space="preserve">(Speaker C)  So what responsibility are you talking about? </w:t>
      </w:r>
    </w:p>
    <w:p>
      <w:r>
        <w:t xml:space="preserve">(Speaker A)  So that's the, that's your comment that we tried to answer a while ago. So is he part of the under drain project area, Windsor Lakes? </w:t>
      </w:r>
    </w:p>
    <w:p>
      <w:r>
        <w:t xml:space="preserve">(Speaker K)  Well, I know Windsor Lakes Way is where it is. </w:t>
      </w:r>
    </w:p>
    <w:p>
      <w:r>
        <w:t xml:space="preserve">(Speaker A)  So Windsor Lakes Way has been a top coating. </w:t>
      </w:r>
    </w:p>
    <w:p>
      <w:r>
        <w:t xml:space="preserve">(Speaker K)  Won't happen until that stop. </w:t>
      </w:r>
    </w:p>
    <w:p>
      <w:r>
        <w:t xml:space="preserve">(Speaker A)  Right. So I'm sorry at the present time, </w:t>
      </w:r>
    </w:p>
    <w:p>
      <w:r>
        <w:t xml:space="preserve">(Speaker H)  like I say, I've been there three years next month. At first I thought it was something that would go away and it didn't go away. And then KB Homes actually came out about a year ago and had these landowner grass people you're arguing about come out and put some dirt in and put some more grass in. It did not solve the problem. That's still a KB issue. But the problem is the sidewalk on both of my property lines is constantly wet. I mean, God help me if rains like this afternoon's thunderstorm, then it's got expanding water. It won't flow into the street where it's supposed to. It's constantly wet, which causes mold, which causes that nice new HOA lady to come out and tell me she's going to find me a hundred dollars a day if I don't keep it and span clean. Now I have cleaned it. I've got the ability to do that. The problem is she said that the CBD was responsible for the street strip and the sidewalk and she couldn't quote me any written information to go by where she was getting her information. </w:t>
      </w:r>
    </w:p>
    <w:p>
      <w:r>
        <w:t xml:space="preserve">(Speaker C)  So not why I'm here, not the strip. The strip is. If it's in front of your house, it's yours. </w:t>
      </w:r>
    </w:p>
    <w:p>
      <w:r>
        <w:t xml:space="preserve">(Speaker H)  How come? </w:t>
      </w:r>
    </w:p>
    <w:p>
      <w:r>
        <w:t xml:space="preserve">(Speaker C)  Grabs. Yeah. And that's kind of what's expected in many neighborhoods. The sidewalk does belong to the cbd. So as a community, you guys do have ownership in all of the sidewalks. When it comes to grading, that's a little bit harder. Some of that has to do with, you know, construction, which the CDD can't really deal with. That is like a center part. But </w:t>
      </w:r>
    </w:p>
    <w:p>
      <w:r>
        <w:t xml:space="preserve">(Speaker H)  you can see without pulling out a surveyor's kit. You can see, especially on one of my property lines, the sidewalk has a dip in. Has a natural hollow, which exacerbates the problem of drainage. So whose responsibility would it be for that to get it properly leveled? </w:t>
      </w:r>
    </w:p>
    <w:p>
      <w:r>
        <w:t xml:space="preserve">(Speaker C)  Some of those actually are supposed to have a little dip. They do design them with swales, especially if it lines up with the area in between your house. </w:t>
      </w:r>
    </w:p>
    <w:p>
      <w:r>
        <w:t xml:space="preserve">(Speaker H)  That's not what it is. </w:t>
      </w:r>
    </w:p>
    <w:p>
      <w:r>
        <w:t xml:space="preserve">(Speaker C)  Okay, then that would be different. </w:t>
      </w:r>
    </w:p>
    <w:p>
      <w:r>
        <w:t xml:space="preserve">(Speaker A)  Jay, is he in the under drain project area? </w:t>
      </w:r>
    </w:p>
    <w:p>
      <w:r>
        <w:t xml:space="preserve">(Speaker C)  No, I don't think so. </w:t>
      </w:r>
    </w:p>
    <w:p>
      <w:r>
        <w:t xml:space="preserve">(Speaker E)  No, he's not. He's not in it. </w:t>
      </w:r>
    </w:p>
    <w:p>
      <w:r>
        <w:t xml:space="preserve">(Speaker C)  Where is that project? </w:t>
      </w:r>
    </w:p>
    <w:p>
      <w:r>
        <w:t xml:space="preserve">(Speaker E)  Here. </w:t>
      </w:r>
    </w:p>
    <w:p>
      <w:r>
        <w:t xml:space="preserve">(Speaker C)  So this project. This project is really touchwinds or lanes. </w:t>
      </w:r>
    </w:p>
    <w:p>
      <w:r>
        <w:t xml:space="preserve">(Speaker A)  Wait, so let's just one person talk at a time, please. </w:t>
      </w:r>
    </w:p>
    <w:p>
      <w:r>
        <w:t xml:space="preserve">(Speaker H)  I'm not trying. I'm not trying to complicate things here, but this is. This is the first of these meetings I've been to to try to get an answer to some of these things. Or the gaffed off by everybody so far, and the two trees died because they drowned. </w:t>
      </w:r>
    </w:p>
    <w:p>
      <w:r>
        <w:t xml:space="preserve">(Speaker C)  Okay. </w:t>
      </w:r>
    </w:p>
    <w:p>
      <w:r>
        <w:t xml:space="preserve">(Speaker H)  And you put two more trees in there at my expense or your expense, they're just gonna drown. </w:t>
      </w:r>
    </w:p>
    <w:p>
      <w:r>
        <w:t xml:space="preserve">(Speaker C)  Again, real quick when you say my expense. Any of this right here is still you guys expense. </w:t>
      </w:r>
    </w:p>
    <w:p>
      <w:r>
        <w:t xml:space="preserve">(Speaker H)  I got it. </w:t>
      </w:r>
    </w:p>
    <w:p>
      <w:r>
        <w:t xml:space="preserve">(Speaker C)  So we try to make sure we're being efficient with how we view everything. </w:t>
      </w:r>
    </w:p>
    <w:p>
      <w:r>
        <w:t xml:space="preserve">(Speaker H)  And do we have to have trees? </w:t>
      </w:r>
    </w:p>
    <w:p>
      <w:r>
        <w:t xml:space="preserve">(Speaker M)  That was gonna be one of my questions. </w:t>
      </w:r>
    </w:p>
    <w:p>
      <w:r>
        <w:t xml:space="preserve">(Speaker C)  So you do. You do have to have trees. Now, the developers go through a plan with the county for requirements on trees. Now, afterwards, a lot of that is done by your hoa. I don't know your hoa. Like, so we don't deal with the HOA stuff. </w:t>
      </w:r>
    </w:p>
    <w:p>
      <w:r>
        <w:t xml:space="preserve">(Speaker H)  I know that. So why hasn't somebody come along and told me, where are your trees? Who's responsible for that? </w:t>
      </w:r>
    </w:p>
    <w:p>
      <w:r>
        <w:t xml:space="preserve">(Speaker D)  They're at your house. Now, </w:t>
      </w:r>
    </w:p>
    <w:p>
      <w:r>
        <w:t xml:space="preserve">(Speaker H)  here's the deal. I don't want trees. My wife does. So I guess we can get trees. And I understand now you're saying we're required to have trees. </w:t>
      </w:r>
    </w:p>
    <w:p>
      <w:r>
        <w:t xml:space="preserve">(Speaker A)  No, he didn't say that. He didn't say that. </w:t>
      </w:r>
    </w:p>
    <w:p>
      <w:r>
        <w:t xml:space="preserve">(Speaker C)  That's not exactly what we're saying here. There is a requirement for the developer to put in trees when they do the county permitting and this plan. </w:t>
      </w:r>
    </w:p>
    <w:p>
      <w:r>
        <w:t xml:space="preserve">(Speaker H)  And if there's a stump there that's supposed to be a tree or replace it. </w:t>
      </w:r>
    </w:p>
    <w:p>
      <w:r>
        <w:t xml:space="preserve">(Speaker G)  I got you. </w:t>
      </w:r>
    </w:p>
    <w:p>
      <w:r>
        <w:t xml:space="preserve">(Speaker H)  Okay. I'm not trying to be obstinate. I'm just frustrated, like a lot of you are, I guess. And this is the first time you've heard me yap. So thank you for the information you've given me. I will send in a request for your appropriate bright email outlining in detail what I've sent the pictures. If you can send pictures so you have an idea exactly what I'm talking about. I will get back on the line with the HOA and Katie Holmes and </w:t>
      </w:r>
    </w:p>
    <w:p>
      <w:r>
        <w:t xml:space="preserve">(Speaker C)  I'll be happy to kind of spell out which ones go where. If it's something that I can help you with, you know, the district will help you with. But if it's something I got to direct you someplace else, I'll let you know who to talk. </w:t>
      </w:r>
    </w:p>
    <w:p>
      <w:r>
        <w:t xml:space="preserve">(Speaker H)  Thank you much. </w:t>
      </w:r>
    </w:p>
    <w:p>
      <w:r>
        <w:t xml:space="preserve">(Speaker C)  Appreciate it. </w:t>
      </w:r>
    </w:p>
    <w:p>
      <w:r>
        <w:t xml:space="preserve">(Speaker D)  Thank you. </w:t>
      </w:r>
    </w:p>
    <w:p>
      <w:r>
        <w:t xml:space="preserve">(Speaker A)  All right, any other public comments? The top of the agenda? Yes, ma'. </w:t>
      </w:r>
    </w:p>
    <w:p>
      <w:r>
        <w:t xml:space="preserve">(Speaker F)  Am. Fran better 2840. Again, about the roads and stuff. A couple of us in the neighborhood, neighborhood have motorcycles and everything sticks up when we ride, especially on Windsor Lake Way. And when people are coming and there's cars parked, for instance, we got to go like this. I have a three wheeler and I have to do this, and it's unsafe for me to go and do that whenever you have another opposing car coming. So something really needs to be done about, you know, the roads. Even in our phase over on Monroe Lakes Terrace. I think it's phase one feet or something. Something really needs to be done because we come in the safety hazard and there's quite a few more motorcycles, I think, that are coming in. And for any vehicle, those up, you know, manhole, we gotta dodge them all the time. And on a motorcycle, sometimes when you have car coming the other way and you're trying to go, you can't dodge them. You go over them, and if you hit it wrong, you may tip your two wheeler over. A three wheeler, not so bad. But it's rough. I mean, it jars you quite a bit. So something needs to be done with those roads. On which legs? </w:t>
      </w:r>
    </w:p>
    <w:p>
      <w:r>
        <w:t xml:space="preserve">(Speaker M)  Yeah, yeah. </w:t>
      </w:r>
    </w:p>
    <w:p>
      <w:r>
        <w:t xml:space="preserve">(Speaker F)  The raised manifold covers and also the curbsides because they raise up that part. </w:t>
      </w:r>
    </w:p>
    <w:p>
      <w:r>
        <w:t xml:space="preserve">(Speaker H)  Anybody who's lived there for a while becomes really adept at dodging around mandle coats. </w:t>
      </w:r>
    </w:p>
    <w:p>
      <w:r>
        <w:t xml:space="preserve">(Speaker F)  I crashed and burned on my bicycle in the neighborhood because I hit that one side of the curve. I didn't break anything, thank God. But you know, it's dangerous out there on both sides when running and you know, especially when you lay. </w:t>
      </w:r>
    </w:p>
    <w:p>
      <w:r>
        <w:t xml:space="preserve">(Speaker C)  So for any of the other comments, if it's related to the asphalt, I want to, you know, point out. We're glad to hear you. That's still. It's a little bit, you know, beyond what we do. We're not doing the development. That is another side. That's why it's always hard to understand because you do have KBU reps here. But this is the district, so we're not doing the lifts itself. Those manholes, even the curb edge that you see on the side that's lifted, that will get flattened out once develops done. Those lifts we were talking about will, you know, finish that. So I don't actually think you guys have any phases that have gotten all of their lifts yet. I think it's still in the works and some have two lifts that we got to go through still. So there's a lot of development out there, but that's part of the building and development phase. We can help with updates and information. Our engineers let us know the different areas of kb, you know, can update you guys here, but it won't be something I can't do anything about the lift. You know, the district staff here really can't do much more than let you guys know when it's coming. When we know. </w:t>
      </w:r>
    </w:p>
    <w:p>
      <w:r>
        <w:t xml:space="preserve">(Speaker E)  That's what I was asking. Is it? No. Ask about a permit, remember? </w:t>
      </w:r>
    </w:p>
    <w:p>
      <w:r>
        <w:t xml:space="preserve">(Speaker C)  So the. Yeah, so that's a little different. The lift isn't with a permit. That's part of the developmental time timeline and building. The permits we are going to be waiting on that. Hopefully engineering when we get to it outside of public comment, we can get to that section. That's the project for drainage. So that will help a lot with some of you guys will, you know, we'll talk about, you know, the water and pond heights and things like that. On the screen you see your neighborhood there. I'm sorry, it's really kind of meant for that. So it's small for you guys, but that big end of Windsor Lake. So if your entrance on Sand Ridge through and almost to that intersection is where there is going to be a big under drain project that they'll talk about later. And that is one that, you know, we're still kind of in a holy pattern because there's somebody else involved that has to give you guys approval. So St. John's Water Management does, you know, permit approvals, things like that. That last time we talked about, we're still waiting on. So once. </w:t>
      </w:r>
    </w:p>
    <w:p>
      <w:r>
        <w:t xml:space="preserve">(Speaker E)  How far down is that engine right now? </w:t>
      </w:r>
    </w:p>
    <w:p>
      <w:r>
        <w:t xml:space="preserve">(Speaker C)  You know the exact location. There are engineers on the phone, correct? </w:t>
      </w:r>
    </w:p>
    <w:p>
      <w:r>
        <w:t xml:space="preserve">(Speaker I)  Yeah. </w:t>
      </w:r>
    </w:p>
    <w:p>
      <w:r>
        <w:t xml:space="preserve">(Speaker K)  Glenn should be on the phone. </w:t>
      </w:r>
    </w:p>
    <w:p>
      <w:r>
        <w:t xml:space="preserve">(Speaker C)  Glenn, do you know what. What area Windsor Lakes there is where the end of the project is? I. I believe it's right before this intersection here where we get a block item. Yeah. So that last curve before we, you know, you have your kind of nowhere road. Here's the question. </w:t>
      </w:r>
    </w:p>
    <w:p>
      <w:r>
        <w:t xml:space="preserve">(Speaker A)  Wait, I'm sorry, was there any. Do we have any just. No, no. We have plenty of time for public comments. Glenn, go ahead. </w:t>
      </w:r>
    </w:p>
    <w:p>
      <w:r>
        <w:t xml:space="preserve">(Speaker D)  Granite Falls Lane is the extent of the underground along Windsor Lake Way that is currently being proposed. </w:t>
      </w:r>
    </w:p>
    <w:p>
      <w:r>
        <w:t xml:space="preserve">(Speaker C)  Yeah. So all the way to that. That where you guys have the kind of road that goes nowhere right now on one side. </w:t>
      </w:r>
    </w:p>
    <w:p>
      <w:r>
        <w:t xml:space="preserve">(Speaker E)  Yeah. </w:t>
      </w:r>
    </w:p>
    <w:p>
      <w:r>
        <w:t xml:space="preserve">(Speaker C)  Then you turn to go back towards your amenity center on the road Lakes. </w:t>
      </w:r>
    </w:p>
    <w:p>
      <w:r>
        <w:t xml:space="preserve">(Speaker A)  So I just want to get us back on track. So we have public comments for the budget. Then we have public comments at the end for all other things. But are there any other public comments at the top of the agenda? For items listed on the agenda, we will have public comments again. Yes, ma'. Am. Marshall 26 CT Flat Mountain Way I just wanted to throw something out there. As far as the landscaping, I imagine any landscaper has a percentage of trees </w:t>
      </w:r>
    </w:p>
    <w:p>
      <w:r>
        <w:t xml:space="preserve">(Speaker C)  that don't make it when they put </w:t>
      </w:r>
    </w:p>
    <w:p>
      <w:r>
        <w:t xml:space="preserve">(Speaker A)  them in, but this development has very high percentage. When we even came in to look at the models, we noticed all the dead trees coming into the entrance. We watched a house being built across our attention pond. </w:t>
      </w:r>
    </w:p>
    <w:p>
      <w:r>
        <w:t xml:space="preserve">(Speaker C)  They put a tree in, it looked </w:t>
      </w:r>
    </w:p>
    <w:p>
      <w:r>
        <w:t xml:space="preserve">(Speaker F)  like it was dead to begin with </w:t>
      </w:r>
    </w:p>
    <w:p>
      <w:r>
        <w:t xml:space="preserve">(Speaker A)  and within a week it had fallen over. So there's. You can blame homeowners for over watering. Are not watering enough, but doesn't account for the percentage of dead trees in this development. Thank you. Any other public comments? Yes, ma'. Am. Is it about an agenda item? Okay. Yes, ma'. </w:t>
      </w:r>
    </w:p>
    <w:p>
      <w:r>
        <w:t xml:space="preserve">(Speaker L)  Am. </w:t>
      </w:r>
    </w:p>
    <w:p>
      <w:r>
        <w:t xml:space="preserve">(Speaker B)  So just out of curiosity, is there a phase two? Because that's only going for one A. But one B has a lot of water issues. Like the perfect parking lot at the pool. There's a lot of hydrostatic pressure. We live on Saint Falls Cove and there's no drain down there. </w:t>
      </w:r>
    </w:p>
    <w:p>
      <w:r>
        <w:t xml:space="preserve">(Speaker A)  So all of our driveways flood. </w:t>
      </w:r>
    </w:p>
    <w:p>
      <w:r>
        <w:t xml:space="preserve">(Speaker C)  There's no drain at all, which is weird. We have zero drain there. Your engineer is on the phone and when we get to his part of the report, he may update you and be able to help out with that a little bit. I will have some stuff that I'm going to mention the board about the ponds in the front right now, that's part of another construction project where they're dewatering certain areas. And we do have some ponds that are plugged up. </w:t>
      </w:r>
    </w:p>
    <w:p>
      <w:r>
        <w:t xml:space="preserve">(Speaker K)  So those. </w:t>
      </w:r>
    </w:p>
    <w:p>
      <w:r>
        <w:t xml:space="preserve">(Speaker C)  And that's for a reason. They go through that during construction. Right now, that's drain finders and a whole other engineer group, too, that has to figure that out with our engineers. And sometimes that adds to. Those levels are really high. Our ponds out front, they're really, really hot. And that can cause some problems, too. But hopefully, you know, when they get done with that construction, those plugs come away, and that does make that system work a little better. You guys do it is put together, you know, the plan to kind of drain out the roads right now. You know, I have been around and looked at a lot of your drains. Some trash and debris and some that we put. Nothing that I've seen that looks like it's failing. And that's where if I see something wrong, I contact engineers right away. But there are other things going on, like construction project for the drainage in the front, Windsor Lake. Those ponds will make a big difference on more than just that road. But that's just where the project plan is right now. So when we get to that, the engineer group will be able to update you a little more. But then, by all means, when you see something specific, you tell me, hey, you know, my cul de sac flooded, and it's, you know, a day later after the rain, let me know. It could be something little like, there's. I've had boxes I've had to have pump out, and I found, you know, basketballs and things like that inside of them. And that slows down the water flow in many areas. I'm able to get the county to help me out because they're county roads. You guys own your roads. We got to do all this ourselves. By all means, when you have those things, you know, email me too. But some of this right now has to do with other things like construction, development. </w:t>
      </w:r>
    </w:p>
    <w:p>
      <w:r>
        <w:t xml:space="preserve">(Speaker A)  The engineer can't hear very well, so I'm gonna. </w:t>
      </w:r>
    </w:p>
    <w:p>
      <w:r>
        <w:t xml:space="preserve">(Speaker L)  What. </w:t>
      </w:r>
    </w:p>
    <w:p>
      <w:r>
        <w:t xml:space="preserve">(Speaker A)  What is your house address? Okay. </w:t>
      </w:r>
    </w:p>
    <w:p>
      <w:r>
        <w:t xml:space="preserve">(Speaker B)  Over a year ago, and it's still missing. And there's like a big white hole to test the water level and stuff like that. But there's no actual drain down at our end of the cul de stack down there. </w:t>
      </w:r>
    </w:p>
    <w:p>
      <w:r>
        <w:t xml:space="preserve">(Speaker C)  And so if you step on the asphalt, water comes underneath it. It's all Literally. So we do have on here. On this side here. Yeah. So we actually do have those drained down on this side and there are under drains on this side already. I do have a resident. So I mentioned. I'm going to let them know. I did talk to our engineers about it. I do have a resident up in this area. Their yards are getting a little, you know, soggy and the main reason is actually our water table is coming up and it says front pond here is one of those ponds that's plugged up right now. So and they have gone out. </w:t>
      </w:r>
    </w:p>
    <w:p>
      <w:r>
        <w:t xml:space="preserve">(Speaker G)  They. </w:t>
      </w:r>
    </w:p>
    <w:p>
      <w:r>
        <w:t xml:space="preserve">(Speaker C)  They release the plugs but the level go down and then they can go back and plug it up for construction purposes and being able to dewater and move, you know, water from one to the other. But that was the same thing. So that homeowner contacted me and I'm not sure if it's fixed the problem yet or they've gone out, but that's something that, you know, we can ask engineers when. When it's their turn. So. But we have dealt with this side. </w:t>
      </w:r>
    </w:p>
    <w:p>
      <w:r>
        <w:t xml:space="preserve">(Speaker E)  I haven't. </w:t>
      </w:r>
    </w:p>
    <w:p>
      <w:r>
        <w:t xml:space="preserve">(Speaker C)  I haven't gone out to check out your side. </w:t>
      </w:r>
    </w:p>
    <w:p>
      <w:r>
        <w:t xml:space="preserve">(Speaker L)  Okay. </w:t>
      </w:r>
    </w:p>
    <w:p>
      <w:r>
        <w:t xml:space="preserve">(Speaker A)  But if you'll email Jay, that is super helpful. </w:t>
      </w:r>
    </w:p>
    <w:p>
      <w:r>
        <w:t xml:space="preserve">(Speaker B)  I did about a month ago. I'll send another one. </w:t>
      </w:r>
    </w:p>
    <w:p>
      <w:r>
        <w:t xml:space="preserve">(Speaker C)  Yeah, I got it. </w:t>
      </w:r>
    </w:p>
    <w:p>
      <w:r>
        <w:t xml:space="preserve">(Speaker I)  Okay. </w:t>
      </w:r>
    </w:p>
    <w:p>
      <w:r>
        <w:t xml:space="preserve">(Speaker A)  All right. Any other public comments I can expand </w:t>
      </w:r>
    </w:p>
    <w:p>
      <w:r>
        <w:t xml:space="preserve">(Speaker D)  on the Clayton Falls. That pond is being looked at by Dream Finders currently and they are aware of this issue. I have communicated with them. They are looking at lowering the water level in Nap Pond similar to what these done on Windsor Lakes right now in attempt to relieve some of the staging that is going on on Block Island Parkway and the drainage system on your street does go into that pond. So I know they are exploring options and they are communicating with us what they're looking at and attempt to alleviate the issues they're seeing in this field currently. </w:t>
      </w:r>
    </w:p>
    <w:p>
      <w:r>
        <w:t xml:space="preserve">(Speaker A)  Thanks, Glenn. Any other public comments at the top of the agenda? </w:t>
      </w:r>
    </w:p>
    <w:p>
      <w:r>
        <w:t xml:space="preserve">(Speaker I)  One thing that I'd like to say so I'm Fran Steiner, 2933 Monroe Lake Stairs and one of the issues with. The trees that have died and they're our responsibility. I know you're asking nausea tired of the trees but they united gives you says 30 days that they're warranted. But they plant those trees before people take retake ownership of the property. So they're dead and they've been planted and the owner wasn't even responsible for them when they were planted. So I just hope that something can be addressed going forward that that warranty period could start from the day that the person takes ownership property. I had four cypress die. They were planted before I took ownership of the property. And they were dead before I took ownership of the property. </w:t>
      </w:r>
    </w:p>
    <w:p>
      <w:r>
        <w:t xml:space="preserve">(Speaker F)  So </w:t>
      </w:r>
    </w:p>
    <w:p>
      <w:r>
        <w:t xml:space="preserve">(Speaker C)  I can only talk about what we did for our landscape contract. And it only deals with a common ground that I can't address the. But I can tell you that was a big part of what we did for our contract. Everything is going to be expected a year at a minimum. We don't do 30 day warranty, so that's with ours. So still a little bit of fight on your side. I can't do that. </w:t>
      </w:r>
    </w:p>
    <w:p>
      <w:r>
        <w:t xml:space="preserve">(Speaker I)  I got it taken care of by Steve. I can't remember his last name. He's the cowboy. And he took. He took all of those four out and gave me three maples that I put in my house, in my yard instead of along the pond. So. And he did that for me. But it is an issue with us not even owning them. And they're already dead. You can understand. </w:t>
      </w:r>
    </w:p>
    <w:p>
      <w:r>
        <w:t xml:space="preserve">(Speaker K)  Okay. </w:t>
      </w:r>
    </w:p>
    <w:p>
      <w:r>
        <w:t xml:space="preserve">(Speaker A)  That's all I gotta say. Thank you. All right, the next item on the agenda is on page six of your electronic devices. It's consideration of the minutes from the July 15 meeting. Unless there's any comments or corrections, I just look for a motion to approve those minutes. </w:t>
      </w:r>
    </w:p>
    <w:p>
      <w:r>
        <w:t xml:space="preserve">(Speaker C)  Motion to approve. </w:t>
      </w:r>
    </w:p>
    <w:p>
      <w:r>
        <w:t xml:space="preserve">(Speaker A)  Second, any discussion? All in favor say aye. Motion passes. And then on page 13 looks like we have a ratification of a couple items. If you. First one is item A. A variance agreement for Lot 161. This was approved some time ago. Just looking for a motion to ratify this agreement. Any discussion? All in favor say aye. Motion passes. And then item B is on page 20. It's a work authorization with United Land Services for services at the entrance of Sandridge and also an irrigation install. Jay, anything to add to that before I look for a motion? </w:t>
      </w:r>
    </w:p>
    <w:p>
      <w:r>
        <w:t xml:space="preserve">(Speaker C)  So no, this was. This was the bigger project for the entry you guys asked. I go back to them, get them to adjust pricing. Because we were going to eastmeal it. We had a much better pricing when we had somebody fixing irrigation, somebody doing the sod, somebody doing the plant. It is easier when I can work with our contractor and one person. So I did go back to them. They did match the numbers for you guys. So this was just. You got to prove it. Basically if they would match. </w:t>
      </w:r>
    </w:p>
    <w:p>
      <w:r>
        <w:t xml:space="preserve">(Speaker K)  This was due to the road project and saying yes being redone. So there wasn't anything installed improperly to begin with. </w:t>
      </w:r>
    </w:p>
    <w:p>
      <w:r>
        <w:t xml:space="preserve">(Speaker H)  It was right. </w:t>
      </w:r>
    </w:p>
    <w:p>
      <w:r>
        <w:t xml:space="preserve">(Speaker C)  This was to replace with. Unfortunately. I know a lot of residents will, you know, mention that to you. Oh, that's a, you know, county tears stuff up. They really should replace things. I agree with you. They. They just don't. And they only get so much, you know, latitude with them because realistically, in their right ways and when it comes to their work, they don't care if we have, you know, good looking grass. I mean, that's kind of like the side of the highway. They just care that there's something there. What we do is considered on their side, enhanced landscaping. They basically say, if you guys want to do it, you do it, you take care of it. So I do try to fight with them, say, hey, you know, I wish you guys would give me something. A lot of times it may be they throw down some seed and hay, you know, get some little bit of grass growing. This was a much bigger project. We did lose a lot of plants. We lost a lot of sod. So. So unfortunately, the district is going to. If we want to look that way that it did before, we have to </w:t>
      </w:r>
    </w:p>
    <w:p>
      <w:r>
        <w:t xml:space="preserve">(Speaker K)  take </w:t>
      </w:r>
    </w:p>
    <w:p>
      <w:r>
        <w:t xml:space="preserve">(Speaker A)  Jay, do you know if these have been completed yet? </w:t>
      </w:r>
    </w:p>
    <w:p>
      <w:r>
        <w:t xml:space="preserve">(Speaker C)  They have not. </w:t>
      </w:r>
    </w:p>
    <w:p>
      <w:r>
        <w:t xml:space="preserve">(Speaker A)  Can I say something? That's up to the board. It's no longer public comments. </w:t>
      </w:r>
    </w:p>
    <w:p>
      <w:r>
        <w:t xml:space="preserve">(Speaker K)  Wait till public comments at the end. Okay. </w:t>
      </w:r>
    </w:p>
    <w:p>
      <w:r>
        <w:t xml:space="preserve">(Speaker A)  So unless there's any comments or questions. </w:t>
      </w:r>
    </w:p>
    <w:p>
      <w:r>
        <w:t xml:space="preserve">(Speaker F)  Questions. </w:t>
      </w:r>
    </w:p>
    <w:p>
      <w:r>
        <w:t xml:space="preserve">(Speaker A)  On page 20 is the work authorization. Just looking for a motion to ratify it. </w:t>
      </w:r>
    </w:p>
    <w:p>
      <w:r>
        <w:t xml:space="preserve">(Speaker K)  Ratify. </w:t>
      </w:r>
    </w:p>
    <w:p>
      <w:r>
        <w:t xml:space="preserve">(Speaker A)  Second, would you mind speaking up just a little bit? Any discussion? All in favor say aye. </w:t>
      </w:r>
    </w:p>
    <w:p>
      <w:r>
        <w:t xml:space="preserve">(Speaker K)  Aye. </w:t>
      </w:r>
    </w:p>
    <w:p>
      <w:r>
        <w:t xml:space="preserve">(Speaker A)  Motion passes. And then on page 24 is consideration of resolution 2026 07, adopting the annual meeting schedule for fiscal year 2027. Lindsay, is there anything on the resolution itself that you want to go over? </w:t>
      </w:r>
    </w:p>
    <w:p>
      <w:r>
        <w:t xml:space="preserve">(Speaker L)  No, this is pretty standard. The district has to submit and publish what the calendar year will look like. And so I believe we have them continuing on the third Wednesday of month. </w:t>
      </w:r>
    </w:p>
    <w:p>
      <w:r>
        <w:t xml:space="preserve">(Speaker A)  Thank you. And you can see that on page 25. It's the third Wednesday of the month at 2pm if there was anything outside of the 2pm it would be annotated on there. Once the board approves this schedule, it'll be on the district's website and it will be immediately published in the local paper. I didn't see any major conflicts with any federal holidays. So unless there's any comments or questions, I just look for a motion to adopt resolution 2026 07. </w:t>
      </w:r>
    </w:p>
    <w:p>
      <w:r>
        <w:t xml:space="preserve">(Speaker K)  Motion to adopt. </w:t>
      </w:r>
    </w:p>
    <w:p>
      <w:r>
        <w:t xml:space="preserve">(Speaker A)  Second, any discussion? All in favor say aye. </w:t>
      </w:r>
    </w:p>
    <w:p>
      <w:r>
        <w:t xml:space="preserve">(Speaker K)  Aye. </w:t>
      </w:r>
    </w:p>
    <w:p>
      <w:r>
        <w:t xml:space="preserve">(Speaker A)  Motion passes. And then item six on the agenda starts on page 27. It's a public hearing adopting the budget for fiscal year 2027. Lindsay, are you okay with one public hearing for both resolutions. I'm sorry, one public hearing for both resolutions. </w:t>
      </w:r>
    </w:p>
    <w:p>
      <w:r>
        <w:t xml:space="preserve">(Speaker L)  Well, I believe we don't have an increase, so we don't. The one public hearing for the budget. </w:t>
      </w:r>
    </w:p>
    <w:p>
      <w:r>
        <w:t xml:space="preserve">(Speaker A)  Okay. And is there anything on resolution 2020, 605 that you want to go over? Okay. If the board would like, since we have so many residents here, I can give a broad overview before we open that public hearing. All right, so if you have your hard copy, I'll try to remember to tell you what page you're on. But on your electronic devices, we're starting on page 27. So the board approved the FY27 budget </w:t>
      </w:r>
    </w:p>
    <w:p>
      <w:r>
        <w:t xml:space="preserve">(Speaker B)  at the May meeting. </w:t>
      </w:r>
    </w:p>
    <w:p>
      <w:r>
        <w:t xml:space="preserve">(Speaker A)  And although there is an increase in this budget, the overall budget. I'm sorry, you talking into your feet </w:t>
      </w:r>
    </w:p>
    <w:p>
      <w:r>
        <w:t xml:space="preserve">(Speaker C)  does us no good. </w:t>
      </w:r>
    </w:p>
    <w:p>
      <w:r>
        <w:t xml:space="preserve">(Speaker A)  All right. If you would like to move your chair forward, you can do that. </w:t>
      </w:r>
    </w:p>
    <w:p>
      <w:r>
        <w:t xml:space="preserve">(Speaker C)  People are saying the same thing. </w:t>
      </w:r>
    </w:p>
    <w:p>
      <w:r>
        <w:t xml:space="preserve">(Speaker A)  Okay. </w:t>
      </w:r>
    </w:p>
    <w:p>
      <w:r>
        <w:t xml:space="preserve">(Speaker C)  This whole arrangement needs to change. You need to put this section here </w:t>
      </w:r>
    </w:p>
    <w:p>
      <w:r>
        <w:t xml:space="preserve">(Speaker J)  forward so that you guys can talk </w:t>
      </w:r>
    </w:p>
    <w:p>
      <w:r>
        <w:t xml:space="preserve">(Speaker C)  up here or move everybody forward. </w:t>
      </w:r>
    </w:p>
    <w:p>
      <w:r>
        <w:t xml:space="preserve">(Speaker A)  Certainly, if you would like to move your chair forward at this time, you can. So this is your 2027 budget. At the May meeting, the board approved the budget. There is an increase in the budget, but with the developers compensation contributions, the budget remains flat for the residents of Annabel Island. There is increases, there's decreases, but overall it has an increase. But you'll see developer contributions there to keep the budget flat for the residents. On page 10 of the budget is a chart with a side by side comparison showing what your assessments are in FY26 compared to what they're going to be in FY27. So at this time, I'm looking for a motion to open the public hearing. </w:t>
      </w:r>
    </w:p>
    <w:p>
      <w:r>
        <w:t xml:space="preserve">(Speaker K)  Motion to open the hearing. </w:t>
      </w:r>
    </w:p>
    <w:p>
      <w:r>
        <w:t xml:space="preserve">(Speaker A)  Was that Sarah? </w:t>
      </w:r>
    </w:p>
    <w:p>
      <w:r>
        <w:t xml:space="preserve">(Speaker B)  Second. </w:t>
      </w:r>
    </w:p>
    <w:p>
      <w:r>
        <w:t xml:space="preserve">(Speaker A)  All in favor say aye. So at this time, the public hearing is open for any member of the public that would like to make a comment about the FY27 budget. I just ask if you do. If you'll just state your name for the record. And as a reminder, we have the three minute rule in this district. You'll tell me what page number you're on. Any public comments? </w:t>
      </w:r>
    </w:p>
    <w:p>
      <w:r>
        <w:t xml:space="preserve">(Speaker B)  All right. </w:t>
      </w:r>
    </w:p>
    <w:p>
      <w:r>
        <w:t xml:space="preserve">(Speaker A)  Hearing none. Looking for a motion to close the public hearing. </w:t>
      </w:r>
    </w:p>
    <w:p>
      <w:r>
        <w:t xml:space="preserve">(Speaker K)  Motion to close. </w:t>
      </w:r>
    </w:p>
    <w:p>
      <w:r>
        <w:t xml:space="preserve">(Speaker A)  All in favor say aye. Motion passes. And Then on page 38 is Resolution 2026. 05 related to the annual appropriations and adopting the budget for fiscal year 2027. So this is the board's opportunity for any discussion about Resolution 20265 and the budget for FY27. If there's not any board comments. I just look for a motion to adopt the resolution. Any discussion? All in favor say aye. Motion passes. And then on page 42 of your electronic devices is resolution 2026 05. This resolution allows the county to place the assessments on the tax roll and to be collected on the annual property taxes. Unless there's any comments or questions about Resolution 2026 06, I just look for a motion to adopt it. </w:t>
      </w:r>
    </w:p>
    <w:p>
      <w:r>
        <w:t xml:space="preserve">(Speaker C)  Motion to adopt. </w:t>
      </w:r>
    </w:p>
    <w:p>
      <w:r>
        <w:t xml:space="preserve">(Speaker A)  Second, any discussion? All in favor say aye. Motion passes. And then on page 46 is item seven, consideration of budget deficit funding agreement for fiscal year 2027. Lindsey, is this something you can go over for the board? </w:t>
      </w:r>
    </w:p>
    <w:p>
      <w:r>
        <w:t xml:space="preserve">(Speaker L)  Yeah, I can just give a brief full summary. So this is similar to what the board worked in last year. As Mary mentioned, although budget is increasing, it's not increasing for the individual residential homeowners, but it is where developers Jacksonville is going to pay the difference as seen for any additional cost that the district will be throughout the next fiscal year. So this agreement just memorializes that and that if you know it's not made that we switch up has the right to leave the property that the developer fills them. As a liu, but very similar to last year, I'm more than happy to answer any questions. Anybody has any. </w:t>
      </w:r>
    </w:p>
    <w:p>
      <w:r>
        <w:t xml:space="preserve">(Speaker A)  Thanks, Lindsey. Unless there's any comments or questions, I just look for a motion to approve the budget deficit funding agreement. </w:t>
      </w:r>
    </w:p>
    <w:p>
      <w:r>
        <w:t xml:space="preserve">(Speaker K)  Motion to approve </w:t>
      </w:r>
    </w:p>
    <w:p>
      <w:r>
        <w:t xml:space="preserve">(Speaker A)  any discussion. All in favor say aye. Motion passes. And then item eight on the agenda is consideration of proposals received in response to the landscape and irrigation maintenance RFP on your electronic devices, you'll see the evaluation scorecard. So on your electronic devices and a week ago, Jay Sariana sent you out an electronic version of those proposals, some comments of items that he saw in there. So before I turn it over to Jay or Freddie for any comments about the proposals that they saw, the board can do this one of two ways. I can take all three of your scores and I can take the average of those. Or if there's one supervisor that would like to take the lead on his or her score, the rest of you can agree to that. However the board wants to do it. But we'll start in order of how you see them on your evaluation criteria, starting with United. And then we'll go straight across if, like if Sarah, if you wanted to give me for United because it's the first one listed straight across. Like what, you rank them in each section. Yes, ma'. </w:t>
      </w:r>
    </w:p>
    <w:p>
      <w:r>
        <w:t xml:space="preserve">(Speaker I)  Am. </w:t>
      </w:r>
    </w:p>
    <w:p>
      <w:r>
        <w:t xml:space="preserve">(Speaker A)  And then I'll do Marcus and Darren </w:t>
      </w:r>
    </w:p>
    <w:p>
      <w:r>
        <w:t xml:space="preserve">(Speaker K)  and then add across. </w:t>
      </w:r>
    </w:p>
    <w:p>
      <w:r>
        <w:t xml:space="preserve">(Speaker I)  I will. </w:t>
      </w:r>
    </w:p>
    <w:p>
      <w:r>
        <w:t xml:space="preserve">(Speaker B)  Yeah. </w:t>
      </w:r>
    </w:p>
    <w:p>
      <w:r>
        <w:t xml:space="preserve">(Speaker A)  And Then Freddie can. I'm sorry, Freddie or Jay. Did y' all want to add anything? </w:t>
      </w:r>
    </w:p>
    <w:p>
      <w:r>
        <w:t xml:space="preserve">(Speaker C)  Not really. I mean, I can do kind of a general overall that I gave last </w:t>
      </w:r>
    </w:p>
    <w:p>
      <w:r>
        <w:t xml:space="preserve">(Speaker D)  meeting. </w:t>
      </w:r>
    </w:p>
    <w:p>
      <w:r>
        <w:t xml:space="preserve">(Speaker C)  You know, we did, like I mentioned, go out there was in the beginning about 11 or 12 companies that either showed up at our pre bid meeting or met with Freddie and I to tour the neighborhood or drive through on their own. You know, it wasn't a requirement. They did the pre bid meetings, but many of those that did not meet with us kind of did their own thing. Didn't turn in. Anyway, in the end we did have so six companies here for the residents to know. There's our normal kind of commercial landscape companies you'll see everywhere. Brightview, Rupert, Sun, State, United, Vertigo and Yard Meat. And all of these I actually do have experience with. And we do have them in, you know, whether it's a district here in Clay county or districts in North Florida. Our company does work with them in multiple districts. So it's not that, you know, I have any special bias towards one another. I work with all of them. What I do is for you guys as a supervisor. When I received those packets, I went through those over the first couple of nights, kind of reading through everything and breaking everything down in comparison. Mostly for pricing, as that is the big one. Pricing is important. And you'll see they have a grading sheet that does have high weight for pricing. But then everything else is what they see in those packets and kind of dig out or they have experience with any one of those companies, what they know of from other neighborhoods that they've done or other neighborhoods they've talked to maybe they haven't done. Maybe they live in a neighborhood that's not related to Katie. They have that experience too. So you'll see their grading on that. But the pricing is a big one. So I go through and I break all those down. I did the big spreadsheet for you guys to compare to each other for year after year and then even a three to a five year amount, you know, depending on what you guys wanted to do for contract terms in there. But then that allows me to go through and actually see issues with them. Just like a, not just, you know, like for formal rfp, but also like a job out. Because I want to see how they did on these, these packets. And I sometimes I, I pointed out in there I am petty sometimes where it may be something little. They constantly make mistakes. I got the red pen out. That does bother me sometimes. I know, you know, people can mess up on their spreadsheets here and there. So I'm not as worried when it's one. But there are things that annoy me. I think I pointed out there are some that will do things like I asked for a price of a certain service and they put in there included all the guys that come to my RFPs and Clay County. For all the different districts that I do, I always remind them. I don't want that. I want to know exactly how much you think it's worth for your employees to be going out and picking up trash. Already out there cutting the grass. Tell me how much you think it's worth for them to pick up trash. It should be included. I don't want you to run that trash over. But if you're not doing that job, that's going to be something that the district expects. We either get credit for it or that money should be put towards something else. We're paying for it. I want it to get done. So in the new contract, all of those things are pointed out where we have tree trimming. I want to know exactly how much that is. But then I compare that to all of those other vendors that turned in the other thing that I do because we do have a lot of districts, not just in north Florida, but I, you know, oversee RFPs for a lot of districts in Clay county and I work with all these guys. I go back and I compare these to other districts that I see so I can compare to a bunch of districts in Lake Annisbury, Green Cove area and see, well, why did you guys give me the super low bid If I got you over here and it's not much bigger and you're $100,000 tire, what's going on? Sometimes I see those things and I make sure I point that out to you guys. I did some of those things on that email that I sent you. Odd things I saw here and there in the packets. I didn't see anything like that to let you guys know. I didn't see anybody that was outrageously off. And it seemed like they're just trying to fudge their way into a property. Everything I saw looked pretty well in market. Some things are very high, but when I looked at other properties that those companies do, they made them very high. Some were low, but it wasn't anything that was just a low ball to get in. I mentioned in the email there was one that really kind of concerned me. It was the pricing for two vendors. There were others in there that kind of, you know, it was concerning numbers. But two Vendors that gave us their hedge trimming, their pruning pricing as you went through. And the reason it jumped out to me is one was outrageously low and one was outrageously high. And these are our number one and number two people, by the way. So what that does is it tells me there may be either an understanding issue here, they weren't understanding what we were looking for, or it's how they plan to do that service. So since it's pruning in the scope, I didn't say they have to do edge trimming and things like that. Every single time they come out to cut the grass. There are things I put in there like. Like I expect every other cut, they're going to do the hard edge trimming. So the sidewalks are going to get that hard edge. Don't want, you know, the creeping grass over top of that, those type of things. There were, you know, dates and expectations of time. Hedge pruning I did not put in there as far as timing. I kind of expect them to make sure the hedges look good. The one thing I do throughout the packing is I constantly refer to UF IFAs. So UF has a big agricultural program. They do put together guidelines for everybody in the state that really should be, you know, cutting your grass this way, planting trees, trimming trees, things like that, for proper growth. And there's things in there you'll notice. Some landscapers do, some don't. There's some people that completely go against what UF says you should do. One case in point, you myrtle trees, what everybody refers to as crepe myrtle. When they cut the tops off completely, you just see this skeleton growing up Fleming Island. If you've been through there, that's what they do. They love it, they want it that way. They really don't care if you have said that's not healthy for the tree. But they want these big fat trunks growing up and then this little canopy every year that just has a few flowers here and there. They used to do this in this neighborhood. You've driven down the road. I don't do that. I get on them about that. They try to trim them like ice cream cones. They still bloom, you know, pretty, but they're full trees. You know, UF says that's healthier, so we stick to them. I expect that from those landscapers. So then if I don't put a date or a time in there, I expect them to follow those guidelines. I can still go back and it is mentioned in there all the time. So I can still go back to them and say, hey, how come we didn't do this this way? And they hopefully will have a good explanation for me or they just did it wrong and I'm going to tell them to do something else. So with that in mind, the two companies, it may just be United, expects to go out and they're going to be pretty much heart trimming every single time they're here. And that's why their pruning side was $30,000. Where Brightview was the lower one, they were at $2,000. So when I compare those things, that just seems odd to Brightview is probably going to be doing it on an as needed basis. And that wouldn't bother me as long as it gets done if the expectation is I don't want to see a wildly growing bush. And then over here everything's nice and straight. I want it to look good. So that just means I have to go out and tell them more often, hey, by the way, this should be cut next time. They're still going to have to do it. But that's, you know, the pricing in there. I didn't tell them what to do. Now as far as timing. So now to point that out, that was probably the biggest thing I saw in their disparities between it on all of those scope items. I really didn't see a lot else that I think would jump out. This being a unofficial rfp, if you guys have any concerns with it, you can actually ask Brightview and United what their thoughts were on that and why they did that. Like I said, I'm pretty sure that's what it is. I've seen them in other neighborhoods, so I know both of them kind of, you know, work that way. So it didn't bother me as much. But it was something I wanted to point out to you guys. Outside of that, like I said, I compared them to other neighborhoods so I felt comfortable that both of them were in pretty good pricing. Our third company up there was Sun State, I believe. I don't actually have them in any CBDs at Clay County. We do have them up at St. John's third pricing was good. It was within market, was actually lower than what they do a lot in St. John's but many times I would expect that St. John's people, they just spend more money. They believe everything over there is better. They're going to spend, their taxes are the same way. Okay, then go spend money on landscaping over there. This is Clay county and I have a market here. I want it to matter matched up Market. So they did good at, you know, kind of matching that market. But it was a little odd because over there they are higher price. Outside of that, though, unless you guys had any questions on that breakdown, that's actually the four or five pages of those items. I thought everybody did pretty well. There weren't any major mistakes or concerns I had outside of the printing thing. Like I said, I have a good idea of what both Brightview and United were doing there, but that was the only one I really saw with any kind of concerns. Then your pricing has already been done for you. So on the sheet that we had in the agenda package, that's just blank. But I emailed you guys this one. It is just a mathematical equation. So brightview came in with the lowest cost. So they get the full point percentage there, 25 point. And then everybody is based on them after that. So that's where you see United was next and they got the 17.66 and then Sun State 16.3. All the way down to Yardnik was actually, I was thinking Vertigo was the highest yard. Neek and Vertigo had the lowest kind of scores there. Rupert was pretty high too. That is one thing that I do have to remind everybody. We have a budget too. So, you know, with that we want to try to stay pretty close to the budget. I can tell you Vertigo, a lot of times I have them in other neighborhoods and I really rely on them. They do a good job for them, but I can't tell you many times they are the more expensive ones and, you know, they'll kind of stand by it and say, hey, that's, you know, our work is worth it. But here, it's one of those things that those companies that were that high. Vertigo was very high. That's nowhere even near our budget. I just don't know that, you know, that would make any sense. So when I started looking at those guys, I almost kind of throw it out too much. I mean, we can spend a lot of money. You go over and look at, you know, other districts, like I mentioned, Fleming island, they love spending a million dollars a year. I have two big districts here and I spend still don't add up to that million dollars a year. And you know, I will compare this to that all the time and you know, be happier that I saved the residents money here compared to what they want to do over there. Now it is golf course, so they have the reasonings. But for you guys, that's what I look at. I just don't think it makes sense to look at those that are just almost 90,000 above our budget. Sometimes that's too. So with that, with that in mind, you guys already have your scoring starting from there. And then you have there's six other categories that really were based on your thoughts of each company or as you went through those packets of, you know, what points you want to give them. </w:t>
      </w:r>
    </w:p>
    <w:p>
      <w:r>
        <w:t xml:space="preserve">(Speaker A)  Can I ask a couple questions? </w:t>
      </w:r>
    </w:p>
    <w:p>
      <w:r>
        <w:t xml:space="preserve">(Speaker E)  Yep. </w:t>
      </w:r>
    </w:p>
    <w:p>
      <w:r>
        <w:t xml:space="preserve">(Speaker M)  Just to confirm that this decision is a one year commitment, a one year contract. </w:t>
      </w:r>
    </w:p>
    <w:p>
      <w:r>
        <w:t xml:space="preserve">(Speaker C)  So because I know you have multiple </w:t>
      </w:r>
    </w:p>
    <w:p>
      <w:r>
        <w:t xml:space="preserve">(Speaker M)  years provided to us as far as the budget or as far as pricing. What is this? </w:t>
      </w:r>
    </w:p>
    <w:p>
      <w:r>
        <w:t xml:space="preserve">(Speaker C)  So Lindsay, we, you know, we did send it out to be able to get pricing in three years. This is a informal part D process. So Lindsay, if you can give us guidance on, you know, what, what we would do, I think that is a concern that since this is kind of, you know, new to say we change. </w:t>
      </w:r>
    </w:p>
    <w:p>
      <w:r>
        <w:t xml:space="preserve">(Speaker A)  Can we do a year? </w:t>
      </w:r>
    </w:p>
    <w:p>
      <w:r>
        <w:t xml:space="preserve">(Speaker L)  Yep. So this is written out to be an additional term for a year and then it does have the option to do annual renewals at the prices that are proposed within their submission Slides also has a termination clause where 30 or 60 days either side. So no one's really locked in. There's no penalty for terminating earlier than a year. You just have to make sure you get and just pay up until the time of the last day for any work that's been done. </w:t>
      </w:r>
    </w:p>
    <w:p>
      <w:r>
        <w:t xml:space="preserve">(Speaker C)  So always remind everybody of that. Even the longer term contracts we do, the district always has them out and we try to set up our contracts where it is district sided, not vendor sided. But you can do things like terminate for cause, terminate without cause. Either way, if we're still really unhappy, we can always, you know, change. </w:t>
      </w:r>
    </w:p>
    <w:p>
      <w:r>
        <w:t xml:space="preserve">(Speaker M)  Another question, you mentioned that you the scope of work for the pruning specifically did not have a schedule or you kind of left that timeline open to them. Did the mowing line item have a schedule as far as more mows in the summer, less mows in the winter, that usual thing. </w:t>
      </w:r>
    </w:p>
    <w:p>
      <w:r>
        <w:t xml:space="preserve">(Speaker C)  So there are same setting for that. Yep. So they should all be apples. Apples, but then they give us their price. So that's where you would see somebody like, you know, Vertigo Yard and e think their mowing was really, really hot. And I'm sitting there thinking you're doing the same work and you're telling me, are you paying your guy three times as much as they are? You know, so they just really think that mowing service was the most. Vertigo did mention a lot of times I heard, oh, you guys got a lot of ponds. I mean you do have 17 ponds. How many districts that 40, 50 pounds, it's still mowing grass. But that's where doing this actually helps us with getting that market idea. Because I can look at a map and measure things out and get an idea of, you know, linear footage of mowing and actually look at what does this company normally charge. Some things we have in there, we actually have per acre of mowing. And I can compare the pricing and that helps out because then I can look at, well, you did this for this neighborhood over here, $55, but you're asking 85 to this neighborhood. </w:t>
      </w:r>
    </w:p>
    <w:p>
      <w:r>
        <w:t xml:space="preserve">(Speaker E)  Why? </w:t>
      </w:r>
    </w:p>
    <w:p>
      <w:r>
        <w:t xml:space="preserve">(Speaker C)  What's going on? I didn't really see that there. I will point out the expanded pricing. So that big, that big spreadsheet I sent you guys, I go through this with the vendors. There are things in there that match up to the contract. So the number of moto, things like that. But then there's also things like your annuals. So I want to know what the price of the annuals are. It's included in this big packet of yearly stuff. We get our flowers and they're giving it to us at this price, 253 and a quarter, whatever. But that is also for those extra projects. So the idea here is you guys could pick out a vendor that's super low on the day to day work. But then all the extra projects we want to do, hey, we want to make the entry, you know, this summer grand and two times as many flowers. Or we want to put in more, you know, palm trees, things like that. And then all of a sudden, you got a tree from one company that's 800 or $900 per tree, and the other company is $200 per tree. I wanted to be able to see that too and kind of compare, you know, who's higher, who's lower. So I remind people that I know those. So I talk to all my vendors. You know, I know those prices too. So when it's the extra work, we are not bound to them by contract. We can't actually go out and see other people and say, hey, what can you give us mulch per yard? There is a lot of mulch now included in this contract that wasn't included before. So when you guys did the mulch projects, you guys did extra. That was always a separate build. That wasn't our monthly bill. Now it is actually included. But that doesn't mean we don't want to do more. One time, like I said, the flowers, you want to plant some more palm trees, or, you know, we got some of these little green Space parks that really just have one or two trees. I know some of them are dead, too, but we want to make that look bigger. Maybe we're putting up hedgerows or something. And that's really a nice landscape area. That's going to be extra for those landscapers to make. That's more money. But I also don't want to get </w:t>
      </w:r>
    </w:p>
    <w:p>
      <w:r>
        <w:t xml:space="preserve">(Speaker D)  raked over the place. </w:t>
      </w:r>
    </w:p>
    <w:p>
      <w:r>
        <w:t xml:space="preserve">(Speaker C)  I want to be able to go to our contractor and just do everything, you heard me before, with one person. Want to turn to that. So that's why I break all those down. And I expect the landscapers to honor those pricings, even outside of what they're paying us or we're paying them month to month, you know, for the included work. </w:t>
      </w:r>
    </w:p>
    <w:p>
      <w:r>
        <w:t xml:space="preserve">(Speaker M)  Once we decide on a vendor, can that MO schedule be posted? Just from an accountability standpoint, as everybody's talked about. All right, if they're supposed to be here, let's communicate that. So clear expectations. The map is all the same for everybody. All the same ponds were in the bid. </w:t>
      </w:r>
    </w:p>
    <w:p>
      <w:r>
        <w:t xml:space="preserve">(Speaker B)  Okay. </w:t>
      </w:r>
    </w:p>
    <w:p>
      <w:r>
        <w:t xml:space="preserve">(Speaker C)  So that. </w:t>
      </w:r>
    </w:p>
    <w:p>
      <w:r>
        <w:t xml:space="preserve">(Speaker G)  With that. </w:t>
      </w:r>
    </w:p>
    <w:p>
      <w:r>
        <w:t xml:space="preserve">(Speaker C)  I do have some neighborhoods. Not all. I wish they all would do it for me. I do ask them in almost every neighborhood, though. But when we take that map, I do ask them to take some of those areas if it's a really big neighborhood. Let's say they're here on two days, Wednesdays and Thursdays, pretty much every week, and they break up. We do all the. All the roadsides and parks on Wednesday, and then we do the ponds, and we can actually put that map out there for residents. That's actually helpful, especially in the smaller neighborhoods, because that makes it easier for you guys to tell me, hey, it's Friday. It hasn't rained at all this week. It's Friday. But I didn't see them. And they're supposed to cut, you know, then, you know, send me an email. </w:t>
      </w:r>
    </w:p>
    <w:p>
      <w:r>
        <w:t xml:space="preserve">(Speaker M)  I think it would help with transparency and help you have an extra set of eyes. </w:t>
      </w:r>
    </w:p>
    <w:p>
      <w:r>
        <w:t xml:space="preserve">(Speaker I)  Right. </w:t>
      </w:r>
    </w:p>
    <w:p>
      <w:r>
        <w:t xml:space="preserve">(Speaker M)  And be accountable to the contract. </w:t>
      </w:r>
    </w:p>
    <w:p>
      <w:r>
        <w:t xml:space="preserve">(Speaker C)  Right, right. So that is something, you know, we can do after, you know, we go through this. </w:t>
      </w:r>
    </w:p>
    <w:p>
      <w:r>
        <w:t xml:space="preserve">(Speaker K)  So you just mentioned, Jay, some of the extras. Others are. But the prices. I see you've added them all up. So those are fully included in these. </w:t>
      </w:r>
    </w:p>
    <w:p>
      <w:r>
        <w:t xml:space="preserve">(Speaker C)  So they are talking about, you want </w:t>
      </w:r>
    </w:p>
    <w:p>
      <w:r>
        <w:t xml:space="preserve">(Speaker K)  to get one vendor. </w:t>
      </w:r>
    </w:p>
    <w:p>
      <w:r>
        <w:t xml:space="preserve">(Speaker L)  Right. </w:t>
      </w:r>
    </w:p>
    <w:p>
      <w:r>
        <w:t xml:space="preserve">(Speaker K)  Not the piecemealing. </w:t>
      </w:r>
    </w:p>
    <w:p>
      <w:r>
        <w:t xml:space="preserve">(Speaker C)  So on the. I was just saying on the. On the extra projects, you have the option. Yeah. It's included in there. Yes. So that. That one through nine is included in your monthly price. It's those things that are extra above and beyond that scope, we still got pricing for it. So I expect them to honor that price pricing. But you are not bound to them. So you do have the option, like I said, if you want to do a special project, you do have the option to go out. It's just if we pick them and we've already gone through the price, they're good pricing, it's fair. It doesn't have to be the lowest. You know, that would be nice. We save money. But even if they were, you know, just low end of, but still market, at least we know what, you know, we're expecting. We want to do new park and it's got, you know, 30 cubic yards of mulch. So I can go right in and see what they told us. They charge us for mulching. And that gives me an idea of what we're going to pay if we do that project before we even go to them. </w:t>
      </w:r>
    </w:p>
    <w:p>
      <w:r>
        <w:t xml:space="preserve">(Speaker A)  Any other questions for Jay? </w:t>
      </w:r>
    </w:p>
    <w:p>
      <w:r>
        <w:t xml:space="preserve">(Speaker K)  I don't know if it's a question or a. I know one of the things Jay talking to you about with, you know, trying to get down to where some of the homeowners obviously complained about United and they were saying that the original math they were given weren't the full area. So that's nice that this. They would have the full area. The other thing that I've run into in the past is if you don't have the installer doing maintenance, they point fingers at each other and say it's their fault all the time. </w:t>
      </w:r>
    </w:p>
    <w:p>
      <w:r>
        <w:t xml:space="preserve">(Speaker C)  So that is probably two big things that we've heard that here in meetings, not just tonight, but, you know, I have mentioned it's hard, you know, to really hold their feet to the fire when they don't have that map by now. I know I've heard you guys say, but they don't have these things in a contract. That contract is pretty important and we will be extremely important that argument. But that's why now they will have a full map. There are expectations of cuts and the reason we we break it out. So Darren had mentioned all of these items. There's the mowing, there's the pruning, there's the trash pickup, there's the annuals, there's the mulch. I actually see in that monthly amount right now we're paying United. I think our regular monthly bill is about eight and a half grand. Well, in that you, you know, I can break that up farther and say, well, if you guys aren't actually hitting all of the mowing that we said in that scope, you've Missed half of them. I expect half of that money either back or it's going to get put into something else for the neighborhood. So with this new contract, we have that, but that does allow us to actually, you know, have that expectation for them where we didn't really have that before and they didn't, you know, bit of an argument. They didn't really know on their end what's expected too. You know, it has to be in that contract. It has to be in the map for me to say, look, you guys really missed this. You know, we've been telling you since day one. I do get a couple of those where I get you guys emails and they missed a pond and, you know, we'll forward them out. We're still going to get United to do the work. But then I might tell you guys that, you know, forgive us that that one wasn't actually in there. I mentioned that before, or your pond may not be covered, but I've had one lately. You know, I've heard already this, this morning that pond was in there. They should have cut this last one. So I still send it to them. But that way those expectations are clear and I could actually, you know, be able to hold United to the fire a little more this way. The other problem Darren mentioned is a big one. So my concern with this is we've mentioned already you have a couple different entities. This is a cdd and I, you know, I do this work for the district. KD still has work they have to their development. You guys mentioned that earlier too. They have work they do separately as part of building. That can create a problem because if I have one vendor over here and another vendor over here, those guys tend to fight and that could be a problem if I have to deal with warranties like trees or irrigation. Irrigation is now included up to a certain size in the contract. So like I said earlier, I just want it fixed. Well, then it's hard. If I got one company that's not doing a good job on their side, they're blaming each other and then I still don't get the work done and then the district still ends up picking up the extra bill. So then I got to look at it and try to figure out how much that could be worth. Could that be worth 30,000, 40,000? It very well could be. You know, when you add in all the irrigation, when you add in all those new homeowner trees that are going up in the new property, that could be worth that much money. So even if I was getting a savings with Another contractor. Now, if we got to worry about infighting, that part can be hard. So we still have United there as part of development. That creates a problem for me. </w:t>
      </w:r>
    </w:p>
    <w:p>
      <w:r>
        <w:t xml:space="preserve">(Speaker K)  I've run into that to other communities, unfortunately, because I know KB has about roughly another year in the community to finish out all the homes, is what I've been told. </w:t>
      </w:r>
    </w:p>
    <w:p>
      <w:r>
        <w:t xml:space="preserve">(Speaker A)  All right, so unless there's anything else for Jay. I can take your scores individually or if one of you wants to take the lead, however you want to do it. I am prepared to take individual scores and take the average. It's up to you. So, Sarah, if you'll just go straight across for United. Yeah, follow that. Just give me personnel, experience, understanding, and I'm gonna do the math. </w:t>
      </w:r>
    </w:p>
    <w:p>
      <w:r>
        <w:t xml:space="preserve">(Speaker B)  Okay. </w:t>
      </w:r>
    </w:p>
    <w:p>
      <w:r>
        <w:t xml:space="preserve">(Speaker M)  18, 25, 5, 10. </w:t>
      </w:r>
    </w:p>
    <w:p>
      <w:r>
        <w:t xml:space="preserve">(Speaker A)  And, Freddie, if you'll. </w:t>
      </w:r>
    </w:p>
    <w:p>
      <w:r>
        <w:t xml:space="preserve">(Speaker H)  I'm doing it. </w:t>
      </w:r>
    </w:p>
    <w:p>
      <w:r>
        <w:t xml:space="preserve">(Speaker A)  Okay, good. I've got 18, 25, 5, and 10 for accuracy, for a total of 58. </w:t>
      </w:r>
    </w:p>
    <w:p>
      <w:r>
        <w:t xml:space="preserve">(Speaker M)  The last one, right? </w:t>
      </w:r>
    </w:p>
    <w:p>
      <w:r>
        <w:t xml:space="preserve">(Speaker A)  For a total of 58. Oh, because prices. </w:t>
      </w:r>
    </w:p>
    <w:p>
      <w:r>
        <w:t xml:space="preserve">(Speaker C)  Price is already in there. </w:t>
      </w:r>
    </w:p>
    <w:p>
      <w:r>
        <w:t xml:space="preserve">(Speaker A)  Yeah, Price is already in there. Yep. </w:t>
      </w:r>
    </w:p>
    <w:p>
      <w:r>
        <w:t xml:space="preserve">(Speaker F)  Price. </w:t>
      </w:r>
    </w:p>
    <w:p>
      <w:r>
        <w:t xml:space="preserve">(Speaker A)  So 8, 10 is the last one. Does that make sense? So I got 18. </w:t>
      </w:r>
    </w:p>
    <w:p>
      <w:r>
        <w:t xml:space="preserve">(Speaker F)  Yes. </w:t>
      </w:r>
    </w:p>
    <w:p>
      <w:r>
        <w:t xml:space="preserve">(Speaker A)  20 for experience, five for demonstrated understanding, five for financial stability. </w:t>
      </w:r>
    </w:p>
    <w:p>
      <w:r>
        <w:t xml:space="preserve">(Speaker F)  Right. </w:t>
      </w:r>
    </w:p>
    <w:p>
      <w:r>
        <w:t xml:space="preserve">(Speaker A)  And then 10 for accuracy, for reasonableness of all. Yes. Yes. </w:t>
      </w:r>
    </w:p>
    <w:p>
      <w:r>
        <w:t xml:space="preserve">(Speaker F)  Okay, good. </w:t>
      </w:r>
    </w:p>
    <w:p>
      <w:r>
        <w:t xml:space="preserve">(Speaker A)  Yes. </w:t>
      </w:r>
    </w:p>
    <w:p>
      <w:r>
        <w:t xml:space="preserve">(Speaker C)  All right, ready? </w:t>
      </w:r>
    </w:p>
    <w:p>
      <w:r>
        <w:t xml:space="preserve">(Speaker A)  We're going to do one company at a time. Freddie, what did you get her score? </w:t>
      </w:r>
    </w:p>
    <w:p>
      <w:r>
        <w:t xml:space="preserve">(Speaker G)  75, 60. </w:t>
      </w:r>
    </w:p>
    <w:p>
      <w:r>
        <w:t xml:space="preserve">(Speaker A)  Sorry, Give me one second. 75, 66. So I don't. 7,000, 566. I don't need your price numbers because they're already in here. Right, okay. </w:t>
      </w:r>
    </w:p>
    <w:p>
      <w:r>
        <w:t xml:space="preserve">(Speaker B)  All right. </w:t>
      </w:r>
    </w:p>
    <w:p>
      <w:r>
        <w:t xml:space="preserve">(Speaker A)  And then. Sorry, Darren. And your numbers, </w:t>
      </w:r>
    </w:p>
    <w:p>
      <w:r>
        <w:t xml:space="preserve">(Speaker K)  I kind of went. I don't know if I'm explaining, but anyways, I haven't dealt with a lot of these other companies, so basically, for personnel, I gave them all 10 across the board because I said they're all. </w:t>
      </w:r>
    </w:p>
    <w:p>
      <w:r>
        <w:t xml:space="preserve">(Speaker A)  Yeah, just. You were nine at first. Okay, I got you 10, 10, 20, </w:t>
      </w:r>
    </w:p>
    <w:p>
      <w:r>
        <w:t xml:space="preserve">(Speaker K)  15, 5, 15, because. Yeah, </w:t>
      </w:r>
    </w:p>
    <w:p>
      <w:r>
        <w:t xml:space="preserve">(Speaker C)  82, 66. </w:t>
      </w:r>
    </w:p>
    <w:p>
      <w:r>
        <w:t xml:space="preserve">(Speaker A)  That's what I got. And then Marcus. </w:t>
      </w:r>
    </w:p>
    <w:p>
      <w:r>
        <w:t xml:space="preserve">(Speaker D)  18, 20, 15, 5, 10. </w:t>
      </w:r>
    </w:p>
    <w:p>
      <w:r>
        <w:t xml:space="preserve">(Speaker C)  Keep saying all time. </w:t>
      </w:r>
    </w:p>
    <w:p>
      <w:r>
        <w:t xml:space="preserve">(Speaker D)  18, 20, 20, 15, 5, ten. </w:t>
      </w:r>
    </w:p>
    <w:p>
      <w:r>
        <w:t xml:space="preserve">(Speaker A)  I got 85, 66, </w:t>
      </w:r>
    </w:p>
    <w:p>
      <w:r>
        <w:t xml:space="preserve">(Speaker J)  22, 43, 98. </w:t>
      </w:r>
    </w:p>
    <w:p>
      <w:r>
        <w:t xml:space="preserve">(Speaker C)  You look for the averages, right? </w:t>
      </w:r>
    </w:p>
    <w:p>
      <w:r>
        <w:t xml:space="preserve">(Speaker A)  Yeah, I got that. That's the total. And then divided by 3, I got 81.3. Is that what y' all got? </w:t>
      </w:r>
    </w:p>
    <w:p>
      <w:r>
        <w:t xml:space="preserve">(Speaker H)  Yep. </w:t>
      </w:r>
    </w:p>
    <w:p>
      <w:r>
        <w:t xml:space="preserve">(Speaker B)  Okay. All right. </w:t>
      </w:r>
    </w:p>
    <w:p>
      <w:r>
        <w:t xml:space="preserve">(Speaker C)  And then 81.3 is the average. </w:t>
      </w:r>
    </w:p>
    <w:p>
      <w:r>
        <w:t xml:space="preserve">(Speaker D)  Yes. </w:t>
      </w:r>
    </w:p>
    <w:p>
      <w:r>
        <w:t xml:space="preserve">(Speaker L)  Thank you. </w:t>
      </w:r>
    </w:p>
    <w:p>
      <w:r>
        <w:t xml:space="preserve">(Speaker I)  All right. </w:t>
      </w:r>
    </w:p>
    <w:p>
      <w:r>
        <w:t xml:space="preserve">(Speaker A)  And then vertigo. Do y' all want to go in order or same thing again? Sarah, Darren. </w:t>
      </w:r>
    </w:p>
    <w:p>
      <w:r>
        <w:t xml:space="preserve">(Speaker K)  All right. </w:t>
      </w:r>
    </w:p>
    <w:p>
      <w:r>
        <w:t xml:space="preserve">(Speaker B)  Okay. </w:t>
      </w:r>
    </w:p>
    <w:p>
      <w:r>
        <w:t xml:space="preserve">(Speaker K)  10, 15, 10, 5, 10, 10, 15, 10, 5,. </w:t>
      </w:r>
    </w:p>
    <w:p>
      <w:r>
        <w:t xml:space="preserve">(Speaker A)  Is that a total of 64.41? </w:t>
      </w:r>
    </w:p>
    <w:p>
      <w:r>
        <w:t xml:space="preserve">(Speaker C)  Yes, 64. </w:t>
      </w:r>
    </w:p>
    <w:p>
      <w:r>
        <w:t xml:space="preserve">(Speaker A)  Okay. </w:t>
      </w:r>
    </w:p>
    <w:p>
      <w:r>
        <w:t xml:space="preserve">(Speaker M)  And then Sarah, 6, 16, 15, 15 5, giving pricing. And then 15. </w:t>
      </w:r>
    </w:p>
    <w:p>
      <w:r>
        <w:t xml:space="preserve">(Speaker A)  Ready? I got 80.41. Is that what you got, Sarah? </w:t>
      </w:r>
    </w:p>
    <w:p>
      <w:r>
        <w:t xml:space="preserve">(Speaker M)  80.40 or 04? </w:t>
      </w:r>
    </w:p>
    <w:p>
      <w:r>
        <w:t xml:space="preserve">(Speaker C)  80.04. </w:t>
      </w:r>
    </w:p>
    <w:p>
      <w:r>
        <w:t xml:space="preserve">(Speaker A)  Okay. I think it's just how we're carrying the decimal. </w:t>
      </w:r>
    </w:p>
    <w:p>
      <w:r>
        <w:t xml:space="preserve">(Speaker K)  I think you're looking at the wrong price line. </w:t>
      </w:r>
    </w:p>
    <w:p>
      <w:r>
        <w:t xml:space="preserve">(Speaker L)  Rupert is 41. </w:t>
      </w:r>
    </w:p>
    <w:p>
      <w:r>
        <w:t xml:space="preserve">(Speaker K)  Yeah. Rert is 41. This one's 0.04. </w:t>
      </w:r>
    </w:p>
    <w:p>
      <w:r>
        <w:t xml:space="preserve">(Speaker A)  Oh, okay. Yeah, you're right. Thank you. </w:t>
      </w:r>
    </w:p>
    <w:p>
      <w:r>
        <w:t xml:space="preserve">(Speaker B)  Yep. All right. </w:t>
      </w:r>
    </w:p>
    <w:p>
      <w:r>
        <w:t xml:space="preserve">(Speaker D)  And Marcus, 17, 18, 15, 5, 10, 7, 9, 08. </w:t>
      </w:r>
    </w:p>
    <w:p>
      <w:r>
        <w:t xml:space="preserve">(Speaker C)  7, 9, 04. </w:t>
      </w:r>
    </w:p>
    <w:p>
      <w:r>
        <w:t xml:space="preserve">(Speaker L)  Yep. </w:t>
      </w:r>
    </w:p>
    <w:p>
      <w:r>
        <w:t xml:space="preserve">(Speaker A)  7,904. And for a total of 74.37. </w:t>
      </w:r>
    </w:p>
    <w:p>
      <w:r>
        <w:t xml:space="preserve">(Speaker C)  74.37. </w:t>
      </w:r>
    </w:p>
    <w:p>
      <w:r>
        <w:t xml:space="preserve">(Speaker K)  And then Rupert.10, 15, 10, 5, 10, </w:t>
      </w:r>
    </w:p>
    <w:p>
      <w:r>
        <w:t xml:space="preserve">(Speaker A)  10, 15, 10, 5,10. Make sure I got the right number on Rupert. </w:t>
      </w:r>
    </w:p>
    <w:p>
      <w:r>
        <w:t xml:space="preserve">(Speaker M)  He couldn't hear you, and you went too fast. </w:t>
      </w:r>
    </w:p>
    <w:p>
      <w:r>
        <w:t xml:space="preserve">(Speaker C)  Hold on, give me one second. I had mentioned. I mean, it's. It is really up to you Guys put in an effort to save the time. I wanted to make sure what their amounts were here. 71. So, Lindsay, we can. We can drop amounts that are way beyond our. Our budgets really up to the board. If there's anybody that you want to, you know, drop out. This is one. It's almost a waste time. You know, you're not going to pick 70,000 above your budget. That's where kind of hard, but that would save time here. Lindsay, is there a problem with that? </w:t>
      </w:r>
    </w:p>
    <w:p>
      <w:r>
        <w:t xml:space="preserve">(Speaker L)  You're asking if there's a problem with that, of not scoring other ones? </w:t>
      </w:r>
    </w:p>
    <w:p>
      <w:r>
        <w:t xml:space="preserve">(Speaker C)  Yeah, ones that we know. Like I said, they're. They're going to be 60 or 70,000 above our budget. </w:t>
      </w:r>
    </w:p>
    <w:p>
      <w:r>
        <w:t xml:space="preserve">(Speaker L)  Yeah. So you still need to score them, but what some district decides to do is just make they give lower scores across the board, knowing that they're not going to need a. And then they don't have to worry about that competition because it doesn't fit in the budget. So if you give fives across the board. Tens across the board. Not just how some districts do it, but it still. </w:t>
      </w:r>
    </w:p>
    <w:p>
      <w:r>
        <w:t xml:space="preserve">(Speaker C)  All right, I'm sorry to say that's fine. But, yeah, we got. </w:t>
      </w:r>
    </w:p>
    <w:p>
      <w:r>
        <w:t xml:space="preserve">(Speaker A)  All right, so I got Rupert for Darren, 10, 15, 10, 5 and 10, for a total of 64.41. </w:t>
      </w:r>
    </w:p>
    <w:p>
      <w:r>
        <w:t xml:space="preserve">(Speaker K)  Correct. </w:t>
      </w:r>
    </w:p>
    <w:p>
      <w:r>
        <w:t xml:space="preserve">(Speaker A)  Y' all get the same numbers over there? </w:t>
      </w:r>
    </w:p>
    <w:p>
      <w:r>
        <w:t xml:space="preserve">(Speaker C)  Yes. </w:t>
      </w:r>
    </w:p>
    <w:p>
      <w:r>
        <w:t xml:space="preserve">(Speaker A)  All right, Sarah, </w:t>
      </w:r>
    </w:p>
    <w:p>
      <w:r>
        <w:t xml:space="preserve">(Speaker M)  12, 10, 15, 5, 12. </w:t>
      </w:r>
    </w:p>
    <w:p>
      <w:r>
        <w:t xml:space="preserve">(Speaker A)  I got 6,000, 841. </w:t>
      </w:r>
    </w:p>
    <w:p>
      <w:r>
        <w:t xml:space="preserve">(Speaker E)  Yep. </w:t>
      </w:r>
    </w:p>
    <w:p>
      <w:r>
        <w:t xml:space="preserve">(Speaker C)  6,000, 841. </w:t>
      </w:r>
    </w:p>
    <w:p>
      <w:r>
        <w:t xml:space="preserve">(Speaker A)  And then Marcus. Yes, sir. </w:t>
      </w:r>
    </w:p>
    <w:p>
      <w:r>
        <w:t xml:space="preserve">(Speaker D)  15, 15, 15, 5, 10. </w:t>
      </w:r>
    </w:p>
    <w:p>
      <w:r>
        <w:t xml:space="preserve">(Speaker A)  I got 74.41. All right. And then Brightview had a Automatic score of 25. Oh, I'm sorry. Sunscape is 16.38. 16.38. What's the question? </w:t>
      </w:r>
    </w:p>
    <w:p>
      <w:r>
        <w:t xml:space="preserve">(Speaker C)  What was the average number? </w:t>
      </w:r>
    </w:p>
    <w:p>
      <w:r>
        <w:t xml:space="preserve">(Speaker M)  74.41. </w:t>
      </w:r>
    </w:p>
    <w:p>
      <w:r>
        <w:t xml:space="preserve">(Speaker K)  Thank you. </w:t>
      </w:r>
    </w:p>
    <w:p>
      <w:r>
        <w:t xml:space="preserve">(Speaker C)  So the overall for the three. </w:t>
      </w:r>
    </w:p>
    <w:p>
      <w:r>
        <w:t xml:space="preserve">(Speaker I)  Yeah. </w:t>
      </w:r>
    </w:p>
    <w:p>
      <w:r>
        <w:t xml:space="preserve">(Speaker C)  69.07. </w:t>
      </w:r>
    </w:p>
    <w:p>
      <w:r>
        <w:t xml:space="preserve">(Speaker A)  That's what I got. </w:t>
      </w:r>
    </w:p>
    <w:p>
      <w:r>
        <w:t xml:space="preserve">(Speaker C)  Sorry, that was the last score that we got. </w:t>
      </w:r>
    </w:p>
    <w:p>
      <w:r>
        <w:t xml:space="preserve">(Speaker A)  All right, numbers. </w:t>
      </w:r>
    </w:p>
    <w:p>
      <w:r>
        <w:t xml:space="preserve">(Speaker C)  Sunscape, you ready? </w:t>
      </w:r>
    </w:p>
    <w:p>
      <w:r>
        <w:t xml:space="preserve">(Speaker K)  10, 15, 10, 5, 10, 15, 10, 15, 5. No. 10, 15, 10 5, 10, </w:t>
      </w:r>
    </w:p>
    <w:p>
      <w:r>
        <w:t xml:space="preserve">(Speaker G)  66, 38. </w:t>
      </w:r>
    </w:p>
    <w:p>
      <w:r>
        <w:t xml:space="preserve">(Speaker K)  Yes. </w:t>
      </w:r>
    </w:p>
    <w:p>
      <w:r>
        <w:t xml:space="preserve">(Speaker A)  I must have got a wrong number. So for sun state, I got 10, 15, 10 5, 10, 10, 6. Thousand, 638. </w:t>
      </w:r>
    </w:p>
    <w:p>
      <w:r>
        <w:t xml:space="preserve">(Speaker K)  Yep. </w:t>
      </w:r>
    </w:p>
    <w:p>
      <w:r>
        <w:t xml:space="preserve">(Speaker I)  Okay. </w:t>
      </w:r>
    </w:p>
    <w:p>
      <w:r>
        <w:t xml:space="preserve">(Speaker M)  All right, Sarah, 15, 15, 10, 5, 10, 71, 38. </w:t>
      </w:r>
    </w:p>
    <w:p>
      <w:r>
        <w:t xml:space="preserve">(Speaker A)  Give me one second. So, yeah, that's what I. </w:t>
      </w:r>
    </w:p>
    <w:p>
      <w:r>
        <w:t xml:space="preserve">(Speaker D)  All right, Marcus, 14, 14, 10, 5, </w:t>
      </w:r>
    </w:p>
    <w:p>
      <w:r>
        <w:t xml:space="preserve">(Speaker A)  10, 6, 9, 3 8, 6938. </w:t>
      </w:r>
    </w:p>
    <w:p>
      <w:r>
        <w:t xml:space="preserve">(Speaker F)  Yep. </w:t>
      </w:r>
    </w:p>
    <w:p>
      <w:r>
        <w:t xml:space="preserve">(Speaker A)  For a total of 69.0. </w:t>
      </w:r>
    </w:p>
    <w:p>
      <w:r>
        <w:t xml:space="preserve">(Speaker B)  All right. </w:t>
      </w:r>
    </w:p>
    <w:p>
      <w:r>
        <w:t xml:space="preserve">(Speaker A)  And I got bright view next. </w:t>
      </w:r>
    </w:p>
    <w:p>
      <w:r>
        <w:t xml:space="preserve">(Speaker K)  10, 15, 10, 5, 10. The price was the 25. </w:t>
      </w:r>
    </w:p>
    <w:p>
      <w:r>
        <w:t xml:space="preserve">(Speaker A)  I got 6638. </w:t>
      </w:r>
    </w:p>
    <w:p>
      <w:r>
        <w:t xml:space="preserve">(Speaker K)  No, that was 75. </w:t>
      </w:r>
    </w:p>
    <w:p>
      <w:r>
        <w:t xml:space="preserve">(Speaker I)  All right. </w:t>
      </w:r>
    </w:p>
    <w:p>
      <w:r>
        <w:t xml:space="preserve">(Speaker K)  Sun State brain view was 75. </w:t>
      </w:r>
    </w:p>
    <w:p>
      <w:r>
        <w:t xml:space="preserve">(Speaker A)  I don't know if formulas are any better. 75 once I corrected the formula. </w:t>
      </w:r>
    </w:p>
    <w:p>
      <w:r>
        <w:t xml:space="preserve">(Speaker M)  All right, Sarah, 17, 17, 10 5, 15, 89. </w:t>
      </w:r>
    </w:p>
    <w:p>
      <w:r>
        <w:t xml:space="preserve">(Speaker A)  I got 89 even. </w:t>
      </w:r>
    </w:p>
    <w:p>
      <w:r>
        <w:t xml:space="preserve">(Speaker D)  Yes, ma'. </w:t>
      </w:r>
    </w:p>
    <w:p>
      <w:r>
        <w:t xml:space="preserve">(Speaker L)  Am. </w:t>
      </w:r>
    </w:p>
    <w:p>
      <w:r>
        <w:t xml:space="preserve">(Speaker A)  And then </w:t>
      </w:r>
    </w:p>
    <w:p>
      <w:r>
        <w:t xml:space="preserve">(Speaker D)  Marcus, 18, 20, 15, 5, 10, 93. </w:t>
      </w:r>
    </w:p>
    <w:p>
      <w:r>
        <w:t xml:space="preserve">(Speaker A)  93 for an overall of 85.6. </w:t>
      </w:r>
    </w:p>
    <w:p>
      <w:r>
        <w:t xml:space="preserve">(Speaker B)  Six. </w:t>
      </w:r>
    </w:p>
    <w:p>
      <w:r>
        <w:t xml:space="preserve">(Speaker A)  Do you need him to repeat it? </w:t>
      </w:r>
    </w:p>
    <w:p>
      <w:r>
        <w:t xml:space="preserve">(Speaker D)  I can say he can. 18, 20, 15, 5, 10. </w:t>
      </w:r>
    </w:p>
    <w:p>
      <w:r>
        <w:t xml:space="preserve">(Speaker A)  I got 93, Marcus, is that right? </w:t>
      </w:r>
    </w:p>
    <w:p>
      <w:r>
        <w:t xml:space="preserve">(Speaker B)  Yeah. </w:t>
      </w:r>
    </w:p>
    <w:p>
      <w:r>
        <w:t xml:space="preserve">(Speaker C)  85, 66 for. </w:t>
      </w:r>
    </w:p>
    <w:p>
      <w:r>
        <w:t xml:space="preserve">(Speaker A)  That's what I got. You good, Freddie? </w:t>
      </w:r>
    </w:p>
    <w:p>
      <w:r>
        <w:t xml:space="preserve">(Speaker H)  Yep. </w:t>
      </w:r>
    </w:p>
    <w:p>
      <w:r>
        <w:t xml:space="preserve">(Speaker B)  All right. </w:t>
      </w:r>
    </w:p>
    <w:p>
      <w:r>
        <w:t xml:space="preserve">(Speaker A)  And yard neat. </w:t>
      </w:r>
    </w:p>
    <w:p>
      <w:r>
        <w:t xml:space="preserve">(Speaker K)  Darren, 10, 15, 10, 5, 10. </w:t>
      </w:r>
    </w:p>
    <w:p>
      <w:r>
        <w:t xml:space="preserve">(Speaker A)  Is it 65.54. </w:t>
      </w:r>
    </w:p>
    <w:p>
      <w:r>
        <w:t xml:space="preserve">(Speaker C)  Yeah. </w:t>
      </w:r>
    </w:p>
    <w:p>
      <w:r>
        <w:t xml:space="preserve">(Speaker A)  Freddie, is that what you got? </w:t>
      </w:r>
    </w:p>
    <w:p>
      <w:r>
        <w:t xml:space="preserve">(Speaker E)  Yes, ma'. </w:t>
      </w:r>
    </w:p>
    <w:p>
      <w:r>
        <w:t xml:space="preserve">(Speaker K)  Am. </w:t>
      </w:r>
    </w:p>
    <w:p>
      <w:r>
        <w:t xml:space="preserve">(Speaker A)  And then Sarah, 15, 17, 12. </w:t>
      </w:r>
    </w:p>
    <w:p>
      <w:r>
        <w:t xml:space="preserve">(Speaker C)  5 12. I got 76, 54. </w:t>
      </w:r>
    </w:p>
    <w:p>
      <w:r>
        <w:t xml:space="preserve">(Speaker B)  Yep. </w:t>
      </w:r>
    </w:p>
    <w:p>
      <w:r>
        <w:t xml:space="preserve">(Speaker D)  And then Marcus, 15, 15, 13, 5, </w:t>
      </w:r>
    </w:p>
    <w:p>
      <w:r>
        <w:t xml:space="preserve">(Speaker A)  10, 73, 5, 4. </w:t>
      </w:r>
    </w:p>
    <w:p>
      <w:r>
        <w:t xml:space="preserve">(Speaker G)  Yes, ma'. </w:t>
      </w:r>
    </w:p>
    <w:p>
      <w:r>
        <w:t xml:space="preserve">(Speaker E)  Am. </w:t>
      </w:r>
    </w:p>
    <w:p>
      <w:r>
        <w:t xml:space="preserve">(Speaker A)  For a total of 71.87. I got. Is that what you got, Freddie? Okay, </w:t>
      </w:r>
    </w:p>
    <w:p>
      <w:r>
        <w:t xml:space="preserve">(Speaker C)  what was the vertigo? </w:t>
      </w:r>
    </w:p>
    <w:p>
      <w:r>
        <w:t xml:space="preserve">(Speaker A)  Yes, Freddie. What, Jay? </w:t>
      </w:r>
    </w:p>
    <w:p>
      <w:r>
        <w:t xml:space="preserve">(Speaker C)  What was the vertigo? </w:t>
      </w:r>
    </w:p>
    <w:p>
      <w:r>
        <w:t xml:space="preserve">(Speaker G)  One again. </w:t>
      </w:r>
    </w:p>
    <w:p>
      <w:r>
        <w:t xml:space="preserve">(Speaker A)  Overall? </w:t>
      </w:r>
    </w:p>
    <w:p>
      <w:r>
        <w:t xml:space="preserve">(Speaker H)  Yeah. </w:t>
      </w:r>
    </w:p>
    <w:p>
      <w:r>
        <w:t xml:space="preserve">(Speaker A)  74.37. So I got bright view at 85.66. Yep. As number one united looks like number two at 81. And then vertigo number three. All right. And we can keep going from there, but that's your 1, 2 and 3. All right, so I have for the motion I'm looking for with the ranking of Brightview at number one with 85.66. And number two is United. With 81.32. And then we'll just go 1, 2, and 3, Vertigo is number three with 74.37. So unless there's any discussion from the board, I'm just looking for a motion to approve the ranking of Brightview as number one, United as number two and Vertigo is number three. </w:t>
      </w:r>
    </w:p>
    <w:p>
      <w:r>
        <w:t xml:space="preserve">(Speaker K)  Motion to approve. </w:t>
      </w:r>
    </w:p>
    <w:p>
      <w:r>
        <w:t xml:space="preserve">(Speaker A)  Second, any discussion? All in favor say aye. Motion passes. Lindsey, can we work with your office to prepare the agreement. </w:t>
      </w:r>
    </w:p>
    <w:p>
      <w:r>
        <w:t xml:space="preserve">(Speaker L)  For. </w:t>
      </w:r>
    </w:p>
    <w:p>
      <w:r>
        <w:t xml:space="preserve">(Speaker A)  Lindsey? I'm sorry, you were breaking up really bad. Can you just turn me up a little bit? We're going to turn you up and see if that'll help. </w:t>
      </w:r>
    </w:p>
    <w:p>
      <w:r>
        <w:t xml:space="preserve">(Speaker F)  A little bit. </w:t>
      </w:r>
    </w:p>
    <w:p>
      <w:r>
        <w:t xml:space="preserve">(Speaker A)  I think you said you'll prepare the agreement with Brightview. I'm sorry, Lindsay. I'm so sorry. If you're able to text me, I could probably read it out loud. We understand you're asking for a motion, but I'm not sure what the motion is for. Okay, sorry. Your. The current agreement with United is through September 30th, so just. </w:t>
      </w:r>
    </w:p>
    <w:p>
      <w:r>
        <w:t xml:space="preserve">(Speaker K)  So if you give them a 30 day notice, you're on track for that. </w:t>
      </w:r>
    </w:p>
    <w:p>
      <w:r>
        <w:t xml:space="preserve">(Speaker A)  Yeah, you still. </w:t>
      </w:r>
    </w:p>
    <w:p>
      <w:r>
        <w:t xml:space="preserve">(Speaker C)  Right. That's why we did the timing this way in case that happened. Just to remind everybody working with Lindsay's office the reason we at least do 1, 2, 3. The vendors could always come back and say no. There's a lot of things there that we have concerns with, you know, picking up from United, things like that. And then if there's a problem with the agreement, you can always go to number two. There's a problem with that agreement, you can always go to number three. But that's why we. We kind of rank them one through three in case there's any issues. But that was the. Is the plan is that we're working on your number one to agree. </w:t>
      </w:r>
    </w:p>
    <w:p>
      <w:r>
        <w:t xml:space="preserve">(Speaker A)  And that's what Lindsay was saying. Is there a motion to terminate with united? But a 30 day termination lands you right at the end of. Okay. </w:t>
      </w:r>
    </w:p>
    <w:p>
      <w:r>
        <w:t xml:space="preserve">(Speaker M)  And wrap up any loose ends that they're. </w:t>
      </w:r>
    </w:p>
    <w:p>
      <w:r>
        <w:t xml:space="preserve">(Speaker K)  But just make them aware that it will end, it's not being renewed so they don't show up October 1st if they want to get paid. </w:t>
      </w:r>
    </w:p>
    <w:p>
      <w:r>
        <w:t xml:space="preserve">(Speaker A)  And that may have been what she was saying in there. Motion to approve the ranking. Motion to approve moving forward with the contract negotiations with Brightview. A motion. Yeah. So the first motion I think would be what we did is a motion to approve the ranking. So I've got that from her. And then a motion to approve moving forward with the contract negotiations with Brightview. So we can do that in between the meetings if you want to appoint a supervisor to work with us on that or we have Enough time, we could bring it back to your September meeting, the agreement back to your September meeting to approve at the meeting, or we could appoint a supervisor to execute that agreement in between either one. </w:t>
      </w:r>
    </w:p>
    <w:p>
      <w:r>
        <w:t xml:space="preserve">(Speaker K)  Well, do we have to? Because you said sometimes they don't work. LJ Was saying. </w:t>
      </w:r>
    </w:p>
    <w:p>
      <w:r>
        <w:t xml:space="preserve">(Speaker C)  So that's only that. Yeah, there. There's rare occurrences of those type of things, but yeah, that is. That is something that could possibly happen. So then you go to your next vendor and so forth. </w:t>
      </w:r>
    </w:p>
    <w:p>
      <w:r>
        <w:t xml:space="preserve">(Speaker K)  So I would say we probably need to proceed with setting them up. </w:t>
      </w:r>
    </w:p>
    <w:p>
      <w:r>
        <w:t xml:space="preserve">(Speaker A)  Okay. </w:t>
      </w:r>
    </w:p>
    <w:p>
      <w:r>
        <w:t xml:space="preserve">(Speaker K)  Yeah. Getting them set up so that they're good to go the end of September. </w:t>
      </w:r>
    </w:p>
    <w:p>
      <w:r>
        <w:t xml:space="preserve">(Speaker A)  Okay. So that second merger, let them all </w:t>
      </w:r>
    </w:p>
    <w:p>
      <w:r>
        <w:t xml:space="preserve">(Speaker K)  know this is beginning the end of September, October. </w:t>
      </w:r>
    </w:p>
    <w:p>
      <w:r>
        <w:t xml:space="preserve">(Speaker C)  That was the plan. And. And all of these guys are familiar with CDD operations, so we do try to do that to line up with fiscal year starting September. </w:t>
      </w:r>
    </w:p>
    <w:p>
      <w:r>
        <w:t xml:space="preserve">(Speaker A)  All right, so we did the first motion. I think the second motion would be to work with a supervisor. Darren or Sarah, whoever. Darren. Darren. Okay. With the chair to work with the chair and staff to execute the agreement. Darren, you got volunteered. </w:t>
      </w:r>
    </w:p>
    <w:p>
      <w:r>
        <w:t xml:space="preserve">(Speaker K)  Sure. </w:t>
      </w:r>
    </w:p>
    <w:p>
      <w:r>
        <w:t xml:space="preserve">(Speaker A)  Is there a second? </w:t>
      </w:r>
    </w:p>
    <w:p>
      <w:r>
        <w:t xml:space="preserve">(Speaker C)  Hold on real quick. No, it was October was fiscal year was the expectation. So I would have to talk to Brightview. Not that I don't know, but I would have to talk to Brightview maybe. </w:t>
      </w:r>
    </w:p>
    <w:p>
      <w:r>
        <w:t xml:space="preserve">(Speaker F)  Sure. </w:t>
      </w:r>
    </w:p>
    <w:p>
      <w:r>
        <w:t xml:space="preserve">(Speaker C)  I'm sure they willing look that they're prepared to pick it up October 1st, because that's what we did in the RFP process. </w:t>
      </w:r>
    </w:p>
    <w:p>
      <w:r>
        <w:t xml:space="preserve">(Speaker K)  Right. That's why I was asking if you told them all. Yeah. This is when it'll start. </w:t>
      </w:r>
    </w:p>
    <w:p>
      <w:r>
        <w:t xml:space="preserve">(Speaker A)  Yes. </w:t>
      </w:r>
    </w:p>
    <w:p>
      <w:r>
        <w:t xml:space="preserve">(Speaker E)  Yeah. </w:t>
      </w:r>
    </w:p>
    <w:p>
      <w:r>
        <w:t xml:space="preserve">(Speaker A)  But this still allows us to execute the agreement in between so that everybody's ready. </w:t>
      </w:r>
    </w:p>
    <w:p>
      <w:r>
        <w:t xml:space="preserve">(Speaker K)  Right. </w:t>
      </w:r>
    </w:p>
    <w:p>
      <w:r>
        <w:t xml:space="preserve">(Speaker C)  We got to make sure. </w:t>
      </w:r>
    </w:p>
    <w:p>
      <w:r>
        <w:t xml:space="preserve">(Speaker A)  So motion. I have a second. Any discussion? All in favor say motion passes. And I think the third one that she's looking for is a motion for non renewal with United. </w:t>
      </w:r>
    </w:p>
    <w:p>
      <w:r>
        <w:t xml:space="preserve">(Speaker K)  Motion second. </w:t>
      </w:r>
    </w:p>
    <w:p>
      <w:r>
        <w:t xml:space="preserve">(Speaker A)  Any discussion? All in favor say aye. Lindsey, Did I cover it </w:t>
      </w:r>
    </w:p>
    <w:p>
      <w:r>
        <w:t xml:space="preserve">(Speaker J)  now? </w:t>
      </w:r>
    </w:p>
    <w:p>
      <w:r>
        <w:t xml:space="preserve">(Speaker K)  You know, the only issue if that comes up is if it doesn't work with Brightfield, it won't be a renewal of the. It'll be a new contract. </w:t>
      </w:r>
    </w:p>
    <w:p>
      <w:r>
        <w:t xml:space="preserve">(Speaker A)  Yes, ma'. Am. </w:t>
      </w:r>
    </w:p>
    <w:p>
      <w:r>
        <w:t xml:space="preserve">(Speaker K)  It'll be a new contract if that happens. But the plan is not. </w:t>
      </w:r>
    </w:p>
    <w:p>
      <w:r>
        <w:t xml:space="preserve">(Speaker A)  We can hear you. </w:t>
      </w:r>
    </w:p>
    <w:p>
      <w:r>
        <w:t xml:space="preserve">(Speaker L)  Okay, great. Yeah. I think you covered everything. </w:t>
      </w:r>
    </w:p>
    <w:p>
      <w:r>
        <w:t xml:space="preserve">(Speaker D)  Thank you. </w:t>
      </w:r>
    </w:p>
    <w:p>
      <w:r>
        <w:t xml:space="preserve">(Speaker L)  Sorry for the back. </w:t>
      </w:r>
    </w:p>
    <w:p>
      <w:r>
        <w:t xml:space="preserve">(Speaker A)  Got it. Thank you. </w:t>
      </w:r>
    </w:p>
    <w:p>
      <w:r>
        <w:t xml:space="preserve">(Speaker C)  The only time I've ever really had an issue is when I had a disgruntled outgoing company and they exercised their option to leave immediately, which left me about a month of no cuts. And I had to pretty Much beg the incoming company to start early. Usually there's not as much of a problem there. So this isn't quite the same situation. I don't think it will be a problem. </w:t>
      </w:r>
    </w:p>
    <w:p>
      <w:r>
        <w:t xml:space="preserve">(Speaker K)  No, we'll make sure it's not. That's one thing we can. </w:t>
      </w:r>
    </w:p>
    <w:p>
      <w:r>
        <w:t xml:space="preserve">(Speaker D)  All right. </w:t>
      </w:r>
    </w:p>
    <w:p>
      <w:r>
        <w:t xml:space="preserve">(Speaker A)  I appreciate the board's due diligence on. So I'm looking at those ahead of time. And then item nine on the agenda is staff reports. And we'll start with District Council. Lindsey, do you have anything for the board? </w:t>
      </w:r>
    </w:p>
    <w:p>
      <w:r>
        <w:t xml:space="preserve">(Speaker L)  No, I really don't have anything for the board. Just another reminder about ethics training before the end of the year. Otherwise I don't have anything unless somebody has questions for me. </w:t>
      </w:r>
    </w:p>
    <w:p>
      <w:r>
        <w:t xml:space="preserve">(Speaker A)  Thank you. District Engineer, do you have an update for us on the under drain project or the permits? </w:t>
      </w:r>
    </w:p>
    <w:p>
      <w:r>
        <w:t xml:space="preserve">(Speaker D)  Yes, the last update, the engineering company alliance resubmitted to the district June 18th. They received an REI July 16th and they responded to that REI and REI's request for additional information on July 28th. The permit is still in review. It has not been approved. There were still several comments they need to address. The fee was paid on July 22. So as of this moment there is no underground permit in hand and I have not been updated by them on the status of coordination with the county. The feedback is they hope to begin work in September. But again there is still no permanent hand on that. Additional update is Block Island Construction. Our inspection team was out there and did observe flooding. We did talk to the field crews and bring it to Dreamfinder's attention. They have notified us that they are exploring options which I mentioned earlier. I have no firm feedback on that other than they're aware of that concern and will update us when they have a plan or suggestion. And I'm happy to take any questions. </w:t>
      </w:r>
    </w:p>
    <w:p>
      <w:r>
        <w:t xml:space="preserve">(Speaker A)  Thanks, Glenn. </w:t>
      </w:r>
    </w:p>
    <w:p>
      <w:r>
        <w:t xml:space="preserve">(Speaker D)  Thank you. </w:t>
      </w:r>
    </w:p>
    <w:p>
      <w:r>
        <w:t xml:space="preserve">(Speaker B)  All right. </w:t>
      </w:r>
    </w:p>
    <w:p>
      <w:r>
        <w:t xml:space="preserve">(Speaker A)  Item C is District Manager. On page 538 is your FY27 goals and objectives. And just as a reminder, the Florida legislative session made this a requirement in 2024 that the districts establish performance measures, standards and a way to report those. So these are the goals and objectives that staff came up with. Florida statute doesn't require anything specific, just that the district establish goals and objectives. So these are ones that the district is doing well that I think we could easily check the block. Yes. On for a way to measure those. Certainly the board can change these goals and objectives. These. These are just ones that staff recommends that you maintain. </w:t>
      </w:r>
    </w:p>
    <w:p>
      <w:r>
        <w:t xml:space="preserve">(Speaker K)  Were these ones that we established a few meetings ago. </w:t>
      </w:r>
    </w:p>
    <w:p>
      <w:r>
        <w:t xml:space="preserve">(Speaker A)  I don't remember how far last year we had similar Goals and objectives. I did take one off, but these are the basic goals and objectives of having the meetings I think I put on there six a year. You currently are scheduled for 12. I wouldn't want to put 12 meetings and there's a hurricane and you miss one and then you fail that one. So these are ones that you're doing well right now. Unless there's. Yeah, unless there's any motion. Yes, sir. </w:t>
      </w:r>
    </w:p>
    <w:p>
      <w:r>
        <w:t xml:space="preserve">(Speaker K)  Motion approved. </w:t>
      </w:r>
    </w:p>
    <w:p>
      <w:r>
        <w:t xml:space="preserve">(Speaker A)  All right. A second. </w:t>
      </w:r>
    </w:p>
    <w:p>
      <w:r>
        <w:t xml:space="preserve">(Speaker M)  Second. </w:t>
      </w:r>
    </w:p>
    <w:p>
      <w:r>
        <w:t xml:space="preserve">(Speaker A)  Any discussion? All in favor say aye. Motion passes. And then Jay or Freddie, do you have any type of report for the board? </w:t>
      </w:r>
    </w:p>
    <w:p>
      <w:r>
        <w:t xml:space="preserve">(Speaker C)  I do not. The RFP was the biggest part of our work this last month. However, I did want to mention some issues. Glenn, just to be aware, I was contacted by residents off of Windsor Lake there. We already have the issue coming up where we're going to be doing construction and it will affect these two ponds here. Our plumbings are leaked, but right now we have extra flooding. And this may be something that Dream Finders needs to be aware of, too. This big property here that's owned by American Homes for Rent still. I was contacted by a resident. He actually had already come contacted American Homes to Rent. There is flooding on this property and it's pretty deep. It's affecting these ponds right now. They are a little full. It is all beaver dams. So there are about four of them back there. The resident did send me pictures. I went back there trying to hunt down these beavers. So even that little path, I told you guys, that is in the conservation easement between these. The day I went out there, it was about knee deep. I can't actually go into waist deep water on this side of the trees. However, the beaver dams are on their property. So I can't do anything. Yeah, I can't go onto their property and do anything. There is, you know, I can see it. Not only pictures that I guess American Homes for Rent guy actually sent him too, because they went out there and I guess disturbed the dams at one point. They're just back. I mean, the beavers will come back. But I can see the proof on our property. They're dragging trees over into that trail area. Most of the stuff is smaller, but there's got these larger trees that they've actually gotten to back there. It will affect our property a little bit. Some of these homeowners, I guess, are getting some extra water built up, but it is all in this property. I don't know that it goes as far as the block island. So Block island is down here. </w:t>
      </w:r>
    </w:p>
    <w:p>
      <w:r>
        <w:t xml:space="preserve">(Speaker E)  Here. </w:t>
      </w:r>
    </w:p>
    <w:p>
      <w:r>
        <w:t xml:space="preserve">(Speaker C)  It may be Out. I don't know because I just didn't go out there once. It's on that property. I'm not going to go that far. I. I made it into this tree line here and then I stopped. I'm not going to go any farther there. But that is beaver issues really. If that property is still. I don't know how that's working with Dream Finders, whether it's a whole lot or if it's just for the roads. </w:t>
      </w:r>
    </w:p>
    <w:p>
      <w:r>
        <w:t xml:space="preserve">(Speaker D)  Century Communities just. Okay, so right now. So it's transferred to them. </w:t>
      </w:r>
    </w:p>
    <w:p>
      <w:r>
        <w:t xml:space="preserve">(Speaker B)  Okay. </w:t>
      </w:r>
    </w:p>
    <w:p>
      <w:r>
        <w:t xml:space="preserve">(Speaker C)  So hopefully. And since, you know, Dream Bonders has got to do the work through here, I can get Louie to, to let them know they may not be aware of the beavers back there. Once that area is developed, you got two roads that eventually will come through there. Those beavers will go away. But it is creating a problem right now know for. So hopefully they can help out. So if there's somebody at Century that we can contact, that's what I'll get. And that was really it for me. Unless you guys have any questions on any items for us in the neighborhood this last month. </w:t>
      </w:r>
    </w:p>
    <w:p>
      <w:r>
        <w:t xml:space="preserve">(Speaker A)  Thanks. And I would ask the board if they would consider amending the agenda to add. Lot 270 has a petition. Petition for approval of offense encroachment. District engineer has to drop off the line soon. So I would really like for him to listen and to participate in that discussion. If it's all right with the board to amend the agenda. </w:t>
      </w:r>
    </w:p>
    <w:p>
      <w:r>
        <w:t xml:space="preserve">(Speaker K)  Yes. </w:t>
      </w:r>
    </w:p>
    <w:p>
      <w:r>
        <w:t xml:space="preserve">(Speaker A)  Is that a motion, Darren? </w:t>
      </w:r>
    </w:p>
    <w:p>
      <w:r>
        <w:t xml:space="preserve">(Speaker E)  Motion. </w:t>
      </w:r>
    </w:p>
    <w:p>
      <w:r>
        <w:t xml:space="preserve">(Speaker A)  Okay. All in favor say aye. Motion passes. And I did email this to the supervisors last night and then asked for some additional documents from the resident. And I was able to send that to you just a couple hours before the meeting started. Hopefully you had time to look at that. Is it Ms. Nolan? Yes, ma'. </w:t>
      </w:r>
    </w:p>
    <w:p>
      <w:r>
        <w:t xml:space="preserve">(Speaker B)  Am. </w:t>
      </w:r>
    </w:p>
    <w:p>
      <w:r>
        <w:t xml:space="preserve">(Speaker A)  Did you. Mr. Okay. Okay. Yes, ma'. </w:t>
      </w:r>
    </w:p>
    <w:p>
      <w:r>
        <w:t xml:space="preserve">(Speaker B)  Am. </w:t>
      </w:r>
    </w:p>
    <w:p>
      <w:r>
        <w:t xml:space="preserve">(Speaker A)  They all have that. The district engineer's on the line. She. He has that. District council's on the line. She has that. </w:t>
      </w:r>
    </w:p>
    <w:p>
      <w:r>
        <w:t xml:space="preserve">(Speaker M)  What pages is this? </w:t>
      </w:r>
    </w:p>
    <w:p>
      <w:r>
        <w:t xml:space="preserve">(Speaker A)  It's what I emailed you guys. And I have one hard copy. It's if you would like to look at it. </w:t>
      </w:r>
    </w:p>
    <w:p>
      <w:r>
        <w:t xml:space="preserve">(Speaker B)  Do you mind? </w:t>
      </w:r>
    </w:p>
    <w:p>
      <w:r>
        <w:t xml:space="preserve">(Speaker A)  The only thing that's missing from it is the attachments from the HOA approval for the pool. The emails in there. It had some attachments included and they emailed those while I was driving, so I wasn't able to print those out. Mr. Nolan, did you want to speak? </w:t>
      </w:r>
    </w:p>
    <w:p>
      <w:r>
        <w:t xml:space="preserve">(Speaker D)  Yeah. </w:t>
      </w:r>
    </w:p>
    <w:p>
      <w:r>
        <w:t xml:space="preserve">(Speaker J)  My name is Patrick Nolan. I'm here with my wife, Marcia Nolan. We live at 2652 Black Mountain Way also known as Area or Phase 2A Lot 270 and it borders Lot 26, 9. And what we are proposing is to get a conditional easement agreement or a variance agreement such that we can place some fence inside that 10 foot easement area that contains a drainage pipe that enters on our property from the cul de sac, from the sewage drain and goes about 100ft down into a retention pond. And what we what we're proposing is to place a panel vinyl fence 6ft tall, about 55ft along that property line with about 10ft of aluminum 4 foot tall fence to enclose a pool area and also for privacy. We are basically would want to put forward that we don't want to. We understand that you would want unhindered mechanical access to that pipe for any reason if it needs to be repaired or maintained or inspected. We also don't want to transfer any risk, financial risk to the cdd. So we are willing to assume all costs for installation, removal, repair and also indemnify the CDD such that if an emergency occurs they have to remove the fence, that they're not liable for any cost to take down the fence or have any obligation to repair or replace the fence. We also are proposing for future property ownership considerations to have that agreement run with the property and any future transfer of that. If we want to address any engineering concerns. If you think we're not blocking any surface water drain off, the pitch is such that the center of the property is high. So it runs from the center to the road and from the center to the retainer pond underneath. Any construction of any post would be all hand dug by the contractor. They would do an 811 to make sure they know the depth and they will not penetrate or damage the pipe in any way. Trying to think of anything else. I think that's about it. We're just looking to have full access to that 10ft of the property that runs adjacent to the pool. Now we have gotten approval from the HOA for the poll and the designs. It's almost complete. They also had approved the fence pending the CDC's evaluation. Engineering evaluation was originally turned down. And then what we're here is the petition to reconsider and to address any engineering issues that are associated with the installation and the maintenance and repair of that fence. </w:t>
      </w:r>
    </w:p>
    <w:p>
      <w:r>
        <w:t xml:space="preserve">(Speaker A)  So just as a reminder for the board, this is the application that came before you last month. I think the engineer weighed in then and will allow him to again now. But you approved this for top of the bank and the back. And. And with a 10 foot variance coming off the property line per the plot </w:t>
      </w:r>
    </w:p>
    <w:p>
      <w:r>
        <w:t xml:space="preserve">(Speaker K)  plan to follow the ud that's written right on there. </w:t>
      </w:r>
    </w:p>
    <w:p>
      <w:r>
        <w:t xml:space="preserve">(Speaker A)  Yes, sir. </w:t>
      </w:r>
    </w:p>
    <w:p>
      <w:r>
        <w:t xml:space="preserve">(Speaker K)  Stay off of that. </w:t>
      </w:r>
    </w:p>
    <w:p>
      <w:r>
        <w:t xml:space="preserve">(Speaker A)  And so there was a concern with the top of the bank. So the board asked that Jay go out and lay eyes on this area just to clarify it. And then Jay sent you the email with his concerns. So, District Engineer, do you want to weigh in first? </w:t>
      </w:r>
    </w:p>
    <w:p>
      <w:r>
        <w:t xml:space="preserve">(Speaker D)  Yes, thank you. My concerns are that is a 42 inch drainage pipe. And so if and when the lifespan of that pipe is done, you cannot cut straight down. That is why the easements in this one might be different than earlier ones. Because there is a drainage pipe down there, it's very deep. So I'm not concerned with the same thing necessary puncturing the pipe, but still as a precedent, I don't want to keep going down. The ability to do any work on that pipe will require already a tight workspace to go the 10ft down to access it. And it is a very large pipe. I'm initially opposed to this. I think these exceptions that if this weren't given, we would have to get another one elsewhere for one that have drainage pipes in them. Again, I'll remind that the CDD is not the only one that has the ability to go to these drainage easements. This slide is recorded with the county. The St. John's river water Management District has every right to go inspect and go into these easements as well as well as the county. So I'm initially opposed to it. </w:t>
      </w:r>
    </w:p>
    <w:p>
      <w:r>
        <w:t xml:space="preserve">(Speaker J)  We would be willing to indemnify both Clay county and the others as well, which we see in the other agreements that the indemnification goes to the other people that require access to the area. </w:t>
      </w:r>
    </w:p>
    <w:p>
      <w:r>
        <w:t xml:space="preserve">(Speaker D)  This one's more than access. You need to be able to physically dig up a pipe in this easement. And I'm opposed to that for being able to safely do that with a limited easement size. This easement size is 20ft. If you were to permit this size pipe at that depth in St. John's County, Duval county, that even would need to be 30ft. The Clay county does not have a stated rule, but they do like the furniture of the other counties. And so if you were to permit this now would require an additional 5ft on your property for safely being able to do maintenance work on that pipe. And so again, if we're continuing to shrink the seam in, I would be opposed to </w:t>
      </w:r>
    </w:p>
    <w:p>
      <w:r>
        <w:t xml:space="preserve">(Speaker A)  District Council. Do you have anything to add </w:t>
      </w:r>
    </w:p>
    <w:p>
      <w:r>
        <w:t xml:space="preserve">(Speaker L)  here? I'm just going to agree with the district engineer. It is about making sure that the district and the other governmental entities have access when needed. And we do appreciate the language that the residents are putting out there that they would agree to. That is something that they're going to need to agree to anyway since the other portions of their fence. And Glenn, correct me if I'm wrong, the back portion of the fence where the. There's also an easement, is that an issue with the pipe or that one. </w:t>
      </w:r>
    </w:p>
    <w:p>
      <w:r>
        <w:t xml:space="preserve">(Speaker D)  Fine, that one is not an issue with the pipe. That's more maintenance grass. And that one, I think the board was very generous and I think worked with the homeowner on that one. That one is not as much of an issue. There is no. </w:t>
      </w:r>
    </w:p>
    <w:p>
      <w:r>
        <w:t xml:space="preserve">(Speaker L)  Okay, great. Yeah, so that would be because there would be a fence in the unit on the back lot line. A various agreement would need to be entered into anyway between the district and the homeowner. But I do agree with my nurse here making sure that there's full access on the side of the house with that full time be due to the size of the 19. And my recommendation would be to not allow defense within the Houston. </w:t>
      </w:r>
    </w:p>
    <w:p>
      <w:r>
        <w:t xml:space="preserve">(Speaker A)  So Glenn and Lindsey, I just want to make sure we understand what you're saying. So Glenn, it sounds like you're a hard. No, but does that include the 10 foot variance coming off the property line? </w:t>
      </w:r>
    </w:p>
    <w:p>
      <w:r>
        <w:t xml:space="preserve">(Speaker D)  So it's a 20 foot easement. And I see in the pool application they call out a 10 foot setback from the property line. And all the cool sketches I see in this package show nothing going into the drainage easement. And so I'm still not clear how much they want the fence to go into the drainage eavement. Because the pool sketches on page 31 do clearly call out the drainage easement and call out that they have to offset 10ft. That's on page 31 of their packet. And then on the color drawings I can see the thin blue line where the work goes up to the drainage easement there. So I'm not understanding how much of a request is being asked because is it to the property line or what was the issue with putting it where the pool edge was approved? </w:t>
      </w:r>
    </w:p>
    <w:p>
      <w:r>
        <w:t xml:space="preserve">(Speaker J)  Yeah. </w:t>
      </w:r>
    </w:p>
    <w:p>
      <w:r>
        <w:t xml:space="preserve">(Speaker D)  Could we add on the drainage, could </w:t>
      </w:r>
    </w:p>
    <w:p>
      <w:r>
        <w:t xml:space="preserve">(Speaker J)  we make a compromise that it would be moved in off of the property line enclosure? Instead of requesting the 10 foot, maybe like 8 foot, leaving 2 foot off of the property line, would that satisfy any of the engineering issues? </w:t>
      </w:r>
    </w:p>
    <w:p>
      <w:r>
        <w:t xml:space="preserve">(Speaker D)  When you're saying two foot, two foot from the property line or from the edge of the pool deck, two foot </w:t>
      </w:r>
    </w:p>
    <w:p>
      <w:r>
        <w:t xml:space="preserve">(Speaker C)  from the property line. </w:t>
      </w:r>
    </w:p>
    <w:p>
      <w:r>
        <w:t xml:space="preserve">(Speaker D)  So that pipe is three and a half feet wide. So you'd be right on top of a drainage pipe and I cannot support that no matter how deep the pipe is. You'd be right on top of the drainage pipe. </w:t>
      </w:r>
    </w:p>
    <w:p>
      <w:r>
        <w:t xml:space="preserve">(Speaker C)  Five feet. So we did talk about that last. No matter what, that would probably be the minimum because the access is needed too. So you have to be able to get back there. Lawnmower. We got a brand new landscape company. I don't want to make it hard on them too to cut pond. Now right now we don't have houses on this other side so it's easy. But once all those houses get there, that's going to be the same problem. You know, we'll always need a minimum of 10ft in case you're doing anything like pulling a trailer in. They don't do it much but I do got to give. So that would be a minimum of five. We would never be able to do two foot. It would just make a little alley between five feet. </w:t>
      </w:r>
    </w:p>
    <w:p>
      <w:r>
        <w:t xml:space="preserve">(Speaker J)  Even if they had asked the adjoining </w:t>
      </w:r>
    </w:p>
    <w:p>
      <w:r>
        <w:t xml:space="preserve">(Speaker C)  lot, whoever's going to talk occupy that. </w:t>
      </w:r>
    </w:p>
    <w:p>
      <w:r>
        <w:t xml:space="preserve">(Speaker J)  But they did the same thing that would give 5ft, 5ft, 10ft for mowing access. </w:t>
      </w:r>
    </w:p>
    <w:p>
      <w:r>
        <w:t xml:space="preserve">(Speaker A)  I don't think that's what the engineers </w:t>
      </w:r>
    </w:p>
    <w:p>
      <w:r>
        <w:t xml:space="preserve">(Speaker C)  say and I think they say they want all 10. And just to let you guys know, I did talk to the pool contractor too. Yes. But none of the piping is in the easement or you know, or that setback area that's on there. </w:t>
      </w:r>
    </w:p>
    <w:p>
      <w:r>
        <w:t xml:space="preserve">(Speaker K)  So that the pool was staying out of the easement. </w:t>
      </w:r>
    </w:p>
    <w:p>
      <w:r>
        <w:t xml:space="preserve">(Speaker C)  Right. The pool itself is good. But that means pretty much where they're. I mean that fence is going to come right up. Exactly too is why they're asking. </w:t>
      </w:r>
    </w:p>
    <w:p>
      <w:r>
        <w:t xml:space="preserve">(Speaker K)  Because it's one drawing. It shows that there's only three dials between the right easement and the pool. </w:t>
      </w:r>
    </w:p>
    <w:p>
      <w:r>
        <w:t xml:space="preserve">(Speaker C)  The other thing you guys mentioned last time was when we have two other pipes on that pond. So you guys do have to worry about the, you know, the press that they're setting to. I. You mentioned that earlier. Should be another variance agreement. Well, that's actually what's going to happen here. You have four other homes that are going to look at it and say, hey, they got, you know, a special deal. We want one too. And that kind of makes it hard for the future. We're already having that problem with people that didn't even check with us and kind of blocked us out. And we don't have access to bonds. So that's what you guys discussed last time with that full 10 foot. </w:t>
      </w:r>
    </w:p>
    <w:p>
      <w:r>
        <w:t xml:space="preserve">(Speaker E)  So what he's going to do. He's got to have a fence. </w:t>
      </w:r>
    </w:p>
    <w:p>
      <w:r>
        <w:t xml:space="preserve">(Speaker J)  Yeah, I have to have the fence. </w:t>
      </w:r>
    </w:p>
    <w:p>
      <w:r>
        <w:t xml:space="preserve">(Speaker C)  It's just a matter of if I </w:t>
      </w:r>
    </w:p>
    <w:p>
      <w:r>
        <w:t xml:space="preserve">(Speaker J)  can get a little more room. We bought that lot at the time. </w:t>
      </w:r>
    </w:p>
    <w:p>
      <w:r>
        <w:t xml:space="preserve">(Speaker C)  I know we're supposed to look at </w:t>
      </w:r>
    </w:p>
    <w:p>
      <w:r>
        <w:t xml:space="preserve">(Speaker J)  what the easements are but we didn't realize he was going to take up because all of our it's up high and all of our land was on the sides of that which thousand ten feet of that is gone. So we and we're hoping when we had it we originally went and one of our neighbors who's here went to visit her and they said yep, you can put a pool in there. But they didn't tell us about the easement and that it would basically shrink that pie shape down significantly. So we're just looking to put little vegetation on the other side of that pavers and enjoy the mon and get some of it back for personal use. </w:t>
      </w:r>
    </w:p>
    <w:p>
      <w:r>
        <w:t xml:space="preserve">(Speaker A)  So Lindsey, if the board wanted to approve their request with the 10 foot variance, what would that motion look like? </w:t>
      </w:r>
    </w:p>
    <w:p>
      <w:r>
        <w:t xml:space="preserve">(Speaker L)  Well, if the board wants to approve the various agreement I think even the subject specify whether or not you're allowing the fe. </w:t>
      </w:r>
    </w:p>
    <w:p>
      <w:r>
        <w:t xml:space="preserve">(Speaker A)  Oh, you don't want to or not. </w:t>
      </w:r>
    </w:p>
    <w:p>
      <w:r>
        <w:t xml:space="preserve">(Speaker K)  The rules are </w:t>
      </w:r>
    </w:p>
    <w:p>
      <w:r>
        <w:t xml:space="preserve">(Speaker B)  okay. </w:t>
      </w:r>
    </w:p>
    <w:p>
      <w:r>
        <w:t xml:space="preserve">(Speaker K)  Cuz we've got to I mean reel everything back in at some point. Can't let everyone just keep putting it whatever they want is. </w:t>
      </w:r>
    </w:p>
    <w:p>
      <w:r>
        <w:t xml:space="preserve">(Speaker A)  I'm sorry Lindsay, I misunderstood. </w:t>
      </w:r>
    </w:p>
    <w:p>
      <w:r>
        <w:t xml:space="preserve">(Speaker M)  So we have to have the easement. </w:t>
      </w:r>
    </w:p>
    <w:p>
      <w:r>
        <w:t xml:space="preserve">(Speaker K)  Yeah. There's even a larger plate recording the other areas. </w:t>
      </w:r>
    </w:p>
    <w:p>
      <w:r>
        <w:t xml:space="preserve">(Speaker A)  Yeah. </w:t>
      </w:r>
    </w:p>
    <w:p>
      <w:r>
        <w:t xml:space="preserve">(Speaker D)  For </w:t>
      </w:r>
    </w:p>
    <w:p>
      <w:r>
        <w:t xml:space="preserve">(Speaker K)  do what? </w:t>
      </w:r>
    </w:p>
    <w:p>
      <w:r>
        <w:t xml:space="preserve">(Speaker E)  Any recommendations for him yet? So right. </w:t>
      </w:r>
    </w:p>
    <w:p>
      <w:r>
        <w:t xml:space="preserve">(Speaker C)  Right now was the period last time </w:t>
      </w:r>
    </w:p>
    <w:p>
      <w:r>
        <w:t xml:space="preserve">(Speaker K)  was as long as they stand up. </w:t>
      </w:r>
    </w:p>
    <w:p>
      <w:r>
        <w:t xml:space="preserve">(Speaker C)  Yeah, 10ft. </w:t>
      </w:r>
    </w:p>
    <w:p>
      <w:r>
        <w:t xml:space="preserve">(Speaker K)  Right. I mean that's what's. </w:t>
      </w:r>
    </w:p>
    <w:p>
      <w:r>
        <w:t xml:space="preserve">(Speaker C)  So basically they're asking for an appeal. But you guys, it sounds like we're, you know, we're not doing anything. It's the same as what was last time. </w:t>
      </w:r>
    </w:p>
    <w:p>
      <w:r>
        <w:t xml:space="preserve">(Speaker B)  Yeah. </w:t>
      </w:r>
    </w:p>
    <w:p>
      <w:r>
        <w:t xml:space="preserve">(Speaker C)  Well, no, it'll still be there. It's just inside. He's pretty much right over. </w:t>
      </w:r>
    </w:p>
    <w:p>
      <w:r>
        <w:t xml:space="preserve">(Speaker E)  He still can get offense just the right to a pool. </w:t>
      </w:r>
    </w:p>
    <w:p>
      <w:r>
        <w:t xml:space="preserve">(Speaker C)  And that was what was talked about last night. </w:t>
      </w:r>
    </w:p>
    <w:p>
      <w:r>
        <w:t xml:space="preserve">(Speaker E)  Right. Well </w:t>
      </w:r>
    </w:p>
    <w:p>
      <w:r>
        <w:t xml:space="preserve">(Speaker A)  so the approval from last month still stands, right? </w:t>
      </w:r>
    </w:p>
    <w:p>
      <w:r>
        <w:t xml:space="preserve">(Speaker K)  Okay, that part still do it. But it's got to be out of the. </w:t>
      </w:r>
    </w:p>
    <w:p>
      <w:r>
        <w:t xml:space="preserve">(Speaker E)  He's not Mary, he's not clear on it. </w:t>
      </w:r>
    </w:p>
    <w:p>
      <w:r>
        <w:t xml:space="preserve">(Speaker B)  I'm sorry. </w:t>
      </w:r>
    </w:p>
    <w:p>
      <w:r>
        <w:t xml:space="preserve">(Speaker C)  He wasn't clear on it. </w:t>
      </w:r>
    </w:p>
    <w:p>
      <w:r>
        <w:t xml:space="preserve">(Speaker K)  What's the note? You got to stay out of the easement. You have to stay out of the easement. You can't put a fence in the easement at all on the side the easement line. You can't go in it. You got to stay 10ft off the property line. </w:t>
      </w:r>
    </w:p>
    <w:p>
      <w:r>
        <w:t xml:space="preserve">(Speaker C)  So he can't even go 5ft. </w:t>
      </w:r>
    </w:p>
    <w:p>
      <w:r>
        <w:t xml:space="preserve">(Speaker K)  He's got to do what the rules say. 10ft off the property line. </w:t>
      </w:r>
    </w:p>
    <w:p>
      <w:r>
        <w:t xml:space="preserve">(Speaker E)  If that takes you right to the </w:t>
      </w:r>
    </w:p>
    <w:p>
      <w:r>
        <w:t xml:space="preserve">(Speaker K)  pool next, then that's unfortunately right. </w:t>
      </w:r>
    </w:p>
    <w:p>
      <w:r>
        <w:t xml:space="preserve">(Speaker E)  Correct. </w:t>
      </w:r>
    </w:p>
    <w:p>
      <w:r>
        <w:t xml:space="preserve">(Speaker D)  Right. </w:t>
      </w:r>
    </w:p>
    <w:p>
      <w:r>
        <w:t xml:space="preserve">(Speaker K)  Okay. </w:t>
      </w:r>
    </w:p>
    <w:p>
      <w:r>
        <w:t xml:space="preserve">(Speaker E)  That's what he's saying. </w:t>
      </w:r>
    </w:p>
    <w:p>
      <w:r>
        <w:t xml:space="preserve">(Speaker B)  Okay. </w:t>
      </w:r>
    </w:p>
    <w:p>
      <w:r>
        <w:t xml:space="preserve">(Speaker L)  So Mary, I think what we look for, since it sounds like the board is going in the direction of not allowing it within the drainage, that we would look for a motion to deny the residence petition for offense within the side easement, but agree to enter into a various agreement to allow the fest to be on the back lot. </w:t>
      </w:r>
    </w:p>
    <w:p>
      <w:r>
        <w:t xml:space="preserve">(Speaker A)  All right, I know that was kind </w:t>
      </w:r>
    </w:p>
    <w:p>
      <w:r>
        <w:t xml:space="preserve">(Speaker C)  of wordy exceeds when they go to </w:t>
      </w:r>
    </w:p>
    <w:p>
      <w:r>
        <w:t xml:space="preserve">(Speaker K)  the top of the bank in the back. </w:t>
      </w:r>
    </w:p>
    <w:p>
      <w:r>
        <w:t xml:space="preserve">(Speaker M)  Okay. </w:t>
      </w:r>
    </w:p>
    <w:p>
      <w:r>
        <w:t xml:space="preserve">(Speaker A)  And then stay out of the easement on the side. </w:t>
      </w:r>
    </w:p>
    <w:p>
      <w:r>
        <w:t xml:space="preserve">(Speaker D)  Just </w:t>
      </w:r>
    </w:p>
    <w:p>
      <w:r>
        <w:t xml:space="preserve">(Speaker A)  foot there. </w:t>
      </w:r>
    </w:p>
    <w:p>
      <w:r>
        <w:t xml:space="preserve">(Speaker K)  Yeah. </w:t>
      </w:r>
    </w:p>
    <w:p>
      <w:r>
        <w:t xml:space="preserve">(Speaker B)  Okay. </w:t>
      </w:r>
    </w:p>
    <w:p>
      <w:r>
        <w:t xml:space="preserve">(Speaker A)  That's what you approved at the last meeting. </w:t>
      </w:r>
    </w:p>
    <w:p>
      <w:r>
        <w:t xml:space="preserve">(Speaker K)  Correct. </w:t>
      </w:r>
    </w:p>
    <w:p>
      <w:r>
        <w:t xml:space="preserve">(Speaker I)  Okay. </w:t>
      </w:r>
    </w:p>
    <w:p>
      <w:r>
        <w:t xml:space="preserve">(Speaker A)  So I think the motion for today is a motion to disapprove the petition from lot 270 for the side but </w:t>
      </w:r>
    </w:p>
    <w:p>
      <w:r>
        <w:t xml:space="preserve">(Speaker K)  for the rear that they have to enter into the agreement for the rear. </w:t>
      </w:r>
    </w:p>
    <w:p>
      <w:r>
        <w:t xml:space="preserve">(Speaker A)  Okay. </w:t>
      </w:r>
    </w:p>
    <w:p>
      <w:r>
        <w:t xml:space="preserve">(Speaker K)  Motion. </w:t>
      </w:r>
    </w:p>
    <w:p>
      <w:r>
        <w:t xml:space="preserve">(Speaker A)  Is there a second? </w:t>
      </w:r>
    </w:p>
    <w:p>
      <w:r>
        <w:t xml:space="preserve">(Speaker L)  Second. </w:t>
      </w:r>
    </w:p>
    <w:p>
      <w:r>
        <w:t xml:space="preserve">(Speaker A)  Any discussion? All in favor say aye. </w:t>
      </w:r>
    </w:p>
    <w:p>
      <w:r>
        <w:t xml:space="preserve">(Speaker J)  Yes. </w:t>
      </w:r>
    </w:p>
    <w:p>
      <w:r>
        <w:t xml:space="preserve">(Speaker C)  Almost a whole lot. </w:t>
      </w:r>
    </w:p>
    <w:p>
      <w:r>
        <w:t xml:space="preserve">(Speaker A)  Motion passes. So I think where we were before </w:t>
      </w:r>
    </w:p>
    <w:p>
      <w:r>
        <w:t xml:space="preserve">(Speaker L)  we </w:t>
      </w:r>
    </w:p>
    <w:p>
      <w:r>
        <w:t xml:space="preserve">(Speaker A)  jumped ahead was Supervisor comments item 10, Sarah Marcus. All right. And audience comments are item 11. And just as a reminder, this district has the three minute rule. If you'll state your name for the record. I just know your name. </w:t>
      </w:r>
    </w:p>
    <w:p>
      <w:r>
        <w:t xml:space="preserve">(Speaker H)  Thoroughbred. </w:t>
      </w:r>
    </w:p>
    <w:p>
      <w:r>
        <w:t xml:space="preserve">(Speaker E)  Just real simple. </w:t>
      </w:r>
    </w:p>
    <w:p>
      <w:r>
        <w:t xml:space="preserve">(Speaker A)  I'm sorry, I'm sorry. The recording can only pick up one conversation at a time. </w:t>
      </w:r>
    </w:p>
    <w:p>
      <w:r>
        <w:t xml:space="preserve">(Speaker H)  Yes. </w:t>
      </w:r>
    </w:p>
    <w:p>
      <w:r>
        <w:t xml:space="preserve">(Speaker E)  Please explain. </w:t>
      </w:r>
    </w:p>
    <w:p>
      <w:r>
        <w:t xml:space="preserve">(Speaker L)  So he said. </w:t>
      </w:r>
    </w:p>
    <w:p>
      <w:r>
        <w:t xml:space="preserve">(Speaker I)  He said. </w:t>
      </w:r>
    </w:p>
    <w:p>
      <w:r>
        <w:t xml:space="preserve">(Speaker E)  So from my mistake he mentioned that America was a century. He's taking over that property from America. So they're. </w:t>
      </w:r>
    </w:p>
    <w:p>
      <w:r>
        <w:t xml:space="preserve">(Speaker C)  You're going to Turkey. </w:t>
      </w:r>
    </w:p>
    <w:p>
      <w:r>
        <w:t xml:space="preserve">(Speaker E)  Can I just. </w:t>
      </w:r>
    </w:p>
    <w:p>
      <w:r>
        <w:t xml:space="preserve">(Speaker D)  Right. </w:t>
      </w:r>
    </w:p>
    <w:p>
      <w:r>
        <w:t xml:space="preserve">(Speaker C)  I'm actually going to get a hold of L with Dream Finders first and let him deal with it. </w:t>
      </w:r>
    </w:p>
    <w:p>
      <w:r>
        <w:t xml:space="preserve">(Speaker E)  Could you let me know when you do that in the contact person as well? I'll email you. No, actually I'll call. </w:t>
      </w:r>
    </w:p>
    <w:p>
      <w:r>
        <w:t xml:space="preserve">(Speaker A)  Thank you, Mr. Green. </w:t>
      </w:r>
    </w:p>
    <w:p>
      <w:r>
        <w:t xml:space="preserve">(Speaker E)  Thank you. </w:t>
      </w:r>
    </w:p>
    <w:p>
      <w:r>
        <w:t xml:space="preserve">(Speaker A)  Yes, ma'. </w:t>
      </w:r>
    </w:p>
    <w:p>
      <w:r>
        <w:t xml:space="preserve">(Speaker B)  Am. </w:t>
      </w:r>
    </w:p>
    <w:p>
      <w:r>
        <w:t xml:space="preserve">(Speaker A)  Lisa Harman. I just got a couple things to say. I think that the lights are not working at Block island in the median, the middle median they are on and it's been like this for months and months. I haven't driven by there at night in the last couple weeks. But the palm trees are not lit up. It's the ones on the sides that are. And there are lights there. I don't know if they got disconnected because of the construction there, probably. </w:t>
      </w:r>
    </w:p>
    <w:p>
      <w:r>
        <w:t xml:space="preserve">(Speaker C)  We'll check that out. That has happened multiple times now because of construction up there. Whether it was county. Right now, we're still dealing with dream finders work up there and things that they have told me they're going to make sure they repair. </w:t>
      </w:r>
    </w:p>
    <w:p>
      <w:r>
        <w:t xml:space="preserve">(Speaker D)  Yeah. </w:t>
      </w:r>
    </w:p>
    <w:p>
      <w:r>
        <w:t xml:space="preserve">(Speaker C)  So we'll check that out. But if you could just remind me in an email here, the construction, we have fixed those lights multiple times. But if I can point at three binders for this one, get them to take care of that for me. </w:t>
      </w:r>
    </w:p>
    <w:p>
      <w:r>
        <w:t xml:space="preserve">(Speaker A)  Okay. </w:t>
      </w:r>
    </w:p>
    <w:p>
      <w:r>
        <w:t xml:space="preserve">(Speaker L)  Okay. </w:t>
      </w:r>
    </w:p>
    <w:p>
      <w:r>
        <w:t xml:space="preserve">(Speaker A)  Secondly, I know that we have the pool clean Monday, Wednesday and Friday. So that means he testing the water Monday, Wednesday and Friday. But for community pools, I think the health department requires 24 every 24 hours. </w:t>
      </w:r>
    </w:p>
    <w:p>
      <w:r>
        <w:t xml:space="preserve">(Speaker C)  So we have. We do have computers, actually. You know, they do test for us constantly. And we go in there and check it even when they're not there. And we'll calibrate those things to make sure they're reading correctly. You know, even the health department, those are there telling us they don't like our computer. But now they're walking around with this little computer thing to make their tests quicker. They do have to calibrate them constantly. But there is recordings for every 24 hours. And when we write those down, they want to see those. </w:t>
      </w:r>
    </w:p>
    <w:p>
      <w:r>
        <w:t xml:space="preserve">(Speaker A)  Yeah, because I'm from Miami and we have pool and we were testing that several times a day because when it gets so hot, it burns all the chemicals off. So there's only been. Since I lived here, it'd be two years in September. There's only been one time that I've been able to smell chlorine in that pool. </w:t>
      </w:r>
    </w:p>
    <w:p>
      <w:r>
        <w:t xml:space="preserve">(Speaker C)  First off, you should never, ever smell chlorine in a public pool. Correct. If you're smelling. Well, it happens a lot. And when we go high, you will smell it. We're allowed to go up to 10 parts per million. By the time you get to 10, you do start to smell it a bit. But chlorines are actually chloramines. That's not the part cleaning your pool. That's the part that causes a problem. You really shouldn't smell it that much. They've actually limited outdoor pools. Years ago, you could go up to 20 parts per million if you wanted. It wasn't a problem inside. Then they said, well, then we're limiting indoor pools too. Everybody's going to be the same. You do have a limit. They come out there and they smell a lot of corn and they take a test and it's, you know, off the chart. Our charts end at 10 they can't actually shut us down for that too. So you have to leave. So you don't really want to smell it. You know, if I start spawning at 8, 9, 10, I could be happy because I know sometimes public pools, we get kids, stuff like that. I don't deal with anything. But realistically, they need a level one. Level one, One part per million. That's going to kill everything that affects any of us in the water. So the health department only wants a 1. We tend to run higher. That little computer set to about three or four. But you will smell it once you get up to the tent. I just one. That's a waste. And like I said, that creates other problems. There are people with asthma, things like that. You're smelling that that's causing problems in your lungs. So you shouldn't be that. It shouldn't. I go out there and I smell chlorine all the time. There's a problem if you're smelling chlorine all the time. Public pools shouldn't have that. </w:t>
      </w:r>
    </w:p>
    <w:p>
      <w:r>
        <w:t xml:space="preserve">(Speaker A)  So they're doing like a digital reading every day. </w:t>
      </w:r>
    </w:p>
    <w:p>
      <w:r>
        <w:t xml:space="preserve">(Speaker C)  We do have digital readings that go. They actually go all the time. So it takes a reading every few minutes and it turns our control controllers on and off. You guys have a really nice system here where it controls our chlorine. So if it notices at 3 o', clock, it's 110 degrees out there, your chlorine is dropping too much. Chlorine is controlled by heat. It'll start turning on the feeders and it pumps more in. It wants to stay there. So we do have a nice system for that and it can actually alert me and tell me there's a problem if it, you know, turns off. I don't watch all you guys computers all the time, but you do have a very nice system for that. That's the way that pool was designed. </w:t>
      </w:r>
    </w:p>
    <w:p>
      <w:r>
        <w:t xml:space="preserve">(Speaker A)  So our pool guy is not doing that. </w:t>
      </w:r>
    </w:p>
    <w:p>
      <w:r>
        <w:t xml:space="preserve">(Speaker C)  No, he does. No, yeah, he does. And then we check it out too. So we're. We're not your pool guys. But you'll, you know, especially Freddie. Like I said, they're a lot more than me. You'll see them out there. So we do check that. And when we see a problem, we're emailing the pool guys right away. They do actually email us too, when they're finish cleaning and any problems they see. So if something pops up, we get an email from them. I know. Hey, we got to go check this out. If it's not something that they handle, maybe they notice vandalism at the pool or anything. They're going to send that to us too. So there is a lot of communication on the pool. Pool guys part. </w:t>
      </w:r>
    </w:p>
    <w:p>
      <w:r>
        <w:t xml:space="preserve">(Speaker A)  Yes, sir. </w:t>
      </w:r>
    </w:p>
    <w:p>
      <w:r>
        <w:t xml:space="preserve">(Speaker F)  Okay, Fred Bitter, a 2840 Monroe Lake Stairs. I want to bring up about the cleanliness of the pooled area and around the amenity center and pool deck. It's nasty. I mean the pavers aren't getting pressure washed. The chairs are moldy, some are damaged. Some of the tables are falling apart. Around the areas of the windows where the little cubbies are, where some tables are, it's all dirty, full of bugs. Does that ever get cleaned? And then inside the pool in the corners on the top, where the tile goes on the top is moldy on just about every corner. In the back part of the pool, something needs to be done with the cleanliness of the amenity center. We like to use a pool I use frequent. But if it gets nasty, you know, and with dirt all over the floor and the table's falling apart, we're not going to want to use it anymore. What can be done to fix that situation? And the tables are wobbly and in some cases are falling apart. The cheers and the laugh are all moldy. What are we going to do to fix that? I mean I'm going to go home this afternoon and I will submit some pictures and take them and probably give them to you. But it's, it's not cool. </w:t>
      </w:r>
    </w:p>
    <w:p>
      <w:r>
        <w:t xml:space="preserve">(Speaker C)  So we don't have any contracts to pressure wash the pavers or you know, the chairs or anything like that. </w:t>
      </w:r>
    </w:p>
    <w:p>
      <w:r>
        <w:t xml:space="preserve">(Speaker F)  How can that stuff be cleaned? </w:t>
      </w:r>
    </w:p>
    <w:p>
      <w:r>
        <w:t xml:space="preserve">(Speaker C)  So that's a little more doing pressure washing neighbors and chair. </w:t>
      </w:r>
    </w:p>
    <w:p>
      <w:r>
        <w:t xml:space="preserve">(Speaker F)  It needs to be done because makes you almost want to not get in the pool anymore. Even though it's chlorinated and everything that when we have get togethers and stuff out there, I mean we want to have clean services and be able to, you know, do that. One time last year they came on and cleaned the furniture somehow this year have it. </w:t>
      </w:r>
    </w:p>
    <w:p>
      <w:r>
        <w:t xml:space="preserve">(Speaker C)  It's not good for that furniture to be pressure washed. </w:t>
      </w:r>
    </w:p>
    <w:p>
      <w:r>
        <w:t xml:space="preserve">(Speaker F)  I don't know what they did, Doug, </w:t>
      </w:r>
    </w:p>
    <w:p>
      <w:r>
        <w:t xml:space="preserve">(Speaker C)  even that we, you know that like I said, since it's not in your, your budget for regular cleaning, we do it every once in a while. When we squeeze it in, it goes to a repair replacement line because you don't have it under contract to do that type of work. We do have janitorial so pressure washing papers and the pool furniture is a little above janitorial now as far as the window, stuff like that. I will talk to the janitor about that. The Pavers I can't do much about other than pressure washing. You guys do have. We've talked about it here, some water issues even around the amenity center. And I'll constantly go out there and off of the grass. All of that stuff is flowing in. So right now, if you guys wanted to, you know, do any pressure, we would actually be pressure washing pretty much every month. You guys are going to spend some money if we do that. Just because until we fix some of the issues with any kind of flooding, irrigation, you know, we are going to have that coming over and then that mud and sand gets on papers. That's a little different. Yeah, we do. If you guys emailed it, something we can do, we're going to do with that short term. You don't have a regular contracted service for that. That would be a lot different right now. Before we get into trying to do a contract like that, I would rather give that area to drain better if we can because then you guys are just spending money on somebody to fix and sweep up sand and things like that. That should be happening all the time anyway. </w:t>
      </w:r>
    </w:p>
    <w:p>
      <w:r>
        <w:t xml:space="preserve">(Speaker F)  And also with the tables, we had a get together a couple weeks ago and I was just sitting down at one of the tables and I touched the top of it and it went down the glass and the frame was becoming separated and to the point where a small child or even an adult could get their finger stuck in between the top part. That's a safety issue right there. </w:t>
      </w:r>
    </w:p>
    <w:p>
      <w:r>
        <w:t xml:space="preserve">(Speaker C)  That stuff we can check out if you email me or. Hey, there's a loose. </w:t>
      </w:r>
    </w:p>
    <w:p>
      <w:r>
        <w:t xml:space="preserve">(Speaker F)  Try to get some pictures. </w:t>
      </w:r>
    </w:p>
    <w:p>
      <w:r>
        <w:t xml:space="preserve">(Speaker C)  Yeah, yeah. Because we can tighten up a tabletop. That's not, you know, that's not hard there. </w:t>
      </w:r>
    </w:p>
    <w:p>
      <w:r>
        <w:t xml:space="preserve">(Speaker F)  Yeah, because it's in. The chairs are wobbly, the tables are wobbly and that's. </w:t>
      </w:r>
    </w:p>
    <w:p>
      <w:r>
        <w:t xml:space="preserve">(Speaker C)  I don't know. </w:t>
      </w:r>
    </w:p>
    <w:p>
      <w:r>
        <w:t xml:space="preserve">(Speaker A)  Jay, will y' all take a look at that? </w:t>
      </w:r>
    </w:p>
    <w:p>
      <w:r>
        <w:t xml:space="preserve">(Speaker C)  Yeah. </w:t>
      </w:r>
    </w:p>
    <w:p>
      <w:r>
        <w:t xml:space="preserve">(Speaker A)  And pictures are super helpful when you emailed us. So if you want to email us when you see it, that don't wait for the meeting. Just we don't mind the emails. If it's for landscape, we forward it. If it's something they can fix, fix, they will. If it's something they need board approval for, that'll have to wait for the meeting. If it's an emergency, staff can work on that with the chair in between meetings, but definitely let us know. And pictures are helpful. Thank you, Mr. Wilkes. </w:t>
      </w:r>
    </w:p>
    <w:p>
      <w:r>
        <w:t xml:space="preserve">(Speaker G)  2881. Jay, can you pull up those pictures real quick? Just because these pictures that I sent I to Mary Lee and Jay before coming here. To the meeting. They're individuals who could not attend the meeting. They do have questions. I know Jay and I spoke about it before we got here, but I want to message their. Their concerns. And it's simply in most of these cases, it's all like, preserve areas that are maintained by who NJ the St. </w:t>
      </w:r>
    </w:p>
    <w:p>
      <w:r>
        <w:t xml:space="preserve">(Speaker C)  John's well, so we added. But it did say conservation. He's St. John's you know, manages it and, you know, controls us. We've talked about this, you know, when it came to the ponds and easements here for things like, you know, we can't cut conservation easements, you know, we'll grow over. So if you live next to one now, you can't cut your property line, things like that, that stuff is growing in, but you know, to your property line. Once it grows over your property line, whether it's tree branch, whether it's dog fennel, you know, like some of this stuff, you can control that. But we can't go into the conservation easement and cut. If we did, and St. John's actually, you know, caught us or say it's up to $10,000 a day that falls on the district. So we don't actually cut that. Also in those strict contracts with landscapers, one thing for you guys to be aware of and homeowners, fences, the landscapers will stay off the fence about a foot. The reason for that is we get a lot of neighborhoods where a resident complains because the fence was damaged and now they want a claim from that company. Those kind of things still fall to you guys. We're not paying to replace fences so they stay off of foot. So you guys, do you have fences? Maybe you need to spray. If you're cutting your side, it's not a problem. But there is going to be, you know, weeds on the other side growing up. And if you want to spray, you can spray for something like this. I just warn you, do not spray into the easement that you fall under. The Same rules of St. John's caught you spraying way out into the easement. You're basically clearing it. We don't want that. It's supposed to be natural. But you can take your weed eater on the outside side of the fence and do that. </w:t>
      </w:r>
    </w:p>
    <w:p>
      <w:r>
        <w:t xml:space="preserve">(Speaker I)  You. </w:t>
      </w:r>
    </w:p>
    <w:p>
      <w:r>
        <w:t xml:space="preserve">(Speaker C)  You damage your fence, it's on you, not on us. So we do have that written into those newer contracts. We don't do those. You know, it's within a foot of the fence line. </w:t>
      </w:r>
    </w:p>
    <w:p>
      <w:r>
        <w:t xml:space="preserve">(Speaker G)  And then obviously the other one was just the folks that have the potential. </w:t>
      </w:r>
    </w:p>
    <w:p>
      <w:r>
        <w:t xml:space="preserve">(Speaker E)  Walls. </w:t>
      </w:r>
    </w:p>
    <w:p>
      <w:r>
        <w:t xml:space="preserve">(Speaker J)  Yeah. </w:t>
      </w:r>
    </w:p>
    <w:p>
      <w:r>
        <w:t xml:space="preserve">(Speaker C)  That were previously built, obviously so it is basically the same way. It is just. Let me see one here. So this is inside of the neighbor's property. You know, this is actually theirs to take care of. So the wall. Sick. So the wall, if you're spraying, you'll take care of the wall. The conservation easement starts right at that end of the wall. We cannot cut that. It can be a, you know, five foot tree growing up and over that wall. We can't cut that, you know, tree. You guys, you know, can cut it at your property line right over your fence. You cut it. Now, a fence sits in a little buffer, so it's not going to be a problem. You're cutting it. St. John's is going to say, hey, you shouldn't be on the other side of the fence. But we also don't have a contract for our landscapers to tightrope walk on this wall and go out and cut it is going to be. I would stay on your side of the fence. Like I said. My recommendations usually is to spray at your fence line. You'll see a lot of neighborhoods that actually spray and then put down like pine straw or mulch along the fence line. That keeps it neater and cleaner. And then this, like I said back here, just spraying that, that is all easement. </w:t>
      </w:r>
    </w:p>
    <w:p>
      <w:r>
        <w:t xml:space="preserve">(Speaker G)  Okay. And then last thing I just want to address, because this was another photo, was the tree, lean tree. Jay. So people had questions. This individual had said to me that they believe it would cause damage if it fell. </w:t>
      </w:r>
    </w:p>
    <w:p>
      <w:r>
        <w:t xml:space="preserve">(Speaker C)  Jay Wisher So this, whenever you guys have those trees, contact us. We will go out and assess them and we'll actually do a picture like this, to me, is good. You can see how far away that tree actually is. That tree is not going to land in the yard. That's pretty far away. And for us to get to the base of that tree, the landscapers and the tree guys would probably be going a good 100ft to that easement. We do have a lot of easements out there. This is four to two. You guys own acres and acres of conservation easements. St. John's expects that to stay, you know, natural. It's the concern of, let's say this tree that's right up front here. If this thing is dead or dying, and I'm worried about it falling and being able to hit your property, your house, anything like that. Definitely, you know, we're going to be able to take that out. Even if it's. That's conservation. East St. John's will tell you, yes, you know, if it's A seed safety concern, it actually is going to hit your property. But if you guys can let us know where you live, what the concern is, actually point the tree out to me. So you're not just saying, hey, I've got 30 trees in my backyard. You know, we can't go looking at everything. Give me which tree you're looking at. If you notify us about a dead or dying tree or something that's in danger, that's different, then we can go out and do something about it. Even this here, if I could get to it, and I thought it was a problem here, it's pretty far away from their property. But if I thought it was a problem here, same way St. John's actually expecting to cut it, it's going to stay there. We don't remove that tree or anything like that. You're going to see this big tree here. You'll see a pile of trunks, you know, behind your fence line. You know, that's what they expect from us. But at least they would let me cut it. If there is an actual danger or the tree is damaged, we're worried about it falling on your property. But yes, we'll assess it. And that's what we do for the district, too, is we're going to take a picture because I don't want something to happen in the tree fall and somebody say, oh, well, you know, we told you about this tree. You know, it's a little different when it comes to a storm. You know, you can have a healthy tree, but the same way your homeowner's insurance will tell you that actually falls on you and your homeowner's insurance in Florida, that's pretty well protected. That's you guys, too. You could have the same issue with a tree in your front yard taking your neighbor's car, you know, a house or two over. They can't sue you for that. When it comes to a storm, storms do what they do. But Florida law says if that tree was dead and dying and you notify somebody. So if your neighbor does tell you, hey, your tree is dying and I got my nice car right here, this thing is at fault, they should do something. So same thing. When you guys have a problem, contact us. Go ahead. Lindsey, were you going to say so much? </w:t>
      </w:r>
    </w:p>
    <w:p>
      <w:r>
        <w:t xml:space="preserve">(Speaker A)  Yeah, I was just going to say, </w:t>
      </w:r>
    </w:p>
    <w:p>
      <w:r>
        <w:t xml:space="preserve">(Speaker L)  before we go on about tree laws and everything like that, I just wanted to make sure we're moving on during the comment section. But if there is a question, a resident can just reach out to management to clarify who may be responsible and then we can advise if necessary. </w:t>
      </w:r>
    </w:p>
    <w:p>
      <w:r>
        <w:t xml:space="preserve">(Speaker C)  We will always assess for you and make sure. Like I said, I take pictures. I have our tree guys take pictures for that reason. It's something that I get. A lot of times people are just scared of trees and they're completely healthy trees. They're just worried about it, especially if they've been through a storm before or anything. The district won't cut healthy trees. It shouldn't. Especially if they're an easement. We shouldn't be doing that. St. John's Oreo. So we take pictures to protect you guys. </w:t>
      </w:r>
    </w:p>
    <w:p>
      <w:r>
        <w:t xml:space="preserve">(Speaker J)  As a district, too. </w:t>
      </w:r>
    </w:p>
    <w:p>
      <w:r>
        <w:t xml:space="preserve">(Speaker C)  I have had those issues before where people clear out the tree. So we will do those things. But if there is something that us or the tree guys can say, yes, you know, we're worried about that tree, then we're going to take it. And we have actually taken out a lot of trees this year. So if you guys have that, contact </w:t>
      </w:r>
    </w:p>
    <w:p>
      <w:r>
        <w:t xml:space="preserve">(Speaker G)  me and pray, appreciate that and I'll share that. The last thing is they also came up in this particular meeting because I think because we are unique in the sense of the CDD and what we are responsible for with the roadways and us being fiscally responsible as a community, I do believe that we should be able to restrict construction vehicles from being able to destroy something that we as a community have to pay for. So I do believe, whether it be a petition or something that we need to sign as a community, I do believe that there does need to be restriction and that there does need to be one single source for them to come in, and not necessarily through the neighborhood development where there's housing, through the main entry, where it's going to go straight back through to the construction. So I would like to know what our steps as a community would be to position that because we do pay for the streets. </w:t>
      </w:r>
    </w:p>
    <w:p>
      <w:r>
        <w:t xml:space="preserve">(Speaker A)  So, Lindsey, I think his concern is valid. And is this where Dreamfinders. So, Lindsey, if it's okay with you, myself or Jay can reach out to Louis Callen. Louie's been told many times already for Dreamfinders. </w:t>
      </w:r>
    </w:p>
    <w:p>
      <w:r>
        <w:t xml:space="preserve">(Speaker L)  So for this particular issue, we cannot give advice as to what individual residents or homeowners can do. What the CD can do is check to see if anything is being violated due to the construction vehicles and then address that appropriately. But otherwise we can't advise as to what should or should not be doing. </w:t>
      </w:r>
    </w:p>
    <w:p>
      <w:r>
        <w:t xml:space="preserve">(Speaker G)  We pay for it. I disagree. And I will give an attorney representation. </w:t>
      </w:r>
    </w:p>
    <w:p>
      <w:r>
        <w:t xml:space="preserve">(Speaker A)  Is it on the public road that's passing through? </w:t>
      </w:r>
    </w:p>
    <w:p>
      <w:r>
        <w:t xml:space="preserve">(Speaker G)  It doesn't matter for public roads. If we as a community PI Corps. We 100% do have say if we have fiscal responsibility. </w:t>
      </w:r>
    </w:p>
    <w:p>
      <w:r>
        <w:t xml:space="preserve">(Speaker L)  We do have. So what All I'm saying is, is that the CED will look into what their availability and their rights are regarding this and then can address it on behalf of the district. But as for individual homeowners within the district, we cannot advise you on what to do on an individual. </w:t>
      </w:r>
    </w:p>
    <w:p>
      <w:r>
        <w:t xml:space="preserve">(Speaker G)  I'm talking from a development standpoint, not an individual homeowner. I'm talking on behalf of everybody here who pays into this community. That's who I'm talking on behalf of. Not an individual homeowner board. I ask you to look into this issue and bring this up in further meetings. </w:t>
      </w:r>
    </w:p>
    <w:p>
      <w:r>
        <w:t xml:space="preserve">(Speaker M)  Well, the undergrain projects that's happening gonna happen on Windows. It's going to block them from coming. Right. Because we're gonna have our own stuff happening. </w:t>
      </w:r>
    </w:p>
    <w:p>
      <w:r>
        <w:t xml:space="preserve">(Speaker K)  The rooms will still be accessible. Yeah. </w:t>
      </w:r>
    </w:p>
    <w:p>
      <w:r>
        <w:t xml:space="preserve">(Speaker A)  And they have an access road. They have a road. </w:t>
      </w:r>
    </w:p>
    <w:p>
      <w:r>
        <w:t xml:space="preserve">(Speaker B)  They should be. </w:t>
      </w:r>
    </w:p>
    <w:p>
      <w:r>
        <w:t xml:space="preserve">(Speaker K)  Tell better and don't do this. They still do it in our own right. Unless you have police officer there taking. </w:t>
      </w:r>
    </w:p>
    <w:p>
      <w:r>
        <w:t xml:space="preserve">(Speaker B)  Thank you. </w:t>
      </w:r>
    </w:p>
    <w:p>
      <w:r>
        <w:t xml:space="preserve">(Speaker A)  Any other public comments? Yes, ma'. Am. </w:t>
      </w:r>
    </w:p>
    <w:p>
      <w:r>
        <w:t xml:space="preserve">(Speaker B)  I just want to say that I agree with him. I addressed it over a year ago about Black island, them coming in and doing damage to the roads. And then I sent a of piece six months ago and had Block island repaired because there was a lot of damage to the roads. So it is happening. It's not like we're just crying about it. It's happening. The road damage is already bad enough and then they're coming through with big trucks. If we could just catch one set of roads that they're using, it would make it a lot better for you guys. When we have a complaint instead of us complaining about seven different roads to address our issues, I think if we could just get them all on the same page, it'd be great. </w:t>
      </w:r>
    </w:p>
    <w:p>
      <w:r>
        <w:t xml:space="preserve">(Speaker A)  And then trees. </w:t>
      </w:r>
    </w:p>
    <w:p>
      <w:r>
        <w:t xml:space="preserve">(Speaker B)  I just have another thing about the trees. I know, right. Is there anybody from KB here or is that like somewhere else that I </w:t>
      </w:r>
    </w:p>
    <w:p>
      <w:r>
        <w:t xml:space="preserve">(Speaker C)  would need to go to? </w:t>
      </w:r>
    </w:p>
    <w:p>
      <w:r>
        <w:t xml:space="preserve">(Speaker A)  It just depends on what it is. These three supervisors do work for the company, but this is a CDD meeting. So is it a KB question or is it a CDD question? </w:t>
      </w:r>
    </w:p>
    <w:p>
      <w:r>
        <w:t xml:space="preserve">(Speaker B)  Because when the subdivision was presented to Clay county, it was agreed that the trees were going to be Florida fancy or Florida number ones. And they're not. </w:t>
      </w:r>
    </w:p>
    <w:p>
      <w:r>
        <w:t xml:space="preserve">(Speaker A)  They are not. </w:t>
      </w:r>
    </w:p>
    <w:p>
      <w:r>
        <w:t xml:space="preserve">(Speaker B)  There are twos and threes and all down the front insurance. Black Islanders are all dead. </w:t>
      </w:r>
    </w:p>
    <w:p>
      <w:r>
        <w:t xml:space="preserve">(Speaker C)  We see the. So that. That would be different. That would actually be an argument for the county the county does permits, goes through with your construction. It's kind of like inspection. When you guys are doing your house, they send out an inspector and they're supposed to approve it or tell them, no, it's not true. The CDD goes through that. Sometimes when we're doing, you know, parks, they may have a landscape plan they want us to follow, and they'll demand a certain type of tree, even though it's, you know, more expensive, or say they want that type of tree. So they're supposed to do that part with the builders and development and say, yes, this is what's in there. And then they're supposed to make sure it's the correct ones. </w:t>
      </w:r>
    </w:p>
    <w:p>
      <w:r>
        <w:t xml:space="preserve">(Speaker H)  If they. </w:t>
      </w:r>
    </w:p>
    <w:p>
      <w:r>
        <w:t xml:space="preserve">(Speaker C)  They said that's what they're going to do, but that really falls on them. There's not much we can do on that one. </w:t>
      </w:r>
    </w:p>
    <w:p>
      <w:r>
        <w:t xml:space="preserve">(Speaker B)  So everybody needs to send something to Clay county and say, enough's enough. I already did it. It didn't go anywhere, but maybe everyone does. </w:t>
      </w:r>
    </w:p>
    <w:p>
      <w:r>
        <w:t xml:space="preserve">(Speaker A)  Any other public comments? </w:t>
      </w:r>
    </w:p>
    <w:p>
      <w:r>
        <w:t xml:space="preserve">(Speaker I)  Can you post that information on Annabelle island page so that we can know who to contact, who to send our emails to? </w:t>
      </w:r>
    </w:p>
    <w:p>
      <w:r>
        <w:t xml:space="preserve">(Speaker B)  I will, yeah. </w:t>
      </w:r>
    </w:p>
    <w:p>
      <w:r>
        <w:t xml:space="preserve">(Speaker A)  All right, the next item on the agenda is item 12, the financial reports. On page 542 is your balance sheet and income statement as of July 3rd, 31st. It's followed by your assessment receipt schedule showing we're 100% collected. And then on page 554 is the check register for $10,904.71. Unless there's any comments or questions about the check register, I just look for a motion to approve it. </w:t>
      </w:r>
    </w:p>
    <w:p>
      <w:r>
        <w:t xml:space="preserve">(Speaker K)  Motion to approve. </w:t>
      </w:r>
    </w:p>
    <w:p>
      <w:r>
        <w:t xml:space="preserve">(Speaker B)  Second. </w:t>
      </w:r>
    </w:p>
    <w:p>
      <w:r>
        <w:t xml:space="preserve">(Speaker A)  Any discussion? All in favor say aye. Motion passes. And Then on page 572 is the funding request number 33 in the amount of $33,332.44. Unless there's any comments or questions about the funding request, I just look for a motion to approve it. This is the developer contribution. Is there a second? Is there a second? </w:t>
      </w:r>
    </w:p>
    <w:p>
      <w:r>
        <w:t xml:space="preserve">(Speaker F)  Second. </w:t>
      </w:r>
    </w:p>
    <w:p>
      <w:r>
        <w:t xml:space="preserve">(Speaker A)  Marcus. Any discussion? All in favor say aye. Motion passes. And then item 14 on the agenda is our next meeting is scheduled for September 16th here at the same location at 2pm and unless there's anything else, I just look for a motion to adjourn. </w:t>
      </w:r>
    </w:p>
    <w:p>
      <w:r>
        <w:t xml:space="preserve">(Speaker B)  Second. </w:t>
      </w:r>
    </w:p>
    <w:p>
      <w:r>
        <w:t xml:space="preserve">(Speaker A)  All in favor say aye. Motion passes. Thank you, Lindsey. </w:t>
      </w:r>
    </w:p>
    <w:p>
      <w:r>
        <w:t xml:space="preserve">(Speaker B)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