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Waterleaf_CDD_Board_Meeting_9.16.26.m4a</w:t>
      </w:r>
      <w:r>
        <w:rPr>
          <w:b/>
          <w:color w:val="FF0000"/>
        </w:rPr>
        <w:br/>
        <w:tab/>
        <w:tab/>
        <w:tab/>
        <w:tab/>
        <w:t xml:space="preserve"> 118005533</w:t>
        <w:br/>
        <w:br/>
        <w:br/>
      </w:r>
    </w:p>
    <w:p>
      <w:r>
        <w:t>DATE AUDIO FILE SUBMITTED TO THE GAT SYSTEM:</w:t>
      </w:r>
      <w:r>
        <w:rPr>
          <w:b/>
          <w:color w:val="FF0000"/>
        </w:rPr>
        <w:br/>
        <w:tab/>
        <w:tab/>
        <w:tab/>
        <w:tab/>
        <w:t xml:space="preserve"> October 05, 2026 at 03:30 PM</w:t>
        <w:br/>
        <w:br/>
        <w:br/>
      </w:r>
    </w:p>
    <w:p>
      <w:r>
        <w:t>DATE AUDIO FILE COMPLETED BY THE GAT SYSTEM:</w:t>
      </w:r>
      <w:r>
        <w:rPr>
          <w:b/>
          <w:color w:val="FF0000"/>
        </w:rPr>
        <w:br/>
        <w:tab/>
        <w:tab/>
        <w:tab/>
        <w:tab/>
        <w:t xml:space="preserve"> October 05, 2026 at 03:32 PM</w:t>
      </w:r>
      <w:r>
        <w:rPr>
          <w:b/>
          <w:color w:val="FF0000"/>
        </w:rPr>
        <w:br/>
        <w:tab/>
        <w:tab/>
        <w:tab/>
        <w:tab/>
        <w:t xml:space="preserve"> 02:31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00:00      (Speaker A)  Foreign. </w:t>
      </w:r>
    </w:p>
    <w:p>
      <w:r>
        <w:t xml:space="preserve">00:03      (Speaker B)  Good afternoon, everyone. Welcome to the Waterloo Community Development District Board of Supervisors meeting. Today is Wednesday, September 16, 2026. The time is 5:30pm we will start with roll call. I'll start with the supervisors. </w:t>
      </w:r>
    </w:p>
    <w:p>
      <w:r>
        <w:t xml:space="preserve">00:17      (Speaker C)  Here to my left, Jim Sikora, Alex </w:t>
      </w:r>
    </w:p>
    <w:p>
      <w:r>
        <w:t xml:space="preserve">00:20      (Speaker D)  Hull, Nicole Hawkins, Kenny Morris. </w:t>
      </w:r>
    </w:p>
    <w:p>
      <w:r>
        <w:t xml:space="preserve">00:24      (Speaker B)  Okay, and then we have myself, Richard McGrath at GMS, </w:t>
      </w:r>
    </w:p>
    <w:p>
      <w:r>
        <w:t xml:space="preserve">00:29      (Speaker E)  Savannah Hancock, KVW Heritage GMS. </w:t>
      </w:r>
    </w:p>
    <w:p>
      <w:r>
        <w:t xml:space="preserve">00:35      (Speaker B)  And then we do have Megan as well from Council on Zoom. </w:t>
      </w:r>
    </w:p>
    <w:p>
      <w:r>
        <w:t xml:space="preserve">00:40      (Speaker F)  David Hamstrup, District Engineer. </w:t>
      </w:r>
    </w:p>
    <w:p>
      <w:r>
        <w:t xml:space="preserve">00:43      (Speaker B)  Hey, Dave. Okay, so with that it's the opening invocation. </w:t>
      </w:r>
    </w:p>
    <w:p>
      <w:r>
        <w:t xml:space="preserve">00:53      (Speaker G)  No. Lord God, we thank you for this day, for all that you do for us. </w:t>
      </w:r>
    </w:p>
    <w:p>
      <w:r>
        <w:t xml:space="preserve">00:59      (Speaker A)  We pray now that you would be </w:t>
      </w:r>
    </w:p>
    <w:p>
      <w:r>
        <w:t xml:space="preserve">01:00      (Speaker G)  with us during this meeting, that we would take care of the business of the orderly community. That we would look at each item individually, make good sound decisions, pray for that guidance and direction in everything we do. </w:t>
      </w:r>
    </w:p>
    <w:p>
      <w:r>
        <w:t xml:space="preserve">01:13      (Speaker A)  In Christ's name we pray. </w:t>
      </w:r>
    </w:p>
    <w:p>
      <w:r>
        <w:t xml:space="preserve">01:15      (Speaker G)  Amen. </w:t>
      </w:r>
    </w:p>
    <w:p>
      <w:r>
        <w:t xml:space="preserve">01:16      (Speaker C)  Amen. </w:t>
      </w:r>
    </w:p>
    <w:p>
      <w:r>
        <w:t xml:space="preserve">01:24      (Speaker B)  But the United States of America, which </w:t>
      </w:r>
    </w:p>
    <w:p>
      <w:r>
        <w:t xml:space="preserve">01:29      (Speaker C)  it stands one nation under God, indivisible delivery. </w:t>
      </w:r>
    </w:p>
    <w:p>
      <w:r>
        <w:t xml:space="preserve">01:42      (Speaker B)  Okay, so with that we do have the first item. Here is the discussion of the flow of the security plan. So this would be a closed session and if the board would like to enter it, we would need a motion to enter the closed session. Again, closed sessions for security. So would you like to enter? Do we have anything particularly that we want to discuss on it? </w:t>
      </w:r>
    </w:p>
    <w:p>
      <w:r>
        <w:t xml:space="preserve">02:07      (Speaker C)  Yeah, if we don't have anything to. </w:t>
      </w:r>
    </w:p>
    <w:p>
      <w:r>
        <w:t xml:space="preserve">02:09      (Speaker B)  We don't have to go into. </w:t>
      </w:r>
    </w:p>
    <w:p>
      <w:r>
        <w:t xml:space="preserve">02:10      (Speaker C)  I don't think we've been beaten. A bunch of the things somebody wants to bring up dollar numbers. </w:t>
      </w:r>
    </w:p>
    <w:p>
      <w:r>
        <w:t xml:space="preserve">02:16      (Speaker A)  Okay, okay, okay. </w:t>
      </w:r>
    </w:p>
    <w:p>
      <w:r>
        <w:t xml:space="preserve">02:18      (Speaker B)  So we will skip that. Table it again. We have this on the agenda each month just in case we do need it. The things we can talk about today. I don't think we're going to need that at this time. </w:t>
      </w:r>
    </w:p>
    <w:p>
      <w:r>
        <w:t xml:space="preserve">02:28      (Speaker G)  So. </w:t>
      </w:r>
    </w:p>
    <w:p>
      <w:r>
        <w:t xml:space="preserve">02:30      (Speaker A)  Okay. </w:t>
      </w:r>
    </w:p>
    <w:p>
      <w:r>
        <w:t xml:space="preserve">02:32      (Speaker B)  So yeah, Garrett, let them know that we're getting going here. They'll be up pretty quick. So with that we have the adoption of the agenda. Any questions, comments concerning the agenda, changes </w:t>
      </w:r>
    </w:p>
    <w:p>
      <w:r>
        <w:t xml:space="preserve">02:44      (Speaker C)  conditions, make a motion to adopt it. </w:t>
      </w:r>
    </w:p>
    <w:p>
      <w:r>
        <w:t xml:space="preserve">02:48      (Speaker B)  Okay, so we got first for Jim, second, second for Mary. All in favor? Motion has passed. 5, 0. All right, so first, our second item really we have is the supervisor requests and audience comments. So we'll start with audience comments. This is an opportunity for audience members to speak to the board concerning the agenda. We do have agendas up here on the table along with a sign in sheet. So if anyone would like to speak to the board specific to the agenda, we just ask. If you're in person, you raise your hand, state your name and address for the record on Zoom, use the raise your hand feature. And then we'll ask you to unmute. State your name and address for the record. But we'll start with those in person. </w:t>
      </w:r>
    </w:p>
    <w:p>
      <w:r>
        <w:t xml:space="preserve">03:40      (Speaker C)  No comment. </w:t>
      </w:r>
    </w:p>
    <w:p>
      <w:r>
        <w:t xml:space="preserve">03:41      (Speaker A)  Nothing. </w:t>
      </w:r>
    </w:p>
    <w:p>
      <w:r>
        <w:t xml:space="preserve">03:41      (Speaker C)  No comments. </w:t>
      </w:r>
    </w:p>
    <w:p>
      <w:r>
        <w:t xml:space="preserve">03:42      (Speaker A)  Okay, drive on. </w:t>
      </w:r>
    </w:p>
    <w:p>
      <w:r>
        <w:t xml:space="preserve">03:44      (Speaker B)  On Zoom. Just use the raise your hand feature. You have one person I don't recognize on Zoom. So. </w:t>
      </w:r>
    </w:p>
    <w:p>
      <w:r>
        <w:t xml:space="preserve">03:53      (Speaker G)  Yes. </w:t>
      </w:r>
    </w:p>
    <w:p>
      <w:r>
        <w:t xml:space="preserve">03:54      (Speaker B)  Yeah. So seeing none, we will move on to supervisor requests. Any supervisor requests. </w:t>
      </w:r>
    </w:p>
    <w:p>
      <w:r>
        <w:t xml:space="preserve">04:07      (Speaker A)  I don't have any. </w:t>
      </w:r>
    </w:p>
    <w:p>
      <w:r>
        <w:t xml:space="preserve">04:10      (Speaker C)  Okay. </w:t>
      </w:r>
    </w:p>
    <w:p>
      <w:r>
        <w:t xml:space="preserve">04:11      (Speaker B)  So no supervisor request at this time. All right, so we'll go to staff reports. So landscape. </w:t>
      </w:r>
    </w:p>
    <w:p>
      <w:r>
        <w:t xml:space="preserve">04:22      (Speaker H)  Hey, Chris. </w:t>
      </w:r>
    </w:p>
    <w:p>
      <w:r>
        <w:t xml:space="preserve">04:23      (Speaker G)  How you doing? </w:t>
      </w:r>
    </w:p>
    <w:p>
      <w:r>
        <w:t xml:space="preserve">04:24      (Speaker H)  How you doing this month? </w:t>
      </w:r>
    </w:p>
    <w:p>
      <w:r>
        <w:t xml:space="preserve">04:26      (Speaker A)  Doing good. Thanks for coming in. </w:t>
      </w:r>
    </w:p>
    <w:p>
      <w:r>
        <w:t xml:space="preserve">04:29      (Speaker G)  The. </w:t>
      </w:r>
    </w:p>
    <w:p>
      <w:r>
        <w:t xml:space="preserve">04:30      (Speaker H)  That was sent in for the agenda. There are three audits that were done. One for trees, one to show. We put in a couple of proposals for like a clubhouse enhancement, replanting where there was bare. Just so that the board can see </w:t>
      </w:r>
    </w:p>
    <w:p>
      <w:r>
        <w:t xml:space="preserve">04:47      (Speaker A)  where we were talking about what we </w:t>
      </w:r>
    </w:p>
    <w:p>
      <w:r>
        <w:t xml:space="preserve">04:48      (Speaker H)  were thinking of the trees. Some of it was to make you aware of what was done. Some of it was to show you the proposed work. That's there for. One of them is for an oak tree that's actually starting to pull up your pavers over at the clubhouse. And then the dead tree that's sitting right at the edge of like, it's right behind the fence, the playground. But it's in the report. And then the last report that we have with the audit is just for the month. This is stuff that isn't proposed or anything else like that. This cutbacks that we've done as far as your palm metals are concerned. Just showing you what we've done that we're not proposing that, you know, it's extra work and it's beyond the contract, but it's what we're, you know, so that, you know, we're going above and beyond. </w:t>
      </w:r>
    </w:p>
    <w:p>
      <w:r>
        <w:t xml:space="preserve">05:41      (Speaker G)  Okay. </w:t>
      </w:r>
    </w:p>
    <w:p>
      <w:r>
        <w:t xml:space="preserve">05:43      (Speaker C)  Okay. </w:t>
      </w:r>
    </w:p>
    <w:p>
      <w:r>
        <w:t xml:space="preserve">05:44      (Speaker B)  So we do have a few proposals, but is there anything outside of the proposals for landscaping areas of need? Questions? Concerns? </w:t>
      </w:r>
    </w:p>
    <w:p>
      <w:r>
        <w:t xml:space="preserve">05:53      (Speaker A)  Are you doing these observations? And there's reports. A lot of details in there. So appreciate that. Is that your staff doing that or is you getting any direction to go? Look at those areas from anybody? No, that's doing. </w:t>
      </w:r>
    </w:p>
    <w:p>
      <w:r>
        <w:t xml:space="preserve">06:11      (Speaker D)  This one report not operational. Has ever been that way for a while and I didn't know someone. Last reporter says a. </w:t>
      </w:r>
    </w:p>
    <w:p>
      <w:r>
        <w:t xml:space="preserve">06:19      (Speaker H)  Okay, so this is. We do this every. </w:t>
      </w:r>
    </w:p>
    <w:p>
      <w:r>
        <w:t xml:space="preserve">06:23      (Speaker A)  Every month. </w:t>
      </w:r>
    </w:p>
    <w:p>
      <w:r>
        <w:t xml:space="preserve">06:25      (Speaker H)  Yeah, it's non. Non operational. So that's for this month. </w:t>
      </w:r>
    </w:p>
    <w:p>
      <w:r>
        <w:t xml:space="preserve">06:29      (Speaker B)  What page is that, Mary? </w:t>
      </w:r>
    </w:p>
    <w:p>
      <w:r>
        <w:t xml:space="preserve">06:31      (Speaker D)  26. So where is that? </w:t>
      </w:r>
    </w:p>
    <w:p>
      <w:r>
        <w:t xml:space="preserve">06:39      (Speaker G)  That's. </w:t>
      </w:r>
    </w:p>
    <w:p>
      <w:r>
        <w:t xml:space="preserve">06:45      (Speaker A)  To be honest with you, I don't know. </w:t>
      </w:r>
    </w:p>
    <w:p>
      <w:r>
        <w:t xml:space="preserve">06:47      (Speaker H)  But I can find out and let the district know. </w:t>
      </w:r>
    </w:p>
    <w:p>
      <w:r>
        <w:t xml:space="preserve">06:52      (Speaker G)  Okay. </w:t>
      </w:r>
    </w:p>
    <w:p>
      <w:r>
        <w:t xml:space="preserve">06:53      (Speaker D)  Is it something that needs addressed. </w:t>
      </w:r>
    </w:p>
    <w:p>
      <w:r>
        <w:t xml:space="preserve">06:54      (Speaker G)  Or it's an ATM module. </w:t>
      </w:r>
    </w:p>
    <w:p>
      <w:r>
        <w:t xml:space="preserve">06:56      (Speaker H)  Yeah, it's an adm. If you had. Scroll just a little bit more. </w:t>
      </w:r>
    </w:p>
    <w:p>
      <w:r>
        <w:t xml:space="preserve">07:01      (Speaker D)  Okay. </w:t>
      </w:r>
    </w:p>
    <w:p>
      <w:r>
        <w:t xml:space="preserve">07:02      (Speaker A)  It would tell you. </w:t>
      </w:r>
    </w:p>
    <w:p>
      <w:r>
        <w:t xml:space="preserve">07:03      (Speaker D)  Okay, so is that something that. </w:t>
      </w:r>
    </w:p>
    <w:p>
      <w:r>
        <w:t xml:space="preserve">07:05      (Speaker H)  So I believe this. </w:t>
      </w:r>
    </w:p>
    <w:p>
      <w:r>
        <w:t xml:space="preserve">07:07      (Speaker G)  Is this. </w:t>
      </w:r>
    </w:p>
    <w:p>
      <w:r>
        <w:t xml:space="preserve">07:08      (Speaker H)  Garrett, I know we called you last week on this. Is this the module that was hit by lightning? </w:t>
      </w:r>
    </w:p>
    <w:p>
      <w:r>
        <w:t xml:space="preserve">07:12      (Speaker C)  Yeah, I believe so. I think that's part of the other second. Yeah. </w:t>
      </w:r>
    </w:p>
    <w:p>
      <w:r>
        <w:t xml:space="preserve">07:16      (Speaker D)  All right. </w:t>
      </w:r>
    </w:p>
    <w:p>
      <w:r>
        <w:t xml:space="preserve">07:17      (Speaker G)  Thank you. </w:t>
      </w:r>
    </w:p>
    <w:p>
      <w:r>
        <w:t xml:space="preserve">07:18      (Speaker A)  You're welcome. </w:t>
      </w:r>
    </w:p>
    <w:p>
      <w:r>
        <w:t xml:space="preserve">07:20      (Speaker C)  That might be for those. The other two proposals that we had to print out, Rich. </w:t>
      </w:r>
    </w:p>
    <w:p>
      <w:r>
        <w:t xml:space="preserve">07:27      (Speaker B)  So I did send those to the board. The email came in over the weekend. </w:t>
      </w:r>
    </w:p>
    <w:p>
      <w:r>
        <w:t xml:space="preserve">07:40      (Speaker A)  Just </w:t>
      </w:r>
    </w:p>
    <w:p>
      <w:r>
        <w:t xml:space="preserve">07:43      (Speaker B)  pass it down. </w:t>
      </w:r>
    </w:p>
    <w:p>
      <w:r>
        <w:t xml:space="preserve">07:48      (Speaker A)  Yes, because we have. We have a bunch of landscape. </w:t>
      </w:r>
    </w:p>
    <w:p>
      <w:r>
        <w:t xml:space="preserve">08:07      (Speaker B)  This came in today. We can kind of go into the proposals now. You have a couple irrigation ones we sent via email that we just passed now here. Want to give a little background, Chris, on kind of what was going on? </w:t>
      </w:r>
    </w:p>
    <w:p>
      <w:r>
        <w:t xml:space="preserve">08:33      (Speaker C)  Yeah. </w:t>
      </w:r>
    </w:p>
    <w:p>
      <w:r>
        <w:t xml:space="preserve">08:33      (Speaker H)  So there was a proposal that you had approved last month as far as. </w:t>
      </w:r>
    </w:p>
    <w:p>
      <w:r>
        <w:t xml:space="preserve">08:40      (Speaker A)  As part of a controller? </w:t>
      </w:r>
    </w:p>
    <w:p>
      <w:r>
        <w:t xml:space="preserve">08:48      (Speaker H)  I believe so wherever that was, when we took it and we replaced it, we realized that it was arc. It was burnt, whatever that piece was that you had approved from last month. And then we went into the controller </w:t>
      </w:r>
    </w:p>
    <w:p>
      <w:r>
        <w:t xml:space="preserve">09:01      (Speaker A)  a little bit more. </w:t>
      </w:r>
    </w:p>
    <w:p>
      <w:r>
        <w:t xml:space="preserve">09:03      (Speaker H)  So apparently you had a storm that was so bad that it actually hit that controller. It already damaged that part that we had replaced. But then it went in everywhere else. </w:t>
      </w:r>
    </w:p>
    <w:p>
      <w:r>
        <w:t xml:space="preserve">09:15      (Speaker D)  Is that the units at the front entrance, like on this inside of the gate there at the Bears Run, because the very first house in the corner of Van Myrtle and Water, his whole house, his roof, his trees, all of his electrical and his house, all of his appliances, everything struck. Gone, destroyed. </w:t>
      </w:r>
    </w:p>
    <w:p>
      <w:r>
        <w:t xml:space="preserve">09:34      (Speaker H)  I'm sure. </w:t>
      </w:r>
    </w:p>
    <w:p>
      <w:r>
        <w:t xml:space="preserve">09:35      (Speaker D)  So. </w:t>
      </w:r>
    </w:p>
    <w:p>
      <w:r>
        <w:t xml:space="preserve">09:36      (Speaker G)  I'm sure. </w:t>
      </w:r>
    </w:p>
    <w:p>
      <w:r>
        <w:t xml:space="preserve">09:37      (Speaker A)  Yeah. So, Chris, just for clarity, just 755342, it says, upon replacement of the ABM market, it was discovered that multiple Victorias were damaged. That's why I said. Okay, so if that's accurate, it's. So they. It says eight zones in total. So is the assumption that these eight zones were down before. But you didn't. They didn't know why they were down. We replaced the ABM module and now these other decoders. Eight decoders. Yes. Were down also. Yes, that's how we interpret this. </w:t>
      </w:r>
    </w:p>
    <w:p>
      <w:r>
        <w:t xml:space="preserve">10:16      (Speaker G)  Okay. </w:t>
      </w:r>
    </w:p>
    <w:p>
      <w:r>
        <w:t xml:space="preserve">10:20      (Speaker A)  And it was. I. I guess I don't understand maybe the whole technical part of it, but you're basically telling us that if the adm. So the ADM module was down before we approved that, we're ratifying that. That was 25. 25. </w:t>
      </w:r>
    </w:p>
    <w:p>
      <w:r>
        <w:t xml:space="preserve">10:37      (Speaker H)  So I guess the easiest way that I can try to explain this and to Kind of dumb things down. If you take a power switch, we'll call that the ADM module. Okay. And then you have the wires from that power switch. You have eight different lights that are just little resistors. That lightning hit that ADM and then it went through those eight wires and it hit the. Hit those eight resistors. That's what we're, we're saying upon replacing this now we realize that the 8 decoders or 8 resistors are now also damaged. In that language. </w:t>
      </w:r>
    </w:p>
    <w:p>
      <w:r>
        <w:t xml:space="preserve">11:13      (Speaker D)  But you wouldn't know that those were </w:t>
      </w:r>
    </w:p>
    <w:p>
      <w:r>
        <w:t xml:space="preserve">11:14      (Speaker H)  damaged until you replaced the ADM control. </w:t>
      </w:r>
    </w:p>
    <w:p>
      <w:r>
        <w:t xml:space="preserve">11:17      (Speaker C)  Correct. </w:t>
      </w:r>
    </w:p>
    <w:p>
      <w:r>
        <w:t xml:space="preserve">11:17      (Speaker A)  I just don't remember the ADM controller being replaced or the lock because we said we had eight zones, but maybe I missed it. Is that like. Is that why we replaced the adm because we had all these zones that weren't working and now just. It was replaced. Now we know that. Oh, there's another issue. </w:t>
      </w:r>
    </w:p>
    <w:p>
      <w:r>
        <w:t xml:space="preserve">11:33      (Speaker H)  No, there was an issue with the, with the agent. There was an issue getting power to those or two, those decoders. Decoders, which is why we said the ADM controller was bad. </w:t>
      </w:r>
    </w:p>
    <w:p>
      <w:r>
        <w:t xml:space="preserve">11:43      (Speaker A)  Okay. </w:t>
      </w:r>
    </w:p>
    <w:p>
      <w:r>
        <w:t xml:space="preserve">11:44      (Speaker H)  When we removed the ADM controller, we realized that that was armed by the lightning. </w:t>
      </w:r>
    </w:p>
    <w:p>
      <w:r>
        <w:t xml:space="preserve">11:50      (Speaker A)  So you knew when the ADM was replaced, you knew that these zones were down. You just assumed it was the abm. </w:t>
      </w:r>
    </w:p>
    <w:p>
      <w:r>
        <w:t xml:space="preserve">11:55      (Speaker H)  Correct. </w:t>
      </w:r>
    </w:p>
    <w:p>
      <w:r>
        <w:t xml:space="preserve">11:55      (Speaker A)  And now that the ABM is firing, you find out that the owners are also correct. </w:t>
      </w:r>
    </w:p>
    <w:p>
      <w:r>
        <w:t xml:space="preserve">12:00      (Speaker G)  I mean, </w:t>
      </w:r>
    </w:p>
    <w:p>
      <w:r>
        <w:t xml:space="preserve">12:04      (Speaker A)  so, I mean. And they, they won't work without these decoders. There's eight zones. That would be. </w:t>
      </w:r>
    </w:p>
    <w:p>
      <w:r>
        <w:t xml:space="preserve">12:09      (Speaker H)  That is. </w:t>
      </w:r>
    </w:p>
    <w:p>
      <w:r>
        <w:t xml:space="preserve">12:09      (Speaker A)  That's correct. </w:t>
      </w:r>
    </w:p>
    <w:p>
      <w:r>
        <w:t xml:space="preserve">12:10      (Speaker H)  Yes, sir. </w:t>
      </w:r>
    </w:p>
    <w:p>
      <w:r>
        <w:t xml:space="preserve">12:11      (Speaker A)  So that's. This is for $6,212 for eight decoders. Yeah. And 38. 38 hours of labor </w:t>
      </w:r>
    </w:p>
    <w:p>
      <w:r>
        <w:t xml:space="preserve">12:21      (Speaker C)  to do eight. </w:t>
      </w:r>
    </w:p>
    <w:p>
      <w:r>
        <w:t xml:space="preserve">12:21      (Speaker B)  That's like 4.7 hours. </w:t>
      </w:r>
    </w:p>
    <w:p>
      <w:r>
        <w:t xml:space="preserve">12:26      (Speaker A)  Does anybody think we should get another opinion on this or. </w:t>
      </w:r>
    </w:p>
    <w:p>
      <w:r>
        <w:t xml:space="preserve">12:31      (Speaker D)  Well, when you get another opinion, then you have Yellowstone doing all the work, then that. Yeah, that messes up warranties and everything else. </w:t>
      </w:r>
    </w:p>
    <w:p>
      <w:r>
        <w:t xml:space="preserve">12:40      (Speaker A)  I don't know if it'll mess up the warranty, the warranty with another person. </w:t>
      </w:r>
    </w:p>
    <w:p>
      <w:r>
        <w:t xml:space="preserve">12:43      (Speaker D)  You'll have to have them come out, do all the work. You won't be able to touch anything when things go down. </w:t>
      </w:r>
    </w:p>
    <w:p>
      <w:r>
        <w:t xml:space="preserve">12:49      (Speaker B)  Just from our experience, if you did go out something like that, the problem is going to be procuring cost. Who was it maintenance from Yellowstone or was it installation from whoever you did? So just keep that in mind. </w:t>
      </w:r>
    </w:p>
    <w:p>
      <w:r>
        <w:t xml:space="preserve">13:02      (Speaker C)  Yeah, I'm good with. It's going to need to get done, so. Yeah, </w:t>
      </w:r>
    </w:p>
    <w:p>
      <w:r>
        <w:t xml:space="preserve">13:09      (Speaker F)  it is. </w:t>
      </w:r>
    </w:p>
    <w:p>
      <w:r>
        <w:t xml:space="preserve">13:10      (Speaker C)  It is. </w:t>
      </w:r>
    </w:p>
    <w:p>
      <w:r>
        <w:t xml:space="preserve">13:13      (Speaker G)  It's got to be done. And this is something that we have no controls. I'm Wondering if that lining affected the poop as well. </w:t>
      </w:r>
    </w:p>
    <w:p>
      <w:r>
        <w:t xml:space="preserve">13:24      (Speaker H)  I. Yeah, I was gonna say that's a, it's a difference. It's a possibility. I mean, it's all in that run </w:t>
      </w:r>
    </w:p>
    <w:p>
      <w:r>
        <w:t xml:space="preserve">13:32      (Speaker C)  one area right there. </w:t>
      </w:r>
    </w:p>
    <w:p>
      <w:r>
        <w:t xml:space="preserve">13:33      (Speaker G)  I know that corner house got fried. </w:t>
      </w:r>
    </w:p>
    <w:p>
      <w:r>
        <w:t xml:space="preserve">13:36      (Speaker A)  There's a lot of, a lot of lightning lately. All over the place, really, the whole corner. </w:t>
      </w:r>
    </w:p>
    <w:p>
      <w:r>
        <w:t xml:space="preserve">13:41      (Speaker H)  I was actually in the area looking at houses in Triple Creek. And to be honest with you, we got hit with that, that afternoon storm that Saturday and that was what, three weeks ago? And it was just, it was bad </w:t>
      </w:r>
    </w:p>
    <w:p>
      <w:r>
        <w:t xml:space="preserve">13:55      (Speaker A)  all the way from home all the </w:t>
      </w:r>
    </w:p>
    <w:p>
      <w:r>
        <w:t xml:space="preserve">13:56      (Speaker H)  way up or from Triple Creek all the way to home in Pasco County. I couldn't get out of it. It couldn't. It was just bad. </w:t>
      </w:r>
    </w:p>
    <w:p>
      <w:r>
        <w:t xml:space="preserve">14:02      (Speaker A)  The thing is with, with all the irrigation, there's metal there and, and we know here where we're at, you know, lightning hits the ground locked. And so it's just going to be at risk in the future. Anytime we get these electrical storms. That stuff is not really protective. There's no way to protect it, right? No, there's not. </w:t>
      </w:r>
    </w:p>
    <w:p>
      <w:r>
        <w:t xml:space="preserve">14:23      (Speaker H)  Like the Vol you get with, with lightning, there's really nothing that we can say. I can say this would protect it about 90%, but it's not going to protect it 100%. Yes, sir. </w:t>
      </w:r>
    </w:p>
    <w:p>
      <w:r>
        <w:t xml:space="preserve">14:43      (Speaker C)  Can I, can we just do the other one? Because it's very similar. It's talking about the adm. Let's talk about lightning and just combine them and </w:t>
      </w:r>
    </w:p>
    <w:p>
      <w:r>
        <w:t xml:space="preserve">14:49      (Speaker B)  we do a motion for both if </w:t>
      </w:r>
    </w:p>
    <w:p>
      <w:r>
        <w:t xml:space="preserve">14:50      (Speaker C)  the board wanted to. Is there any discussion on the other one also? </w:t>
      </w:r>
    </w:p>
    <w:p>
      <w:r>
        <w:t xml:space="preserve">14:53      (Speaker A)  What is this? A transducer that went out on the second one. So the irrigation pump, it doesn't say really where is it? Is it part of the same area? </w:t>
      </w:r>
    </w:p>
    <w:p>
      <w:r>
        <w:t xml:space="preserve">15:02      (Speaker H)  So it is all the same area. You have your ADM module that's in your controller that feeds lines that go to, like I said, the little resistors. So. And the same thing. </w:t>
      </w:r>
    </w:p>
    <w:p>
      <w:r>
        <w:t xml:space="preserve">15:12      (Speaker A)  So you go from your ADM controller </w:t>
      </w:r>
    </w:p>
    <w:p>
      <w:r>
        <w:t xml:space="preserve">15:14      (Speaker H)  to the pump, the transducer that sits in the pump and that's what turns </w:t>
      </w:r>
    </w:p>
    <w:p>
      <w:r>
        <w:t xml:space="preserve">15:19      (Speaker A)  the pump on and off. Got you this one, my motion, I include that one. </w:t>
      </w:r>
    </w:p>
    <w:p>
      <w:r>
        <w:t xml:space="preserve">15:23      (Speaker G)  The proposal 11, 19, $25. </w:t>
      </w:r>
    </w:p>
    <w:p>
      <w:r>
        <w:t xml:space="preserve">15:29      (Speaker C)  I'll second it. </w:t>
      </w:r>
    </w:p>
    <w:p>
      <w:r>
        <w:t xml:space="preserve">15:31      (Speaker G)  Okay. </w:t>
      </w:r>
    </w:p>
    <w:p>
      <w:r>
        <w:t xml:space="preserve">15:32      (Speaker A)  Yeah. So it's proposals. </w:t>
      </w:r>
    </w:p>
    <w:p>
      <w:r>
        <w:t xml:space="preserve">15:36      (Speaker B)  Just getting the numbers down here. Since I've got 3, 4, 2 and 3, 2, 1. </w:t>
      </w:r>
    </w:p>
    <w:p>
      <w:r>
        <w:t xml:space="preserve">16:01      (Speaker A)  Some. It's just, just another phone. Whenever we're ready. </w:t>
      </w:r>
    </w:p>
    <w:p>
      <w:r>
        <w:t xml:space="preserve">16:05      (Speaker B)  Yeah, we're still in discussion. So I do have a first from Paul and a second from Jim on those. But we can have another little bit more discussion. </w:t>
      </w:r>
    </w:p>
    <w:p>
      <w:r>
        <w:t xml:space="preserve">16:13      (Speaker A)  Like. Yeah, the Only the only thing I wanted to add is just the financial piece of it is that because we're already over budget and these irrigation. This would for sure. This will push us into restating that budget line. </w:t>
      </w:r>
    </w:p>
    <w:p>
      <w:r>
        <w:t xml:space="preserve">16:26      (Speaker B)  Yeah. </w:t>
      </w:r>
    </w:p>
    <w:p>
      <w:r>
        <w:t xml:space="preserve">16:26      (Speaker A)  At the end of the year. </w:t>
      </w:r>
    </w:p>
    <w:p>
      <w:r>
        <w:t xml:space="preserve">16:27      (Speaker B)  15 of the line item. I believe it is. </w:t>
      </w:r>
    </w:p>
    <w:p>
      <w:r>
        <w:t xml:space="preserve">16:29      (Speaker I)  Yeah. </w:t>
      </w:r>
    </w:p>
    <w:p>
      <w:r>
        <w:t xml:space="preserve">16:29      (Speaker A)  It's going to put us over 50. </w:t>
      </w:r>
    </w:p>
    <w:p>
      <w:r>
        <w:t xml:space="preserve">16:31      (Speaker B)  That'll be amendment to the budget. But that's easy enough. We probably have that for you. We have to do it by November, so. </w:t>
      </w:r>
    </w:p>
    <w:p>
      <w:r>
        <w:t xml:space="preserve">16:42      (Speaker C)  But we don't have to raise. </w:t>
      </w:r>
    </w:p>
    <w:p>
      <w:r>
        <w:t xml:space="preserve">16:43      (Speaker B)  No, it doesn't change. It's just restating it. It's mainly for accuracy. </w:t>
      </w:r>
    </w:p>
    <w:p>
      <w:r>
        <w:t xml:space="preserve">16:49      (Speaker A)  At the end of the year, if we decide to put in everything, all the excess into the reserve, it'll be less money because of the concern. Because you have to. You have to re state and cover that within the budget. </w:t>
      </w:r>
    </w:p>
    <w:p>
      <w:r>
        <w:t xml:space="preserve">17:02      (Speaker G)  Okay. </w:t>
      </w:r>
    </w:p>
    <w:p>
      <w:r>
        <w:t xml:space="preserve">17:04      (Speaker H)  Okay. </w:t>
      </w:r>
    </w:p>
    <w:p>
      <w:r>
        <w:t xml:space="preserve">17:05      (Speaker C)  Any other. </w:t>
      </w:r>
    </w:p>
    <w:p>
      <w:r>
        <w:t xml:space="preserve">17:05      (Speaker B)  Any other discussion? All right, so motion is first and second. All in favor? Any opposed? Okay, so motion has passed. </w:t>
      </w:r>
    </w:p>
    <w:p>
      <w:r>
        <w:t xml:space="preserve">17:18      (Speaker G)  These. Okay. </w:t>
      </w:r>
    </w:p>
    <w:p>
      <w:r>
        <w:t xml:space="preserve">17:21      (Speaker A)  Chris, is it possible to get this in for this year? Yeah. Can we do this to maybe 18, 16. Can we get this assigned before the end of the month? Yeah, yeah, absolutely. Can it be completed before the other one so that we charge it back for September? </w:t>
      </w:r>
    </w:p>
    <w:p>
      <w:r>
        <w:t xml:space="preserve">17:36      (Speaker G)  Yeah. </w:t>
      </w:r>
    </w:p>
    <w:p>
      <w:r>
        <w:t xml:space="preserve">17:36      (Speaker A)  Okay. </w:t>
      </w:r>
    </w:p>
    <w:p>
      <w:r>
        <w:t xml:space="preserve">17:37      (Speaker H)  You talking to having it invoiced by. By the end of the month. </w:t>
      </w:r>
    </w:p>
    <w:p>
      <w:r>
        <w:t xml:space="preserve">17:41      (Speaker A)  It really has to be from capitals. It has to be that you heard. So if it's done. No, I. I go back to. But you want. </w:t>
      </w:r>
    </w:p>
    <w:p>
      <w:r>
        <w:t xml:space="preserve">17:50      (Speaker H)  You want it finished and invoice. </w:t>
      </w:r>
    </w:p>
    <w:p>
      <w:r>
        <w:t xml:space="preserve">17:52      (Speaker A)  If we can invoice it, that'd be great. But if it's finished, then Hannah can </w:t>
      </w:r>
    </w:p>
    <w:p>
      <w:r>
        <w:t xml:space="preserve">17:57      (Speaker H)  go back invoice it. If it's not. If it's not done. </w:t>
      </w:r>
    </w:p>
    <w:p>
      <w:r>
        <w:t xml:space="preserve">18:00      (Speaker A)  Yeah, I got you. But can you get it done before the end of the month? </w:t>
      </w:r>
    </w:p>
    <w:p>
      <w:r>
        <w:t xml:space="preserve">18:03      (Speaker G)  Okay. </w:t>
      </w:r>
    </w:p>
    <w:p>
      <w:r>
        <w:t xml:space="preserve">18:03      (Speaker A)  Okay. I would just say I'll see what </w:t>
      </w:r>
    </w:p>
    <w:p>
      <w:r>
        <w:t xml:space="preserve">18:06      (Speaker H)  I can do as far as putting it on the schedule for the. </w:t>
      </w:r>
    </w:p>
    <w:p>
      <w:r>
        <w:t xml:space="preserve">18:08      (Speaker A)  OR for Friday. Yeah, okay. Okay. Okay, that sounds great. </w:t>
      </w:r>
    </w:p>
    <w:p>
      <w:r>
        <w:t xml:space="preserve">18:12      (Speaker H)  I'll get with Garrett and I'll let Garrett know. </w:t>
      </w:r>
    </w:p>
    <w:p>
      <w:r>
        <w:t xml:space="preserve">18:14      (Speaker A)  Sounds good. </w:t>
      </w:r>
    </w:p>
    <w:p>
      <w:r>
        <w:t xml:space="preserve">18:16      (Speaker B)  Okay, so we've got a few more proposals here from Yellowstone. So you will see Yellowstone proposal to landscape areas on either side of the pool entry gate is the first one. </w:t>
      </w:r>
    </w:p>
    <w:p>
      <w:r>
        <w:t xml:space="preserve">18:27      (Speaker C)  Paige, that's the palmettos. You gotta flush. Cut this off. Palmetto. </w:t>
      </w:r>
    </w:p>
    <w:p>
      <w:r>
        <w:t xml:space="preserve">18:41      (Speaker B)  Starts on 29. </w:t>
      </w:r>
    </w:p>
    <w:p>
      <w:r>
        <w:t xml:space="preserve">18:46      (Speaker C)  Well, it's in that a planner. It's in a planter. </w:t>
      </w:r>
    </w:p>
    <w:p>
      <w:r>
        <w:t xml:space="preserve">18:49      (Speaker A)  Isn't it just. </w:t>
      </w:r>
    </w:p>
    <w:p>
      <w:r>
        <w:t xml:space="preserve">18:51      (Speaker C)  I miss seeing that </w:t>
      </w:r>
    </w:p>
    <w:p>
      <w:r>
        <w:t xml:space="preserve">18:55      (Speaker B)  Aztec grass. Not seeing planter on that one. </w:t>
      </w:r>
    </w:p>
    <w:p>
      <w:r>
        <w:t xml:space="preserve">19:00      (Speaker C)  Okay, the one in. That was in front of the. There was a small wall, but it might be behind the wall. It's kind of hard to read it. </w:t>
      </w:r>
    </w:p>
    <w:p>
      <w:r>
        <w:t xml:space="preserve">19:14      (Speaker B)  Yeah. </w:t>
      </w:r>
    </w:p>
    <w:p>
      <w:r>
        <w:t xml:space="preserve">19:17      (Speaker A)  There's five different proposals in here for 19,000 total. So yeah. Go in and look at these. And the majority of them is if you Chris, correct me if I'm wrong but in your observation reports you reference some of this work in there. You say we got to replace these plants. You weren't just doing that on your own dime like some of the other cleanup stuff that you did in the past report. This is now transferring over to those replacement. So when they talk about the first proposal is the biggest one has a lot of new plantings as well. And I'm assuming this is still from the freeze or they destined up. So if you, you look through we. </w:t>
      </w:r>
    </w:p>
    <w:p>
      <w:r>
        <w:t xml:space="preserve">20:04      (Speaker H)  We send in the audit and it's titled as clubhouse enhanced or entrance and Landscape. So in this it refers back to exactly, you know, got it figured and make it easy so that we can reference those and then you can see pictures, you know where we were thinking as far as putting which plants and right. </w:t>
      </w:r>
    </w:p>
    <w:p>
      <w:r>
        <w:t xml:space="preserve">20:23      (Speaker A)  What we were removing. But you have 18 Aurora Cola, 104 Fire Bush, 30 aspect grasses. That's all in that first proposal. Correct. And I'm just saying why are they needing to be replaced? They died obviously. But is this, is this recurring from the. </w:t>
      </w:r>
    </w:p>
    <w:p>
      <w:r>
        <w:t xml:space="preserve">20:41      (Speaker H)  This is the freeze damage. This is areas that we found that were empty, that didn't have any plants or stuff that was declining because of age. But none of it has was freeze damage. </w:t>
      </w:r>
    </w:p>
    <w:p>
      <w:r>
        <w:t xml:space="preserve">20:54      (Speaker A)  Okay. </w:t>
      </w:r>
    </w:p>
    <w:p>
      <w:r>
        <w:t xml:space="preserve">20:56      (Speaker D)  Any from drought damage. </w:t>
      </w:r>
    </w:p>
    <w:p>
      <w:r>
        <w:t xml:space="preserve">21:00      (Speaker A)  So we're add. This is really adding things that. </w:t>
      </w:r>
    </w:p>
    <w:p>
      <w:r>
        <w:t xml:space="preserve">21:03      (Speaker H)  Correct. It's just an enhanced look of the clubhouse. </w:t>
      </w:r>
    </w:p>
    <w:p>
      <w:r>
        <w:t xml:space="preserve">21:05      (Speaker G)  Okay. </w:t>
      </w:r>
    </w:p>
    <w:p>
      <w:r>
        <w:t xml:space="preserve">21:07      (Speaker A)  So do you know if anything was ever there? </w:t>
      </w:r>
    </w:p>
    <w:p>
      <w:r>
        <w:t xml:space="preserve">21:11      (Speaker H)  It wasn't when I, when I took over a couple months back. </w:t>
      </w:r>
    </w:p>
    <w:p>
      <w:r>
        <w:t xml:space="preserve">21:15      (Speaker A)  Okay. </w:t>
      </w:r>
    </w:p>
    <w:p>
      <w:r>
        <w:t xml:space="preserve">21:15      (Speaker H)  I'm not saying that there was never anything there because it's a bent, it's a plant B, at some point there was something. </w:t>
      </w:r>
    </w:p>
    <w:p>
      <w:r>
        <w:t xml:space="preserve">21:23      (Speaker G)  Okay. </w:t>
      </w:r>
    </w:p>
    <w:p>
      <w:r>
        <w:t xml:space="preserve">21:25      (Speaker A)  And the only reason I'm asking those questions is just trying to draw the connection to is it an enhancement or is it a repair or placement of something that was there. And it sounds like you're saying this is to make it look nicer. It's an enhancement. </w:t>
      </w:r>
    </w:p>
    <w:p>
      <w:r>
        <w:t xml:space="preserve">21:41      (Speaker H)  Not necessarily, not necessarily a replacement. There are some things that we are going to remove and replace them with something else, something that was sustained. You know, the time, the temperatures and and weather. </w:t>
      </w:r>
    </w:p>
    <w:p>
      <w:r>
        <w:t xml:space="preserve">21:57      (Speaker D)  Chris, can I ask in other communities, their clubhouses and things, do they have all of this mulch around the the pool area or have they use utilize something else and able to glue it down or what have you. </w:t>
      </w:r>
    </w:p>
    <w:p>
      <w:r>
        <w:t xml:space="preserve">22:14      (Speaker A)  So there are a Couple of pools </w:t>
      </w:r>
    </w:p>
    <w:p>
      <w:r>
        <w:t xml:space="preserve">22:17      (Speaker H)  that we managed in a couple of communities that my shop manages. One being in South Shore, they have an 18 inch border around the pool that is rock. But they also use metal framing around </w:t>
      </w:r>
    </w:p>
    <w:p>
      <w:r>
        <w:t xml:space="preserve">22:32      (Speaker A)  the pool or to where it holds it. Now the rock, we can glue the </w:t>
      </w:r>
    </w:p>
    <w:p>
      <w:r>
        <w:t xml:space="preserve">22:37      (Speaker H)  mulch, we can also do it. The problem with that is, is that you would have to keep your residents off. With a 55 and 55 and old over community, it's a little easier because you don't have a bunch of little kids that are running around. It's hard to sit there and say they're running around, they're having a good time, they're in the mulch, they're running. How do you get them to stop? I had six kids, so how do I get my six kids to stop? You know, it's impossible with an older community like that. It's easier because they're not wanting to run around, they're wanting to enjoy, they want to relax, they like to silence. So it's easier to do that without changing everything to rock. My recommendation would be to change the plastic border that's there to a metal border. And it'll be pricey up front. It's going to be pricey. What I have found doing this in a community myself or one that I. Another one I manage is the maintenance. And the upkeep of it becomes a constant because people are always stepping on it, it's bending the metal. So there's really no good answer to this. And this is something that the community has now begun to realize because they've almost spent as much in maintenance in the last year, six months that put it in as they have for the initial project. </w:t>
      </w:r>
    </w:p>
    <w:p>
      <w:r>
        <w:t xml:space="preserve">24:09      (Speaker D)  So what about like the, the borders like people put in their yards, around their landscaping beds, those types of borders to hold in the mulch in the pool area instead of the plastic borders. </w:t>
      </w:r>
    </w:p>
    <w:p>
      <w:r>
        <w:t xml:space="preserve">24:22      (Speaker H)  So the only ones that would really work is one that you would have a company come and put the. Like actually do the concrete where it's in board the other borders where it's you know, a brick, a decorative brick or something like that. And they go in and they do it. We can glue it, but after a </w:t>
      </w:r>
    </w:p>
    <w:p>
      <w:r>
        <w:t xml:space="preserve">24:42      (Speaker A)  while it'll, it'll fall. </w:t>
      </w:r>
    </w:p>
    <w:p>
      <w:r>
        <w:t xml:space="preserve">24:44      (Speaker H)  And if they're too high and somebody gets injured, then it becomes a liability. </w:t>
      </w:r>
    </w:p>
    <w:p>
      <w:r>
        <w:t xml:space="preserve">24:50      (Speaker G)  Right. </w:t>
      </w:r>
    </w:p>
    <w:p>
      <w:r>
        <w:t xml:space="preserve">24:51      (Speaker D)  It just seems like this mulch is a constant, a constant battle. And every, every, every time it rains, every time the wind blows, it doesn't matter how much the pool attendant can take her blower and blow it, it </w:t>
      </w:r>
    </w:p>
    <w:p>
      <w:r>
        <w:t xml:space="preserve">25:04      (Speaker I)  ends up in the water. </w:t>
      </w:r>
    </w:p>
    <w:p>
      <w:r>
        <w:t xml:space="preserve">25:05      (Speaker D)  It's all over the pool deck. </w:t>
      </w:r>
    </w:p>
    <w:p>
      <w:r>
        <w:t xml:space="preserve">25:07      (Speaker A)  Correct. </w:t>
      </w:r>
    </w:p>
    <w:p>
      <w:r>
        <w:t xml:space="preserve">25:07      (Speaker D)  And so I mean I'm thinking I go to Costco and I look at all of their median islands and all their rocks are in there. They got rid of the mulch. The rocks are there, they're glued and everything's nice and clean. </w:t>
      </w:r>
    </w:p>
    <w:p>
      <w:r>
        <w:t xml:space="preserve">25:17      (Speaker C)  Yes. </w:t>
      </w:r>
    </w:p>
    <w:p>
      <w:r>
        <w:t xml:space="preserve">25:17      (Speaker D)  So that's what I'm thinking about. All this mulch that's close to the pool area, just get rid of that, have a one time feed, pay for the rock, glue it down and be done. And we're not constantly replacing mulch and it always in the water and kids running through it and all of that, throwing it at each other, that sort of thing. </w:t>
      </w:r>
    </w:p>
    <w:p>
      <w:r>
        <w:t xml:space="preserve">25:38      (Speaker H)  So when gluing though, be up front with you. Every three months we'll have to come back in. </w:t>
      </w:r>
    </w:p>
    <w:p>
      <w:r>
        <w:t xml:space="preserve">25:44      (Speaker G)  Yeah, </w:t>
      </w:r>
    </w:p>
    <w:p>
      <w:r>
        <w:t xml:space="preserve">25:46      (Speaker C)  glue it. </w:t>
      </w:r>
    </w:p>
    <w:p>
      <w:r>
        <w:t xml:space="preserve">25:47      (Speaker H)  And the reason for that is. Yeah, the sun is one people walking on it. It'll put pressure on it, it'll bend, it'll crack overnight. Once it's glued though, you're not going to get them apart in the beginning. Like I said, every two to three months we'll have to. It's. It's kind of like if you have pavers at home, it's kind of like having to reseal them every so often. It doesn't, it doesn't hold over time. </w:t>
      </w:r>
    </w:p>
    <w:p>
      <w:r>
        <w:t xml:space="preserve">26:11      (Speaker D)  Gluing the rocks won't hurt over time. </w:t>
      </w:r>
    </w:p>
    <w:p>
      <w:r>
        <w:t xml:space="preserve">26:13      (Speaker G)  Correct. </w:t>
      </w:r>
    </w:p>
    <w:p>
      <w:r>
        <w:t xml:space="preserve">26:14      (Speaker H)  It's not going to be a one time deal. There is a little bit of maintenance when it comes to gluing it. Just to be up front with you. </w:t>
      </w:r>
    </w:p>
    <w:p>
      <w:r>
        <w:t xml:space="preserve">26:21      (Speaker G)  Thank you. You're welcome. </w:t>
      </w:r>
    </w:p>
    <w:p>
      <w:r>
        <w:t xml:space="preserve">26:23      (Speaker C)  Okay, so back to the first proposal that's in the packet. That's a lot of work and I'm not seeing that we're going to be able to just do this off the cuff like this. I'm not a big fan of the. And there's several proposals in here for the stump grinding of the palmettos. I just am concerned that is. Is there a reason why we don't trim those things that are the plants in the amenity center. I'm talking about as far as palmetto has palmettos. Brown. </w:t>
      </w:r>
    </w:p>
    <w:p>
      <w:r>
        <w:t xml:space="preserve">27:05      (Speaker B)  Brown leaves on them. </w:t>
      </w:r>
    </w:p>
    <w:p>
      <w:r>
        <w:t xml:space="preserve">27:06      (Speaker C)  Correct. Aren't those supposed to be removed for the contract? </w:t>
      </w:r>
    </w:p>
    <w:p>
      <w:r>
        <w:t xml:space="preserve">27:09      (Speaker H)  So the brown leaves. Yes, the brown, not the yellowing, just the brown. That's what's in contract. And yes, we are supposed to remove them. What we're doing as far as the palmettos is in for like say the, the instance of this enhancement, we're stump grinding them because if we don't stump grind, those palm meadows and those palmettos will always be there. You spent as much money on doing a nice enhancement. But those palm meadows will always be an Achilles seal. Because we didn't stump grind. </w:t>
      </w:r>
    </w:p>
    <w:p>
      <w:r>
        <w:t xml:space="preserve">27:41      (Speaker D)  Just like on the boulevard. All the palmettos that was removed, they didn't get stump grounding. </w:t>
      </w:r>
    </w:p>
    <w:p>
      <w:r>
        <w:t xml:space="preserve">27:45      (Speaker G)  So now they're on action. </w:t>
      </w:r>
    </w:p>
    <w:p>
      <w:r>
        <w:t xml:space="preserve">27:46      (Speaker C)  Yeah, Correct. And but when you stump grind, then you still have all those stump leftovers that are in there. </w:t>
      </w:r>
    </w:p>
    <w:p>
      <w:r>
        <w:t xml:space="preserve">27:53      (Speaker H)  We're actually going to stump them 8 inches below grade. And then we start from there, which is why we stump grind them. And then we enhance it by putting </w:t>
      </w:r>
    </w:p>
    <w:p>
      <w:r>
        <w:t xml:space="preserve">28:02      (Speaker A)  new plants on top of it. </w:t>
      </w:r>
    </w:p>
    <w:p>
      <w:r>
        <w:t xml:space="preserve">28:04      (Speaker B)  We get to the root ball. </w:t>
      </w:r>
    </w:p>
    <w:p>
      <w:r>
        <w:t xml:space="preserve">28:07      (Speaker C)  Okay. But like for example, the. Where the turnaround is where all this. There's stump ground already. There's nothing there because we can't put anything there yet. </w:t>
      </w:r>
    </w:p>
    <w:p>
      <w:r>
        <w:t xml:space="preserve">28:17      (Speaker B)  Right. </w:t>
      </w:r>
    </w:p>
    <w:p>
      <w:r>
        <w:t xml:space="preserve">28:17      (Speaker C)  Because we still haven't gone deep. So we. </w:t>
      </w:r>
    </w:p>
    <w:p>
      <w:r>
        <w:t xml:space="preserve">28:21      (Speaker H)  We didn't stump grind them. Basically took a mower and dropped it as low as we could and we scalped. But they haven't been stump grout. The stump grinder would basically, instead of having a blade that's level with the ground, the stump grinder would almost be like a circular saw. And we would just start from the top and just kind of down in the eight inches below grade. </w:t>
      </w:r>
    </w:p>
    <w:p>
      <w:r>
        <w:t xml:space="preserve">28:42      (Speaker C)  Right. I guess my question is, if grinding takes it down 8 inches or however deep, why wouldn't we just get some kind of a small backhoe and just dig those things out and put in new dirt and that way we know and we could plant anything there. </w:t>
      </w:r>
    </w:p>
    <w:p>
      <w:r>
        <w:t xml:space="preserve">29:04      (Speaker H)  You're absolutely right. The issue with that and the reason we choose stump grinding is as we take that backhoe. Let's take the circle. You have what was supposed to be between the sidewalk and the curve. If I start to pick them and I start ripping them out and those roots are underneath the asphalt and the curves and that concrete and sidewalk, I'm pulling that up. So we stump grind it to where we have the room to do all the planting and everything else like that, Allow it to decompose and become nutrients for the plants that we're putting in. And we're not taking that extra step to where I could crack your concrete, whether it be your curbs or your sidewalks, or even crack your asphalt. </w:t>
      </w:r>
    </w:p>
    <w:p>
      <w:r>
        <w:t xml:space="preserve">29:49      (Speaker G)  Okay. </w:t>
      </w:r>
    </w:p>
    <w:p>
      <w:r>
        <w:t xml:space="preserve">29:49      (Speaker H)  That's the reason we stump grind instead of taking the back to. </w:t>
      </w:r>
    </w:p>
    <w:p>
      <w:r>
        <w:t xml:space="preserve">29:52      (Speaker A)  It's close to infrastructure. That one's in the problems. Right. Wanted to add one thing about. So as I looked at the. You answered the question for me. I would say this first quote Is discretionary. I use that word because you don't have to do it because this is an enhancement. </w:t>
      </w:r>
    </w:p>
    <w:p>
      <w:r>
        <w:t xml:space="preserve">30:18      (Speaker H)  Yes, that's correct. </w:t>
      </w:r>
    </w:p>
    <w:p>
      <w:r>
        <w:t xml:space="preserve">30:19      (Speaker A)  However, for board's consideration, we have a $50,000 budget every year for landscape enhancements and improvements. Now, out of that line item comes mulch, the plantings, the regular plan things we do, and any other plan things we may have to do. We've used that budget up this year with the last mulch that we put in. Remember, we did the 85% of the mulch put in that hasn't been paid yet, but that'll get paid here before the end of the year, and that'll use up that budget. If we didn't want to evaluate this, to say this is one of the enhancements we want to do, it would fit into that 50,000 budget. But I would recommend doing this after 9-1-30th, put it in the new fiscal year, and then we just have to be mindful that we're going to tap it early in the year. And so could it affect down the road how much additional enhancements we do? </w:t>
      </w:r>
    </w:p>
    <w:p>
      <w:r>
        <w:t xml:space="preserve">31:10      (Speaker H)  Sure. </w:t>
      </w:r>
    </w:p>
    <w:p>
      <w:r>
        <w:t xml:space="preserve">31:11      (Speaker A)  If we have another freeze, sure. But that's something the board could consider if they really felt they wanted to improve the enhancement of it and do an enhancement. We. I would recommend we do it after September, as long as Chris doesn't think there's a planting issue with putting these new plants in September or in October. So we could do it irrespective of whether the board wants to consider it, because it is a. An improvement of the areas that we have, not just a replacement. </w:t>
      </w:r>
    </w:p>
    <w:p>
      <w:r>
        <w:t xml:space="preserve">31:43      (Speaker C)  So we could vote on it now and have it be done in the next fiscal year. </w:t>
      </w:r>
    </w:p>
    <w:p>
      <w:r>
        <w:t xml:space="preserve">31:51      (Speaker E)  We normally would just include in the ASO for that, like a provision that says to be coordinated with District 6, you know, whenever district staff decides it's the best time, you know, going into the next fiscal year, sometimes we may want to get through at least some of the new assessments being collected and then deferring to Yellowstone on when the best time to plant something is. I don't. I don't know anything about planting plants. </w:t>
      </w:r>
    </w:p>
    <w:p>
      <w:r>
        <w:t xml:space="preserve">32:12      (Speaker H)  So the times that I would recommend holding off on planting is basically when historically we have a freezer. So historically that's from January to April. That's usually what we have most of our freezes. October still gives us a chance to be able to sit there and go, okay, we can plant them to be well rooted in by the time that the freezes come. But we do will some. It will be something that we need to look at Also, if we do end up with a freeze, might be something that we need to cover up this time around because they are young, </w:t>
      </w:r>
    </w:p>
    <w:p>
      <w:r>
        <w:t xml:space="preserve">32:47      (Speaker G)  but you wind up with a fest time universe. Principles. </w:t>
      </w:r>
    </w:p>
    <w:p>
      <w:r>
        <w:t xml:space="preserve">32:51      (Speaker H)  Correct. </w:t>
      </w:r>
    </w:p>
    <w:p>
      <w:r>
        <w:t xml:space="preserve">32:52      (Speaker G)  Correct. I would go to wait until the </w:t>
      </w:r>
    </w:p>
    <w:p>
      <w:r>
        <w:t xml:space="preserve">32:54      (Speaker C)  spring for this whole thing. Is the quote going to change that? </w:t>
      </w:r>
    </w:p>
    <w:p>
      <w:r>
        <w:t xml:space="preserve">33:00      (Speaker H)  It could, but that would only be the cost of the plan. </w:t>
      </w:r>
    </w:p>
    <w:p>
      <w:r>
        <w:t xml:space="preserve">33:03      (Speaker D)  So wait. So if we wait until we vote on this today, but we wait for you to plan until October, do you feel like that they would have matured enough by. You said by January is usually the riskier. Between January and April. </w:t>
      </w:r>
    </w:p>
    <w:p>
      <w:r>
        <w:t xml:space="preserve">33:18      (Speaker G)  Correct. </w:t>
      </w:r>
    </w:p>
    <w:p>
      <w:r>
        <w:t xml:space="preserve">33:19      (Speaker D)  Is the riskiest time. </w:t>
      </w:r>
    </w:p>
    <w:p>
      <w:r>
        <w:t xml:space="preserve">33:20      (Speaker C)  Correct. </w:t>
      </w:r>
    </w:p>
    <w:p>
      <w:r>
        <w:t xml:space="preserve">33:21      (Speaker D)  And you don't want to plant between January and April. If we plan in October, these are hardy enough where that gives them three months or so to take root and, and be okay. And then you, you would cover them. </w:t>
      </w:r>
    </w:p>
    <w:p>
      <w:r>
        <w:t xml:space="preserve">33:35      (Speaker H)  I. I was going to say I would absolutely recommend covering them if there is a freeze that does come. </w:t>
      </w:r>
    </w:p>
    <w:p>
      <w:r>
        <w:t xml:space="preserve">33:41      (Speaker G)  So who's going to come, you guys? </w:t>
      </w:r>
    </w:p>
    <w:p>
      <w:r>
        <w:t xml:space="preserve">33:43      (Speaker H)  We can. </w:t>
      </w:r>
    </w:p>
    <w:p>
      <w:r>
        <w:t xml:space="preserve">33:44      (Speaker G)  Yes, sir. </w:t>
      </w:r>
    </w:p>
    <w:p>
      <w:r>
        <w:t xml:space="preserve">33:46      (Speaker A)  And this is all at the Amenity Center. Like, this is a fraud across the community. It's all kind of right there. </w:t>
      </w:r>
    </w:p>
    <w:p>
      <w:r>
        <w:t xml:space="preserve">33:51      (Speaker H)  It's kind of right there. </w:t>
      </w:r>
    </w:p>
    <w:p>
      <w:r>
        <w:t xml:space="preserve">33:53      (Speaker A)  We could execute covering it if there's pretty spending. </w:t>
      </w:r>
    </w:p>
    <w:p>
      <w:r>
        <w:t xml:space="preserve">33:59      (Speaker C)  Well, can we just do the preparatory work now and then in the spring, then plant the plant? </w:t>
      </w:r>
    </w:p>
    <w:p>
      <w:r>
        <w:t xml:space="preserve">34:08      (Speaker H)  It's what the board wants to do. </w:t>
      </w:r>
    </w:p>
    <w:p>
      <w:r>
        <w:t xml:space="preserve">34:09      (Speaker C)  No, I, But I mean, yeah, if </w:t>
      </w:r>
    </w:p>
    <w:p>
      <w:r>
        <w:t xml:space="preserve">34:12      (Speaker D)  we take it all out now, then it's all just going to be bare. </w:t>
      </w:r>
    </w:p>
    <w:p>
      <w:r>
        <w:t xml:space="preserve">34:15      (Speaker A)  I would do the prep work. If I would either I would, you know, I would. I would need to do it now. I think Supervisor Hawkins makes a good, a good sell about doing it maybe in October. Personally, I don't think we're going to have issues with the finance part of it because there is enough in there and we can elect how much goes into the reserve at the very end of the year. We're not going to run out. I understand what you're saying, because assessments are going to start to roll in and then that builds it up to, you know, the end of the year to a million. But I think that's a good point of doing it. If we, if we decide to wait, then I would just wait for the whole thing and then you may have to refloat it in March or April. We can just dig it up and say they can give us another with the plants. </w:t>
      </w:r>
    </w:p>
    <w:p>
      <w:r>
        <w:t xml:space="preserve">34:54      (Speaker H)  And in your question earlier, with the quote change, the quote can go up because the plants would, you know, price could go up. But at the other. At the same time, I've also had it where the Price had actually gone down because the price of the plants have gone down. But it's a. We don't know until the time comes and say, okay, we're ready to do this. Can you resubmit this? </w:t>
      </w:r>
    </w:p>
    <w:p>
      <w:r>
        <w:t xml:space="preserve">35:16      (Speaker A)  We re it. </w:t>
      </w:r>
    </w:p>
    <w:p>
      <w:r>
        <w:t xml:space="preserve">35:17      (Speaker H)  We get the pricing for the plants, put it all back together and then we submit it from there. </w:t>
      </w:r>
    </w:p>
    <w:p>
      <w:r>
        <w:t xml:space="preserve">35:23      (Speaker D)  As far as covering what frost cloth and all that stuff, is that something that you guys would provide or something we have to pay for Cross cloth. </w:t>
      </w:r>
    </w:p>
    <w:p>
      <w:r>
        <w:t xml:space="preserve">35:30      (Speaker H)  And so we can provide it, but as Jim said, it is at a cost. Depends on how many feed that we're doing. And again, that's something that the next, next board meeting I can have say, okay, these beds are what's getting done. This is what the cost of the year, covering it up. If there's a freeze that comes up, we can also provide the cloth. And I don't know if GMS does it, but just as an example, you can have GMS say, okay, Garrett, you know, they provided the cloth, here's the cloth, you cover this up. I don't know what their services cover. I'm just using it as an example. </w:t>
      </w:r>
    </w:p>
    <w:p>
      <w:r>
        <w:t xml:space="preserve">36:09      (Speaker B)  We would typically recommend the landscaper to it. </w:t>
      </w:r>
    </w:p>
    <w:p>
      <w:r>
        <w:t xml:space="preserve">36:13      (Speaker E)  So would it be similar to like your hurricane pricing that if you would get a proposal, we would amend it into your contract that if there's a freeze for this area, these would be the rates to do it up to. And sometimes you can say up to x dollar amount so that they don't go. </w:t>
      </w:r>
    </w:p>
    <w:p>
      <w:r>
        <w:t xml:space="preserve">36:31      (Speaker H)  I know the front has been redone in the last year because of the freeze and everything else like that. </w:t>
      </w:r>
    </w:p>
    <w:p>
      <w:r>
        <w:t xml:space="preserve">36:35      (Speaker A)  We could include that, you know, and </w:t>
      </w:r>
    </w:p>
    <w:p>
      <w:r>
        <w:t xml:space="preserve">36:38      (Speaker H)  as she stated that, you know, something that we could put in the amendment </w:t>
      </w:r>
    </w:p>
    <w:p>
      <w:r>
        <w:t xml:space="preserve">36:42      (Speaker G)  also I'm a little. This last week I covered all my plans. </w:t>
      </w:r>
    </w:p>
    <w:p>
      <w:r>
        <w:t xml:space="preserve">36:48      (Speaker H)  Yes, sir. </w:t>
      </w:r>
    </w:p>
    <w:p>
      <w:r>
        <w:t xml:space="preserve">36:48      (Speaker G)  And they were mature plants. They died. </w:t>
      </w:r>
    </w:p>
    <w:p>
      <w:r>
        <w:t xml:space="preserve">36:52      (Speaker C)  Yeah, I mean, so it depends how bad. </w:t>
      </w:r>
    </w:p>
    <w:p>
      <w:r>
        <w:t xml:space="preserve">36:54      (Speaker G)  Yeah, yeah, we have a freeze like the last one. </w:t>
      </w:r>
    </w:p>
    <w:p>
      <w:r>
        <w:t xml:space="preserve">36:58      (Speaker H)  It was a historical freeze. And in the 17 years that I've been doing landscape here in the state of Florida, I've never seen anything that bad. </w:t>
      </w:r>
    </w:p>
    <w:p>
      <w:r>
        <w:t xml:space="preserve">37:08      (Speaker G)  It was bad. I agree. </w:t>
      </w:r>
    </w:p>
    <w:p>
      <w:r>
        <w:t xml:space="preserve">37:09      (Speaker A)  For so many days. It was like day day. </w:t>
      </w:r>
    </w:p>
    <w:p>
      <w:r>
        <w:t xml:space="preserve">37:12      (Speaker H)  The last time I seen a freeze that bad was it was known as the Victorian Christmas of 88. And I was in Orlando at the time. So that was the last time I seen a freeze that bad. </w:t>
      </w:r>
    </w:p>
    <w:p>
      <w:r>
        <w:t xml:space="preserve">37:26      (Speaker G)  Suddenly settled was pretty bad too. </w:t>
      </w:r>
    </w:p>
    <w:p>
      <w:r>
        <w:t xml:space="preserve">37:28      (Speaker I)  So. </w:t>
      </w:r>
    </w:p>
    <w:p>
      <w:r>
        <w:t xml:space="preserve">37:28      (Speaker D)  So I think that no matter what, either we're gonna plant them in October and worry about a freeze, or we're going to plant them in April and worry about another scorcher. Because it's just hot and they're going to struggle that way either. So damned if you do and damned if you don't. They're going to. If we get a freeze, even though the other was historical, you'll cover them and we'll be good or they cook come April because April's already scorching hot. </w:t>
      </w:r>
    </w:p>
    <w:p>
      <w:r>
        <w:t xml:space="preserve">37:59      (Speaker G)  So. </w:t>
      </w:r>
    </w:p>
    <w:p>
      <w:r>
        <w:t xml:space="preserve">38:00      (Speaker B)  Yeah. And this year was like you were saying, we had the freeze, but then also too the drought. So they got. But I have heard that the El Nino winter coming, there's potential of it being a very rainy El Nino winter because of cold and all that stuff that'll affect. I mean it really just boils down to it's unpredictable. </w:t>
      </w:r>
    </w:p>
    <w:p>
      <w:r>
        <w:t xml:space="preserve">38:22      (Speaker D)  So there's no way to counter money and we protect it the best we can. </w:t>
      </w:r>
    </w:p>
    <w:p>
      <w:r>
        <w:t xml:space="preserve">38:26      (Speaker C)  Yeah. </w:t>
      </w:r>
    </w:p>
    <w:p>
      <w:r>
        <w:t xml:space="preserve">38:27      (Speaker H)  The farmers often act was that stated that the beginning of September we were supposed to see highs of 85 in this area. I haven't seen it yet. </w:t>
      </w:r>
    </w:p>
    <w:p>
      <w:r>
        <w:t xml:space="preserve">38:36      (Speaker G)  Submission. </w:t>
      </w:r>
    </w:p>
    <w:p>
      <w:r>
        <w:t xml:space="preserve">38:40      (Speaker C)  So okay, so. So this one is it or the debate is we know we want to do it, but is it do it in October or do it in April? </w:t>
      </w:r>
    </w:p>
    <w:p>
      <w:r>
        <w:t xml:space="preserve">38:49      (Speaker D)  I say we wait till October and we at least have their assurance that they are prepared to be able to cover if we have another terrible freeze. Is we also if we have the rain that we have, that'll be good for the new plants to, to have the rain that's being predicted. </w:t>
      </w:r>
    </w:p>
    <w:p>
      <w:r>
        <w:t xml:space="preserve">39:04      (Speaker A)  So somebody can make make a motion if they want to go ahead and </w:t>
      </w:r>
    </w:p>
    <w:p>
      <w:r>
        <w:t xml:space="preserve">39:06      (Speaker G)  approve this quote and then I'll make </w:t>
      </w:r>
    </w:p>
    <w:p>
      <w:r>
        <w:t xml:space="preserve">39:08      (Speaker D)  a motion to go ahead and approve this but not for the work to start until probably mid October with staff </w:t>
      </w:r>
    </w:p>
    <w:p>
      <w:r>
        <w:t xml:space="preserve">39:14      (Speaker E)  sign off or staff scheduling. </w:t>
      </w:r>
    </w:p>
    <w:p>
      <w:r>
        <w:t xml:space="preserve">39:16      (Speaker D)  Right. </w:t>
      </w:r>
    </w:p>
    <w:p>
      <w:r>
        <w:t xml:space="preserve">39:17      (Speaker C)  Well, once it's. Once it's one October, that's the fiscal year. </w:t>
      </w:r>
    </w:p>
    <w:p>
      <w:r>
        <w:t xml:space="preserve">39:20      (Speaker B)  Right. </w:t>
      </w:r>
    </w:p>
    <w:p>
      <w:r>
        <w:t xml:space="preserve">39:21      (Speaker C)  So give, give the plants the most time. </w:t>
      </w:r>
    </w:p>
    <w:p>
      <w:r>
        <w:t xml:space="preserve">39:25      (Speaker A)  I mean, I mean we can approve it today and just say don't start with it, not to start until after October 1st. </w:t>
      </w:r>
    </w:p>
    <w:p>
      <w:r>
        <w:t xml:space="preserve">39:32      (Speaker B)  So. </w:t>
      </w:r>
    </w:p>
    <w:p>
      <w:r>
        <w:t xml:space="preserve">39:32      (Speaker A)  Yeah. And then we're fine. </w:t>
      </w:r>
    </w:p>
    <w:p>
      <w:r>
        <w:t xml:space="preserve">39:34      (Speaker G)  Okay. </w:t>
      </w:r>
    </w:p>
    <w:p>
      <w:r>
        <w:t xml:space="preserve">39:37      (Speaker B)  So yeah, like this. So basically motion to approve with work to begin in October and billing for FY 2027. </w:t>
      </w:r>
    </w:p>
    <w:p>
      <w:r>
        <w:t xml:space="preserve">39:44      (Speaker G)  Yeah, she signed. </w:t>
      </w:r>
    </w:p>
    <w:p>
      <w:r>
        <w:t xml:space="preserve">39:45      (Speaker B)  Okay, so I've got a first from Nicole, second from Mary. </w:t>
      </w:r>
    </w:p>
    <w:p>
      <w:r>
        <w:t xml:space="preserve">39:53      (Speaker A)  Okay. Any other discussion as we decide to vote on this? Just again, just reiterate that this is discretionary, but we think it's worthwhile if you're going to vote for it. We think it's worthwhile to improve the community. Enhance the community. Yes. </w:t>
      </w:r>
    </w:p>
    <w:p>
      <w:r>
        <w:t xml:space="preserve">40:08      (Speaker B)  Any other questions? </w:t>
      </w:r>
    </w:p>
    <w:p>
      <w:r>
        <w:t xml:space="preserve">40:09      (Speaker G)  Comments? </w:t>
      </w:r>
    </w:p>
    <w:p>
      <w:r>
        <w:t xml:space="preserve">40:10      (Speaker B)  All in favor? Any opposed? Okay, so the motion's passed for that </w:t>
      </w:r>
    </w:p>
    <w:p>
      <w:r>
        <w:t xml:space="preserve">40:19      (Speaker A)  74982. Yep. </w:t>
      </w:r>
    </w:p>
    <w:p>
      <w:r>
        <w:t xml:space="preserve">40:28      (Speaker B)  Okay, so as these other ones where's the board feel? </w:t>
      </w:r>
    </w:p>
    <w:p>
      <w:r>
        <w:t xml:space="preserve">40:34      (Speaker C)  Well the one goes along with this. Once they flush cut the palmettos then they need to stump grinding is the </w:t>
      </w:r>
    </w:p>
    <w:p>
      <w:r>
        <w:t xml:space="preserve">40:42      (Speaker G)  next One </w:t>
      </w:r>
    </w:p>
    <w:p>
      <w:r>
        <w:t xml:space="preserve">40:45      (Speaker A)  is this 1200 for stump grinding. I know these. </w:t>
      </w:r>
    </w:p>
    <w:p>
      <w:r>
        <w:t xml:space="preserve">40:49      (Speaker H)  I know I know it says the two stumps that will be in the. </w:t>
      </w:r>
    </w:p>
    <w:p>
      <w:r>
        <w:t xml:space="preserve">40:52      (Speaker G)  In the. </w:t>
      </w:r>
    </w:p>
    <w:p>
      <w:r>
        <w:t xml:space="preserve">40:53      (Speaker H)  In the clubhouse. I've talked to the gentleman that's going to do the stump grinding. He's also agreed to do the. </w:t>
      </w:r>
    </w:p>
    <w:p>
      <w:r>
        <w:t xml:space="preserve">40:58      (Speaker C)  The. </w:t>
      </w:r>
    </w:p>
    <w:p>
      <w:r>
        <w:t xml:space="preserve">40:59      (Speaker H)  The roundabout the stumps that are at the same price. </w:t>
      </w:r>
    </w:p>
    <w:p>
      <w:r>
        <w:t xml:space="preserve">41:03      (Speaker G)  Yeah. </w:t>
      </w:r>
    </w:p>
    <w:p>
      <w:r>
        <w:t xml:space="preserve">41:04      (Speaker H)  So it'll be the 1200 will be the clubhouse plus what plus the roundabout. </w:t>
      </w:r>
    </w:p>
    <w:p>
      <w:r>
        <w:t xml:space="preserve">41:09      (Speaker A)  Plus the roundabout. </w:t>
      </w:r>
    </w:p>
    <w:p>
      <w:r>
        <w:t xml:space="preserve">41:10      (Speaker C)  Okay Any other. I'll make a motion right now. </w:t>
      </w:r>
    </w:p>
    <w:p>
      <w:r>
        <w:t xml:space="preserve">41:14      (Speaker G)  I'll second that. </w:t>
      </w:r>
    </w:p>
    <w:p>
      <w:r>
        <w:t xml:space="preserve">41:15      (Speaker A)  This is. This is 858, 753, 858, it's a stumps two stump grind 1200,ry 1,200, and you're going to do roundabout with that as well right? I'll second that. Sorry. </w:t>
      </w:r>
    </w:p>
    <w:p>
      <w:r>
        <w:t xml:space="preserve">41:32      (Speaker C)  Yeah. </w:t>
      </w:r>
    </w:p>
    <w:p>
      <w:r>
        <w:t xml:space="preserve">41:37      (Speaker B)  I didn't hear it so. And then that was. We'll get an updated proposal for the work off. </w:t>
      </w:r>
    </w:p>
    <w:p>
      <w:r>
        <w:t xml:space="preserve">41:45      (Speaker H)  Yeah. </w:t>
      </w:r>
    </w:p>
    <w:p>
      <w:r>
        <w:t xml:space="preserve">41:47      (Speaker B)  Including the roundabout. Hold on Sec. </w:t>
      </w:r>
    </w:p>
    <w:p>
      <w:r>
        <w:t xml:space="preserve">41:53      (Speaker A)  Sorry. Was that booked? </w:t>
      </w:r>
    </w:p>
    <w:p>
      <w:r>
        <w:t xml:space="preserve">41:57      (Speaker B)  Not yet. No. </w:t>
      </w:r>
    </w:p>
    <w:p>
      <w:r>
        <w:t xml:space="preserve">41:58      (Speaker C)  Sorry. </w:t>
      </w:r>
    </w:p>
    <w:p>
      <w:r>
        <w:t xml:space="preserve">41:58      (Speaker B)  I'm trying to. I wanted to make sure I didn't use it so. All in favor? We had a first from Jim, second from Paul. Any opposed? Okay, so the motion has passed. 5 0. </w:t>
      </w:r>
    </w:p>
    <w:p>
      <w:r>
        <w:t xml:space="preserve">42:13      (Speaker H)  Is this something that you still want you want me to wait on until October 1st or is this something that </w:t>
      </w:r>
    </w:p>
    <w:p>
      <w:r>
        <w:t xml:space="preserve">42:18      (Speaker A)  I can do for this month and then it's. It's expense so. Yeah. </w:t>
      </w:r>
    </w:p>
    <w:p>
      <w:r>
        <w:t xml:space="preserve">42:22      (Speaker G)  Okay beyond so you can do it right away. </w:t>
      </w:r>
    </w:p>
    <w:p>
      <w:r>
        <w:t xml:space="preserve">42:27      (Speaker A)  Okay. You don't have to hold off because it doesn't. It doesn't. That's fine. It doesn't hit a budget. </w:t>
      </w:r>
    </w:p>
    <w:p>
      <w:r>
        <w:t xml:space="preserve">42:30      (Speaker H)  I'll make sure that can you get </w:t>
      </w:r>
    </w:p>
    <w:p>
      <w:r>
        <w:t xml:space="preserve">42:32      (Speaker E)  me an update of proposal tomorrow? </w:t>
      </w:r>
    </w:p>
    <w:p>
      <w:r>
        <w:t xml:space="preserve">42:43      (Speaker B)  Okay so we've still got a few other proposals here. Is there any one in particular the board would like to consider? Yellowstone proposal for palm printing and clubhouse. </w:t>
      </w:r>
    </w:p>
    <w:p>
      <w:r>
        <w:t xml:space="preserve">42:52      (Speaker C)  Well the next one is the oak tree in the order </w:t>
      </w:r>
    </w:p>
    <w:p>
      <w:r>
        <w:t xml:space="preserve">42:59      (Speaker A)  sidewalk. </w:t>
      </w:r>
    </w:p>
    <w:p>
      <w:r>
        <w:t xml:space="preserve">43:01      (Speaker C)  What's that? </w:t>
      </w:r>
    </w:p>
    <w:p>
      <w:r>
        <w:t xml:space="preserve">43:02      (Speaker A)  It's. It says it's pushing up against the pool. Yeah yeah. </w:t>
      </w:r>
    </w:p>
    <w:p>
      <w:r>
        <w:t xml:space="preserve">43:06      (Speaker C)  An oak tree leak and next to a pool is bad idea. All that debris going in is ruining the chemicals. It's creating more work. I don't need any discussion to it </w:t>
      </w:r>
    </w:p>
    <w:p>
      <w:r>
        <w:t xml:space="preserve">43:17      (Speaker A)  but there also also bad idea in the 36 inch right away too in front of everybody's house. </w:t>
      </w:r>
    </w:p>
    <w:p>
      <w:r>
        <w:t xml:space="preserve">43:23      (Speaker C)  So I. I'll make a motion to prove removal of the oak tree second. </w:t>
      </w:r>
    </w:p>
    <w:p>
      <w:r>
        <w:t xml:space="preserve">43:34      (Speaker D)  What is </w:t>
      </w:r>
    </w:p>
    <w:p>
      <w:r>
        <w:t xml:space="preserve">43:37      (Speaker C)  as close to the ground as they can get it without putting the saw </w:t>
      </w:r>
    </w:p>
    <w:p>
      <w:r>
        <w:t xml:space="preserve">43:44      (Speaker A)  once that's Done. This won't come back. Really correct. Do the palmetto because they're. They're going to come back there. No bunch of flesh cut. It's dead. It's not going to grow anymore underneath. No, sir. </w:t>
      </w:r>
    </w:p>
    <w:p>
      <w:r>
        <w:t xml:space="preserve">43:57      (Speaker H)  Yeah, there's. There's no leaves to allow it to continue over time. </w:t>
      </w:r>
    </w:p>
    <w:p>
      <w:r>
        <w:t xml:space="preserve">44:02      (Speaker A)  I don't wind up dying. </w:t>
      </w:r>
    </w:p>
    <w:p>
      <w:r>
        <w:t xml:space="preserve">44:03      (Speaker G)  Okay. </w:t>
      </w:r>
    </w:p>
    <w:p>
      <w:r>
        <w:t xml:space="preserve">44:04      (Speaker B)  So that was the proposal. 752177 for the oak tree was the first from Jim was the second was Nicole. </w:t>
      </w:r>
    </w:p>
    <w:p>
      <w:r>
        <w:t xml:space="preserve">44:11      (Speaker C)  Correct? </w:t>
      </w:r>
    </w:p>
    <w:p>
      <w:r>
        <w:t xml:space="preserve">44:11      (Speaker G)  Yeah. </w:t>
      </w:r>
    </w:p>
    <w:p>
      <w:r>
        <w:t xml:space="preserve">44:12      (Speaker A)  Okay. </w:t>
      </w:r>
    </w:p>
    <w:p>
      <w:r>
        <w:t xml:space="preserve">44:13      (Speaker B)  All in favor? Okay, so the motion is passed. This is for the palms 3100. Trim all palms of clubhouse page 36, playground, dog park areas, as well as six on climbing firm path. </w:t>
      </w:r>
    </w:p>
    <w:p>
      <w:r>
        <w:t xml:space="preserve">44:40      (Speaker C)  I asked this question last meeting about palms and trimming them. </w:t>
      </w:r>
    </w:p>
    <w:p>
      <w:r>
        <w:t xml:space="preserve">44:45      (Speaker E)  And the palm printing is included in your contract, Right. Is there a reason that these are not included? </w:t>
      </w:r>
    </w:p>
    <w:p>
      <w:r>
        <w:t xml:space="preserve">44:53      (Speaker H)  I didn't see. </w:t>
      </w:r>
    </w:p>
    <w:p>
      <w:r>
        <w:t xml:space="preserve">44:54      (Speaker I)  Okay. </w:t>
      </w:r>
    </w:p>
    <w:p>
      <w:r>
        <w:t xml:space="preserve">44:54      (Speaker H)  I read the contract. But that's fine. We'll make sure that this gets done then. </w:t>
      </w:r>
    </w:p>
    <w:p>
      <w:r>
        <w:t xml:space="preserve">44:58      (Speaker G)  Okay. </w:t>
      </w:r>
    </w:p>
    <w:p>
      <w:r>
        <w:t xml:space="preserve">44:59      (Speaker H)  That's my apologies on that. I look to make sure. </w:t>
      </w:r>
    </w:p>
    <w:p>
      <w:r>
        <w:t xml:space="preserve">45:02      (Speaker E)  And I can. I can pull this section and send it to you real quick too, please. </w:t>
      </w:r>
    </w:p>
    <w:p>
      <w:r>
        <w:t xml:space="preserve">45:06      (Speaker H)  Thank you. </w:t>
      </w:r>
    </w:p>
    <w:p>
      <w:r>
        <w:t xml:space="preserve">45:07      (Speaker E)  Yeah. </w:t>
      </w:r>
    </w:p>
    <w:p>
      <w:r>
        <w:t xml:space="preserve">45:07      (Speaker C)  And that's all. That's even the word. The one you got listed in the 20 between the. Not the playground area, but the fern path. Yes, but also there's the one that is by itself before you go on the 55 and older. </w:t>
      </w:r>
    </w:p>
    <w:p>
      <w:r>
        <w:t xml:space="preserve">45:23      (Speaker B)  That's no longer that. </w:t>
      </w:r>
    </w:p>
    <w:p>
      <w:r>
        <w:t xml:space="preserve">45:25      (Speaker G)  Yeah. </w:t>
      </w:r>
    </w:p>
    <w:p>
      <w:r>
        <w:t xml:space="preserve">45:27      (Speaker C)  It's always got dead palm from just sitting there. And then they wait till they fall and that's when they get them. </w:t>
      </w:r>
    </w:p>
    <w:p>
      <w:r>
        <w:t xml:space="preserve">45:35      (Speaker G)  Okay. </w:t>
      </w:r>
    </w:p>
    <w:p>
      <w:r>
        <w:t xml:space="preserve">45:35      (Speaker C)  I got many pictures of the tree with dead. </w:t>
      </w:r>
    </w:p>
    <w:p>
      <w:r>
        <w:t xml:space="preserve">45:41      (Speaker D)  I actually mentioned that the last last month about the palm tree going into liberty. </w:t>
      </w:r>
    </w:p>
    <w:p>
      <w:r>
        <w:t xml:space="preserve">45:45      (Speaker C)  Yeah. </w:t>
      </w:r>
    </w:p>
    <w:p>
      <w:r>
        <w:t xml:space="preserve">45:46      (Speaker D)  Having dead palm fronds that need to be. </w:t>
      </w:r>
    </w:p>
    <w:p>
      <w:r>
        <w:t xml:space="preserve">45:54      (Speaker A)  Got. </w:t>
      </w:r>
    </w:p>
    <w:p>
      <w:r>
        <w:t xml:space="preserve">45:55      (Speaker B)  Page 38, the three pine trees inside audit 2. </w:t>
      </w:r>
    </w:p>
    <w:p>
      <w:r>
        <w:t xml:space="preserve">46:02      (Speaker C)  Where. Where is these at in the scheme of things? </w:t>
      </w:r>
    </w:p>
    <w:p>
      <w:r>
        <w:t xml:space="preserve">46:08      (Speaker A)  It references the large area around the amenity center climbing for walkways, playground and dog park. </w:t>
      </w:r>
    </w:p>
    <w:p>
      <w:r>
        <w:t xml:space="preserve">46:14      (Speaker C)  Yeah, but that's all over the place. There's. </w:t>
      </w:r>
    </w:p>
    <w:p>
      <w:r>
        <w:t xml:space="preserve">46:16      (Speaker A)  Yeah. </w:t>
      </w:r>
    </w:p>
    <w:p>
      <w:r>
        <w:t xml:space="preserve">46:16      (Speaker C)  I'm trying to figure out which plane. Which three planes. </w:t>
      </w:r>
    </w:p>
    <w:p>
      <w:r>
        <w:t xml:space="preserve">46:19      (Speaker A)  I'm sorry. </w:t>
      </w:r>
    </w:p>
    <w:p>
      <w:r>
        <w:t xml:space="preserve">46:21      (Speaker D)  Page 38, three pine trees. </w:t>
      </w:r>
    </w:p>
    <w:p>
      <w:r>
        <w:t xml:space="preserve">46:24      (Speaker B)  So it's the 75394. That's on 5925. </w:t>
      </w:r>
    </w:p>
    <w:p>
      <w:r>
        <w:t xml:space="preserve">46:30      (Speaker H)  So you have in. It's page two of the audit on the trees. </w:t>
      </w:r>
    </w:p>
    <w:p>
      <w:r>
        <w:t xml:space="preserve">46:36      (Speaker A)  I don't know what. </w:t>
      </w:r>
    </w:p>
    <w:p>
      <w:r>
        <w:t xml:space="preserve">46:39      (Speaker H)  So I'll bring this over to you so that you can see real quick. But it's the first two items right there. </w:t>
      </w:r>
    </w:p>
    <w:p>
      <w:r>
        <w:t xml:space="preserve">46:48      (Speaker C)  Yeah, but that's not a Domin center. Actually. No, it's over by the pond. Eleven, right? </w:t>
      </w:r>
    </w:p>
    <w:p>
      <w:r>
        <w:t xml:space="preserve">46:53      (Speaker A)  A little. </w:t>
      </w:r>
    </w:p>
    <w:p>
      <w:r>
        <w:t xml:space="preserve">46:54      (Speaker H)  Yeah. </w:t>
      </w:r>
    </w:p>
    <w:p>
      <w:r>
        <w:t xml:space="preserve">46:54      (Speaker C)  Those Are the parking spots all right? Actually, I. I would prefer getting the pine trees out of the pool area. They'll have a few, I think, in the pool area. </w:t>
      </w:r>
    </w:p>
    <w:p>
      <w:r>
        <w:t xml:space="preserve">47:11      (Speaker I)  So this is. </w:t>
      </w:r>
    </w:p>
    <w:p>
      <w:r>
        <w:t xml:space="preserve">47:12      (Speaker D)  This is going back towards Liberty Field on crossbar. </w:t>
      </w:r>
    </w:p>
    <w:p>
      <w:r>
        <w:t xml:space="preserve">47:16      (Speaker C)  These. </w:t>
      </w:r>
    </w:p>
    <w:p>
      <w:r>
        <w:t xml:space="preserve">47:16      (Speaker D)  No, these two pines that are falling over right here. Is this. </w:t>
      </w:r>
    </w:p>
    <w:p>
      <w:r>
        <w:t xml:space="preserve">47:22      (Speaker C)  No, that's on the lake. It's like you're going to Liberty Field. Yes, it's on the right. </w:t>
      </w:r>
    </w:p>
    <w:p>
      <w:r>
        <w:t xml:space="preserve">47:28      (Speaker D)  On the right side. </w:t>
      </w:r>
    </w:p>
    <w:p>
      <w:r>
        <w:t xml:space="preserve">47:29      (Speaker C)  Yeah. Yeah. </w:t>
      </w:r>
    </w:p>
    <w:p>
      <w:r>
        <w:t xml:space="preserve">47:30      (Speaker A)  So it's the first two pictures of that that say two pines falling over and one dead. </w:t>
      </w:r>
    </w:p>
    <w:p>
      <w:r>
        <w:t xml:space="preserve">47:34      (Speaker C)  Correct. And then the one after it. </w:t>
      </w:r>
    </w:p>
    <w:p>
      <w:r>
        <w:t xml:space="preserve">47:36      (Speaker G)  Yeah. </w:t>
      </w:r>
    </w:p>
    <w:p>
      <w:r>
        <w:t xml:space="preserve">47:37      (Speaker D)  So those are the ones that was also discussed right after the hurricane that we. We ended up choosing not to. Not to remove. And so now they're getting significantly worse. </w:t>
      </w:r>
    </w:p>
    <w:p>
      <w:r>
        <w:t xml:space="preserve">47:56      (Speaker A)  Are they. Are they worse or are they the same as they've been since. </w:t>
      </w:r>
    </w:p>
    <w:p>
      <w:r>
        <w:t xml:space="preserve">47:59      (Speaker C)  They're the same as they've been since the. </w:t>
      </w:r>
    </w:p>
    <w:p>
      <w:r>
        <w:t xml:space="preserve">48:01      (Speaker H)  Since I've taken over. They're the same. </w:t>
      </w:r>
    </w:p>
    <w:p>
      <w:r>
        <w:t xml:space="preserve">48:02      (Speaker D)  This top one looks. </w:t>
      </w:r>
    </w:p>
    <w:p>
      <w:r>
        <w:t xml:space="preserve">48:03      (Speaker G)  Looks worse, but it's still the same </w:t>
      </w:r>
    </w:p>
    <w:p>
      <w:r>
        <w:t xml:space="preserve">48:06      (Speaker C)  they were since a hurricane. It hasn't changed. </w:t>
      </w:r>
    </w:p>
    <w:p>
      <w:r>
        <w:t xml:space="preserve">48:11      (Speaker G)  So. </w:t>
      </w:r>
    </w:p>
    <w:p>
      <w:r>
        <w:t xml:space="preserve">48:12      (Speaker D)  But yeah, I agree with Supervisor Secor. There are some. Still some pine trees around the pool area that I feel should. Should be removed. </w:t>
      </w:r>
    </w:p>
    <w:p>
      <w:r>
        <w:t xml:space="preserve">48:23      (Speaker A)  If you want to. It would approve the three, but then </w:t>
      </w:r>
    </w:p>
    <w:p>
      <w:r>
        <w:t xml:space="preserve">48:28      (Speaker H)  I can meet you on site or Garrett on site, and we can walk the pool area and decide on three. We'll just leave the price. I'll change the wording. </w:t>
      </w:r>
    </w:p>
    <w:p>
      <w:r>
        <w:t xml:space="preserve">48:38      (Speaker C)  And then those pine trees, those three are giant. So compared to the pine trees by our. They're not that big. </w:t>
      </w:r>
    </w:p>
    <w:p>
      <w:r>
        <w:t xml:space="preserve">48:44      (Speaker G)  All right. </w:t>
      </w:r>
    </w:p>
    <w:p>
      <w:r>
        <w:t xml:space="preserve">48:45      (Speaker H)  So would still like to meet then. And then this way we can. </w:t>
      </w:r>
    </w:p>
    <w:p>
      <w:r>
        <w:t xml:space="preserve">48:48      (Speaker G)  And also lightning. They act as lightning rods. Those pine trees especially. </w:t>
      </w:r>
    </w:p>
    <w:p>
      <w:r>
        <w:t xml:space="preserve">48:55      (Speaker B)  Yes, sir. </w:t>
      </w:r>
    </w:p>
    <w:p>
      <w:r>
        <w:t xml:space="preserve">48:56      (Speaker G)  You got any. Any line? </w:t>
      </w:r>
    </w:p>
    <w:p>
      <w:r>
        <w:t xml:space="preserve">48:59      (Speaker B)  Any live or dead? </w:t>
      </w:r>
    </w:p>
    <w:p>
      <w:r>
        <w:t xml:space="preserve">49:01      (Speaker C)  Yeah. </w:t>
      </w:r>
    </w:p>
    <w:p>
      <w:r>
        <w:t xml:space="preserve">49:04      (Speaker A)  Then we. With those. These three that we're talking about that are back towards delivery field section around that pond. We talked about these before, and you say they haven't changed since you've been here. So why. Why do we remove them? Like, are they in danger of falling in a certain spot? Are they. And they seem to be wide open </w:t>
      </w:r>
    </w:p>
    <w:p>
      <w:r>
        <w:t xml:space="preserve">49:23      (Speaker H)  there, so it's a hit or miss. If something happens and it does fall and somebody's in the area, then I'm not saying it's. It's a stretch, but if I don't do my job and continue to bring it up. </w:t>
      </w:r>
    </w:p>
    <w:p>
      <w:r>
        <w:t xml:space="preserve">49:42      (Speaker G)  Sure. </w:t>
      </w:r>
    </w:p>
    <w:p>
      <w:r>
        <w:t xml:space="preserve">49:42      (Speaker H)  Then if something happens and somebody holds you accountable, what's the first thing that's going to happen? You're our landscaper. We should have. No, it's okay that you say no. They're far Enough, that's fine. But I wouldn't be doing my job </w:t>
      </w:r>
    </w:p>
    <w:p>
      <w:r>
        <w:t xml:space="preserve">49:58      (Speaker A)  if I don't bring them up. </w:t>
      </w:r>
    </w:p>
    <w:p>
      <w:r>
        <w:t xml:space="preserve">49:59      (Speaker H)  Every single. My. </w:t>
      </w:r>
    </w:p>
    <w:p>
      <w:r>
        <w:t xml:space="preserve">50:02      (Speaker D)  My other cons. My only other concern is that top picture of that one pine tree that's laying significantly is what was mentioned before, right after the hurricane is whatever that paved area is with that machinery that's right there behind the wood fencing. </w:t>
      </w:r>
    </w:p>
    <w:p>
      <w:r>
        <w:t xml:space="preserve">50:19      (Speaker H)  The pump station </w:t>
      </w:r>
    </w:p>
    <w:p>
      <w:r>
        <w:t xml:space="preserve">50:22      (Speaker D)  they had mentioned with. If that tree was to fall, it's leaning towards that home station. So I don't know if you still agree with that. </w:t>
      </w:r>
    </w:p>
    <w:p>
      <w:r>
        <w:t xml:space="preserve">50:29      (Speaker H)  I still agree with that. And that's why we kind of continuously. And again, it's. It's the board's decision. I'm not trying to pressure. </w:t>
      </w:r>
    </w:p>
    <w:p>
      <w:r>
        <w:t xml:space="preserve">50:45      (Speaker D)  So you're saying if we approve these three right here, the other couple pines that are at the pool, you could take out along with these three? </w:t>
      </w:r>
    </w:p>
    <w:p>
      <w:r>
        <w:t xml:space="preserve">50:54      (Speaker H)  No, I was gonna get it. </w:t>
      </w:r>
    </w:p>
    <w:p>
      <w:r>
        <w:t xml:space="preserve">50:58      (Speaker G)  Yeah. </w:t>
      </w:r>
    </w:p>
    <w:p>
      <w:r>
        <w:t xml:space="preserve">50:58      (Speaker H)  I didn't realize that the other pines were smaller. So what I was going to say is if you approve the price, then I can meet somebody, pick three for this price. But if they're much smaller than the pricing is going to change. So. Okay, we'll table it until next month. </w:t>
      </w:r>
    </w:p>
    <w:p>
      <w:r>
        <w:t xml:space="preserve">51:12      (Speaker G)  Okay. </w:t>
      </w:r>
    </w:p>
    <w:p>
      <w:r>
        <w:t xml:space="preserve">51:16      (Speaker C)  All right. I'll make a motion to improve this one, too, because it's. It's a liability. They're dead if it does fall. I mean, all that. How close to 50,000? </w:t>
      </w:r>
    </w:p>
    <w:p>
      <w:r>
        <w:t xml:space="preserve">51:31      (Speaker A)  Well, these have to be done. These can't really be done under enhancements and replenishment. That's a separate line. And these have to be done under the maintenance line item. So the 50,000 is separate, in my view. It's. These are just additional expenses. </w:t>
      </w:r>
    </w:p>
    <w:p>
      <w:r>
        <w:t xml:space="preserve">51:47      (Speaker G)  Okay. </w:t>
      </w:r>
    </w:p>
    <w:p>
      <w:r>
        <w:t xml:space="preserve">51:48      (Speaker A)  You know, 6,000 for those three fines. And did we approve. Are we going to approve the pruning for the 3,100. And then the stump grinding of the home adds? We're doing right. That's a 12. The removing of the yolk is 1300. That's 2,500. So this is roughly $8,500 of additional expense. Whenever they get it done, it gets done. I mean, you can put it in the next year. It doesn't matter. These are expenses that was. You want to. I mean, you want to say, let's start off. Let's put it into the next fiscal year so we start off a little bit fresher and not add any more expenses to this year. </w:t>
      </w:r>
    </w:p>
    <w:p>
      <w:r>
        <w:t xml:space="preserve">52:36      (Speaker G)  We're not going to get the bill until today. </w:t>
      </w:r>
    </w:p>
    <w:p>
      <w:r>
        <w:t xml:space="preserve">52:39      (Speaker C)  Is. Is September 16th. </w:t>
      </w:r>
    </w:p>
    <w:p>
      <w:r>
        <w:t xml:space="preserve">52:41      (Speaker A)  It's a matter when they do it. </w:t>
      </w:r>
    </w:p>
    <w:p>
      <w:r>
        <w:t xml:space="preserve">52:42      (Speaker C)  There's. There's contractual. They got to get stuff to her it doesn't happen that quick. So it's going to be October, usually </w:t>
      </w:r>
    </w:p>
    <w:p>
      <w:r>
        <w:t xml:space="preserve">52:50      (Speaker H)  a week before we get the signed contracts. </w:t>
      </w:r>
    </w:p>
    <w:p>
      <w:r>
        <w:t xml:space="preserve">52:52      (Speaker E)  Megan is doing the ASO now. I'll have her hold sending it until the morning until we get the updated stump grinding and we'll throw that one in there and so it will be circulated to GMS tomorrow for signatures and then however fast you sign it on DocuSign then it gets sent to Christian. </w:t>
      </w:r>
    </w:p>
    <w:p>
      <w:r>
        <w:t xml:space="preserve">53:08      (Speaker A)  So just don't complete it until after October 1st and then we'll have to go by gap rolls. We'll have to go into the next fix. </w:t>
      </w:r>
    </w:p>
    <w:p>
      <w:r>
        <w:t xml:space="preserve">53:16      (Speaker H)  So the pine trees. </w:t>
      </w:r>
    </w:p>
    <w:p>
      <w:r>
        <w:t xml:space="preserve">53:17      (Speaker A)  Well, I'm saying maybe all, all of them. </w:t>
      </w:r>
    </w:p>
    <w:p>
      <w:r>
        <w:t xml:space="preserve">53:20      (Speaker G)  Yeah. </w:t>
      </w:r>
    </w:p>
    <w:p>
      <w:r>
        <w:t xml:space="preserve">53:21      (Speaker A)  I mean you don't have to. You can do whatever you want. </w:t>
      </w:r>
    </w:p>
    <w:p>
      <w:r>
        <w:t xml:space="preserve">53:22      (Speaker D)  That's. </w:t>
      </w:r>
    </w:p>
    <w:p>
      <w:r>
        <w:t xml:space="preserve">53:23      (Speaker E)  We can add a note in for everything to, to happen after October 1st. </w:t>
      </w:r>
    </w:p>
    <w:p>
      <w:r>
        <w:t xml:space="preserve">53:27      (Speaker C)  Two weeks. </w:t>
      </w:r>
    </w:p>
    <w:p>
      <w:r>
        <w:t xml:space="preserve">53:27      (Speaker A)  Yeah. From that. So and then, and then you, you hit it a little hard in the first month or whenever they get done. But at least you got the last whole year to kind of track that expense and say hey we spent this or </w:t>
      </w:r>
    </w:p>
    <w:p>
      <w:r>
        <w:t xml:space="preserve">53:40      (Speaker G)  these things have to be done. Yeah. </w:t>
      </w:r>
    </w:p>
    <w:p>
      <w:r>
        <w:t xml:space="preserve">53:43      (Speaker B)  Okay, so we do have a motion on the floor for the 753943 for the three pine trees at $5,925 at a first from Jim, a second from Paul. </w:t>
      </w:r>
    </w:p>
    <w:p>
      <w:r>
        <w:t xml:space="preserve">53:58      (Speaker A)  Any other discussion to do when after October 1st? </w:t>
      </w:r>
    </w:p>
    <w:p>
      <w:r>
        <w:t xml:space="preserve">54:02      (Speaker B)  Yeah. The direction I think now is all these that we've approving for Yellowstone is going to be for October. </w:t>
      </w:r>
    </w:p>
    <w:p>
      <w:r>
        <w:t xml:space="preserve">54:09      (Speaker G)  Okay. </w:t>
      </w:r>
    </w:p>
    <w:p>
      <w:r>
        <w:t xml:space="preserve">54:11      (Speaker B)  All in favor? Any opposed? </w:t>
      </w:r>
    </w:p>
    <w:p>
      <w:r>
        <w:t xml:space="preserve">54:16      (Speaker A)  Motion has passed. </w:t>
      </w:r>
    </w:p>
    <w:p>
      <w:r>
        <w:t xml:space="preserve">54:27      (Speaker G)  Okay, </w:t>
      </w:r>
    </w:p>
    <w:p>
      <w:r>
        <w:t xml:space="preserve">54:34      (Speaker A)  Clear the one above that. 753908 for the palm Broody. </w:t>
      </w:r>
    </w:p>
    <w:p>
      <w:r>
        <w:t xml:space="preserve">54:37      (Speaker G)  That's. </w:t>
      </w:r>
    </w:p>
    <w:p>
      <w:r>
        <w:t xml:space="preserve">54:38      (Speaker A)  That should be included in the contract. </w:t>
      </w:r>
    </w:p>
    <w:p>
      <w:r>
        <w:t xml:space="preserve">54:41      (Speaker C)  In our contract already. </w:t>
      </w:r>
    </w:p>
    <w:p>
      <w:r>
        <w:t xml:space="preserve">54:42      (Speaker E)  And I already sent it to him the provision again so he'll. He'll know exactly where it is. </w:t>
      </w:r>
    </w:p>
    <w:p>
      <w:r>
        <w:t xml:space="preserve">54:47      (Speaker B)  And then the last thing here is the ratification. So that is on page 40. So you'll see the ratification for the module replacement. </w:t>
      </w:r>
    </w:p>
    <w:p>
      <w:r>
        <w:t xml:space="preserve">54:57      (Speaker C)  Yeah, this. They called me during the month and I approved it. So now we have make a motion to approve it. </w:t>
      </w:r>
    </w:p>
    <w:p>
      <w:r>
        <w:t xml:space="preserve">55:04      (Speaker H)  Yeah. </w:t>
      </w:r>
    </w:p>
    <w:p>
      <w:r>
        <w:t xml:space="preserve">55:05      (Speaker B)  Motion to ratify it. </w:t>
      </w:r>
    </w:p>
    <w:p>
      <w:r>
        <w:t xml:space="preserve">55:06      (Speaker C)  Ratify it. </w:t>
      </w:r>
    </w:p>
    <w:p>
      <w:r>
        <w:t xml:space="preserve">55:11      (Speaker A)  Yeah, I heard an area there. </w:t>
      </w:r>
    </w:p>
    <w:p>
      <w:r>
        <w:t xml:space="preserve">55:13      (Speaker B)  Okay, all in favor? All right, so the motion has passed. </w:t>
      </w:r>
    </w:p>
    <w:p>
      <w:r>
        <w:t xml:space="preserve">55:42      (Speaker C)  Oh yeah. </w:t>
      </w:r>
    </w:p>
    <w:p>
      <w:r>
        <w:t xml:space="preserve">55:45      (Speaker B)  That's enough. </w:t>
      </w:r>
    </w:p>
    <w:p>
      <w:r>
        <w:t xml:space="preserve">55:47      (Speaker A)  Okay, so the last one two months ago we approved that. That one irrigation project. </w:t>
      </w:r>
    </w:p>
    <w:p>
      <w:r>
        <w:t xml:space="preserve">55:56      (Speaker G)  Correct. </w:t>
      </w:r>
    </w:p>
    <w:p>
      <w:r>
        <w:t xml:space="preserve">55:58      (Speaker A)  With a. Not to exceed. But we were supposed to get a report on what the findings were. </w:t>
      </w:r>
    </w:p>
    <w:p>
      <w:r>
        <w:t xml:space="preserve">56:02      (Speaker G)  Yes. </w:t>
      </w:r>
    </w:p>
    <w:p>
      <w:r>
        <w:t xml:space="preserve">56:02      (Speaker A)  Do you have an update on that? </w:t>
      </w:r>
    </w:p>
    <w:p>
      <w:r>
        <w:t xml:space="preserve">56:04      (Speaker H)  Is that it was completed </w:t>
      </w:r>
    </w:p>
    <w:p>
      <w:r>
        <w:t xml:space="preserve">56:08      (Speaker G)  the report. </w:t>
      </w:r>
    </w:p>
    <w:p>
      <w:r>
        <w:t xml:space="preserve">56:09      (Speaker H)  Believe I passed it up but I'll check, double check that the report was done. </w:t>
      </w:r>
    </w:p>
    <w:p>
      <w:r>
        <w:t xml:space="preserve">56:13      (Speaker G)  Okay. </w:t>
      </w:r>
    </w:p>
    <w:p>
      <w:r>
        <w:t xml:space="preserve">56:13      (Speaker H)  So we'll make sure that the report is. I send it to Garrett. I'll send it in along with the. The updated proposal. </w:t>
      </w:r>
    </w:p>
    <w:p>
      <w:r>
        <w:t xml:space="preserve">56:21      (Speaker A)  Okay. Do you have any. Do you have any context like what it said? Did it say that everything was bad or. </w:t>
      </w:r>
    </w:p>
    <w:p>
      <w:r>
        <w:t xml:space="preserve">56:27      (Speaker H)  So to be honest with you, that's irrigation. I'll get with him first thing in the morning. I will have a quick update on that and then I'll have the report there with. So she can see. </w:t>
      </w:r>
    </w:p>
    <w:p>
      <w:r>
        <w:t xml:space="preserve">56:41      (Speaker G)  Okay. </w:t>
      </w:r>
    </w:p>
    <w:p>
      <w:r>
        <w:t xml:space="preserve">56:43      (Speaker B)  Anything else for landscaping. </w:t>
      </w:r>
    </w:p>
    <w:p>
      <w:r>
        <w:t xml:space="preserve">56:49      (Speaker D)  On Sunday? </w:t>
      </w:r>
    </w:p>
    <w:p>
      <w:r>
        <w:t xml:space="preserve">56:50      (Speaker G)  Yes. </w:t>
      </w:r>
    </w:p>
    <w:p>
      <w:r>
        <w:t xml:space="preserve">56:51      (Speaker D)  There was probably, I don't know, multiple bags of trash that was dumped along </w:t>
      </w:r>
    </w:p>
    <w:p>
      <w:r>
        <w:t xml:space="preserve">56:56      (Speaker H)  Big Bend in front of our community on Sunday. </w:t>
      </w:r>
    </w:p>
    <w:p>
      <w:r>
        <w:t xml:space="preserve">56:59      (Speaker D)  And so I want you guys to. Right on it Monday. Cleaned it up. Everything's spic and span. So please. Thank you for doing that and let your people, your workers know that I appreciate them getting that cleaned up because that was bad. </w:t>
      </w:r>
    </w:p>
    <w:p>
      <w:r>
        <w:t xml:space="preserve">57:12      (Speaker H)  They got pizza. </w:t>
      </w:r>
    </w:p>
    <w:p>
      <w:r>
        <w:t xml:space="preserve">57:14      (Speaker D)  Good. </w:t>
      </w:r>
    </w:p>
    <w:p>
      <w:r>
        <w:t xml:space="preserve">57:16      (Speaker A)  I had. </w:t>
      </w:r>
    </w:p>
    <w:p>
      <w:r>
        <w:t xml:space="preserve">57:16      (Speaker H)  I had to apologize first thing in the morning. I'm like, guys, I'm really sorry about this, but the email picture that I got, the garbage was bad. And then all I got that, I was like, I'm buy pizza today for lunch. </w:t>
      </w:r>
    </w:p>
    <w:p>
      <w:r>
        <w:t xml:space="preserve">57:28      (Speaker A)  They're like, okay. </w:t>
      </w:r>
    </w:p>
    <w:p>
      <w:r>
        <w:t xml:space="preserve">57:31      (Speaker D)  It was like they dumped out their whole pickup truck. </w:t>
      </w:r>
    </w:p>
    <w:p>
      <w:r>
        <w:t xml:space="preserve">57:33      (Speaker C)  But it's in the contract. They have to do that. </w:t>
      </w:r>
    </w:p>
    <w:p>
      <w:r>
        <w:t xml:space="preserve">57:36      (Speaker A)  So. </w:t>
      </w:r>
    </w:p>
    <w:p>
      <w:r>
        <w:t xml:space="preserve">57:36      (Speaker C)  Thank you. </w:t>
      </w:r>
    </w:p>
    <w:p>
      <w:r>
        <w:t xml:space="preserve">57:37      (Speaker D)  Yes, I appreciate. </w:t>
      </w:r>
    </w:p>
    <w:p>
      <w:r>
        <w:t xml:space="preserve">57:38      (Speaker C)  Oh, yeah, I agree. That's why I warned them ahead of time. </w:t>
      </w:r>
    </w:p>
    <w:p>
      <w:r>
        <w:t xml:space="preserve">57:44      (Speaker H)  Yeah, we understand. And it's times like this with. With the guys that I have, it's the respect they would be with them. Like, I understand it. It's a tough deal. We get it on a day to day basis. If we're mowing that area, we're picking trash up and it's not that bad. </w:t>
      </w:r>
    </w:p>
    <w:p>
      <w:r>
        <w:t xml:space="preserve">58:00      (Speaker D)  Well, because once a time, on a time with our previous vendor, they just took their mowers and moved over it and mulched it up. And so, yeah, we appreciate that you guys do it the right way. Thank you. </w:t>
      </w:r>
    </w:p>
    <w:p>
      <w:r>
        <w:t xml:space="preserve">58:18      (Speaker B)  All right. </w:t>
      </w:r>
    </w:p>
    <w:p>
      <w:r>
        <w:t xml:space="preserve">58:18      (Speaker D)  I don't know that it's about warning. It's just about courtesy. And I appreciate that. Thank you. </w:t>
      </w:r>
    </w:p>
    <w:p>
      <w:r>
        <w:t xml:space="preserve">58:23      (Speaker G)  You're welcome. Okay. </w:t>
      </w:r>
    </w:p>
    <w:p>
      <w:r>
        <w:t xml:space="preserve">58:25      (Speaker H)  I got nothing else. </w:t>
      </w:r>
    </w:p>
    <w:p>
      <w:r>
        <w:t xml:space="preserve">58:27      (Speaker B)  If you guys hear anything, feel free to reach out. We can coordinate with Chris. </w:t>
      </w:r>
    </w:p>
    <w:p>
      <w:r>
        <w:t xml:space="preserve">58:32      (Speaker C)  Okay. </w:t>
      </w:r>
    </w:p>
    <w:p>
      <w:r>
        <w:t xml:space="preserve">58:33      (Speaker G)  All right. </w:t>
      </w:r>
    </w:p>
    <w:p>
      <w:r>
        <w:t xml:space="preserve">58:34      (Speaker B)  Thank you, sir. </w:t>
      </w:r>
    </w:p>
    <w:p>
      <w:r>
        <w:t xml:space="preserve">58:35      (Speaker H)  We'll see you all next month then. </w:t>
      </w:r>
    </w:p>
    <w:p>
      <w:r>
        <w:t xml:space="preserve">58:36      (Speaker D)  All right, thank you. </w:t>
      </w:r>
    </w:p>
    <w:p>
      <w:r>
        <w:t xml:space="preserve">58:37      (Speaker C)  Thank you. </w:t>
      </w:r>
    </w:p>
    <w:p>
      <w:r>
        <w:t xml:space="preserve">58:37      (Speaker G)  All right. </w:t>
      </w:r>
    </w:p>
    <w:p>
      <w:r>
        <w:t xml:space="preserve">58:39      (Speaker B)  Okay, so next is aquatics report. So Cydex, you'll see the report in here. They were obviously in attendance last month. I will let you know that we did talk to them about fuel surcharges. They are going to credit the October bill with the fuel store charges that were mistakenly charged. So that will come back. I did get an email back about that actually, earlier this week. In addition to that, I did remind him that if you. If they are requesting those fuel surcharges to be added, they do have to bring a proposal for the board to review and approve and then attach and den them, assuming it's approved. So. </w:t>
      </w:r>
    </w:p>
    <w:p>
      <w:r>
        <w:t xml:space="preserve">59:18      (Speaker G)  Okay. </w:t>
      </w:r>
    </w:p>
    <w:p>
      <w:r>
        <w:t xml:space="preserve">59:19      (Speaker A)  Yeah, the August invoice did not have on there. So. </w:t>
      </w:r>
    </w:p>
    <w:p>
      <w:r>
        <w:t xml:space="preserve">59:22      (Speaker B)  It did not. Yeah, so, yeah, so it did not have it on there. But again, we followed up with, you know, why we appreciate it was not on that invoice. We do need a credit for the ones that it was on. So he confirmed yesterday that he will credit the October invoice rather than resending the September one. So it's okay with that. If there's anything in particular with the ponds, I know Garrett had talked to them this week. Paul, I don't know if you saw anything in particular that jumped out. </w:t>
      </w:r>
    </w:p>
    <w:p>
      <w:r>
        <w:t xml:space="preserve">59:50      (Speaker G)  They're looking better. Yeah, rain's happening, but they're all looking better. </w:t>
      </w:r>
    </w:p>
    <w:p>
      <w:r>
        <w:t xml:space="preserve">59:57      (Speaker B)  Any discussions you had with Sidex here? </w:t>
      </w:r>
    </w:p>
    <w:p>
      <w:r>
        <w:t xml:space="preserve">59:59      (Speaker C)  Yeah, I mean, nothing crazy. I've been on site and a few times with Evan and I had gone on site two times and did see their. Their tech out there treating the ponds again. So they are definitely starting to come around. Really sticking out too much though. </w:t>
      </w:r>
    </w:p>
    <w:p>
      <w:r>
        <w:t xml:space="preserve">01:00:19   (Speaker A)  They caution this with all the rain and report with all the rain. </w:t>
      </w:r>
    </w:p>
    <w:p>
      <w:r>
        <w:t xml:space="preserve">01:00:22   (Speaker B)  Yeah, </w:t>
      </w:r>
    </w:p>
    <w:p>
      <w:r>
        <w:t xml:space="preserve">01:00:24   (Speaker C)  no, I haven't seen anything like that. If one of the ponds turned over, you would have some. We'd have so many complaints at that fish that everyone. It wouldn't. It wouldn't go unnoticed for sure. So. </w:t>
      </w:r>
    </w:p>
    <w:p>
      <w:r>
        <w:t xml:space="preserve">01:00:35   (Speaker G)  Yeah. Okay. </w:t>
      </w:r>
    </w:p>
    <w:p>
      <w:r>
        <w:t xml:space="preserve">01:00:40   (Speaker B)  So if you do see anything, please let us know. </w:t>
      </w:r>
    </w:p>
    <w:p>
      <w:r>
        <w:t xml:space="preserve">01:00:42   (Speaker G)  Okay. </w:t>
      </w:r>
    </w:p>
    <w:p>
      <w:r>
        <w:t xml:space="preserve">01:00:43   (Speaker B)  They are paying attention to it. They have been more responsive and. And have taken what you all said at the last meeting. Tara. It seems so that's good. </w:t>
      </w:r>
    </w:p>
    <w:p>
      <w:r>
        <w:t xml:space="preserve">01:00:51   (Speaker C)  Which is what we want. </w:t>
      </w:r>
    </w:p>
    <w:p>
      <w:r>
        <w:t xml:space="preserve">01:00:53   (Speaker B)  But we'll keep. Keep with that and yeah, let us know if you see anything in anything that's concerning. So with that, we'll keep with Garrett here. I'll turn it over for field manager and action items list. </w:t>
      </w:r>
    </w:p>
    <w:p>
      <w:r>
        <w:t xml:space="preserve">01:01:08   (Speaker C)  Should just hand my coffee back </w:t>
      </w:r>
    </w:p>
    <w:p>
      <w:r>
        <w:t xml:space="preserve">01:01:12   (Speaker B)  here. </w:t>
      </w:r>
    </w:p>
    <w:p>
      <w:r>
        <w:t xml:space="preserve">01:01:13   (Speaker C)  Got buried on the. </w:t>
      </w:r>
    </w:p>
    <w:p>
      <w:r>
        <w:t xml:space="preserve">01:01:14   (Speaker A)  Yeah, thank you. That's okay. </w:t>
      </w:r>
    </w:p>
    <w:p>
      <w:r>
        <w:t xml:space="preserve">01:01:16   (Speaker C)  My bad. We did do some full deck leveling for you guys that we had talked about at the last meeting. Again, there's. There's still roofs there, so you're going to see some influx of them every now and then. But, you know, we'll monitor them and make sure that we're staying on top of those. The gate, the new gate sign was installed. I don't know if you guys saw that. We put one. </w:t>
      </w:r>
    </w:p>
    <w:p>
      <w:r>
        <w:t xml:space="preserve">01:01:45   (Speaker G)  I have a question. We ever talked to that resident about that? Because that looks terrible. If it was my house, I'd take </w:t>
      </w:r>
    </w:p>
    <w:p>
      <w:r>
        <w:t xml:space="preserve">01:01:57   (Speaker C)  it down the back gate. </w:t>
      </w:r>
    </w:p>
    <w:p>
      <w:r>
        <w:t xml:space="preserve">01:01:58   (Speaker G)  Okay. Okay. </w:t>
      </w:r>
    </w:p>
    <w:p>
      <w:r>
        <w:t xml:space="preserve">01:02:01   (Speaker C)  We'll take a look at it, see if we can move it closer, just </w:t>
      </w:r>
    </w:p>
    <w:p>
      <w:r>
        <w:t xml:space="preserve">01:02:03   (Speaker D)  put it in the island, that little islands right there. Or you could even put, put both signs on the same pole. But really to put a bright neon yellow sign right smack dab in the very middle of this house, that. That wasn't very courteous at all. That's. </w:t>
      </w:r>
    </w:p>
    <w:p>
      <w:r>
        <w:t xml:space="preserve">01:02:20   (Speaker C)  Yeah, we're going to move. </w:t>
      </w:r>
    </w:p>
    <w:p>
      <w:r>
        <w:t xml:space="preserve">01:02:21   (Speaker D)  Thank you. Appreciate that. </w:t>
      </w:r>
    </w:p>
    <w:p>
      <w:r>
        <w:t xml:space="preserve">01:02:26   (Speaker C)  And did those pipes for the signs, did they come from our. What was in storage? </w:t>
      </w:r>
    </w:p>
    <w:p>
      <w:r>
        <w:t xml:space="preserve">01:02:31   (Speaker A)  Yep. </w:t>
      </w:r>
    </w:p>
    <w:p>
      <w:r>
        <w:t xml:space="preserve">01:02:31   (Speaker C)  So we did take four of those posts from the, from the office there and use those. One of your dog stations. I'm not sure what happened to it. The bolts got broken inside of the trash part. So had staff go over there and put some new bolts through that and get that secured up. And then they did add some more spikes and fasten it to the, to the concrete or the pavers for your wool deck borders. </w:t>
      </w:r>
    </w:p>
    <w:p>
      <w:r>
        <w:t xml:space="preserve">01:03:03   (Speaker G)  So. </w:t>
      </w:r>
    </w:p>
    <w:p>
      <w:r>
        <w:t xml:space="preserve">01:03:05   (Speaker C)  So the, the bolts back to the dog station. Somebody also damaged the pedestrian gate. I got photos I got to send you yet. Yeah, the one I, I saw it, I made a work order for it when I was over there yesterday, so. But it's, it's, it's vandalism. It's the same person that is. And, and they make a purpose of leaving the gate wide open no matter what and they purposely are doing this. I, I would like to ask council, is it legal? Because it's not secure and we can't do anything with it right now. It needs, needs a lot of work. That's one of the other things I'm going to get to. But can we like chain it shut? </w:t>
      </w:r>
    </w:p>
    <w:p>
      <w:r>
        <w:t xml:space="preserve">01:03:51   (Speaker E)  Is it a. It's a broken gate. </w:t>
      </w:r>
    </w:p>
    <w:p>
      <w:r>
        <w:t xml:space="preserve">01:03:53   (Speaker C)  It's a, it's a broken gate that they keep vandalizing. </w:t>
      </w:r>
    </w:p>
    <w:p>
      <w:r>
        <w:t xml:space="preserve">01:03:56   (Speaker A)  And I'm. </w:t>
      </w:r>
    </w:p>
    <w:p>
      <w:r>
        <w:t xml:space="preserve">01:03:57   (Speaker C)  This is my personal opinion. I think that, okay, you, whoever you were that did this, you use that gate and you want it wide open. But now until we repair it. </w:t>
      </w:r>
    </w:p>
    <w:p>
      <w:r>
        <w:t xml:space="preserve">01:04:07   (Speaker G)  Yeah, we can. </w:t>
      </w:r>
    </w:p>
    <w:p>
      <w:r>
        <w:t xml:space="preserve">01:04:08   (Speaker C)  We lock it and with a chain. So while we're waiting for it to be repaired because they're supposed to be secured. </w:t>
      </w:r>
    </w:p>
    <w:p>
      <w:r>
        <w:t xml:space="preserve">01:04:15   (Speaker G)  Yeah, we could because we've had some people coming late at night, two, three, four o' clock in the morning, opening up doors, cars. They've been caught on the camera. So these are the people I think he's talking about. They come in and so </w:t>
      </w:r>
    </w:p>
    <w:p>
      <w:r>
        <w:t xml:space="preserve">01:04:31   (Speaker E)  a couple things to think about. I think if it's a temporary disabling of the gate, so keeping it shut for a short period of time, I would still want to look into it and research it. So you could do an approval contingent with staff, sign off with me signing off on. I just want a little bit. </w:t>
      </w:r>
    </w:p>
    <w:p>
      <w:r>
        <w:t xml:space="preserve">01:04:49   (Speaker C)  That's fine because we've been trying to fix them for a long time. </w:t>
      </w:r>
    </w:p>
    <w:p>
      <w:r>
        <w:t xml:space="preserve">01:04:52   (Speaker E)  If, if we want to chain it shut until they're fixed, I think temporarily that is probably okay. I just want to triple check on that. If it is. If you all know who is doing it. </w:t>
      </w:r>
    </w:p>
    <w:p>
      <w:r>
        <w:t xml:space="preserve">01:05:05   (Speaker C)  Well, we don't have cameras on it, so. </w:t>
      </w:r>
    </w:p>
    <w:p>
      <w:r>
        <w:t xml:space="preserve">01:05:08   (Speaker E)  Okay, well, if somebody were to find out, they know who it is, we can also send a letter for demand of damages to the individual. But if, if you want to temporarily chain it shut, we can't permanently do it. </w:t>
      </w:r>
    </w:p>
    <w:p>
      <w:r>
        <w:t xml:space="preserve">01:05:20   (Speaker D)  Probably. </w:t>
      </w:r>
    </w:p>
    <w:p>
      <w:r>
        <w:t xml:space="preserve">01:05:20   (Speaker E)  Yeah, but temporarily, you. If the board wants to do that, you can do that. Staff direction with council confirming that it's okay. </w:t>
      </w:r>
    </w:p>
    <w:p>
      <w:r>
        <w:t xml:space="preserve">01:05:30   (Speaker D)  So this might be something for a security session instead then, Right when we said there's no cameras at that area. Is that a possibility to do that, </w:t>
      </w:r>
    </w:p>
    <w:p>
      <w:r>
        <w:t xml:space="preserve">01:05:41   (Speaker E)  to get staff could take that back and we could talk about it in next month's security session if that's something. </w:t>
      </w:r>
    </w:p>
    <w:p>
      <w:r>
        <w:t xml:space="preserve">01:05:47   (Speaker I)  Yeah. </w:t>
      </w:r>
    </w:p>
    <w:p>
      <w:r>
        <w:t xml:space="preserve">01:05:48   (Speaker A)  Lined up. </w:t>
      </w:r>
    </w:p>
    <w:p>
      <w:r>
        <w:t xml:space="preserve">01:05:49   (Speaker B)  Yeah, we can, I think with what you said, we have enough to. To go to and see if. What possibilities we have so we can bring that back. </w:t>
      </w:r>
    </w:p>
    <w:p>
      <w:r>
        <w:t xml:space="preserve">01:05:58   (Speaker E)  But if you do see something or if you see something on social media of, you know, we've seen, I have another district where a lady just posted pictures of the kids messing up all the stuff. And then I get sent those pictures. And we do send letters to people's parents or who, whoever it is that's doing it. And we just say something like, you know, we've been advised that you may be doing this stop. So, you know, that is an option. If, if you do see something that you might be able to piece together who it is, let staff know because there are steps we can take. </w:t>
      </w:r>
    </w:p>
    <w:p>
      <w:r>
        <w:t xml:space="preserve">01:06:31   (Speaker A)  Which gate is this? </w:t>
      </w:r>
    </w:p>
    <w:p>
      <w:r>
        <w:t xml:space="preserve">01:06:34   (Speaker C)  So we numbered on. It's gate. </w:t>
      </w:r>
    </w:p>
    <w:p>
      <w:r>
        <w:t xml:space="preserve">01:06:37   (Speaker G)  Gate two. </w:t>
      </w:r>
    </w:p>
    <w:p>
      <w:r>
        <w:t xml:space="preserve">01:06:38   (Speaker C)  Two. If you're coming on Big Ben Road from the west, the big one that is on the edge where that sidewalk is, that's number one. And then they go 2, 3, 4, </w:t>
      </w:r>
    </w:p>
    <w:p>
      <w:r>
        <w:t xml:space="preserve">01:06:47   (Speaker B)  5, 6, 7, all the way back 8. </w:t>
      </w:r>
    </w:p>
    <w:p>
      <w:r>
        <w:t xml:space="preserve">01:06:49   (Speaker C)  So it's number two. </w:t>
      </w:r>
    </w:p>
    <w:p>
      <w:r>
        <w:t xml:space="preserve">01:06:52   (Speaker D)  Number two. </w:t>
      </w:r>
    </w:p>
    <w:p>
      <w:r>
        <w:t xml:space="preserve">01:06:53   (Speaker H)  Yeah. </w:t>
      </w:r>
    </w:p>
    <w:p>
      <w:r>
        <w:t xml:space="preserve">01:06:55   (Speaker C)  So with that being said, and number one on, this is about reaching out and trying to find somebody can. I thought last meeting you had said something about the gate company possibly could do yes. Or complete it. </w:t>
      </w:r>
    </w:p>
    <w:p>
      <w:r>
        <w:t xml:space="preserve">01:07:12   (Speaker B)  We do have. </w:t>
      </w:r>
    </w:p>
    <w:p>
      <w:r>
        <w:t xml:space="preserve">01:07:13   (Speaker I)  Yeah, we have proposals in there. </w:t>
      </w:r>
    </w:p>
    <w:p>
      <w:r>
        <w:t xml:space="preserve">01:07:14   (Speaker B)  It's under amenity. </w:t>
      </w:r>
    </w:p>
    <w:p>
      <w:r>
        <w:t xml:space="preserve">01:07:15   (Speaker C)  Oh, okay. </w:t>
      </w:r>
    </w:p>
    <w:p>
      <w:r>
        <w:t xml:space="preserve">01:07:16   (Speaker B)  But export gate option, lock option, which for the pedestrian. Right. </w:t>
      </w:r>
    </w:p>
    <w:p>
      <w:r>
        <w:t xml:space="preserve">01:07:24   (Speaker C)  But then if they do that, it will have electricity. If they. </w:t>
      </w:r>
    </w:p>
    <w:p>
      <w:r>
        <w:t xml:space="preserve">01:07:28   (Speaker B)  If. Yes, we can go back and talk to them about different options with potential. </w:t>
      </w:r>
    </w:p>
    <w:p>
      <w:r>
        <w:t xml:space="preserve">01:07:32   (Speaker C)  Well, we're gonna have to pay to put electricity in there, but then we do the other stuff. </w:t>
      </w:r>
    </w:p>
    <w:p>
      <w:r>
        <w:t xml:space="preserve">01:07:36   (Speaker B)  Yeah, these things WI fi as well, so. </w:t>
      </w:r>
    </w:p>
    <w:p>
      <w:r>
        <w:t xml:space="preserve">01:07:40   (Speaker D)  But g. About the power washing of the inside of the walls at the back exit. Remember we discussed that a couple months ago. </w:t>
      </w:r>
    </w:p>
    <w:p>
      <w:r>
        <w:t xml:space="preserve">01:07:49   (Speaker G)  Yeah. </w:t>
      </w:r>
    </w:p>
    <w:p>
      <w:r>
        <w:t xml:space="preserve">01:07:49   (Speaker D)  About getting that moldy walls cleaned up as we go out the back. </w:t>
      </w:r>
    </w:p>
    <w:p>
      <w:r>
        <w:t xml:space="preserve">01:07:57   (Speaker C)  So I do. I do have a number of that. </w:t>
      </w:r>
    </w:p>
    <w:p>
      <w:r>
        <w:t xml:space="preserve">01:08:01   (Speaker B)  That's something we can do in the. The allowance per month, but we've been kind of like right on that every month. But we can make that a priority for this month if you'd like. </w:t>
      </w:r>
    </w:p>
    <w:p>
      <w:r>
        <w:t xml:space="preserve">01:08:12   (Speaker C)  Yeah, we still have a decent amount left for September, so we can definitely get that taken care of. </w:t>
      </w:r>
    </w:p>
    <w:p>
      <w:r>
        <w:t xml:space="preserve">01:08:17   (Speaker D)  Okay, thank you. </w:t>
      </w:r>
    </w:p>
    <w:p>
      <w:r>
        <w:t xml:space="preserve">01:08:19   (Speaker G)  No problem. </w:t>
      </w:r>
    </w:p>
    <w:p>
      <w:r>
        <w:t xml:space="preserve">01:08:24   (Speaker C)  And then the last thing I had was. I know we talked in the past about wildlife signage for your ponds. Is that something you guys are still interested in doing? Like wildlife signage for the ponds? Like warning signs or beware of alligators. Like beware alligator. Beware snakes. </w:t>
      </w:r>
    </w:p>
    <w:p>
      <w:r>
        <w:t xml:space="preserve">01:08:44   (Speaker E)  Don't eat it. </w:t>
      </w:r>
    </w:p>
    <w:p>
      <w:r>
        <w:t xml:space="preserve">01:08:44   (Speaker C)  Don't. Yeah, I don't think. We don't deserve. I was talking when we were talking about homeowners and the maintenance team and homeowners maintenance teams dumping yard debris and all that on that back sidewalk. I remember us talking about that. I don't remember us talking about signage. </w:t>
      </w:r>
    </w:p>
    <w:p>
      <w:r>
        <w:t xml:space="preserve">01:09:07   (Speaker G)  We can do. </w:t>
      </w:r>
    </w:p>
    <w:p>
      <w:r>
        <w:t xml:space="preserve">01:09:07   (Speaker E)  No dumping signs, too. </w:t>
      </w:r>
    </w:p>
    <w:p>
      <w:r>
        <w:t xml:space="preserve">01:09:08   (Speaker B)  Yeah. Any type of signage, really. </w:t>
      </w:r>
    </w:p>
    <w:p>
      <w:r>
        <w:t xml:space="preserve">01:09:09   (Speaker E)  I mean, that's an option that you want. </w:t>
      </w:r>
    </w:p>
    <w:p>
      <w:r>
        <w:t xml:space="preserve">01:09:12   (Speaker C)  Because there is. There's a problem with homeowners. Landscapers are doing it. Our landscapers were doing. And sometimes I still catch them doing. Depending upon who the person is that I can see right where they cut. Because I just showed you that on pond two. Two weeks ago. Yeah, they cut it and they just threw it in this. They're supposed to. They're supposed to take it out. Anyway, we had some. Some discussion about putting signage along the back sidewalk so people know they can't dump it back there. </w:t>
      </w:r>
    </w:p>
    <w:p>
      <w:r>
        <w:t xml:space="preserve">01:09:41   (Speaker A)  That's the trail. </w:t>
      </w:r>
    </w:p>
    <w:p>
      <w:r>
        <w:t xml:space="preserve">01:09:41   (Speaker C)  You mean the trail is. Yes. </w:t>
      </w:r>
    </w:p>
    <w:p>
      <w:r>
        <w:t xml:space="preserve">01:09:46   (Speaker B)  We can also send an email. You do have that option now. Again, we don't want to spam. We've been very conscious of that. We did send an email out today, just kind of as a informational thing for rentals for the amenity center. </w:t>
      </w:r>
    </w:p>
    <w:p>
      <w:r>
        <w:t xml:space="preserve">01:10:02   (Speaker C)  Yeah, no, I think that's good. Yeah, it's good. Appropriate use and the timing is good. It's not overly bothersome. </w:t>
      </w:r>
    </w:p>
    <w:p>
      <w:r>
        <w:t xml:space="preserve">01:10:09   (Speaker D)  So we could craft, I think send an email out. I just don't want to clutter up the community with a bunch of signs everywhere. This seems like our entrance gate has signs everywhere and now we have signs everywhere. But I do think utilizing this, this constant contact and send out, you know, the emails and as far as the wildlife thing, I don't think it would be hurt. I would hurt to say, hey, just a reminder. I mean, I know the two pawns back and remedy have issues with the gators back there and there are a few homeowners that still insist on feeding the wildlife and that's contributing to the gator issue. There was a neighbor across the way from us that was feeding the sandhill cranes. So I think putting that out there, you know, you guys don't want this wildlife, you know, knocking on your door, so please stop feeding them. </w:t>
      </w:r>
    </w:p>
    <w:p>
      <w:r>
        <w:t xml:space="preserve">01:11:06   (Speaker B)  So we could do kind of a combo email of just ponds and cv areas of reminder, beware of wildlife and alligators and do not feed the wildlife. And also no dumping because we have </w:t>
      </w:r>
    </w:p>
    <w:p>
      <w:r>
        <w:t xml:space="preserve">01:11:23   (Speaker D)  a neighbor across from us, came to us and said, hey, I think you have a couple groups of teenagers, they're fishing in your pond, but they're using the fish that they catch. They're chopping them up and using that to fish with. And so you have dead fish laying back there. And so, I mean, that is just something needs to be put out there. You it's catch and release. You can't use it for bait, you know, and we're going to have wildlife issues if you continue doing this. </w:t>
      </w:r>
    </w:p>
    <w:p>
      <w:r>
        <w:t xml:space="preserve">01:11:51   (Speaker G)  Well, maybe on the email it's more cost effective, but yeah, these people are not going to look retent. </w:t>
      </w:r>
    </w:p>
    <w:p>
      <w:r>
        <w:t xml:space="preserve">01:11:56   (Speaker D)  You know, the size I think is </w:t>
      </w:r>
    </w:p>
    <w:p>
      <w:r>
        <w:t xml:space="preserve">01:11:59   (Speaker G)  55 miles per 65. </w:t>
      </w:r>
    </w:p>
    <w:p>
      <w:r>
        <w:t xml:space="preserve">01:12:02   (Speaker B)  We could try the email and if it needs to go a couple times, again, we're not going to spam anybody, but you know, we do one this month and if it's still an issue, we could try it again next month or something like that. And if it's still an issue, then the board can revisit signs and see if that's maybe a more viable option if needed. </w:t>
      </w:r>
    </w:p>
    <w:p>
      <w:r>
        <w:t xml:space="preserve">01:12:18   (Speaker C)  I would like to say just do the one for the pond and yes, fishing and all. Don't do anything about the dumping. Save that and do that as a separate. </w:t>
      </w:r>
    </w:p>
    <w:p>
      <w:r>
        <w:t xml:space="preserve">01:12:26   (Speaker B)  Okay, so do like a wildlife fishing one and then maybe a week after do one about. Because again, we, we talked in the last meeting of. You know, obviously we don't want to spam residents, so it's max of two a week as needed. One topic per. And so we'll split those into two topics and split them up throughout the ponds. </w:t>
      </w:r>
    </w:p>
    <w:p>
      <w:r>
        <w:t xml:space="preserve">01:12:45   (Speaker A)  You can also say, just as a reminder, you're not allowed to discharge anything in the ponds because you've got a couple cases with that too that we've done. So ponds and feeding and fishing. </w:t>
      </w:r>
    </w:p>
    <w:p>
      <w:r>
        <w:t xml:space="preserve">01:12:55   (Speaker B)  And we can do kind of a pond theme email and then we can do a landscaping theme. Dumping email. You know, fronds, grass clippings, things like that. You know, you can't dump those on CDD property or in the preserve areas. </w:t>
      </w:r>
    </w:p>
    <w:p>
      <w:r>
        <w:t xml:space="preserve">01:13:11   (Speaker C)  Separate, that'd be. </w:t>
      </w:r>
    </w:p>
    <w:p>
      <w:r>
        <w:t xml:space="preserve">01:13:12   (Speaker B)  Yes, that'll be two separate months ago. </w:t>
      </w:r>
    </w:p>
    <w:p>
      <w:r>
        <w:t xml:space="preserve">01:13:14   (Speaker A)  Okay. </w:t>
      </w:r>
    </w:p>
    <w:p>
      <w:r>
        <w:t xml:space="preserve">01:13:17   (Speaker G)  Okay. </w:t>
      </w:r>
    </w:p>
    <w:p>
      <w:r>
        <w:t xml:space="preserve">01:13:18   (Speaker E)  Including the pond one. The nuisance alligator snap information. </w:t>
      </w:r>
    </w:p>
    <w:p>
      <w:r>
        <w:t xml:space="preserve">01:13:23   (Speaker B)  Yes. </w:t>
      </w:r>
    </w:p>
    <w:p>
      <w:r>
        <w:t xml:space="preserve">01:13:23   (Speaker E)  Contact. </w:t>
      </w:r>
    </w:p>
    <w:p>
      <w:r>
        <w:t xml:space="preserve">01:13:24   (Speaker A)  Yeah. </w:t>
      </w:r>
    </w:p>
    <w:p>
      <w:r>
        <w:t xml:space="preserve">01:13:26   (Speaker G)  Swimming at all risk. Okay. </w:t>
      </w:r>
    </w:p>
    <w:p>
      <w:r>
        <w:t xml:space="preserve">01:13:36   (Speaker C)  That was it for me. Just making it up here. </w:t>
      </w:r>
    </w:p>
    <w:p>
      <w:r>
        <w:t xml:space="preserve">01:14:05   (Speaker B)  Anything else for Garrett concerning field? Of course, as always, if you do see something, please let us know. We're always available and we'd like to get that so we can try and address as best we can. </w:t>
      </w:r>
    </w:p>
    <w:p>
      <w:r>
        <w:t xml:space="preserve">01:14:17   (Speaker A)  Okay. </w:t>
      </w:r>
    </w:p>
    <w:p>
      <w:r>
        <w:t xml:space="preserve">01:14:19   (Speaker C)  Okay. </w:t>
      </w:r>
    </w:p>
    <w:p>
      <w:r>
        <w:t xml:space="preserve">01:14:20   (Speaker B)  So </w:t>
      </w:r>
    </w:p>
    <w:p>
      <w:r>
        <w:t xml:space="preserve">01:14:22   (Speaker C)  very welcome. Anytime you guys need anything, just reach out and try to answer as often as I can. I got a six year old and she was always begging me for money. Want me to bring her? </w:t>
      </w:r>
    </w:p>
    <w:p>
      <w:r>
        <w:t xml:space="preserve">01:14:36   (Speaker E)  For the record, that was a joke. </w:t>
      </w:r>
    </w:p>
    <w:p>
      <w:r>
        <w:t xml:space="preserve">01:14:38   (Speaker G)  Yeah, </w:t>
      </w:r>
    </w:p>
    <w:p>
      <w:r>
        <w:t xml:space="preserve">01:14:41   (Speaker B)  yeah, exactly. So we do have on here too, so consideration. Holiday lights. We've received this today. And I'll let Dream kind of touch on a little bit because she reached out to a few. Including. Including your current. </w:t>
      </w:r>
    </w:p>
    <w:p>
      <w:r>
        <w:t xml:space="preserve">01:14:55   (Speaker I)  Yeah. </w:t>
      </w:r>
    </w:p>
    <w:p>
      <w:r>
        <w:t xml:space="preserve">01:14:55   (Speaker B)  You've been using. </w:t>
      </w:r>
    </w:p>
    <w:p>
      <w:r>
        <w:t xml:space="preserve">01:14:56   (Speaker I)  I reached out to the one y' all used last year. I know your contract ran out with them because it was a three year contract. He forwarded me a proposal which had made it to your path. He says that y' all still own the. </w:t>
      </w:r>
    </w:p>
    <w:p>
      <w:r>
        <w:t xml:space="preserve">01:15:12   (Speaker B)  The lights and everything. </w:t>
      </w:r>
    </w:p>
    <w:p>
      <w:r>
        <w:t xml:space="preserve">01:15:13   (Speaker I)  The lights and everything. But the lights are no longer under warranty. But your greenery is under warranty through 2029. The lights aren't under warranty, but you still own the lights. </w:t>
      </w:r>
    </w:p>
    <w:p>
      <w:r>
        <w:t xml:space="preserve">01:15:24   (Speaker G)  Oh, where are they? </w:t>
      </w:r>
    </w:p>
    <w:p>
      <w:r>
        <w:t xml:space="preserve">01:15:26   (Speaker I)  He's got them stored. </w:t>
      </w:r>
    </w:p>
    <w:p>
      <w:r>
        <w:t xml:space="preserve">01:15:27   (Speaker D)  He stored them. </w:t>
      </w:r>
    </w:p>
    <w:p>
      <w:r>
        <w:t xml:space="preserve">01:15:28   (Speaker B)  One sec, Sorry. Is there a Nicole here? </w:t>
      </w:r>
    </w:p>
    <w:p>
      <w:r>
        <w:t xml:space="preserve">01:15:36   (Speaker C)  No one. </w:t>
      </w:r>
    </w:p>
    <w:p>
      <w:r>
        <w:t xml:space="preserve">01:15:36   (Speaker B)  Oh, that's me. No, no, no, I. I didn't. </w:t>
      </w:r>
    </w:p>
    <w:p>
      <w:r>
        <w:t xml:space="preserve">01:15:38   (Speaker A)  They didn't give it to me. </w:t>
      </w:r>
    </w:p>
    <w:p>
      <w:r>
        <w:t xml:space="preserve">01:15:39   (Speaker G)  Okay. </w:t>
      </w:r>
    </w:p>
    <w:p>
      <w:r>
        <w:t xml:space="preserve">01:15:39   (Speaker B)  Yeah. So that's the secretary. Yeah. </w:t>
      </w:r>
    </w:p>
    <w:p>
      <w:r>
        <w:t xml:space="preserve">01:15:41   (Speaker H)  So if you'll just let us know </w:t>
      </w:r>
    </w:p>
    <w:p>
      <w:r>
        <w:t xml:space="preserve">01:15:43   (Speaker C)  how many people you had. </w:t>
      </w:r>
    </w:p>
    <w:p>
      <w:r>
        <w:t xml:space="preserve">01:15:45   (Speaker B)  Appreciate it. </w:t>
      </w:r>
    </w:p>
    <w:p>
      <w:r>
        <w:t xml:space="preserve">01:15:46   (Speaker D)  I know. </w:t>
      </w:r>
    </w:p>
    <w:p>
      <w:r>
        <w:t xml:space="preserve">01:15:47   (Speaker G)  Didn't we agree that we were gonna keep the lights? </w:t>
      </w:r>
    </w:p>
    <w:p>
      <w:r>
        <w:t xml:space="preserve">01:15:50   (Speaker C)  Mike, my question is, are you coordinating with the homeowner who is the only volunteer that works this. </w:t>
      </w:r>
    </w:p>
    <w:p>
      <w:r>
        <w:t xml:space="preserve">01:15:58   (Speaker I)  I haven't gotten up with the homeowner yet. I wanted. Because I know we wanted to get your proposals to you because it's off. This is September and they schedule. </w:t>
      </w:r>
    </w:p>
    <w:p>
      <w:r>
        <w:t xml:space="preserve">01:16:09   (Speaker A)  Here's the problem with the proposal. Okay, I'll just comment on this. The proposal only includes labor. Okay. And it sounds like you may not know fully what we did here three years ago, so it might be helpful. So we bought the lights. We paid the upfront cost to buy them. They had a three year warranty. So what you say they're doing out that. That makes perfect sense. The whole project was justified in that after purchasing them the first year, we would only be paying labor in subsequent years. Now that contract ran out, but previously to this year, we paid $4,800 for labor, and all of a sudden now they're telling us that the labor is $9,200 in your proposal. So they've effectively almost doubled their labor after the warranty, which I think is ridiculous. And the other thing that supervisor Almeida brought up is it's great that they acknowledge that those are our lights, but they've been storing them for us. That's been part of their contract. But if we decide not to go with them, they need to give us the light. He said that he would, but I think it's very. We should go back to them and say, how. How come when you justify this project to three years ago on a capital investment with only paying labor, how come you're doubling the labor cost in your poor now. I'm sorry, Paul. The other thing is what Jim mentions. There's one homeowner who's still on that committee who knows all about, like, what they were supposed to do. There was a whole bunch of issues they didn't give us. What we every year been going through. Well, this isn't. This isn't the way it's supposed to be. That's what that volunteer did. And so I would encourage, like, maybe to ask this question. This is ridiculous. Yeah, you sold us on a capital investment, and now you're doubling the labor in year four. I could see it, labor going up a little bit. Right. Because, you know, prices are going up, but not double. That's. That's crazy. And I just think it's. They roped us in on this, and we wanted to. We wanted to justify this project on a capital investment that maybe gives us more than three years. And so this. We can't even consider this because the labor cost is so high. It's almost as High as the, as the purchase price of the equipment we bought three years ago. </w:t>
      </w:r>
    </w:p>
    <w:p>
      <w:r>
        <w:t xml:space="preserve">01:18:26   (Speaker I)  I agree. </w:t>
      </w:r>
    </w:p>
    <w:p>
      <w:r>
        <w:t xml:space="preserve">01:18:27   (Speaker A)  So. </w:t>
      </w:r>
    </w:p>
    <w:p>
      <w:r>
        <w:t xml:space="preserve">01:18:27   (Speaker D)  And my concern is how I would have felt better if we had the lights and they were on site and they were our lights. I feel like how do we know that this company hasn't pulled from our lights to put into someone else's community light? </w:t>
      </w:r>
    </w:p>
    <w:p>
      <w:r>
        <w:t xml:space="preserve">01:18:43   (Speaker C)  No, we know. </w:t>
      </w:r>
    </w:p>
    <w:p>
      <w:r>
        <w:t xml:space="preserve">01:18:44   (Speaker B)  They just. </w:t>
      </w:r>
    </w:p>
    <w:p>
      <w:r>
        <w:t xml:space="preserve">01:18:45   (Speaker C)  We know they did that. We've caught them doing that. We have to tell them to come back. </w:t>
      </w:r>
    </w:p>
    <w:p>
      <w:r>
        <w:t xml:space="preserve">01:18:49   (Speaker D)  It was all Mitch matched up. The whites aren't the same white. There's yellow, white, white, white. I'm like, this is not what we had for the first time. So I feel like they have taken our brand new lights that we purchased and they picked and, and robbed to put to this community and that community. And so, yeah, I, we should have kept our lights. </w:t>
      </w:r>
    </w:p>
    <w:p>
      <w:r>
        <w:t xml:space="preserve">01:19:08   (Speaker I)  Okay, we want to table this. I'll get up with the resident that was on that committee. </w:t>
      </w:r>
    </w:p>
    <w:p>
      <w:r>
        <w:t xml:space="preserve">01:19:16   (Speaker A)  Yeah, there's not a ton of time to table. </w:t>
      </w:r>
    </w:p>
    <w:p>
      <w:r>
        <w:t xml:space="preserve">01:19:18   (Speaker C)  Yeah. </w:t>
      </w:r>
    </w:p>
    <w:p>
      <w:r>
        <w:t xml:space="preserve">01:19:19   (Speaker A)  Because. But I would just, I would first go back to them and say, this is ridiculous what you're doing with the labor. It's just ethics wise, business ethics wise. I think it's concerning. I mean, they can do whatever they want, but they, they're doubling the labor rate in year four. That's crazy. So see if you can tell them that you're not happy about that. And then, and then this volunteer can probably, like, we can probably light a little fire under them too. If we say, okay, we want to see all our lights right now, let the volunteer get through it, make sure we have what we're supposed to have and say, we're not going to continue this, you know, so give us our lights now. But the timing has to go because what they do is they want to build half of this like right now. </w:t>
      </w:r>
    </w:p>
    <w:p>
      <w:r>
        <w:t xml:space="preserve">01:20:01   (Speaker I)  Right. </w:t>
      </w:r>
    </w:p>
    <w:p>
      <w:r>
        <w:t xml:space="preserve">01:20:02   (Speaker A)  And then they'll build the second half after installation. </w:t>
      </w:r>
    </w:p>
    <w:p>
      <w:r>
        <w:t xml:space="preserve">01:20:05   (Speaker I)  Correct. </w:t>
      </w:r>
    </w:p>
    <w:p>
      <w:r>
        <w:t xml:space="preserve">01:20:05   (Speaker A)  And so we don't have a ton of time with this because let's say this all falls through and you say, okay, we got hoodwinked three years ago and we didn't really get as much benefit as the whole project was justified. Only if it's labor. But we have to go solicit other places and they're going to start to dry up too. So there isn't a lot of time. </w:t>
      </w:r>
    </w:p>
    <w:p>
      <w:r>
        <w:t xml:space="preserve">01:20:24   (Speaker G)  I would also like to see if we can get a proposal from somebody else to see what hanging these lights. </w:t>
      </w:r>
    </w:p>
    <w:p>
      <w:r>
        <w:t xml:space="preserve">01:20:32   (Speaker B)  We have this one. </w:t>
      </w:r>
    </w:p>
    <w:p>
      <w:r>
        <w:t xml:space="preserve">01:20:33   (Speaker I)  I did bring you a second proposal. It didn't make it to the packet for holiday lights. I did Reach out to a third company. And all I have done with them is play phone tag. </w:t>
      </w:r>
    </w:p>
    <w:p>
      <w:r>
        <w:t xml:space="preserve">01:20:44   (Speaker A)  What does that quote have lights and flavor? Yes. </w:t>
      </w:r>
    </w:p>
    <w:p>
      <w:r>
        <w:t xml:space="preserve">01:20:48   (Speaker I)  Yes. </w:t>
      </w:r>
    </w:p>
    <w:p>
      <w:r>
        <w:t xml:space="preserve">01:20:49   (Speaker B)  On the other side of your laptop. </w:t>
      </w:r>
    </w:p>
    <w:p>
      <w:r>
        <w:t xml:space="preserve">01:20:50   (Speaker A)  Okay. </w:t>
      </w:r>
    </w:p>
    <w:p>
      <w:r>
        <w:t xml:space="preserve">01:20:51   (Speaker E)  So this is one that I, I've, I have at some other districts too, and I know GMS uses them. </w:t>
      </w:r>
    </w:p>
    <w:p>
      <w:r>
        <w:t xml:space="preserve">01:20:56   (Speaker G)  They. </w:t>
      </w:r>
    </w:p>
    <w:p>
      <w:r>
        <w:t xml:space="preserve">01:20:56   (Speaker E)  You don't own the lights. They basically just let you borrow the lights for Christmas and then they take them down. </w:t>
      </w:r>
    </w:p>
    <w:p>
      <w:r>
        <w:t xml:space="preserve">01:21:03   (Speaker A)  That's this one. </w:t>
      </w:r>
    </w:p>
    <w:p>
      <w:r>
        <w:t xml:space="preserve">01:21:03   (Speaker E)  Yes, sir. </w:t>
      </w:r>
    </w:p>
    <w:p>
      <w:r>
        <w:t xml:space="preserve">01:21:04   (Speaker I)  Holiday lighting proposal. Yes. </w:t>
      </w:r>
    </w:p>
    <w:p>
      <w:r>
        <w:t xml:space="preserve">01:21:07   (Speaker A)  So there's no capital investment and it's costing the same that they're going to charge for labor to put on. </w:t>
      </w:r>
    </w:p>
    <w:p>
      <w:r>
        <w:t xml:space="preserve">01:21:12   (Speaker E)  Which is interesting that it's the same cost as the other one. That's just labor. So a suggestion. Last year, the compensation for just the labor to put up the lights was just over $4,500. If you wanted to do an approval for labor not to exceed 5,000 to see if you can negotiate with them to do that. And then if they're not able to do do that, we can either wait till October or you can do another not to exceed to authorize the chair to select another contractor up to $10,000, whatever have you, if it is a priority to try and get on the calendar before you meet in October. </w:t>
      </w:r>
    </w:p>
    <w:p>
      <w:r>
        <w:t xml:space="preserve">01:21:49   (Speaker A)  What, what is. What would be a fair increase in labor is 10% fair, 15%. </w:t>
      </w:r>
    </w:p>
    <w:p>
      <w:r>
        <w:t xml:space="preserve">01:21:55   (Speaker C)  Yeah, but what. Okay, but what if right now the costs are going to be this much and we need to. When this finally triggers and the decision is made with the not to exceed it probably should be, in my opinion a higher amount because cost of everything has gone up. All that with all the gas and everything. But if we do too low of a thing, then when it's. We need to make this decision now because we're not going to be able </w:t>
      </w:r>
    </w:p>
    <w:p>
      <w:r>
        <w:t xml:space="preserve">01:22:25   (Speaker B)  to get our lights approved. </w:t>
      </w:r>
    </w:p>
    <w:p>
      <w:r>
        <w:t xml:space="preserve">01:22:27   (Speaker C)  October might be too late is what they're all. </w:t>
      </w:r>
    </w:p>
    <w:p>
      <w:r>
        <w:t xml:space="preserve">01:22:30   (Speaker B)  What they all said. </w:t>
      </w:r>
    </w:p>
    <w:p>
      <w:r>
        <w:t xml:space="preserve">01:22:31   (Speaker D)  Everybody's gonna be all hooked up. </w:t>
      </w:r>
    </w:p>
    <w:p>
      <w:r>
        <w:t xml:space="preserve">01:22:32   (Speaker A)  Yeah, that's what I was trying to get to. What the. What the percent. Because again I have 48. 10 is what we. What the contract said. So we ended up paying a little less, I think because of the volunteers negotiations and they didn't do what they were supposed to do. And then it was a credit they gave us back for something. So 40 call 4500. They did that for three years. So I was trying to look at, you know, is a 10 every year fare. </w:t>
      </w:r>
    </w:p>
    <w:p>
      <w:r>
        <w:t xml:space="preserve">01:22:58   (Speaker E)  Yeah. </w:t>
      </w:r>
    </w:p>
    <w:p>
      <w:r>
        <w:t xml:space="preserve">01:22:58   (Speaker A)  So then a 30 increase above that 4810 on the existing contract would have been, you know, somewhere around 6300 as a knock that we exceed. That would be fair. </w:t>
      </w:r>
    </w:p>
    <w:p>
      <w:r>
        <w:t xml:space="preserve">01:23:12   (Speaker C)  I got that the best price we can. But I think we ought to go 1100 in my opinion. So we got this one that we can squeeze the trigger on and at this one we negotiated down lower. We can squeeze the trigger on that one. </w:t>
      </w:r>
    </w:p>
    <w:p>
      <w:r>
        <w:t xml:space="preserve">01:23:25   (Speaker A)  11,000. </w:t>
      </w:r>
    </w:p>
    <w:p>
      <w:r>
        <w:t xml:space="preserve">01:23:26   (Speaker C)  11. Oh, well, it's. It's 9,000 here or it's. </w:t>
      </w:r>
    </w:p>
    <w:p>
      <w:r>
        <w:t xml:space="preserve">01:23:31   (Speaker E)  So it would be, I think. Right. If, if you go with just the labor, you would want it obviously at a lower number. If it's something like this or one of the other companies they solicit, it would be all new lights coming in. The question I would have for the returning company is that if we did go with someone else, they need to give us our lights. </w:t>
      </w:r>
    </w:p>
    <w:p>
      <w:r>
        <w:t xml:space="preserve">01:23:50   (Speaker I)  They said they would. </w:t>
      </w:r>
    </w:p>
    <w:p>
      <w:r>
        <w:t xml:space="preserve">01:23:52   (Speaker D)  Well, you mentioned something about Garland still under warranty as well. </w:t>
      </w:r>
    </w:p>
    <w:p>
      <w:r>
        <w:t xml:space="preserve">01:23:57   (Speaker I)  Yeah, he said the Greenery is still under warranty until 2029 and we owe that as well. </w:t>
      </w:r>
    </w:p>
    <w:p>
      <w:r>
        <w:t xml:space="preserve">01:24:12   (Speaker D)  I, I personally do not feel that this company has done right by us. </w:t>
      </w:r>
    </w:p>
    <w:p>
      <w:r>
        <w:t xml:space="preserve">01:24:15   (Speaker G)  Nope. </w:t>
      </w:r>
    </w:p>
    <w:p>
      <w:r>
        <w:t xml:space="preserve">01:24:16   (Speaker D)  And I do not feel that we need to continue business with this particular. </w:t>
      </w:r>
    </w:p>
    <w:p>
      <w:r>
        <w:t xml:space="preserve">01:24:22   (Speaker C)  But I think the costing would be a lot more. Was it because other companies aren't going to do this. They own the lights and they just show up and they do it. </w:t>
      </w:r>
    </w:p>
    <w:p>
      <w:r>
        <w:t xml:space="preserve">01:24:29   (Speaker A)  So. </w:t>
      </w:r>
    </w:p>
    <w:p>
      <w:r>
        <w:t xml:space="preserve">01:24:30   (Speaker B)  Yeah. And then when you have lights that you already have, they're usually not very amenable to installing until we get back. </w:t>
      </w:r>
    </w:p>
    <w:p>
      <w:r>
        <w:t xml:space="preserve">01:24:39   (Speaker G)  Probably not all going to be working to it, as you know, Jim. Yeah. So damn if you do damage. So how do you go with a new company? </w:t>
      </w:r>
    </w:p>
    <w:p>
      <w:r>
        <w:t xml:space="preserve">01:24:52   (Speaker C)  No, we're going to be stuck with it and they'll go in storage just like all the other Christmas stuff we got in storage. </w:t>
      </w:r>
    </w:p>
    <w:p>
      <w:r>
        <w:t xml:space="preserve">01:24:58   (Speaker A)  Unless we can get another company that'll just do labor and we have another. </w:t>
      </w:r>
    </w:p>
    <w:p>
      <w:r>
        <w:t xml:space="preserve">01:25:02   (Speaker B)  Well, that's what I was saying. It's hard to find somebody that's gonna usually there they have this roped in. </w:t>
      </w:r>
    </w:p>
    <w:p>
      <w:r>
        <w:t xml:space="preserve">01:25:07   (Speaker C)  Yeah. </w:t>
      </w:r>
    </w:p>
    <w:p>
      <w:r>
        <w:t xml:space="preserve">01:25:08   (Speaker B)  It's usually a lease. Rarely it's a buy and you Thousand dollars. </w:t>
      </w:r>
    </w:p>
    <w:p>
      <w:r>
        <w:t xml:space="preserve">01:25:12   (Speaker G)  I don't think we'll have a problem having finding anybody. </w:t>
      </w:r>
    </w:p>
    <w:p>
      <w:r>
        <w:t xml:space="preserve">01:25:16   (Speaker B)  Well, it's not that. It's that they don't do. Yeah, they're not going to warranty it. And if you're using your lights, they'll put them up for ten grand. But if a strain's out. Okay. </w:t>
      </w:r>
    </w:p>
    <w:p>
      <w:r>
        <w:t xml:space="preserve">01:25:26   (Speaker C)  Well, it's not. </w:t>
      </w:r>
    </w:p>
    <w:p>
      <w:r>
        <w:t xml:space="preserve">01:25:27   (Speaker B)  You have to buy a new tram. They're not going to do anything with it. They put up what you had. </w:t>
      </w:r>
    </w:p>
    <w:p>
      <w:r>
        <w:t xml:space="preserve">01:25:31   (Speaker D)  So sell our lights and go with a new company that gives us good lighting. Now you're talking about Surplus Solutions, Facebook Marketplace. Get Our money for our light. </w:t>
      </w:r>
    </w:p>
    <w:p>
      <w:r>
        <w:t xml:space="preserve">01:25:41   (Speaker E)  So the light October whatever depending on the value of the amount of lights. I don't know off the top of my head, I'd have to pull the old. When you originally bought the lights, what that cost was. Alex, maybe you haven't. There is a way to dispose of property under certain values. Once you go over $5,000, you have to do a public auction action which is unpleasant. If it is below that though you are able to just sell serpa plus property. You know. </w:t>
      </w:r>
    </w:p>
    <w:p>
      <w:r>
        <w:t xml:space="preserve">01:26:12   (Speaker C)  Well, it's not just the garland too. It's a Reese that huge reefs. </w:t>
      </w:r>
    </w:p>
    <w:p>
      <w:r>
        <w:t xml:space="preserve">01:26:15   (Speaker A)  Yeah, it was $10,000 </w:t>
      </w:r>
    </w:p>
    <w:p>
      <w:r>
        <w:t xml:space="preserve">01:26:21   (Speaker G)  a week. </w:t>
      </w:r>
    </w:p>
    <w:p>
      <w:r>
        <w:t xml:space="preserve">01:26:21   (Speaker E)  10,200 so we wouldn't some level of depreciation over so. </w:t>
      </w:r>
    </w:p>
    <w:p>
      <w:r>
        <w:t xml:space="preserve">01:26:28   (Speaker D)  So half now, so half next year. </w:t>
      </w:r>
    </w:p>
    <w:p>
      <w:r>
        <w:t xml:space="preserve">01:26:30   (Speaker E)  You can't circumvent the statute like that. </w:t>
      </w:r>
    </w:p>
    <w:p>
      <w:r>
        <w:t xml:space="preserve">01:26:33   (Speaker A)  Yeah, I think before we do that we should just My opinion dream and rich. We should put the gauntlet down on holiday lights for increasing like it did and see if we can get them on a lower labor rate and we have something to consider. And look, I still think we probably were hoodwinked three years ago on investment of the capital with just paying the labor. But now they double the labor on year four. I think is for ridiculous. I think we need to push them hard to see to say there's no way we're going to pay that. If so you just get our lights ready. We're going to have an inspector there to volunteer to make sure you give us back our lights. And she'll. She'll do that because she's a pit bull like that. She'll make sure we get the best stuff and say this, this isn't the stuff that we've had. She. She'll make sure we get that back. Or you got to come. You got to come way down on this paper. </w:t>
      </w:r>
    </w:p>
    <w:p>
      <w:r>
        <w:t xml:space="preserve">01:27:26   (Speaker C)  We have photos of everything of every year. </w:t>
      </w:r>
    </w:p>
    <w:p>
      <w:r>
        <w:t xml:space="preserve">01:27:30   (Speaker A)  Okay then at least we have something to consider to say can we go another year and at least leverage the capital another year or whatever we want to do versus you know this actually going with this, this other vendor here for 11,000 would have been cheaper than the whole investment that we made with this company because we had to pay 10, 2 to buy the stuff to start with and then we paid 4800 as a here in labor. </w:t>
      </w:r>
    </w:p>
    <w:p>
      <w:r>
        <w:t xml:space="preserve">01:27:57   (Speaker G)  So. </w:t>
      </w:r>
    </w:p>
    <w:p>
      <w:r>
        <w:t xml:space="preserve">01:28:00   (Speaker C)  So can I. Is this a motion or is this direction? </w:t>
      </w:r>
    </w:p>
    <w:p>
      <w:r>
        <w:t xml:space="preserve">01:28:03   (Speaker B)  I mean it's. It's. If you want something to get done in between meetings, we're going to need some sort of motion with. </w:t>
      </w:r>
    </w:p>
    <w:p>
      <w:r>
        <w:t xml:space="preserve">01:28:10   (Speaker C)  Okay, I want to make a motion that we do not exceed up to 11,000 just in case if we have to go with the other. But we try to negotiate down with the additional homeowner that has already has a good relationship with them and can probably browbeat them also. But just to so we can get this done. </w:t>
      </w:r>
    </w:p>
    <w:p>
      <w:r>
        <w:t xml:space="preserve">01:28:34   (Speaker D)  Make a motion to approve this company not to but not to exceed $11,000 </w:t>
      </w:r>
    </w:p>
    <w:p>
      <w:r>
        <w:t xml:space="preserve">01:28:39   (Speaker C)  and then pick a company. We we have the option to pick whoever we determine is best face off managements recommendation of how they in our history and then working with the homeowner who's got the history and then I think that way we can get it done. </w:t>
      </w:r>
    </w:p>
    <w:p>
      <w:r>
        <w:t xml:space="preserve">01:28:58   (Speaker E)  But so that was a motion. </w:t>
      </w:r>
    </w:p>
    <w:p>
      <w:r>
        <w:t xml:space="preserve">01:29:00   (Speaker B)  That's my motion. </w:t>
      </w:r>
    </w:p>
    <w:p>
      <w:r>
        <w:t xml:space="preserve">01:29:05   (Speaker A)  Otherwise. </w:t>
      </w:r>
    </w:p>
    <w:p>
      <w:r>
        <w:t xml:space="preserve">01:29:06   (Speaker B)  And who should we liaise with? </w:t>
      </w:r>
    </w:p>
    <w:p>
      <w:r>
        <w:t xml:space="preserve">01:29:09   (Speaker C)  Cindy. </w:t>
      </w:r>
    </w:p>
    <w:p>
      <w:r>
        <w:t xml:space="preserve">01:29:10   (Speaker G)  Okay. </w:t>
      </w:r>
    </w:p>
    <w:p>
      <w:r>
        <w:t xml:space="preserve">01:29:11   (Speaker B)  Is the rest of the board okay. </w:t>
      </w:r>
    </w:p>
    <w:p>
      <w:r>
        <w:t xml:space="preserve">01:29:13   (Speaker C)  She's the only volunteer. </w:t>
      </w:r>
    </w:p>
    <w:p>
      <w:r>
        <w:t xml:space="preserve">01:29:15   (Speaker E)  So it'll be CBD on paper it'll be yes literally the only waivered volunteer we have. But so it would be a motion for the not to exceed for the holiday lights and everything Jim said as well as </w:t>
      </w:r>
    </w:p>
    <w:p>
      <w:r>
        <w:t xml:space="preserve">01:29:31   (Speaker I)  negotiating the price granting Cindy </w:t>
      </w:r>
    </w:p>
    <w:p>
      <w:r>
        <w:t xml:space="preserve">01:29:34   (Speaker E)  some authority on to negotiate on behalf of the district. </w:t>
      </w:r>
    </w:p>
    <w:p>
      <w:r>
        <w:t xml:space="preserve">01:29:41   (Speaker C)  So make the recommendation and the management company. </w:t>
      </w:r>
    </w:p>
    <w:p>
      <w:r>
        <w:t xml:space="preserve">01:29:43   (Speaker D)  Yes. </w:t>
      </w:r>
    </w:p>
    <w:p>
      <w:r>
        <w:t xml:space="preserve">01:29:44   (Speaker E)  I just want to make sure our our the verbiage with the delegation of power is is correct. </w:t>
      </w:r>
    </w:p>
    <w:p>
      <w:r>
        <w:t xml:space="preserve">01:29:49   (Speaker D)  My concern with this Tampa holiday light company is Cindy has been working with them for the last three years and we have been hoodwinked as he said by this company. They've not done right by us for the last three years regardless even though she's been diligently working with them and they've still taken from our lights and give away our lights and put hand me down lights. So I, I, I think that we need to wash our hands of this company. </w:t>
      </w:r>
    </w:p>
    <w:p>
      <w:r>
        <w:t xml:space="preserve">01:30:19   (Speaker A)  This company will cost us $30,000 in three years. The other company, even though we were hidden weight cost us $4,800 for three years plus 10 for the initial purchase. So the new company even at their increased rate is is well leveraging. I just think that if we just say we're just going to approve one for ten eleven thousand dollars. My opinion we lose leverage to say Hollywood has to come back with something else. Then we could look at a 6000 for holiday lighting and have that debate about whether we want to go with them. We still have $10,000 worth of lights that this proposal doesn't even address. So we basically, we basically have wasted that. And what do you do with those ten thousand dollar lights? </w:t>
      </w:r>
    </w:p>
    <w:p>
      <w:r>
        <w:t xml:space="preserve">01:31:06   (Speaker C)  You put it in our storage with all the other Christmas stuff that's in there. We got a bunch of it in </w:t>
      </w:r>
    </w:p>
    <w:p>
      <w:r>
        <w:t xml:space="preserve">01:31:11   (Speaker B)  There </w:t>
      </w:r>
    </w:p>
    <w:p>
      <w:r>
        <w:t xml:space="preserve">01:31:13   (Speaker D)  it was just really a bad idea for three years ago. And that's. That's neither here now to even have purchased lights like this. But I really think dream if you could do your work and go and get three more proposals and let Cindy work with those three proposals. But for this company they have burnt us and I don't think we need to continue to deal with them. And like Jim said, we take these lights, we put it in the storage and then we figure out legal helps us figure out what to do with them next. </w:t>
      </w:r>
    </w:p>
    <w:p>
      <w:r>
        <w:t xml:space="preserve">01:31:56   (Speaker C)  Okay, there's mud. </w:t>
      </w:r>
    </w:p>
    <w:p>
      <w:r>
        <w:t xml:space="preserve">01:31:59   (Speaker B)  So the. The motion that made first and I. I hear what Nicole's saying but the motion that Jim made first was approved with a not to exceed of $11,000. First negotiating with Tampa Holiday Lights on labor costs. If not amenable then staff leads with Cindy on the selection. A new lighting company. Holiday lighting company. </w:t>
      </w:r>
    </w:p>
    <w:p>
      <w:r>
        <w:t xml:space="preserve">01:32:17   (Speaker G)  She's devoted to one. </w:t>
      </w:r>
    </w:p>
    <w:p>
      <w:r>
        <w:t xml:space="preserve">01:32:20   (Speaker I)  Yeah. </w:t>
      </w:r>
    </w:p>
    <w:p>
      <w:r>
        <w:t xml:space="preserve">01:32:20   (Speaker G)  What are we talking about? </w:t>
      </w:r>
    </w:p>
    <w:p>
      <w:r>
        <w:t xml:space="preserve">01:32:21   (Speaker C)  I have 6,000 on anything under 11 is gravy. </w:t>
      </w:r>
    </w:p>
    <w:p>
      <w:r>
        <w:t xml:space="preserve">01:32:27   (Speaker D)  We're willing to pay Tampa Lights $11,000 just in labor. </w:t>
      </w:r>
    </w:p>
    <w:p>
      <w:r>
        <w:t xml:space="preserve">01:32:31   (Speaker B)  Well, no, that's just never. Yes, so. So I know what she's saying. So 11, 000 is. Would be in the event that we </w:t>
      </w:r>
    </w:p>
    <w:p>
      <w:r>
        <w:t xml:space="preserve">01:32:38   (Speaker C)  had to move on. </w:t>
      </w:r>
    </w:p>
    <w:p>
      <w:r>
        <w:t xml:space="preserve">01:32:39   (Speaker B)  Yes, but what would be. And Alex, you. You alluded to this. What would be the highest labor additional charge? </w:t>
      </w:r>
    </w:p>
    <w:p>
      <w:r>
        <w:t xml:space="preserve">01:32:46   (Speaker A)  You were. </w:t>
      </w:r>
    </w:p>
    <w:p>
      <w:r>
        <w:t xml:space="preserve">01:32:47   (Speaker B)  You mentioned about like 6,300. So you want to do like a $6,500 cap for the labor. </w:t>
      </w:r>
    </w:p>
    <w:p>
      <w:r>
        <w:t xml:space="preserve">01:32:52   (Speaker D)  6,000. That's 25. If we paid 4,800 in the past. 25% increase would be 6,666. </w:t>
      </w:r>
    </w:p>
    <w:p>
      <w:r>
        <w:t xml:space="preserve">01:32:58   (Speaker A)  62. 6,300 would be 30% increase over the original labor rate that they did three years ago. And I think that's. </w:t>
      </w:r>
    </w:p>
    <w:p>
      <w:r>
        <w:t xml:space="preserve">01:33:06   (Speaker B)  Which would be kind of like around 10% year. </w:t>
      </w:r>
    </w:p>
    <w:p>
      <w:r>
        <w:t xml:space="preserve">01:33:09   (Speaker A)  10% kind of. And if they can't come in under </w:t>
      </w:r>
    </w:p>
    <w:p>
      <w:r>
        <w:t xml:space="preserve">01:33:12   (Speaker D)  that, then they're giving us crappy lights. </w:t>
      </w:r>
    </w:p>
    <w:p>
      <w:r>
        <w:t xml:space="preserve">01:33:18   (Speaker B)  And that would be to. With Cindy looking at the lights and everything. Assuming that that was the next step after labor costs became. </w:t>
      </w:r>
    </w:p>
    <w:p>
      <w:r>
        <w:t xml:space="preserve">01:33:26   (Speaker C)  She does. </w:t>
      </w:r>
    </w:p>
    <w:p>
      <w:r>
        <w:t xml:space="preserve">01:33:27   (Speaker G)  Is this a major company or is this an individual? Do we know? </w:t>
      </w:r>
    </w:p>
    <w:p>
      <w:r>
        <w:t xml:space="preserve">01:33:32   (Speaker B)  I mean, I don't think it's a major company. I don't think many of these are major companies. They're usually. Was this an people with trucks that Illuminations. </w:t>
      </w:r>
    </w:p>
    <w:p>
      <w:r>
        <w:t xml:space="preserve">01:33:40   (Speaker E)  Holiday light illuminations. </w:t>
      </w:r>
    </w:p>
    <w:p>
      <w:r>
        <w:t xml:space="preserve">01:33:42   (Speaker I)  They. </w:t>
      </w:r>
    </w:p>
    <w:p>
      <w:r>
        <w:t xml:space="preserve">01:33:43   (Speaker E)  They're not big by any means, but they. </w:t>
      </w:r>
    </w:p>
    <w:p>
      <w:r>
        <w:t xml:space="preserve">01:33:46   (Speaker B)  They do. </w:t>
      </w:r>
    </w:p>
    <w:p>
      <w:r>
        <w:t xml:space="preserve">01:33:46   (Speaker E)  They do a few. They do this. </w:t>
      </w:r>
    </w:p>
    <w:p>
      <w:r>
        <w:t xml:space="preserve">01:33:48   (Speaker D)  Are you talking about the ones that's been doing our lives? </w:t>
      </w:r>
    </w:p>
    <w:p>
      <w:r>
        <w:t xml:space="preserve">01:33:50   (Speaker G)  The one that's been doing. Yeah. </w:t>
      </w:r>
    </w:p>
    <w:p>
      <w:r>
        <w:t xml:space="preserve">01:33:52   (Speaker A)  Where did. Where did all this scope come from on their club? </w:t>
      </w:r>
    </w:p>
    <w:p>
      <w:r>
        <w:t xml:space="preserve">01:33:56   (Speaker I)  I looked at what was on the old contract. 2023. I pulled it and then I had him give me a scope for the entrances and then for the clubhouse. Okay, based off what y'. All. Because I. </w:t>
      </w:r>
    </w:p>
    <w:p>
      <w:r>
        <w:t xml:space="preserve">01:34:08   (Speaker B)  Based off. </w:t>
      </w:r>
    </w:p>
    <w:p>
      <w:r>
        <w:t xml:space="preserve">01:34:09   (Speaker I)  Yep. </w:t>
      </w:r>
    </w:p>
    <w:p>
      <w:r>
        <w:t xml:space="preserve">01:34:11   (Speaker D)  I'm gonna say next year. Well, let's get the motion thrown. Sound like a suggestion? </w:t>
      </w:r>
    </w:p>
    <w:p>
      <w:r>
        <w:t xml:space="preserve">01:34:16   (Speaker B)  So Jim, do you want to amend that with not to exceed of 6,300 I think is what was where we were at for the 6,000 for the Tampa holiday. And then if not selecting another company with a non speed of the 11th. </w:t>
      </w:r>
    </w:p>
    <w:p>
      <w:r>
        <w:t xml:space="preserve">01:34:33   (Speaker A)  That'll work. If we end up doing that for this year, then the liaison has to like really say we're taking our lights. When you take them down, you box them. </w:t>
      </w:r>
    </w:p>
    <w:p>
      <w:r>
        <w:t xml:space="preserve">01:34:44   (Speaker E)  We'll be. We'll be sending a demand letter that states that at the end of the </w:t>
      </w:r>
    </w:p>
    <w:p>
      <w:r>
        <w:t xml:space="preserve">01:34:49   (Speaker A)  year and our lights that we purchased back in or that you warrantied and replaced. </w:t>
      </w:r>
    </w:p>
    <w:p>
      <w:r>
        <w:t xml:space="preserve">01:34:54   (Speaker G)  They're certainly not doing us any good. </w:t>
      </w:r>
    </w:p>
    <w:p>
      <w:r>
        <w:t xml:space="preserve">01:34:57   (Speaker A)  I think the scope. This isn't the exact scope. I just look very quickly at it. So this is. This is what they thought they wanted to do. So again, people like supervisor Hawkins, who's very familiar with this, should look at this particular quote and say, yeah, I don't. I don't agree with what they're doing here. Or it's different. Or it's going to be less than what we have now. It's just a different scope than what they have. </w:t>
      </w:r>
    </w:p>
    <w:p>
      <w:r>
        <w:t xml:space="preserve">01:35:20   (Speaker C)  And just make sure you fine tune the part about asking. And the containers that the lights go in, they're normally like plastic tubs containers, but I don't know if they're gonna say, well that's not a cond. </w:t>
      </w:r>
    </w:p>
    <w:p>
      <w:r>
        <w:t xml:space="preserve">01:35:34   (Speaker G)  I don't know. </w:t>
      </w:r>
    </w:p>
    <w:p>
      <w:r>
        <w:t xml:space="preserve">01:35:43   (Speaker B)  Okay, so I'll just. I'll read it one more time here and then we'll look for a second. So motion to approve the not to exceed of 6300 first negotiating with Tampa Lights on the labor class. If not amenable, then staff to liaise with Cindy on the selection of the new holiday lighting company. Not to exceed of 11,000. </w:t>
      </w:r>
    </w:p>
    <w:p>
      <w:r>
        <w:t xml:space="preserve">01:36:01   (Speaker G)  Okay. Thank you, Mayor </w:t>
      </w:r>
    </w:p>
    <w:p>
      <w:r>
        <w:t xml:space="preserve">01:36:04   (Speaker B)  for Mary. Any other discussion? All in favor? Any opposed? Okay, so the motion has passed. Okay, so we'll drema. We'll do amenity manager discuss kind of okay staffing hours and then we've got a few proposals here too. </w:t>
      </w:r>
    </w:p>
    <w:p>
      <w:r>
        <w:t xml:space="preserve">01:36:29   (Speaker I)  So the agreement was that after Labor Day we would go down to weekends only. Friday, Saturday, Sunday. That has already went in effect. Also sunset is now at 7:32. So your gates have been Adjusted and the hours for staff will be 10:30 to 7:00'. Clock. Right now because I keep an eye on and I change everybody's hours based on sunset. So staff comes in at 10:30, they're there till 7. They do get a 30 minute lunch. So they will take their 30 minute lunch. We schedule them for eight and a half hours. You will only see eight hours Friday, Saturday, Sunday. The last email blast I put out, I did notify the that long one said that after Labor Day the hours would go down Friday through Sunday. What I did want to talk to there was a couple points that were brought up in the last meeting. Access for the HOA vendors. We need direction from the board to make sure that that's okay. That with y', all that the vendors are able to get access to the gates. To get in. </w:t>
      </w:r>
    </w:p>
    <w:p>
      <w:r>
        <w:t xml:space="preserve">01:37:47   (Speaker B)  Yeah. So essentially, you know, these are CDD gates. The vendors like their landscaper or the one section of the hoa, they called and asked Liberty. Yeah, well, either or it would be under either. Yeah. And so we did. Because we didn't want to not give them access, we gave them temporary access. But we, what we're looking for is essentially for the board to how you want to approve access for them. Our recommendation is we would essentially give each HOA their own access code and then they can distribute that as they need. So that in the event that if something happens with one of their access codes, we can contact the hoa. Plus we'll have the cameras and we'll be able to say, hey, this is this person. But they use your code. And rather than giving each individual vendor a code, it's more of an hoa. </w:t>
      </w:r>
    </w:p>
    <w:p>
      <w:r>
        <w:t xml:space="preserve">01:38:37   (Speaker D)  Each HOA vendor. Because there's only Liberty. Well, Prince and Sons. </w:t>
      </w:r>
    </w:p>
    <w:p>
      <w:r>
        <w:t xml:space="preserve">01:38:41   (Speaker B)  Yeah, but I mean in the event that they have more, if they only have one, then it's just the one code. I'm just saying if like they had </w:t>
      </w:r>
    </w:p>
    <w:p>
      <w:r>
        <w:t xml:space="preserve">01:38:47   (Speaker D)  something else, they need access to get into the amenity center, to be able to use the restroom because they're urinating back. </w:t>
      </w:r>
    </w:p>
    <w:p>
      <w:r>
        <w:t xml:space="preserve">01:38:56   (Speaker B)  And then, you know, we talked to them about that. </w:t>
      </w:r>
    </w:p>
    <w:p>
      <w:r>
        <w:t xml:space="preserve">01:38:58   (Speaker C)  They stopped. </w:t>
      </w:r>
    </w:p>
    <w:p>
      <w:r>
        <w:t xml:space="preserve">01:38:59   (Speaker B)  Yeah, we talked to them about that. That's still going on. </w:t>
      </w:r>
    </w:p>
    <w:p>
      <w:r>
        <w:t xml:space="preserve">01:39:01   (Speaker A)  Then I'll code work at the medical center. </w:t>
      </w:r>
    </w:p>
    <w:p>
      <w:r>
        <w:t xml:space="preserve">01:39:05   (Speaker B)  Well, code when we're talking gates. Yeah. And that's something else though. If there's something where you want to give them access to the mini center, that would be a different conversation. But, but essentially this code, which, this, this code would be for the HOA to use as they need. So HOA manager for gate access. So the HOA Manager needed gate access. If the HOA manager's landscaper needed that gate access. If there's something else that the HOA has a vendor for, whatever that may </w:t>
      </w:r>
    </w:p>
    <w:p>
      <w:r>
        <w:t xml:space="preserve">01:39:31   (Speaker A)  or may not be. So the main. The master HOA inspector that comes in and does it would use it. </w:t>
      </w:r>
    </w:p>
    <w:p>
      <w:r>
        <w:t xml:space="preserve">01:39:36   (Speaker B)  That would be theirs. Yeah, that would be their code. So that way anybody who's using any the of the HOA access. </w:t>
      </w:r>
    </w:p>
    <w:p>
      <w:r>
        <w:t xml:space="preserve">01:39:41   (Speaker A)  So that's for the gates and then for the amenity center access to use the restroom would be separate. </w:t>
      </w:r>
    </w:p>
    <w:p>
      <w:r>
        <w:t xml:space="preserve">01:39:46   (Speaker B)  How would we do be separate? It would be issuing a fob. </w:t>
      </w:r>
    </w:p>
    <w:p>
      <w:r>
        <w:t xml:space="preserve">01:39:50   (Speaker E)  If you all want to do that. You are not required to give access to the amenity center. </w:t>
      </w:r>
    </w:p>
    <w:p>
      <w:r>
        <w:t xml:space="preserve">01:39:54   (Speaker I)  For. </w:t>
      </w:r>
    </w:p>
    <w:p>
      <w:r>
        <w:t xml:space="preserve">01:39:54   (Speaker E)  For HOA vendors. It that is a board business. </w:t>
      </w:r>
    </w:p>
    <w:p>
      <w:r>
        <w:t xml:space="preserve">01:39:58   (Speaker A)  Otherwise they're here all day and who knows where they're urinating. Tell them that we've given you one fob to use at the amenity center to use the real restroom. That's what you're supposed to do. </w:t>
      </w:r>
    </w:p>
    <w:p>
      <w:r>
        <w:t xml:space="preserve">01:40:11   (Speaker C)  Well, we do it for Yellowstone. </w:t>
      </w:r>
    </w:p>
    <w:p>
      <w:r>
        <w:t xml:space="preserve">01:40:13   (Speaker E)  Right. And you do the same thing basically just for their. Their landscape. </w:t>
      </w:r>
    </w:p>
    <w:p>
      <w:r>
        <w:t xml:space="preserve">01:40:17   (Speaker A)  Yellowstone has a file, so be the same as that they gave access to. </w:t>
      </w:r>
    </w:p>
    <w:p>
      <w:r>
        <w:t xml:space="preserve">01:40:25   (Speaker I)  They can use their key fob. </w:t>
      </w:r>
    </w:p>
    <w:p>
      <w:r>
        <w:t xml:space="preserve">01:40:28   (Speaker A)  I think we should do it. I think it's fine. </w:t>
      </w:r>
    </w:p>
    <w:p>
      <w:r>
        <w:t xml:space="preserve">01:40:31   (Speaker C)  Yeah, I'll make a motion that we do that. Give direction. </w:t>
      </w:r>
    </w:p>
    <w:p>
      <w:r>
        <w:t xml:space="preserve">01:40:34   (Speaker A)  How should we do it? </w:t>
      </w:r>
    </w:p>
    <w:p>
      <w:r>
        <w:t xml:space="preserve">01:40:36   (Speaker E)  And take it a step direction. </w:t>
      </w:r>
    </w:p>
    <w:p>
      <w:r>
        <w:t xml:space="preserve">01:40:38   (Speaker B)  Step direction. </w:t>
      </w:r>
    </w:p>
    <w:p>
      <w:r>
        <w:t xml:space="preserve">01:40:39   (Speaker A)  Okay. </w:t>
      </w:r>
    </w:p>
    <w:p>
      <w:r>
        <w:t xml:space="preserve">01:40:39   (Speaker E)  If you're comfortable. </w:t>
      </w:r>
    </w:p>
    <w:p>
      <w:r>
        <w:t xml:space="preserve">01:40:40   (Speaker C)  Yeah. </w:t>
      </w:r>
    </w:p>
    <w:p>
      <w:r>
        <w:t xml:space="preserve">01:40:41   (Speaker B)  So it's just something that, you know, we wanted to make sure that we proceeded the way that the board is okay with. So obviously we understand that the HOA is going to need access. Obviously it's how you want to go about doing that. That was our suggestion. So as long as you're comfortable with that, we'll issue fobs for. Because fobs for the landscapers and a code for the hoa. So it'll be one code and then we can just provide a fob for them because if they only have the one vendor, then Prince would just get a fob and they'd be able to get access as needed. But then it helps too that if anything did occur, we can look and we can see that it was the HOA code. And so it was somehow or another given to them by the hoa. </w:t>
      </w:r>
    </w:p>
    <w:p>
      <w:r>
        <w:t xml:space="preserve">01:41:28   (Speaker G)  So. </w:t>
      </w:r>
    </w:p>
    <w:p>
      <w:r>
        <w:t xml:space="preserve">01:41:30   (Speaker B)  And then with any other vendors. I know we had a conversation about some other vendors who do a lot, maybe a lot of business in the community about giving them a code from management. We feel that that would still be up to the resident. So with the resident, you hire whoever to do whatever and you hire them because they do a lot of work in the community. It would still be up to the resident to use it to give them a code to give them access. Now, obviously, if they do 10 homes, they might have 10 codes, so they might be using one code only. That's really up to them. But it helps us when we're going and looking to be able to say, you know, this is. This is what it is. So that would still fall to the resident and. Or their vendor that they hired. Any kind of questions or anything about that? </w:t>
      </w:r>
    </w:p>
    <w:p>
      <w:r>
        <w:t xml:space="preserve">01:42:18   (Speaker A)  I agree with that. I had a FedEx driver the other day deliver me a package. I said, how did you. Like, how was the gate? Did you get in? And he says, oh, I'm using the code. I said, come from? No, he said, oh, some. No. He said some resident gave him their code. So they're using that residence code every time instead of saying for me. And again, that's why, at least for FedEx, like I have FedEx manager, delivery manager, whatever. I put it in there and put delivery information. </w:t>
      </w:r>
    </w:p>
    <w:p>
      <w:r>
        <w:t xml:space="preserve">01:42:47   (Speaker B)  Yeah, </w:t>
      </w:r>
    </w:p>
    <w:p>
      <w:r>
        <w:t xml:space="preserve">01:42:49   (Speaker I)  I actually went to the FedEx facility for ground, which is on Adamo, but another one is in Palmetto. And I gave them a code. I left a code with the front desk. </w:t>
      </w:r>
    </w:p>
    <w:p>
      <w:r>
        <w:t xml:space="preserve">01:43:00   (Speaker A)  They won't take it though. I think it's with the driver. </w:t>
      </w:r>
    </w:p>
    <w:p>
      <w:r>
        <w:t xml:space="preserve">01:43:02   (Speaker I)  Yeah, yeah, yeah. Well, they took it for me and said they were giving it to this driver that did your community. But whether they did or not, I don't know. </w:t>
      </w:r>
    </w:p>
    <w:p>
      <w:r>
        <w:t xml:space="preserve">01:43:10   (Speaker D)  No, they just come in the office. </w:t>
      </w:r>
    </w:p>
    <w:p>
      <w:r>
        <w:t xml:space="preserve">01:43:12   (Speaker I)  Yeah, yeah. </w:t>
      </w:r>
    </w:p>
    <w:p>
      <w:r>
        <w:t xml:space="preserve">01:43:13   (Speaker B)  File which we did have that conversation. This went in through the exit. The exit gate was open. </w:t>
      </w:r>
    </w:p>
    <w:p>
      <w:r>
        <w:t xml:space="preserve">01:43:24   (Speaker I)  Somebody was coming out. And they went in after they exited. </w:t>
      </w:r>
    </w:p>
    <w:p>
      <w:r>
        <w:t xml:space="preserve">01:43:27   (Speaker G)  Yep. </w:t>
      </w:r>
    </w:p>
    <w:p>
      <w:r>
        <w:t xml:space="preserve">01:43:28   (Speaker I)  And I did call and they complain, lodged a complaint. </w:t>
      </w:r>
    </w:p>
    <w:p>
      <w:r>
        <w:t xml:space="preserve">01:43:31   (Speaker D)  Thank you. </w:t>
      </w:r>
    </w:p>
    <w:p>
      <w:r>
        <w:t xml:space="preserve">01:43:32   (Speaker I)  Uhhuh. The other thing I have. I have some of the questions y' all asked. I'll go over the answers for them at the last meeting. But why I have this on my brain. The pool vendor has changed the motor out. It is working. I am waiting on the. The company that cleans the pool because I reached out to him earlier today to clean that pool so we can open it. The motor is working well, they installed the new one today. It's installed. </w:t>
      </w:r>
    </w:p>
    <w:p>
      <w:r>
        <w:t xml:space="preserve">01:44:02   (Speaker C)  What time? </w:t>
      </w:r>
    </w:p>
    <w:p>
      <w:r>
        <w:t xml:space="preserve">01:44:04   (Speaker I)  Sometime today. Because I texted him before I walked in here. </w:t>
      </w:r>
    </w:p>
    <w:p>
      <w:r>
        <w:t xml:space="preserve">01:44:07   (Speaker C)  I drove by it at 3:30. </w:t>
      </w:r>
    </w:p>
    <w:p>
      <w:r>
        <w:t xml:space="preserve">01:44:10   (Speaker I)  I just. I pulled it up on the camera before the meeting and I saw that the f. The features were working, that the water was flowing. </w:t>
      </w:r>
    </w:p>
    <w:p>
      <w:r>
        <w:t xml:space="preserve">01:44:17   (Speaker A)  Okay, so how did we get to. So was that. Is that the. The problem? Was that the root cause, the motor shot? Yes, but and is this still the. Was Jim involved? Was it? </w:t>
      </w:r>
    </w:p>
    <w:p>
      <w:r>
        <w:t xml:space="preserve">01:44:27   (Speaker C)  Yeah, yes, that was in the case with them. </w:t>
      </w:r>
    </w:p>
    <w:p>
      <w:r>
        <w:t xml:space="preserve">01:44:29   (Speaker A)  Okay, so is this. Is this the motor that we approved. We did approve months ago to replace the 10. </w:t>
      </w:r>
    </w:p>
    <w:p>
      <w:r>
        <w:t xml:space="preserve">01:44:35   (Speaker G)  The. </w:t>
      </w:r>
    </w:p>
    <w:p>
      <w:r>
        <w:t xml:space="preserve">01:44:36   (Speaker C)  The single phase? </w:t>
      </w:r>
    </w:p>
    <w:p>
      <w:r>
        <w:t xml:space="preserve">01:44:38   (Speaker A)  The single phase, yeah. 10amp motor, yeah. So that's the one we had to spare. </w:t>
      </w:r>
    </w:p>
    <w:p>
      <w:r>
        <w:t xml:space="preserve">01:44:42   (Speaker C)  No, no, they already. </w:t>
      </w:r>
    </w:p>
    <w:p>
      <w:r>
        <w:t xml:space="preserve">01:44:45   (Speaker A)  And they. </w:t>
      </w:r>
    </w:p>
    <w:p>
      <w:r>
        <w:t xml:space="preserve">01:44:46   (Speaker C)  They'd already installed that in October. In October last year. </w:t>
      </w:r>
    </w:p>
    <w:p>
      <w:r>
        <w:t xml:space="preserve">01:44:50   (Speaker A)  So that one crapped out. </w:t>
      </w:r>
    </w:p>
    <w:p>
      <w:r>
        <w:t xml:space="preserve">01:44:51   (Speaker C)  Yes, yes. </w:t>
      </w:r>
    </w:p>
    <w:p>
      <w:r>
        <w:t xml:space="preserve">01:44:52   (Speaker I)  Now, in reference to that one that they took out today, the vendor did inform me that to save money that that motor is able to be rewound and United Machines could do that and it would cost between 8, 000 and that he would be willing to take it and drop. Have his people drop it off and pick it up if y' all wanted to go that direction so that if another motor went out, that would save you money of having to buy a new one. </w:t>
      </w:r>
    </w:p>
    <w:p>
      <w:r>
        <w:t xml:space="preserve">01:45:18   (Speaker A)  I'm just a little pressure because we. I know we probably had to do that. We had to go buy another motor. Right? </w:t>
      </w:r>
    </w:p>
    <w:p>
      <w:r>
        <w:t xml:space="preserve">01:45:24   (Speaker G)  Okay. </w:t>
      </w:r>
    </w:p>
    <w:p>
      <w:r>
        <w:t xml:space="preserve">01:45:25   (Speaker C)  Yeah. </w:t>
      </w:r>
    </w:p>
    <w:p>
      <w:r>
        <w:t xml:space="preserve">01:45:26   (Speaker A)  I thought we had talked as a board back when we had four people, we talked about authorizing handling, came into the meeting and explained the techno. I asked him to explain the technical part of the phases or whatever and he said that they can put this inverter on there that'll allow us to change that power to two phase. </w:t>
      </w:r>
    </w:p>
    <w:p>
      <w:r>
        <w:t xml:space="preserve">01:45:46   (Speaker I)  Yes, he did say that he brought that up to y', all, but that it was a little exp. It's expensive to do and that y' all did not. With that. </w:t>
      </w:r>
    </w:p>
    <w:p>
      <w:r>
        <w:t xml:space="preserve">01:45:55   (Speaker A)  Did we improve that, you remember? </w:t>
      </w:r>
    </w:p>
    <w:p>
      <w:r>
        <w:t xml:space="preserve">01:45:59   (Speaker C)  Yes. Yeah, we did approve that because it was an upgrade to the electrical you had to do. </w:t>
      </w:r>
    </w:p>
    <w:p>
      <w:r>
        <w:t xml:space="preserve">01:46:04   (Speaker E)  You had to go through Chico to get. </w:t>
      </w:r>
    </w:p>
    <w:p>
      <w:r>
        <w:t xml:space="preserve">01:46:06   (Speaker A)  Yeah, he didn't need Tico. That. When I asked that question, he said they don't need to have Tico to do anything at the cycling road. And they could put this inverter and it can accept single phase and transfer it into three phase. Yes, he said that. And we said that sounds good. Let's go ahead and get that work done so that the next motor that fails we can put a three phase motor. I don't know where. Like today they got a single phase somewhere else. </w:t>
      </w:r>
    </w:p>
    <w:p>
      <w:r>
        <w:t xml:space="preserve">01:46:31   (Speaker C)  They only said the single phase. </w:t>
      </w:r>
    </w:p>
    <w:p>
      <w:r>
        <w:t xml:space="preserve">01:46:32   (Speaker I)  They got a single phase. But he did bring up that conversation again about that inverter when I was talking to him today on the phone and he said it's pricey to do. And we did. Huh. But he did recall, y', all, they </w:t>
      </w:r>
    </w:p>
    <w:p>
      <w:r>
        <w:t xml:space="preserve">01:46:50   (Speaker G)  say the water just crapped out or </w:t>
      </w:r>
    </w:p>
    <w:p>
      <w:r>
        <w:t xml:space="preserve">01:46:53   (Speaker I)  so lightning hit it he didn't say lightning hit it. But what happened was. Let me see where I could. If I have my notes for it. </w:t>
      </w:r>
    </w:p>
    <w:p>
      <w:r>
        <w:t xml:space="preserve">01:47:05   (Speaker A)  I'm just wondering how they got a single phase 10 horsepower, they call us. It was such a big issue. Yeah. What kind of draw they found in the world. </w:t>
      </w:r>
    </w:p>
    <w:p>
      <w:r>
        <w:t xml:space="preserve">01:47:14   (Speaker I)  So what happened was is there was a short in it. He tried the capacitors first. First there's two capacitors on that motor. There's one to start at, one to run it. There was a short in the motor which was causing it to continually burn out the wire. And it's a copper coil in there as well. A phase one motor runs hotter than a phase three motor. And that's where he went and said he had told y' all about the. What was the initials he gave me? VFD Inverter. Where it would change it like you said. </w:t>
      </w:r>
    </w:p>
    <w:p>
      <w:r>
        <w:t xml:space="preserve">01:47:44   (Speaker G)  Yeah. </w:t>
      </w:r>
    </w:p>
    <w:p>
      <w:r>
        <w:t xml:space="preserve">01:47:45   (Speaker A)  Variable frequency. </w:t>
      </w:r>
    </w:p>
    <w:p>
      <w:r>
        <w:t xml:space="preserve">01:47:46   (Speaker I)  Yes. </w:t>
      </w:r>
    </w:p>
    <w:p>
      <w:r>
        <w:t xml:space="preserve">01:47:47   (Speaker A)  Delivery or something. </w:t>
      </w:r>
    </w:p>
    <w:p>
      <w:r>
        <w:t xml:space="preserve">01:47:50   (Speaker I)  So all I can do is go back and look and see. </w:t>
      </w:r>
    </w:p>
    <w:p>
      <w:r>
        <w:t xml:space="preserve">01:47:53   (Speaker E)  We. </w:t>
      </w:r>
    </w:p>
    <w:p>
      <w:r>
        <w:t xml:space="preserve">01:47:53   (Speaker A)  We had a proposal for that. Rich. We maybe Data. </w:t>
      </w:r>
    </w:p>
    <w:p>
      <w:r>
        <w:t xml:space="preserve">01:47:57   (Speaker B)  Yeah. We'll have to look. See, I remember the conversation. But when we were talking we found the. From October last year about the switch out for the one that was. </w:t>
      </w:r>
    </w:p>
    <w:p>
      <w:r>
        <w:t xml:space="preserve">01:48:08   (Speaker H)  So. </w:t>
      </w:r>
    </w:p>
    <w:p>
      <w:r>
        <w:t xml:space="preserve">01:48:13   (Speaker C)  That we had already used the one that was the backup. </w:t>
      </w:r>
    </w:p>
    <w:p>
      <w:r>
        <w:t xml:space="preserve">01:48:16   (Speaker A)  Correct. </w:t>
      </w:r>
    </w:p>
    <w:p>
      <w:r>
        <w:t xml:space="preserve">01:48:17   (Speaker I)  In October. </w:t>
      </w:r>
    </w:p>
    <w:p>
      <w:r>
        <w:t xml:space="preserve">01:48:18   (Speaker A)  That one didn't have a warranty. Like we just put it in. </w:t>
      </w:r>
    </w:p>
    <w:p>
      <w:r>
        <w:t xml:space="preserve">01:48:20   (Speaker I)  No. Because once. Once you buy it it sets in your closet. That warranty runs out. </w:t>
      </w:r>
    </w:p>
    <w:p>
      <w:r>
        <w:t xml:space="preserve">01:48:26   (Speaker A)  But we only bought it like two years ago. </w:t>
      </w:r>
    </w:p>
    <w:p>
      <w:r>
        <w:t xml:space="preserve">01:48:29   (Speaker I)  I think typically the motors are a year, two years. </w:t>
      </w:r>
    </w:p>
    <w:p>
      <w:r>
        <w:t xml:space="preserve">01:48:33   (Speaker A)  I don't know. </w:t>
      </w:r>
    </w:p>
    <w:p>
      <w:r>
        <w:t xml:space="preserve">01:48:34   (Speaker I)  I don't know. </w:t>
      </w:r>
    </w:p>
    <w:p>
      <w:r>
        <w:t xml:space="preserve">01:48:35   (Speaker A)  Has it been methyl? Because we had an issue with it. We bought that spare because it took us a long time to find it back then. </w:t>
      </w:r>
    </w:p>
    <w:p>
      <w:r>
        <w:t xml:space="preserve">01:48:42   (Speaker E)  I feel like that was a couple summers ago. </w:t>
      </w:r>
    </w:p>
    <w:p>
      <w:r>
        <w:t xml:space="preserve">01:48:45   (Speaker A)  You know what the price was on </w:t>
      </w:r>
    </w:p>
    <w:p>
      <w:r>
        <w:t xml:space="preserve">01:48:47   (Speaker I)  the motor for the one that was just installed. </w:t>
      </w:r>
    </w:p>
    <w:p>
      <w:r>
        <w:t xml:space="preserve">01:48:50   (Speaker A)  The one that we just watched now. Let me look it up. </w:t>
      </w:r>
    </w:p>
    <w:p>
      <w:r>
        <w:t xml:space="preserve">01:49:00   (Speaker G)  Or something. </w:t>
      </w:r>
    </w:p>
    <w:p>
      <w:r>
        <w:t xml:space="preserve">01:49:01   (Speaker A)  It was less than that first trying to find it. </w:t>
      </w:r>
    </w:p>
    <w:p>
      <w:r>
        <w:t xml:space="preserve">01:49:15   (Speaker B)  So I see back in September was approved to install in the additional 10 horse single phase motor already owned with an on to a seat of 700 and Alex's liaison. That was September of last year. Which would make sense for the October install of that. </w:t>
      </w:r>
    </w:p>
    <w:p>
      <w:r>
        <w:t xml:space="preserve">01:49:34   (Speaker A)  But then he came in and he explained it. And then I don't know if it was that meeting or. </w:t>
      </w:r>
    </w:p>
    <w:p>
      <w:r>
        <w:t xml:space="preserve">01:49:39   (Speaker I)  So what was just the proposal that was sent for us for what was just installed that was approved was $6,599 installed for the motor and installation. </w:t>
      </w:r>
    </w:p>
    <w:p>
      <w:r>
        <w:t xml:space="preserve">01:49:52   (Speaker A)  I would hold on rewinding the other one until we figure out if we're going to put this inverter in or if we can improve it. What was going on there so that the next motor. </w:t>
      </w:r>
    </w:p>
    <w:p>
      <w:r>
        <w:t xml:space="preserve">01:50:00   (Speaker I)  Well, he did put that motor back into the closet because I told him to, till I got a decision from the board. </w:t>
      </w:r>
    </w:p>
    <w:p>
      <w:r>
        <w:t xml:space="preserve">01:50:07   (Speaker A)  The rewinding would be good if we decide to not go forward and say we're just going to keep another spare motor there. But I think we all wanted to do the three phase and put that to bag because the. The single phase will burn out quicker. </w:t>
      </w:r>
    </w:p>
    <w:p>
      <w:r>
        <w:t xml:space="preserve">01:50:20   (Speaker I)  It runs hotter. </w:t>
      </w:r>
    </w:p>
    <w:p>
      <w:r>
        <w:t xml:space="preserve">01:50:23   (Speaker G)  Okay. </w:t>
      </w:r>
    </w:p>
    <w:p>
      <w:r>
        <w:t xml:space="preserve">01:50:26   (Speaker I)  Paul, in reference to you saying the back gate was offset at the last meeting, I reached out to complete it and this is what they replied back about it being off. Sometimes the gates can be a little offset. This is due to the micro switches at the top of the gate operator moving over time. If we torque them too much, the plastic might staff or break. Every quarter. Every maintenance quarter that they do, they do do a preventive maintenance on the gates, and that is one of the items that they look at to see what needs to be done. </w:t>
      </w:r>
    </w:p>
    <w:p>
      <w:r>
        <w:t xml:space="preserve">01:51:01   (Speaker C)  Okay. </w:t>
      </w:r>
    </w:p>
    <w:p>
      <w:r>
        <w:t xml:space="preserve">01:51:03   (Speaker I)  As for the gate schedules that was brought up, they had already been adjusted. The pedestrian gates, based on the information I received from the homeowners, the residents, about the school buses. Monday is early release, so that time for the gates is set differently than the rest of the week. Let me find. Okay. So the schedule was updated after I received input from the residents. The current schedule for afternoon Mondays is 1:15 to 5pm For Tuesday through Friday, it's 2:15 to 5:45 to accommodate any late activity buses. </w:t>
      </w:r>
    </w:p>
    <w:p>
      <w:r>
        <w:t xml:space="preserve">01:51:39   (Speaker A)  Those are the pedestrian gates. </w:t>
      </w:r>
    </w:p>
    <w:p>
      <w:r>
        <w:t xml:space="preserve">01:51:40   (Speaker I)  Yep, the pedestrian gates. </w:t>
      </w:r>
    </w:p>
    <w:p>
      <w:r>
        <w:t xml:space="preserve">01:51:41   (Speaker A)  And they're on separate cycle in the right. </w:t>
      </w:r>
    </w:p>
    <w:p>
      <w:r>
        <w:t xml:space="preserve">01:51:43   (Speaker G)  It. </w:t>
      </w:r>
    </w:p>
    <w:p>
      <w:r>
        <w:t xml:space="preserve">01:51:44   (Speaker I)  Yes. Let's see. And I think y' all did get the answer for the containers on the pool deck at the last meeting, correct? Or do I need to go through that? </w:t>
      </w:r>
    </w:p>
    <w:p>
      <w:r>
        <w:t xml:space="preserve">01:51:59   (Speaker A)  It's not kind of. Okay, I can. I can ask a question to Savannah. I'm just curious as to why at the last meeting when you referenced the FAC around pools and beverages and you said that you're not allowed to have any beverages on the deck, that you didn't say that there's an exception for water for hydration. </w:t>
      </w:r>
    </w:p>
    <w:p>
      <w:r>
        <w:t xml:space="preserve">01:52:24   (Speaker E)  I believe when I said it was just within a certain amount of feet. </w:t>
      </w:r>
    </w:p>
    <w:p>
      <w:r>
        <w:t xml:space="preserve">01:52:28   (Speaker D)  Five feet. </w:t>
      </w:r>
    </w:p>
    <w:p>
      <w:r>
        <w:t xml:space="preserve">01:52:29   (Speaker E)  Five feet. </w:t>
      </w:r>
    </w:p>
    <w:p>
      <w:r>
        <w:t xml:space="preserve">01:52:30   (Speaker A)  Five feet dot but that's not what the FSC says. </w:t>
      </w:r>
    </w:p>
    <w:p>
      <w:r>
        <w:t xml:space="preserve">01:52:33   (Speaker I)  So there's administrative code at 64E009 for the health department department. And that code said drinks cannot be within 5ft of the pool deck with the exception of a commercial plastic bottle of water. </w:t>
      </w:r>
    </w:p>
    <w:p>
      <w:r>
        <w:t xml:space="preserve">01:52:45   (Speaker E)  Right. </w:t>
      </w:r>
    </w:p>
    <w:p>
      <w:r>
        <w:t xml:space="preserve">01:52:46   (Speaker A)  So I'm ask. I'm ask a question. Why you didn't tell us that there was an exception for bottle of water. </w:t>
      </w:r>
    </w:p>
    <w:p>
      <w:r>
        <w:t xml:space="preserve">01:52:50   (Speaker E)  I apologize for not saying there's an exception for bottle of water. </w:t>
      </w:r>
    </w:p>
    <w:p>
      <w:r>
        <w:t xml:space="preserve">01:52:53   (Speaker A)  So from a board standpoint, the reason I brought this up as a reminder, this was a violation that we suspended a homeowner from. </w:t>
      </w:r>
    </w:p>
    <w:p>
      <w:r>
        <w:t xml:space="preserve">01:53:01   (Speaker E)  It was not a commercial bottle of water. </w:t>
      </w:r>
    </w:p>
    <w:p>
      <w:r>
        <w:t xml:space="preserve">01:53:04   (Speaker A)  We suspended her because she had a container of water next to the pool. It was a cooler of water, </w:t>
      </w:r>
    </w:p>
    <w:p>
      <w:r>
        <w:t xml:space="preserve">01:53:12   (Speaker H)  and </w:t>
      </w:r>
    </w:p>
    <w:p>
      <w:r>
        <w:t xml:space="preserve">01:53:12   (Speaker A)  she told Amanda that it was water, and yet she was suspended. And then that suspension was rescinded based on the dialogue between her and Brian. And he rescinded it because it was water then, not one of the prohibited containers. </w:t>
      </w:r>
    </w:p>
    <w:p>
      <w:r>
        <w:t xml:space="preserve">01:53:31   (Speaker B)  I think the suspension stemmed more from the reaction when they were saying in the conversation that happened is what I believe. And then when Brian had the conversation and said, this is why. And they said, okay, we understand that, but it was this. Okay, we understand that too. But again, we're just asking. I got you and don't need the. </w:t>
      </w:r>
    </w:p>
    <w:p>
      <w:r>
        <w:t xml:space="preserve">01:53:47   (Speaker G)  Yeah. </w:t>
      </w:r>
    </w:p>
    <w:p>
      <w:r>
        <w:t xml:space="preserve">01:53:48   (Speaker B)  And so that's why he said it </w:t>
      </w:r>
    </w:p>
    <w:p>
      <w:r>
        <w:t xml:space="preserve">01:53:49   (Speaker A)  was a cooperative conversation. Okay, but. But our policy doesn't say anything about water. It says about. About containers and glass and that sort of thing. So I think as a board, we should be able to say something in the rules to say water is permitted. And I believe, even though the FAC says commercially bottled water, meaning you have to buy it in a half liter or something like that, it makes sense to me that we could say that water is okay as long as it's in an approved container, because there's many people that don't buy plastic water bottles. </w:t>
      </w:r>
    </w:p>
    <w:p>
      <w:r>
        <w:t xml:space="preserve">01:54:26   (Speaker E)  Agree. </w:t>
      </w:r>
    </w:p>
    <w:p>
      <w:r>
        <w:t xml:space="preserve">01:54:27   (Speaker C)  They'll. </w:t>
      </w:r>
    </w:p>
    <w:p>
      <w:r>
        <w:t xml:space="preserve">01:54:27   (Speaker A)  They'll buy. Yeah, they'll buy a Yeti or something like that. That we should say something like that at the pool, as long as it has water, would be acceptable to our policy. </w:t>
      </w:r>
    </w:p>
    <w:p>
      <w:r>
        <w:t xml:space="preserve">01:54:37   (Speaker G)  So what do we do? Ask the residents approve that. That's more. </w:t>
      </w:r>
    </w:p>
    <w:p>
      <w:r>
        <w:t xml:space="preserve">01:54:39   (Speaker B)  That's where that oven comes in. </w:t>
      </w:r>
    </w:p>
    <w:p>
      <w:r>
        <w:t xml:space="preserve">01:54:41   (Speaker E)  So that she does that now. And this is my. A little bit of concern with drafting something. I. I'm totally fine with including an exception for water in our rules. And that type of change we don't even need a public hearing for. Right. I can just make a vote, verbiage change and bring that back for ratification. I do have a hesitation on stating something because we are a public pool under the health department saying something that is contradictory to what the rule says. So what I would probably phrase it as is, you know, with the exception of water, in accordance with the Florida Administrative Code. So then our hope is that the code at some point will update to kind of join 2020, the 2000 and 2020s, and then it can just kind of morph with the code as the code morphs. Because there is a hope across the board from insurance and everyone involved that they do lift the plastic ban. Because so few people carry plastic now. </w:t>
      </w:r>
    </w:p>
    <w:p>
      <w:r>
        <w:t xml:space="preserve">01:55:36   (Speaker C)  Right. </w:t>
      </w:r>
    </w:p>
    <w:p>
      <w:r>
        <w:t xml:space="preserve">01:55:37   (Speaker E)  I mean, people do, but not in excess. So I think having a generic, like a more general verbiage on the type of container and just reference, that would be. Would be graceful. Is that. Is that okay with the board? </w:t>
      </w:r>
    </w:p>
    <w:p>
      <w:r>
        <w:t xml:space="preserve">01:55:51   (Speaker A)  Yeah, I think that's useful to put that in there. We don't have to have a hearing. I didn't think we would, so I think that would be better. Then people can have water there. And by the way, Amanda is. She's very observant in terms of people that are consuming alcoholic beverages versus having water next to the pool. I think she can probably handle that very easily. And. And she may at some point have to say, somebody, is that alcohol in there? You know, because they'll put alcohol in that too, you know, and she'll say, no alcohol, because that's a whole separate thing. I don't think she could manage that. But I just think the homeowner said that there was water, and maybe that wasn't the sole reason, but it was like, that's why, you know, I think part of it, it's like, well, all you have water wasn't. Anyhow, </w:t>
      </w:r>
    </w:p>
    <w:p>
      <w:r>
        <w:t xml:space="preserve">01:56:37   (Speaker B)  so with that, I mean, we can make that change and just bring it back to ratify at the next meeting to. </w:t>
      </w:r>
    </w:p>
    <w:p>
      <w:r>
        <w:t xml:space="preserve">01:56:42   (Speaker G)  Yep. </w:t>
      </w:r>
    </w:p>
    <w:p>
      <w:r>
        <w:t xml:space="preserve">01:56:43   (Speaker A)  Is there a consensus? </w:t>
      </w:r>
    </w:p>
    <w:p>
      <w:r>
        <w:t xml:space="preserve">01:56:43   (Speaker C)  I think you're right. </w:t>
      </w:r>
    </w:p>
    <w:p>
      <w:r>
        <w:t xml:space="preserve">01:56:49   (Speaker A)  Okay. </w:t>
      </w:r>
    </w:p>
    <w:p>
      <w:r>
        <w:t xml:space="preserve">01:56:51   (Speaker D)  Okay. </w:t>
      </w:r>
    </w:p>
    <w:p>
      <w:r>
        <w:t xml:space="preserve">01:56:52   (Speaker I)  Nicole, you had asked about the janitor staff who monitors that they're doing their job and asked them to send a report. So Amanda took this on herself, not me directing her to do this. And she reported back to me one afternoon. She wiped down everything before she left. She came back the next day, and it was all covered again with thick dirt. And your facility has so much foliage that comes back very quickly. At your facility, if the wind's blowing a little bit, it's all thick again. She tested it to see. But she does look at things and does report if it doesn't look like they've been there. </w:t>
      </w:r>
    </w:p>
    <w:p>
      <w:r>
        <w:t xml:space="preserve">01:57:34   (Speaker D)  Yeah, but I still think, just like we hold Yellowstone accountable. Hey, tell us what you did this month. And there's a whole grid and a whole check off sheep and all this stuff. I still think that the cleaning service needs to, okay, you know, have a. A checkoff sheet of what they. They've done upon their visit. </w:t>
      </w:r>
    </w:p>
    <w:p>
      <w:r>
        <w:t xml:space="preserve">01:57:53   (Speaker I)  All righty. </w:t>
      </w:r>
    </w:p>
    <w:p>
      <w:r>
        <w:t xml:space="preserve">01:57:54   (Speaker D)  All right. </w:t>
      </w:r>
    </w:p>
    <w:p>
      <w:r>
        <w:t xml:space="preserve">01:57:54   (Speaker I)  And then I think the last thing would y' all ask about, complete it rebuild for July. And I reached out to them, and this is what they said. That based on the fact that they were monitoring the cameras, because the cameras were in place, and they did assist with a couple of vehicles that struck your gates and providing us the information that they will not resend the invoice for July. </w:t>
      </w:r>
    </w:p>
    <w:p>
      <w:r>
        <w:t xml:space="preserve">01:58:28   (Speaker A)  I asked that question because I knew they weren't in there. And I think Hannah also sent me an update that they felt it was justified because they were working in between. </w:t>
      </w:r>
    </w:p>
    <w:p>
      <w:r>
        <w:t xml:space="preserve">01:58:37   (Speaker B)  They're working with Door King before they put in their system, but still working with the cameras and stuff, even though the system was open. </w:t>
      </w:r>
    </w:p>
    <w:p>
      <w:r>
        <w:t xml:space="preserve">01:58:43   (Speaker G)  Yeah, </w:t>
      </w:r>
    </w:p>
    <w:p>
      <w:r>
        <w:t xml:space="preserve">01:58:46   (Speaker B)  we did talk to them too. And we did that for some reason. For some reason, they were. The invoices they were sending weren't actually coming to us, which is odd because we usually get their invoices, especially in other districts and things. But the final half payment is submitted and will be cleared this week. </w:t>
      </w:r>
    </w:p>
    <w:p>
      <w:r>
        <w:t xml:space="preserve">01:59:07   (Speaker A)  She told me today she got it. </w:t>
      </w:r>
    </w:p>
    <w:p>
      <w:r>
        <w:t xml:space="preserve">01:59:09   (Speaker B)  Yeah. So that was another conversation we had with Thomas, but you said, hey, you know, where's this at? </w:t>
      </w:r>
    </w:p>
    <w:p>
      <w:r>
        <w:t xml:space="preserve">01:59:17   (Speaker G)  And he. </w:t>
      </w:r>
    </w:p>
    <w:p>
      <w:r>
        <w:t xml:space="preserve">01:59:17   (Speaker A)  We looked. </w:t>
      </w:r>
    </w:p>
    <w:p>
      <w:r>
        <w:t xml:space="preserve">01:59:18   (Speaker B)  He was like, oh, I don't know why that was happening, but we got that squared away today. </w:t>
      </w:r>
    </w:p>
    <w:p>
      <w:r>
        <w:t xml:space="preserve">01:59:22   (Speaker I)  So as far as the proposal for the arm bars, he's still working on that. He did get me two proposals complete. It got me two proposals for </w:t>
      </w:r>
    </w:p>
    <w:p>
      <w:r>
        <w:t xml:space="preserve">01:59:36   (Speaker G)  what </w:t>
      </w:r>
    </w:p>
    <w:p>
      <w:r>
        <w:t xml:space="preserve">01:59:36   (Speaker I)  you requested at the pedestrian gates for a single gang tri technology reader with keypad capable with the Brevo Pass Bluetooth. These were loaded up to your agenda package. He gave one based on solar for, I guess, to run electric, and then he gave one as just the combination. Let's see. So. So one proposal is for $1938, and the one for the solar Revo, where they would come in at a solar panel, add the Brevos SD controller and the cellular battery. It all breaks it down. The pole, the labor, the setup. It would be upfront cost estimated for the total project is looking like if you own it, it's 5993. Add your labor and everything, it comes to $17,979. And it would be $132 for a monthly service. </w:t>
      </w:r>
    </w:p>
    <w:p>
      <w:r>
        <w:t xml:space="preserve">02:00:53   (Speaker C)  That's first. Is that the solar service? I guess my question is it's the solar needs a service or it's the service once they finally get solar power to it. </w:t>
      </w:r>
    </w:p>
    <w:p>
      <w:r>
        <w:t xml:space="preserve">02:01:06   (Speaker B)  It's the monthly service through the Prevost system. Right. Yeah. It's not like an electrical service. </w:t>
      </w:r>
    </w:p>
    <w:p>
      <w:r>
        <w:t xml:space="preserve">02:01:12   (Speaker C)  Right. </w:t>
      </w:r>
    </w:p>
    <w:p>
      <w:r>
        <w:t xml:space="preserve">02:01:12   (Speaker A)  Yeah. </w:t>
      </w:r>
    </w:p>
    <w:p>
      <w:r>
        <w:t xml:space="preserve">02:01:13   (Speaker C)  Okay. And they're aware that the big gate, how heavy it is that the number one gate. They came out and looked at them or they're just saying. No, they like the small pedestrian gates. </w:t>
      </w:r>
    </w:p>
    <w:p>
      <w:r>
        <w:t xml:space="preserve">02:01:27   (Speaker I)  Like pedestrian gates. </w:t>
      </w:r>
    </w:p>
    <w:p>
      <w:r>
        <w:t xml:space="preserve">02:01:30   (Speaker C)  That's a pedestrian gate too. It's just a lot bigger as. </w:t>
      </w:r>
    </w:p>
    <w:p>
      <w:r>
        <w:t xml:space="preserve">02:01:34   (Speaker I)  Really? </w:t>
      </w:r>
    </w:p>
    <w:p>
      <w:r>
        <w:t xml:space="preserve">02:01:34   (Speaker C)  Oh yeah. It's like bending the. </w:t>
      </w:r>
    </w:p>
    <w:p>
      <w:r>
        <w:t xml:space="preserve">02:01:36   (Speaker B)  We may need to ask about if that. Just double checking if that is actually broken. </w:t>
      </w:r>
    </w:p>
    <w:p>
      <w:r>
        <w:t xml:space="preserve">02:01:41   (Speaker C)  Yeah. Because I have quantity three, so I think it be four. The other thing, there's not a lot of sun over there. </w:t>
      </w:r>
    </w:p>
    <w:p>
      <w:r>
        <w:t xml:space="preserve">02:01:47   (Speaker D)  Okay. </w:t>
      </w:r>
    </w:p>
    <w:p>
      <w:r>
        <w:t xml:space="preserve">02:01:47   (Speaker B)  It's all trees. </w:t>
      </w:r>
    </w:p>
    <w:p>
      <w:r>
        <w:t xml:space="preserve">02:01:49   (Speaker C)  So I don't know where they put the. </w:t>
      </w:r>
    </w:p>
    <w:p>
      <w:r>
        <w:t xml:space="preserve">02:01:50   (Speaker I)  And they're still working on the combination too. They're. They're looking at another. I got an email and update that they are looking for another combination gate to be able to put back there. So I will have another probably updated proposal for you on that. </w:t>
      </w:r>
    </w:p>
    <w:p>
      <w:r>
        <w:t xml:space="preserve">02:02:09   (Speaker C)  Or punch code. </w:t>
      </w:r>
    </w:p>
    <w:p>
      <w:r>
        <w:t xml:space="preserve">02:02:11   (Speaker I)  No. That you wanted for the single gang TR reader with keypad that's to replace at the pedestrian gate. You had asked for a pedestrian gate to add a keypad. </w:t>
      </w:r>
    </w:p>
    <w:p>
      <w:r>
        <w:t xml:space="preserve">02:02:25   (Speaker C)  Yeah. </w:t>
      </w:r>
    </w:p>
    <w:p>
      <w:r>
        <w:t xml:space="preserve">02:02:25   (Speaker I)  Yeah. That would be $1938. </w:t>
      </w:r>
    </w:p>
    <w:p>
      <w:r>
        <w:t xml:space="preserve">02:02:29   (Speaker A)  It only has three on there. Is it more than three gigs? </w:t>
      </w:r>
    </w:p>
    <w:p>
      <w:r>
        <w:t xml:space="preserve">02:02:34   (Speaker C)  Those would be the ones that I already have. That would be the ones that are at the. </w:t>
      </w:r>
    </w:p>
    <w:p>
      <w:r>
        <w:t xml:space="preserve">02:02:39   (Speaker B)  There's. </w:t>
      </w:r>
    </w:p>
    <w:p>
      <w:r>
        <w:t xml:space="preserve">02:02:39   (Speaker C)  There's three of them. There's three of those. </w:t>
      </w:r>
    </w:p>
    <w:p>
      <w:r>
        <w:t xml:space="preserve">02:02:41   (Speaker I)  Yeah. </w:t>
      </w:r>
    </w:p>
    <w:p>
      <w:r>
        <w:t xml:space="preserve">02:02:41   (Speaker C)  Two at the main gate and one in the back that have power. </w:t>
      </w:r>
    </w:p>
    <w:p>
      <w:r>
        <w:t xml:space="preserve">02:02:44   (Speaker A)  Yeah. So this is a power key bed that links up the Breville </w:t>
      </w:r>
    </w:p>
    <w:p>
      <w:r>
        <w:t xml:space="preserve">02:02:52   (Speaker I)  because you had asked about what the cost would be for to put a keypad on it. And that's what it would be for them. Three gates. </w:t>
      </w:r>
    </w:p>
    <w:p>
      <w:r>
        <w:t xml:space="preserve">02:02:58   (Speaker C)  Right. </w:t>
      </w:r>
    </w:p>
    <w:p>
      <w:r>
        <w:t xml:space="preserve">02:02:59   (Speaker A)  Where are the three that are powered? </w:t>
      </w:r>
    </w:p>
    <w:p>
      <w:r>
        <w:t xml:space="preserve">02:03:00   (Speaker B)  The two front by the driving gates, </w:t>
      </w:r>
    </w:p>
    <w:p>
      <w:r>
        <w:t xml:space="preserve">02:03:03   (Speaker I)  by the vehicular gates. </w:t>
      </w:r>
    </w:p>
    <w:p>
      <w:r>
        <w:t xml:space="preserve">02:03:04   (Speaker C)  There's two sidewalks on the main gate. Those have pedestrian with power and the other one is the back. There's only one on the back. </w:t>
      </w:r>
    </w:p>
    <w:p>
      <w:r>
        <w:t xml:space="preserve">02:03:13   (Speaker A)  All the other gates. </w:t>
      </w:r>
    </w:p>
    <w:p>
      <w:r>
        <w:t xml:space="preserve">02:03:15   (Speaker I)  So he's. They're still working on that to just get the combo. That was the update. This one is if you wanted to do it solarly and add the solar. And you said one of the gates is covered in. </w:t>
      </w:r>
    </w:p>
    <w:p>
      <w:r>
        <w:t xml:space="preserve">02:03:28   (Speaker C)  There's no shade. </w:t>
      </w:r>
    </w:p>
    <w:p>
      <w:r>
        <w:t xml:space="preserve">02:03:29   (Speaker I)  Yeah. </w:t>
      </w:r>
    </w:p>
    <w:p>
      <w:r>
        <w:t xml:space="preserve">02:03:32   (Speaker A)  Okay. So here's. Here's my questions about. So that. I think that solves what we asked about for that. For the power dates. We just put a reader in there. It is linked to Brevo and it is. Whatever. I just. I'm. I'm very frustrated that we were. I think my impression was maybe I'm wrong. Other Supervisors can chime in. I thought that the complete IP proposal was also to address those gates, but we ended up ripping out the control. The, the, the, the passcode panels that were there that weren't linked to anything. And now we're being told that because people can't get in it unless they have a fob, they can't punch a code, that now we have to put another code reader in there. So why did we, if we didn't have a solution for it, why did we rip out the panels that were already there? That, that number that was in there didn't go anywhere. That was just, that was just a, a hard, hard passcode that released the lock on the gate. </w:t>
      </w:r>
    </w:p>
    <w:p>
      <w:r>
        <w:t xml:space="preserve">02:04:32   (Speaker I)  But because when he gave you the proposal for the vehicular gates, he also included the pedestrian gates next to the vehicular gates. That would be a key fob swipe to come in. </w:t>
      </w:r>
    </w:p>
    <w:p>
      <w:r>
        <w:t xml:space="preserve">02:04:44   (Speaker C)  Correct. The what? The punch panel punch code from before. It was, it was electronic, but it was a whole totally different system. </w:t>
      </w:r>
    </w:p>
    <w:p>
      <w:r>
        <w:t xml:space="preserve">02:04:55   (Speaker A)  Okay. </w:t>
      </w:r>
    </w:p>
    <w:p>
      <w:r>
        <w:t xml:space="preserve">02:04:57   (Speaker C)  And it's not, it's not there. </w:t>
      </w:r>
    </w:p>
    <w:p>
      <w:r>
        <w:t xml:space="preserve">02:04:59   (Speaker A)  You. Do you remember seeing knowing that when this package was going to go in that there wasn't going to be any way for anybody to manually punch a code to get in those gates? </w:t>
      </w:r>
    </w:p>
    <w:p>
      <w:r>
        <w:t xml:space="preserve">02:05:06   (Speaker C)  We didn't, we didn't catch that. </w:t>
      </w:r>
    </w:p>
    <w:p>
      <w:r>
        <w:t xml:space="preserve">02:05:08   (Speaker A)  Okay. </w:t>
      </w:r>
    </w:p>
    <w:p>
      <w:r>
        <w:t xml:space="preserve">02:05:08   (Speaker C)  That's what I said when we, when I brought this up the other week or last month. </w:t>
      </w:r>
    </w:p>
    <w:p>
      <w:r>
        <w:t xml:space="preserve">02:05:13   (Speaker A)  Did anybody else know that that was going to happen? </w:t>
      </w:r>
    </w:p>
    <w:p>
      <w:r>
        <w:t xml:space="preserve">02:05:15   (Speaker C)  Nobody caught it. Nobody. Because we don't. I don't have kids to know that they go in there with the punch code. I mean, I know that I hit it with a punch saying punch code works on all of them. </w:t>
      </w:r>
    </w:p>
    <w:p>
      <w:r>
        <w:t xml:space="preserve">02:05:25   (Speaker A)  Right. So that 1938 would be putting those three gates that have electric power to them now and putting this punch code reader on there that we could, we can make a standard code for all the kids or whoever. Anybody could come in. </w:t>
      </w:r>
    </w:p>
    <w:p>
      <w:r>
        <w:t xml:space="preserve">02:05:40   (Speaker I)  Well, they could punch in their, the PIN code that was assigned to their household. </w:t>
      </w:r>
    </w:p>
    <w:p>
      <w:r>
        <w:t xml:space="preserve">02:05:44   (Speaker C)  They have their own. </w:t>
      </w:r>
    </w:p>
    <w:p>
      <w:r>
        <w:t xml:space="preserve">02:05:45   (Speaker A)  So, so they can. So they'd be able to punch their </w:t>
      </w:r>
    </w:p>
    <w:p>
      <w:r>
        <w:t xml:space="preserve">02:05:48   (Speaker I)  own household code just like it works at your directory. </w:t>
      </w:r>
    </w:p>
    <w:p>
      <w:r>
        <w:t xml:space="preserve">02:05:51   (Speaker A)  Okay. Okay. So they would punch that. </w:t>
      </w:r>
    </w:p>
    <w:p>
      <w:r>
        <w:t xml:space="preserve">02:05:53   (Speaker I)  Yeah. </w:t>
      </w:r>
    </w:p>
    <w:p>
      <w:r>
        <w:t xml:space="preserve">02:05:54   (Speaker A)  Would this fall, this 1938, would this solve the kid issue? Because it's at the main gates and that's the question to the board. Do they think this would be a solution that now we wouldn't have to lock? We wouldn't have to open those gates any other time, people? </w:t>
      </w:r>
    </w:p>
    <w:p>
      <w:r>
        <w:t xml:space="preserve">02:06:10   (Speaker B)  I would think so. </w:t>
      </w:r>
    </w:p>
    <w:p>
      <w:r>
        <w:t xml:space="preserve">02:06:11   (Speaker I)  I would think so. </w:t>
      </w:r>
    </w:p>
    <w:p>
      <w:r>
        <w:t xml:space="preserve">02:06:12   (Speaker G)  But, </w:t>
      </w:r>
    </w:p>
    <w:p>
      <w:r>
        <w:t xml:space="preserve">02:06:14   (Speaker A)  but, but what, what the issues were that you guys were Hearing about. </w:t>
      </w:r>
    </w:p>
    <w:p>
      <w:r>
        <w:t xml:space="preserve">02:06:19   (Speaker C)  I think people have already resolved the issue whether they're taking their own. The kid has a cell phone and they got the BR for the kid. And he's. Because I saw one kid using one. They're giving them the key fob. </w:t>
      </w:r>
    </w:p>
    <w:p>
      <w:r>
        <w:t xml:space="preserve">02:06:30   (Speaker A)  They're using key fob at those pedestrian </w:t>
      </w:r>
    </w:p>
    <w:p>
      <w:r>
        <w:t xml:space="preserve">02:06:35   (Speaker I)  d. Yeah, the key fob works with the pedestrian. </w:t>
      </w:r>
    </w:p>
    <w:p>
      <w:r>
        <w:t xml:space="preserve">02:06:39   (Speaker C)  But then now you're in the. The family is doing something that they don't want to do. And then when the kid loses them. Oh God, I got to buy another. That or the other. </w:t>
      </w:r>
    </w:p>
    <w:p>
      <w:r>
        <w:t xml:space="preserve">02:06:50   (Speaker B)  This is just adding a keypad. So everything where the punch code capability and they still use their. </w:t>
      </w:r>
    </w:p>
    <w:p>
      <w:r>
        <w:t xml:space="preserve">02:06:56   (Speaker C)  Didn't catch it. </w:t>
      </w:r>
    </w:p>
    <w:p>
      <w:r>
        <w:t xml:space="preserve">02:06:58   (Speaker I)  So just like they can use. </w:t>
      </w:r>
    </w:p>
    <w:p>
      <w:r>
        <w:t xml:space="preserve">02:06:59   (Speaker A)  Kids get dropped off at those gates. Is that where they get dropped off? </w:t>
      </w:r>
    </w:p>
    <w:p>
      <w:r>
        <w:t xml:space="preserve">02:07:04   (Speaker C)  Some do, some don't. Some just walk from their house and. </w:t>
      </w:r>
    </w:p>
    <w:p>
      <w:r>
        <w:t xml:space="preserve">02:07:08   (Speaker A)  But they have to walk through those gates if they want. </w:t>
      </w:r>
    </w:p>
    <w:p>
      <w:r>
        <w:t xml:space="preserve">02:07:10   (Speaker C)  They do have to go through the gates. Yes. </w:t>
      </w:r>
    </w:p>
    <w:p>
      <w:r>
        <w:t xml:space="preserve">02:07:12   (Speaker D)  So currently we're leaving the gates open at a particular time in the morning early. So we're saying if we put this in we would not do it. Maybe we should still do it for wear and tear purposes. I don't know how many kids go in and out. </w:t>
      </w:r>
    </w:p>
    <w:p>
      <w:r>
        <w:t xml:space="preserve">02:07:23   (Speaker E)  Like the pedestrian gate. </w:t>
      </w:r>
    </w:p>
    <w:p>
      <w:r>
        <w:t xml:space="preserve">02:07:25   (Speaker D)  Yeah. </w:t>
      </w:r>
    </w:p>
    <w:p>
      <w:r>
        <w:t xml:space="preserve">02:07:26   (Speaker G)  Still. </w:t>
      </w:r>
    </w:p>
    <w:p>
      <w:r>
        <w:t xml:space="preserve">02:07:26   (Speaker C)  Yeah, I think. I think we can still leave it like that. And then they have that capability so they can punch in the code and they start learning it and they know it for any door gate. </w:t>
      </w:r>
    </w:p>
    <w:p>
      <w:r>
        <w:t xml:space="preserve">02:07:37   (Speaker B)  Just kind of. In general, the benefit of a code is you don't have to remember to bring your fob, your phone. </w:t>
      </w:r>
    </w:p>
    <w:p>
      <w:r>
        <w:t xml:space="preserve">02:07:42   (Speaker D)  Yeah. </w:t>
      </w:r>
    </w:p>
    <w:p>
      <w:r>
        <w:t xml:space="preserve">02:07:45   (Speaker A)  Somebody hold it open for everybody else. </w:t>
      </w:r>
    </w:p>
    <w:p>
      <w:r>
        <w:t xml:space="preserve">02:07:48   (Speaker B)  100% will happen. </w:t>
      </w:r>
    </w:p>
    <w:p>
      <w:r>
        <w:t xml:space="preserve">02:07:50   (Speaker A)  So what does the board think about this 1938. </w:t>
      </w:r>
    </w:p>
    <w:p>
      <w:r>
        <w:t xml:space="preserve">02:07:59   (Speaker I)  Pedestrian gates next to the </w:t>
      </w:r>
    </w:p>
    <w:p>
      <w:r>
        <w:t xml:space="preserve">02:08:04   (Speaker C)  Y. </w:t>
      </w:r>
    </w:p>
    <w:p>
      <w:r>
        <w:t xml:space="preserve">02:08:06   (Speaker I)  And they are still working on the. To get a system for the other pedestrian gates that have no electricity. Electric. So I'll be bringing. Once they get that day. We're still doing some more research. </w:t>
      </w:r>
    </w:p>
    <w:p>
      <w:r>
        <w:t xml:space="preserve">02:08:17   (Speaker C)  Can. Can we get a walkabout with them so they can see where they're. And the size of that one gate before we. They think it's just a small gate and they go, oh, what's this? </w:t>
      </w:r>
    </w:p>
    <w:p>
      <w:r>
        <w:t xml:space="preserve">02:08:29   (Speaker I)  Where is that big gate you're talking about? </w:t>
      </w:r>
    </w:p>
    <w:p>
      <w:r>
        <w:t xml:space="preserve">02:08:32   (Speaker C)  It's the furthest one to the west on Big Bend Road. And it's where they're the path that goes all the way on the back </w:t>
      </w:r>
    </w:p>
    <w:p>
      <w:r>
        <w:t xml:space="preserve">02:08:39   (Speaker B)  side of our property. </w:t>
      </w:r>
    </w:p>
    <w:p>
      <w:r>
        <w:t xml:space="preserve">02:08:41   (Speaker I)  Okay, so how many other pedestrian gates is there? Three other pedestrian gates. </w:t>
      </w:r>
    </w:p>
    <w:p>
      <w:r>
        <w:t xml:space="preserve">02:08:45   (Speaker B)  There's seven. </w:t>
      </w:r>
    </w:p>
    <w:p>
      <w:r>
        <w:t xml:space="preserve">02:08:46   (Speaker C)  There's seven. </w:t>
      </w:r>
    </w:p>
    <w:p>
      <w:r>
        <w:t xml:space="preserve">02:08:47   (Speaker I)  Seven in total. </w:t>
      </w:r>
    </w:p>
    <w:p>
      <w:r>
        <w:t xml:space="preserve">02:08:48   (Speaker B)  Okay, so there'd be four left after this. </w:t>
      </w:r>
    </w:p>
    <w:p>
      <w:r>
        <w:t xml:space="preserve">02:08:50   (Speaker D)  Yeah, the furthest one on big bend road, though, you. </w:t>
      </w:r>
    </w:p>
    <w:p>
      <w:r>
        <w:t xml:space="preserve">02:08:52   (Speaker G)  I mean, you just anybody. You walk around. </w:t>
      </w:r>
    </w:p>
    <w:p>
      <w:r>
        <w:t xml:space="preserve">02:08:54   (Speaker D)  You walk around it. We talked about fencing for. </w:t>
      </w:r>
    </w:p>
    <w:p>
      <w:r>
        <w:t xml:space="preserve">02:08:58   (Speaker C)  Oh, yeah. I use it all the time. Every day. </w:t>
      </w:r>
    </w:p>
    <w:p>
      <w:r>
        <w:t xml:space="preserve">02:08:59   (Speaker G)  One all the way at the end. </w:t>
      </w:r>
    </w:p>
    <w:p>
      <w:r>
        <w:t xml:space="preserve">02:09:01   (Speaker H)  Yeah. </w:t>
      </w:r>
    </w:p>
    <w:p>
      <w:r>
        <w:t xml:space="preserve">02:09:01   (Speaker G)  By the time home. </w:t>
      </w:r>
    </w:p>
    <w:p>
      <w:r>
        <w:t xml:space="preserve">02:09:02   (Speaker C)  Yeah. The kids use it. The kids use it to go to school. Yeah. </w:t>
      </w:r>
    </w:p>
    <w:p>
      <w:r>
        <w:t xml:space="preserve">02:09:07   (Speaker A)  If they go to charter school and then they live back, everyone. They walk. They walk that back. </w:t>
      </w:r>
    </w:p>
    <w:p>
      <w:r>
        <w:t xml:space="preserve">02:09:12   (Speaker G)  Yeah. </w:t>
      </w:r>
    </w:p>
    <w:p>
      <w:r>
        <w:t xml:space="preserve">02:09:12   (Speaker C)  Yeah. </w:t>
      </w:r>
    </w:p>
    <w:p>
      <w:r>
        <w:t xml:space="preserve">02:09:15   (Speaker B)  So I do have the motion. </w:t>
      </w:r>
    </w:p>
    <w:p>
      <w:r>
        <w:t xml:space="preserve">02:09:16   (Speaker C)  Yeah. Because there is four that don't have electricity. Not three. </w:t>
      </w:r>
    </w:p>
    <w:p>
      <w:r>
        <w:t xml:space="preserve">02:09:20   (Speaker B)  There's four. </w:t>
      </w:r>
    </w:p>
    <w:p>
      <w:r>
        <w:t xml:space="preserve">02:09:21   (Speaker D)  Four. </w:t>
      </w:r>
    </w:p>
    <w:p>
      <w:r>
        <w:t xml:space="preserve">02:09:21   (Speaker I)  Okay. Because I can only find three. </w:t>
      </w:r>
    </w:p>
    <w:p>
      <w:r>
        <w:t xml:space="preserve">02:09:24   (Speaker A)  Mechanical. Mechanical. </w:t>
      </w:r>
    </w:p>
    <w:p>
      <w:r>
        <w:t xml:space="preserve">02:09:27   (Speaker C)  Sorry. </w:t>
      </w:r>
    </w:p>
    <w:p>
      <w:r>
        <w:t xml:space="preserve">02:09:28   (Speaker B)  So I do have the motion here for approval. Complete it. Proposal for the $1938 for the punch code locks at the three pedestrian gates. There was a first for Mary. Second was Nicole. </w:t>
      </w:r>
    </w:p>
    <w:p>
      <w:r>
        <w:t xml:space="preserve">02:09:38   (Speaker G)  Yep. </w:t>
      </w:r>
    </w:p>
    <w:p>
      <w:r>
        <w:t xml:space="preserve">02:09:39   (Speaker B)  And so with that, we'll call to both. All in favor? Any opposed? Okay, so the motion has passed. So we've got some additional questions and things for the. </w:t>
      </w:r>
    </w:p>
    <w:p>
      <w:r>
        <w:t xml:space="preserve">02:09:54   (Speaker A)  Are we tling this other one solar ones? </w:t>
      </w:r>
    </w:p>
    <w:p>
      <w:r>
        <w:t xml:space="preserve">02:09:57   (Speaker B)  Yeah, we have to. </w:t>
      </w:r>
    </w:p>
    <w:p>
      <w:r>
        <w:t xml:space="preserve">02:09:58   (Speaker C)  They don't have the number of gates. Right. That solar is not going to work at the 1. </w:t>
      </w:r>
    </w:p>
    <w:p>
      <w:r>
        <w:t xml:space="preserve">02:10:02   (Speaker A)  It's 18,000 a year. </w:t>
      </w:r>
    </w:p>
    <w:p>
      <w:r>
        <w:t xml:space="preserve">02:10:04   (Speaker B)  Yeah. </w:t>
      </w:r>
    </w:p>
    <w:p>
      <w:r>
        <w:t xml:space="preserve">02:10:05   (Speaker A)  Or 18,000 initial. Sorry. </w:t>
      </w:r>
    </w:p>
    <w:p>
      <w:r>
        <w:t xml:space="preserve">02:10:07   (Speaker G)  Yeah, yeah. </w:t>
      </w:r>
    </w:p>
    <w:p>
      <w:r>
        <w:t xml:space="preserve">02:10:08   (Speaker B)  And 130. </w:t>
      </w:r>
    </w:p>
    <w:p>
      <w:r>
        <w:t xml:space="preserve">02:10:18   (Speaker A)  Okay. Okay. </w:t>
      </w:r>
    </w:p>
    <w:p>
      <w:r>
        <w:t xml:space="preserve">02:10:23   (Speaker B)  Anything else for drema? </w:t>
      </w:r>
    </w:p>
    <w:p>
      <w:r>
        <w:t xml:space="preserve">02:10:25   (Speaker I)  That concludes, unless y' all have anything y' all want me to address or look at. </w:t>
      </w:r>
    </w:p>
    <w:p>
      <w:r>
        <w:t xml:space="preserve">02:10:31   (Speaker D)  Thank you. </w:t>
      </w:r>
    </w:p>
    <w:p>
      <w:r>
        <w:t xml:space="preserve">02:10:31   (Speaker B)  Please, you know, let us know. Yeah. </w:t>
      </w:r>
    </w:p>
    <w:p>
      <w:r>
        <w:t xml:space="preserve">02:10:36   (Speaker C)  Well, it's. Are you leaving? Are you staying? You're leaving? Okay. </w:t>
      </w:r>
    </w:p>
    <w:p>
      <w:r>
        <w:t xml:space="preserve">02:10:40   (Speaker B)  Yeah. </w:t>
      </w:r>
    </w:p>
    <w:p>
      <w:r>
        <w:t xml:space="preserve">02:10:40   (Speaker C)  Yeah. We talked about the timing of the gates. I asked them to bring it back again because, I mean, we are a public gated community. We can't stop anybody from coming in. I know that there were some concerns about. We paid all this money to do all this security, and now we're not going to let the. Let them shut. But it doesn't matter if they just sit there and wait or they get another passcode or they tailgate, whatever. But there's a lot of wear and tear on those gates. And plus, I think that people trying to beat that gate closing. And is the rush effect by people speed. I'm not saying that they're not a bunch of speeders. In our neighborhood, there is. And though any long street, we'd have to put speed bumps all over the place. Anyway, I would like to readdress changing that so that during the day, Monday through Friday, during the day, then you don't have to worry about the vendors because it's open and there's less wear and tear on the gate is my more concern. And then we won't have to be doing Repairs down the road as soon. And so mainly the security is for at night and on the weekends is mainly what the security that we can enforce and do. </w:t>
      </w:r>
    </w:p>
    <w:p>
      <w:r>
        <w:t xml:space="preserve">02:11:50   (Speaker B)  But that's. </w:t>
      </w:r>
    </w:p>
    <w:p>
      <w:r>
        <w:t xml:space="preserve">02:11:51   (Speaker C)  I wanted to bring that up. </w:t>
      </w:r>
    </w:p>
    <w:p>
      <w:r>
        <w:t xml:space="preserve">02:11:52   (Speaker B)  So you're going to need. </w:t>
      </w:r>
    </w:p>
    <w:p>
      <w:r>
        <w:t xml:space="preserve">02:11:53   (Speaker C)  So I'm just going to move this </w:t>
      </w:r>
    </w:p>
    <w:p>
      <w:r>
        <w:t xml:space="preserve">02:11:55   (Speaker B)  up in the agenda. Yeah. </w:t>
      </w:r>
    </w:p>
    <w:p>
      <w:r>
        <w:t xml:space="preserve">02:11:57   (Speaker C)  Discussion. </w:t>
      </w:r>
    </w:p>
    <w:p>
      <w:r>
        <w:t xml:space="preserve">02:11:59   (Speaker B)  It was under business item or like </w:t>
      </w:r>
    </w:p>
    <w:p>
      <w:r>
        <w:t xml:space="preserve">02:12:00   (Speaker C)  a pocket over to see on Monday through Friday. </w:t>
      </w:r>
    </w:p>
    <w:p>
      <w:r>
        <w:t xml:space="preserve">02:12:05   (Speaker B)  Yeah, </w:t>
      </w:r>
    </w:p>
    <w:p>
      <w:r>
        <w:t xml:space="preserve">02:12:08   (Speaker G)  I agree with you. </w:t>
      </w:r>
    </w:p>
    <w:p>
      <w:r>
        <w:t xml:space="preserve">02:12:11   (Speaker I)  Okay, so what would you want the gate schedules to be if that's what you all agree to? </w:t>
      </w:r>
    </w:p>
    <w:p>
      <w:r>
        <w:t xml:space="preserve">02:12:19   (Speaker C)  Well, we could do the. Right now, 6:30 is the earliest that </w:t>
      </w:r>
    </w:p>
    <w:p>
      <w:r>
        <w:t xml:space="preserve">02:12:24   (Speaker B)  the gates are open. </w:t>
      </w:r>
    </w:p>
    <w:p>
      <w:r>
        <w:t xml:space="preserve">02:12:25   (Speaker G)  People start going to work and the kids start going to school. </w:t>
      </w:r>
    </w:p>
    <w:p>
      <w:r>
        <w:t xml:space="preserve">02:12:31   (Speaker C)  Six thirty to six thirty. Yeah. </w:t>
      </w:r>
    </w:p>
    <w:p>
      <w:r>
        <w:t xml:space="preserve">02:12:45   (Speaker B)  So yeah, the only thing with the gate and timing speed is just wear and tear. I mean that's, that was what they said back. They can increase the timing, they can increase the speed, but the faster and more that it's doing that, the more it's going to be wear and tear. He did say he can increase it, which I think he did. But if it's not fast enough. Yeah, he could do more. But as they check it and monitor it, if they're noticing more wear and tear, he let us know. So, I mean it's, it's, again, it's a risk reward. What, what's the board? </w:t>
      </w:r>
    </w:p>
    <w:p>
      <w:r>
        <w:t xml:space="preserve">02:13:15   (Speaker C)  Well, and I watch them and I time them. The gates have different speeds. So what is the timing that they. </w:t>
      </w:r>
    </w:p>
    <w:p>
      <w:r>
        <w:t xml:space="preserve">02:13:26   (Speaker I)  It was, he said he could, he could up it or lower it a little bit, but he. Okay, so ask him out. </w:t>
      </w:r>
    </w:p>
    <w:p>
      <w:r>
        <w:t xml:space="preserve">02:13:35   (Speaker C)  Ask him what is it? Okay, nine seconds, eight seconds. </w:t>
      </w:r>
    </w:p>
    <w:p>
      <w:r>
        <w:t xml:space="preserve">02:13:39   (Speaker B)  What is the fastest and safest. Yeah, gate speed that they would be comfortable with. </w:t>
      </w:r>
    </w:p>
    <w:p>
      <w:r>
        <w:t xml:space="preserve">02:13:43   (Speaker A)  It's a new control system. During the study that we, we set it down to nine seconds. Now that's nine seconds from trip. But I'm saying it's a new system, so I have no idea what you're saying. </w:t>
      </w:r>
    </w:p>
    <w:p>
      <w:r>
        <w:t xml:space="preserve">02:13:53   (Speaker C)  I've seen 13 to 50. </w:t>
      </w:r>
    </w:p>
    <w:p>
      <w:r>
        <w:t xml:space="preserve">02:13:55   (Speaker A)  Yeah, no, but I mean that's, that's for when somebody trips it before it'll start moving again. </w:t>
      </w:r>
    </w:p>
    <w:p>
      <w:r>
        <w:t xml:space="preserve">02:13:59   (Speaker I)  So you say currently it's 13 to 15 seconds. </w:t>
      </w:r>
    </w:p>
    <w:p>
      <w:r>
        <w:t xml:space="preserve">02:14:02   (Speaker C)  Different gates are different speeds. </w:t>
      </w:r>
    </w:p>
    <w:p>
      <w:r>
        <w:t xml:space="preserve">02:14:04   (Speaker B)  Okay, yeah, I got another. </w:t>
      </w:r>
    </w:p>
    <w:p>
      <w:r>
        <w:t xml:space="preserve">02:14:05   (Speaker C)  And you can time it by just watching it on the camera. </w:t>
      </w:r>
    </w:p>
    <w:p>
      <w:r>
        <w:t xml:space="preserve">02:14:09   (Speaker G)  Okay. </w:t>
      </w:r>
    </w:p>
    <w:p>
      <w:r>
        <w:t xml:space="preserve">02:14:11   (Speaker A)  I think if we're going to discuss this, I think. And I would ask a question. You're not concerned about the potential safety issues that may arise from that gate being wide open and people know it and just screaming in that front gate when there's visibility issues at that front gate? That's exactly where My wife was hit and leaving it just wide open. Regardless of whether us being a public. You know, the people have to get access if they want at least you slow that down. And that's the long run of the main road. You think they're driving fast now coming in there. They're going to be hauling through that gate when it's wide open all day long. So I'm really concerned about the safety issue. There's blind spots for people on Frost Aster at the stop signs they can't even see. Like, literally you come to the stop sign and you look as the gate closed. Now I can proceed because you know the gate's closed. But if that gate's wide open, you pull out, you can't even see somebody screen. </w:t>
      </w:r>
    </w:p>
    <w:p>
      <w:r>
        <w:t xml:space="preserve">02:15:10   (Speaker D)  I don't go that way because of that reason. </w:t>
      </w:r>
    </w:p>
    <w:p>
      <w:r>
        <w:t xml:space="preserve">02:15:12   (Speaker G)  Yeah, right. You're outside the gate on each side. </w:t>
      </w:r>
    </w:p>
    <w:p>
      <w:r>
        <w:t xml:space="preserve">02:15:17   (Speaker B)  That's a. </w:t>
      </w:r>
    </w:p>
    <w:p>
      <w:r>
        <w:t xml:space="preserve">02:15:18   (Speaker A)  That's a whole. </w:t>
      </w:r>
    </w:p>
    <w:p>
      <w:r>
        <w:t xml:space="preserve">02:15:19   (Speaker B)  Another long, difficult process. But is something that the board can. </w:t>
      </w:r>
    </w:p>
    <w:p>
      <w:r>
        <w:t xml:space="preserve">02:15:24   (Speaker I)  We've been. </w:t>
      </w:r>
    </w:p>
    <w:p>
      <w:r>
        <w:t xml:space="preserve">02:15:25   (Speaker D)  We've been discussing speed tables and speed bumps for the last three years and we haven't made a move on that. </w:t>
      </w:r>
    </w:p>
    <w:p>
      <w:r>
        <w:t xml:space="preserve">02:15:30   (Speaker G)  I don't. </w:t>
      </w:r>
    </w:p>
    <w:p>
      <w:r>
        <w:t xml:space="preserve">02:15:31   (Speaker D)  I. I like. And like I said the last meeting, all of us did too. We paid a lot of money. We asked these homeowners to pay a lot of money for this new system for these gates. And now we're going to say, oh, well, no, it's still too much wear and tear. So we're just going to leave them wide open. I'm not voting for that. These homeowners paid for a system they thought that they bought into a private community, which we are not. And now to just leave these gates wide open all day long with all the blind spots that we have yet to take care of in these last many years of discussion. I'm not voting for that. </w:t>
      </w:r>
    </w:p>
    <w:p>
      <w:r>
        <w:t xml:space="preserve">02:16:05   (Speaker G)  That's okay. </w:t>
      </w:r>
    </w:p>
    <w:p>
      <w:r>
        <w:t xml:space="preserve">02:16:06   (Speaker C)  You cannot vote for that. But we didn't ask them. We made the decision because that's what. </w:t>
      </w:r>
    </w:p>
    <w:p>
      <w:r>
        <w:t xml:space="preserve">02:16:12   (Speaker D)  That's our job as CDD board members is. Is we come together and we make the decision. </w:t>
      </w:r>
    </w:p>
    <w:p>
      <w:r>
        <w:t xml:space="preserve">02:16:16   (Speaker C)  We do make the decision decisions. Right. And that's. I'm asking for another decision now. My. And I got it. I understand your positions. I'm good with that. I can get voted off the island all day long. I don't care. My point is though, if there's people that are speeding, they're going to speed. If even no matter what, whether it's slowing down because the thing isn't there, they're going to do it. They're going to speed because they Speak. That's just, they're, they're wired that way, </w:t>
      </w:r>
    </w:p>
    <w:p>
      <w:r>
        <w:t xml:space="preserve">02:16:41   (Speaker A)  but you have a mechanical device that will stop people or slow people down to the point where people that you come out there and you need visibility, you can be able to see it. And I just think wide open, it's going to take a week and people are going to know that that gets wide open. They're going to be screaming off a big band coming in. So I, I think it's, I think it's very. And not just because my wife got hit there, but. And Paul brings up a good point. I'm not opposed to that. I'm not opposed to that, but I think I'm leaning with Nicole on this one because we spent a lot of money and by the way, the operators are all new. A lot of stuff should be on a warranty. We should not have gate repairs like hitting us like they did in the past. And we've already are opening them during the busiest time. I think to make them wide open all day long, all week long, I think is, I think it's very risky. So I'm not gonna. </w:t>
      </w:r>
    </w:p>
    <w:p>
      <w:r>
        <w:t xml:space="preserve">02:17:32   (Speaker C)  Well, so they, there's no speeders when we leave them wide open then. </w:t>
      </w:r>
    </w:p>
    <w:p>
      <w:r>
        <w:t xml:space="preserve">02:17:36   (Speaker G)  No, of course they just. </w:t>
      </w:r>
    </w:p>
    <w:p>
      <w:r>
        <w:t xml:space="preserve">02:17:39   (Speaker A)  There is, but there's, there's a trigger. You can see the gates open. And like Mary, when you come out there, if that gate is open, you wait. Right. Because you can't see, you can't go that way. And when it. Start it, she doesn't even go that way. And so somebody's going to get cracked there if we leave that wide open and somebody get killed there. So I, I'm, I think it's very, that's very risky, safety wise. And for us to say for wear and tear, to reduce wear and tear. </w:t>
      </w:r>
    </w:p>
    <w:p>
      <w:r>
        <w:t xml:space="preserve">02:18:04   (Speaker G)  Well, </w:t>
      </w:r>
    </w:p>
    <w:p>
      <w:r>
        <w:t xml:space="preserve">02:18:06   (Speaker A)  yeah, you can put a speed bump. </w:t>
      </w:r>
    </w:p>
    <w:p>
      <w:r>
        <w:t xml:space="preserve">02:18:08   (Speaker G)  I spent $10,000 on this. </w:t>
      </w:r>
    </w:p>
    <w:p>
      <w:r>
        <w:t xml:space="preserve">02:18:11   (Speaker A)  Yeah, we spent case study for what? And that study, you probably aren't pretty all that rich. But that study did say we could put. And so I think, yeah, the work that engineering would have to do is probably minimal. We would push back a bit little. Not to say we already evaluated this. We already had a study that says we can put them in. We can evaluate different types to do it, but I would never do that until like I would never open the gate when we don't have that solution talked about. So maybe we can bring it up again. There's a speed bump there, but we've </w:t>
      </w:r>
    </w:p>
    <w:p>
      <w:r>
        <w:t xml:space="preserve">02:18:47   (Speaker G)  been bringing it up four years now. </w:t>
      </w:r>
    </w:p>
    <w:p>
      <w:r>
        <w:t xml:space="preserve">02:18:51   (Speaker A)  So leaving, leaving the gate wide open, you're not concerned about safety. That's okay, that thing. </w:t>
      </w:r>
    </w:p>
    <w:p>
      <w:r>
        <w:t xml:space="preserve">02:18:56   (Speaker G)  Not concerned about safety. When they drive by the amenities in 55 miles an hour, </w:t>
      </w:r>
    </w:p>
    <w:p>
      <w:r>
        <w:t xml:space="preserve">02:19:02   (Speaker C)  they wait till gate. That's when they speed. So I'm. Stop that, folks. It's not our responsibility. Stop speeding. </w:t>
      </w:r>
    </w:p>
    <w:p>
      <w:r>
        <w:t xml:space="preserve">02:19:09   (Speaker B)  Bring it back. </w:t>
      </w:r>
    </w:p>
    <w:p>
      <w:r>
        <w:t xml:space="preserve">02:19:12   (Speaker D)  No, I think it is our responsibility to help do something to slow down the speeding. That is our responsibility and we've spent a lot of money to be. To try to do that and we haven't moved on a lot of it. But what we did move on was this whole new gay system. And yes, like, like you said. </w:t>
      </w:r>
    </w:p>
    <w:p>
      <w:r>
        <w:t xml:space="preserve">02:19:31   (Speaker C)  No, not weekends. At night, middle of the night. </w:t>
      </w:r>
    </w:p>
    <w:p>
      <w:r>
        <w:t xml:space="preserve">02:19:33   (Speaker D)  They're going to. They're going to. Somebody's going to be coming home 2, 3 in the morning and they're going </w:t>
      </w:r>
    </w:p>
    <w:p>
      <w:r>
        <w:t xml:space="preserve">02:19:36   (Speaker E)  to sit there and wait. </w:t>
      </w:r>
    </w:p>
    <w:p>
      <w:r>
        <w:t xml:space="preserve">02:19:37   (Speaker C)  People will still wait. Yes, </w:t>
      </w:r>
    </w:p>
    <w:p>
      <w:r>
        <w:t xml:space="preserve">02:19:42   (Speaker B)  that's what I was going to say. </w:t>
      </w:r>
    </w:p>
    <w:p>
      <w:r>
        <w:t xml:space="preserve">02:19:43   (Speaker E)  Let's just take a motion one way. </w:t>
      </w:r>
    </w:p>
    <w:p>
      <w:r>
        <w:t xml:space="preserve">02:19:45   (Speaker B)  Motion one way or the other. We can do that then. And then, you know, if it's, if it's to leave open, we can leave open. If it's to close. We already have a motion that was approved for specific times that is currently in place. But if somebody wants to do something for. Other than that. Okay, don't do it. </w:t>
      </w:r>
    </w:p>
    <w:p>
      <w:r>
        <w:t xml:space="preserve">02:20:03   (Speaker C)  Or next topic. </w:t>
      </w:r>
    </w:p>
    <w:p>
      <w:r>
        <w:t xml:space="preserve">02:20:05   (Speaker B)  No, I do have notes though, to talk about the gates timings and speeds and all that and Dream and I. </w:t>
      </w:r>
    </w:p>
    <w:p>
      <w:r>
        <w:t xml:space="preserve">02:20:12   (Speaker A)  We will discuss that with them tomorrow. So the one thing I have for you is, do you have any update on how many of the rebuild apps have been activated? I think you said at the last meeting 58. Two meetings ago you said 900. We didn't know. </w:t>
      </w:r>
    </w:p>
    <w:p>
      <w:r>
        <w:t xml:space="preserve">02:20:35   (Speaker I)  Yeah, it was. Okay, Hang on. I can tell you in just a second. </w:t>
      </w:r>
    </w:p>
    <w:p>
      <w:r>
        <w:t xml:space="preserve">02:20:44   (Speaker A)  The reason I want to bring these up while you're looking for that is we're paying for a thousand and we paid. So if we're not gonna solicit using these for people, as we talked at the last meeting, people would use it as one of the options. One of the three options. They have to get into the different thing if we're not gonna push them. I'm not saying how to do that. But why are we paying for 900 if we only have 58? Or let's, let's keep it at 900 and let's say, hey, homeowners, if you want the app, I use the app in one of my vehicles because, you know, I just want to use the vehicle, put a sticker in it and it works. Works great. And there are people that have gone on social Media saying they don't want to use a sticker. So. </w:t>
      </w:r>
    </w:p>
    <w:p>
      <w:r>
        <w:t xml:space="preserve">02:21:32   (Speaker I)  Well, we're up to 70. </w:t>
      </w:r>
    </w:p>
    <w:p>
      <w:r>
        <w:t xml:space="preserve">02:21:34   (Speaker A)  70. </w:t>
      </w:r>
    </w:p>
    <w:p>
      <w:r>
        <w:t xml:space="preserve">02:21:35   (Speaker I)  Yeah. And I'm sure it'll climb. </w:t>
      </w:r>
    </w:p>
    <w:p>
      <w:r>
        <w:t xml:space="preserve">02:21:37   (Speaker C)  Can we do a constant contact for just that specific teaching letting them know it's an option here to sign up for you just know. But you're right, we need to watch it and we don't need to pay for stuff we're not using. I agree. </w:t>
      </w:r>
    </w:p>
    <w:p>
      <w:r>
        <w:t xml:space="preserve">02:21:55   (Speaker B)  It comes in blocks, so I don't know what the smallest block would be </w:t>
      </w:r>
    </w:p>
    <w:p>
      <w:r>
        <w:t xml:space="preserve">02:22:00   (Speaker A)  and maybe we can do. </w:t>
      </w:r>
    </w:p>
    <w:p>
      <w:r>
        <w:t xml:space="preserve">02:22:00   (Speaker B)  So we can look into that. Yeah. So I made a note of that to see if there's a smaller block of, you know, 500 or something that maybe we can adjust to and talk to complete itfl. </w:t>
      </w:r>
    </w:p>
    <w:p>
      <w:r>
        <w:t xml:space="preserve">02:22:10   (Speaker A)  The other couple questions is it's social media for whatever it is, it's not scientific. There are people saying they're having trouble with their six digit codes not working. Have you gotten. </w:t>
      </w:r>
    </w:p>
    <w:p>
      <w:r>
        <w:t xml:space="preserve">02:22:21   (Speaker I)  I've gotten a few of them. I've gotten only a few and then I've asked them are you putting the pushing the pound sign after it? And then if they're hat and they're still having an issue, then I'm reassigning a pen code. </w:t>
      </w:r>
    </w:p>
    <w:p>
      <w:r>
        <w:t xml:space="preserve">02:22:34   (Speaker A)  Okay, so you're getting a couple of those. But you're addressing those. </w:t>
      </w:r>
    </w:p>
    <w:p>
      <w:r>
        <w:t xml:space="preserve">02:22:37   (Speaker B)  Very important. They reach out to us though. </w:t>
      </w:r>
    </w:p>
    <w:p>
      <w:r>
        <w:t xml:space="preserve">02:22:39   (Speaker G)  Yeah. </w:t>
      </w:r>
    </w:p>
    <w:p>
      <w:r>
        <w:t xml:space="preserve">02:22:39   (Speaker A)  So maybe that'll. Instead of talking on Facebook, just make sure that if people send out. And then there's also. Along with that there's also this about director recall process. And so there are some people on social media that have said their numbers wrong or their name is wrong in the directory. Have you gotten a couple of those calls? </w:t>
      </w:r>
    </w:p>
    <w:p>
      <w:r>
        <w:t xml:space="preserve">02:22:59   (Speaker I)  Yes, and we've addressed them and it was also sent out to them that if they weren't in the directory to reach out and we've tried to pass that word and all it takes is if they. Because some of the one spouse came in and it was all assigned under the one spouse's name. But all they have to do is reach out, let us know and then we go in and add the intercom use user and that's when it filtrates to the. And some people have updated their phone numbers because they said the phone number wasn't correct once they saw it in the directory and it's been changed. </w:t>
      </w:r>
    </w:p>
    <w:p>
      <w:r>
        <w:t xml:space="preserve">02:23:28   (Speaker A)  Okay, so you're in the profile. That's good for me. I've had a couple vendors use it unsolicited. They just go and find me and I only have to press nine. I don't have to do a nine. Nine pound. </w:t>
      </w:r>
    </w:p>
    <w:p>
      <w:r>
        <w:t xml:space="preserve">02:23:42   (Speaker I)  Right. </w:t>
      </w:r>
    </w:p>
    <w:p>
      <w:r>
        <w:t xml:space="preserve">02:23:43   (Speaker A)  That's been reported too. So that could be clarified maybe too, if you're going to send. </w:t>
      </w:r>
    </w:p>
    <w:p>
      <w:r>
        <w:t xml:space="preserve">02:23:47   (Speaker I)  It was clarified in the last one. One. </w:t>
      </w:r>
    </w:p>
    <w:p>
      <w:r>
        <w:t xml:space="preserve">02:23:48   (Speaker A)  Okay. </w:t>
      </w:r>
    </w:p>
    <w:p>
      <w:r>
        <w:t xml:space="preserve">02:23:49   (Speaker I)  The last one I sent out that the vendor went back and they tweaked it to where all you had to do was hit nine and not hit nine. </w:t>
      </w:r>
    </w:p>
    <w:p>
      <w:r>
        <w:t xml:space="preserve">02:23:56   (Speaker A)  So that seemed to be working. But I just want to follow up on those two things that you're getting. They're hitting social media, making sure that people have an avenue to get this correct. </w:t>
      </w:r>
    </w:p>
    <w:p>
      <w:r>
        <w:t xml:space="preserve">02:24:05   (Speaker C)  Yep. Yeah. </w:t>
      </w:r>
    </w:p>
    <w:p>
      <w:r>
        <w:t xml:space="preserve">02:24:06   (Speaker B)  Just have them reach out to us and we can. </w:t>
      </w:r>
    </w:p>
    <w:p>
      <w:r>
        <w:t xml:space="preserve">02:24:08   (Speaker D)  Are you hearing anything more about stickers there? </w:t>
      </w:r>
    </w:p>
    <w:p>
      <w:r>
        <w:t xml:space="preserve">02:24:11   (Speaker I)  There's been a. A few problems with the stickers, and at this point I've started escalating them to. Directly to complete it. Because I have found, though, that some of them aren't in the right lane when they approach. They're not in that far right lane so that the scanner can read it </w:t>
      </w:r>
    </w:p>
    <w:p>
      <w:r>
        <w:t xml:space="preserve">02:24:27   (Speaker D)  depending on which direction it turns green. </w:t>
      </w:r>
    </w:p>
    <w:p>
      <w:r>
        <w:t xml:space="preserve">02:24:31   (Speaker I)  Uhhuh. </w:t>
      </w:r>
    </w:p>
    <w:p>
      <w:r>
        <w:t xml:space="preserve">02:24:31   (Speaker D)  But the gate never opens. </w:t>
      </w:r>
    </w:p>
    <w:p>
      <w:r>
        <w:t xml:space="preserve">02:24:33   (Speaker I)  Which gate? </w:t>
      </w:r>
    </w:p>
    <w:p>
      <w:r>
        <w:t xml:space="preserve">02:24:34   (Speaker D)  The front gate. </w:t>
      </w:r>
    </w:p>
    <w:p>
      <w:r>
        <w:t xml:space="preserve">02:24:35   (Speaker I)  The front gate. </w:t>
      </w:r>
    </w:p>
    <w:p>
      <w:r>
        <w:t xml:space="preserve">02:24:36   (Speaker D)  Yeah. </w:t>
      </w:r>
    </w:p>
    <w:p>
      <w:r>
        <w:t xml:space="preserve">02:24:36   (Speaker C)  So he didn't use it. Front gate. </w:t>
      </w:r>
    </w:p>
    <w:p>
      <w:r>
        <w:t xml:space="preserve">02:24:37   (Speaker I)  Okay. </w:t>
      </w:r>
    </w:p>
    <w:p>
      <w:r>
        <w:t xml:space="preserve">02:24:49   (Speaker D)  Third sticker. And none of her three stickers work at the back gate. Works at the front gate. Fine. Just doesn't work at the back. </w:t>
      </w:r>
    </w:p>
    <w:p>
      <w:r>
        <w:t xml:space="preserve">02:24:55   (Speaker I)  Okay. </w:t>
      </w:r>
    </w:p>
    <w:p>
      <w:r>
        <w:t xml:space="preserve">02:24:56   (Speaker D)  And there's been a couple comments on Facebook where they've learned where you have to kind of turn your car sideways and literally face the front end of your car to the. To the. At the back gate to the reader. You pull and you got to kind of arrow your pa. Your car this way in order for it to work. </w:t>
      </w:r>
    </w:p>
    <w:p>
      <w:r>
        <w:t xml:space="preserve">02:25:14   (Speaker I)  Okay. </w:t>
      </w:r>
    </w:p>
    <w:p>
      <w:r>
        <w:t xml:space="preserve">02:25:14   (Speaker D)  But my mind's turning green. </w:t>
      </w:r>
    </w:p>
    <w:p>
      <w:r>
        <w:t xml:space="preserve">02:25:16   (Speaker I)  It just doesn't open. </w:t>
      </w:r>
    </w:p>
    <w:p>
      <w:r>
        <w:t xml:space="preserve">02:25:18   (Speaker B)  So I first heard of that. So that could be an alignment thing with the camera or something. So. And then Mary. Yeah, we can look. So works on one side, one gate, </w:t>
      </w:r>
    </w:p>
    <w:p>
      <w:r>
        <w:t xml:space="preserve">02:25:30   (Speaker C)  and on the other, </w:t>
      </w:r>
    </w:p>
    <w:p>
      <w:r>
        <w:t xml:space="preserve">02:25:32   (Speaker A)  not very big. </w:t>
      </w:r>
    </w:p>
    <w:p>
      <w:r>
        <w:t xml:space="preserve">02:25:33   (Speaker I)  Okay, I break there. </w:t>
      </w:r>
    </w:p>
    <w:p>
      <w:r>
        <w:t xml:space="preserve">02:25:34   (Speaker C)  But where? </w:t>
      </w:r>
    </w:p>
    <w:p>
      <w:r>
        <w:t xml:space="preserve">02:25:37   (Speaker D)  So, so they're pulling in now and they're angling their car like this to face that. And then the gate opens and then they realign their car and pull. </w:t>
      </w:r>
    </w:p>
    <w:p>
      <w:r>
        <w:t xml:space="preserve">02:25:43   (Speaker I)  Okay, so do we. All right, I'll have them look at that and see if that back volume tree needs to be turned back too. </w:t>
      </w:r>
    </w:p>
    <w:p>
      <w:r>
        <w:t xml:space="preserve">02:25:48   (Speaker A)  If it's interfering, I mean, literally, they put it in a spot. But there is such a small window for. Okay, so they're not going to pull out. But. </w:t>
      </w:r>
    </w:p>
    <w:p>
      <w:r>
        <w:t xml:space="preserve">02:25:57   (Speaker I)  Well, giving me more information than what some of the residents have given me. So I will address that. All right. </w:t>
      </w:r>
    </w:p>
    <w:p>
      <w:r>
        <w:t xml:space="preserve">02:26:07   (Speaker B)  How old did he crank it? </w:t>
      </w:r>
    </w:p>
    <w:p>
      <w:r>
        <w:t xml:space="preserve">02:26:18   (Speaker I)  Okay, </w:t>
      </w:r>
    </w:p>
    <w:p>
      <w:r>
        <w:t xml:space="preserve">02:26:23   (Speaker B)  Give it to me when I come up. </w:t>
      </w:r>
    </w:p>
    <w:p>
      <w:r>
        <w:t xml:space="preserve">02:26:27   (Speaker C)  Okay. </w:t>
      </w:r>
    </w:p>
    <w:p>
      <w:r>
        <w:t xml:space="preserve">02:26:28   (Speaker B)  All right, so we got some notes. Anything else? And it, you know, if you think of it after Dream and. And Garrett take off, just, you know, let me know. I'll take a note, email, reach out. </w:t>
      </w:r>
    </w:p>
    <w:p>
      <w:r>
        <w:t xml:space="preserve">02:26:42   (Speaker G)  Okay. </w:t>
      </w:r>
    </w:p>
    <w:p>
      <w:r>
        <w:t xml:space="preserve">02:26:43   (Speaker I)  Just so the board is aware, I will be out of the country starting September 23 through October 8, so pushing vacation earlier. Yeah, I did. So if you reach out to me and I don't respond back right away, that is the reason. And I just wanted to make y' </w:t>
      </w:r>
    </w:p>
    <w:p>
      <w:r>
        <w:t xml:space="preserve">02:27:02   (Speaker B)  all aware, but as always, feel free to include me on any. And we do have, obviously, other team members within the amenity directors and assistant directors that be filling in for Dream while she's out. </w:t>
      </w:r>
    </w:p>
    <w:p>
      <w:r>
        <w:t xml:space="preserve">02:27:14   (Speaker I)  Yes. </w:t>
      </w:r>
    </w:p>
    <w:p>
      <w:r>
        <w:t xml:space="preserve">02:27:14   (Speaker B)  On her much needed vacation. </w:t>
      </w:r>
    </w:p>
    <w:p>
      <w:r>
        <w:t xml:space="preserve">02:27:16   (Speaker G)  Yes. We don't. </w:t>
      </w:r>
    </w:p>
    <w:p>
      <w:r>
        <w:t xml:space="preserve">02:27:19   (Speaker I)  Italy. </w:t>
      </w:r>
    </w:p>
    <w:p>
      <w:r>
        <w:t xml:space="preserve">02:27:23   (Speaker D)  All right, guys. Thank you. Thank you very much. </w:t>
      </w:r>
    </w:p>
    <w:p>
      <w:r>
        <w:t xml:space="preserve">02:27:25   (Speaker I)  Thank you. </w:t>
      </w:r>
    </w:p>
    <w:p>
      <w:r>
        <w:t xml:space="preserve">02:27:26   (Speaker B)  Thank you. Okay, so it's a district engineer, so I will. Hey, Dave, you there? </w:t>
      </w:r>
    </w:p>
    <w:p>
      <w:r>
        <w:t xml:space="preserve">02:27:35   (Speaker F)  Good evening. Good evening. </w:t>
      </w:r>
    </w:p>
    <w:p>
      <w:r>
        <w:t xml:space="preserve">02:27:37   (Speaker B)  Hey. </w:t>
      </w:r>
    </w:p>
    <w:p>
      <w:r>
        <w:t xml:space="preserve">02:27:41   (Speaker F)  All right, two. Two updates, at least on my end. I believe I'm done assisting the team. On 11844 Frost Astor Drive. Mary Warmuth has put the gate in properly. Looks great. And so as far as I'm concerned on the engineering aspect, that item is closed. I know Savannah, I think, is drafting up some easement agreement, but, you know, my. I think my input is concluded on that one. </w:t>
      </w:r>
    </w:p>
    <w:p>
      <w:r>
        <w:t xml:space="preserve">02:28:13   (Speaker H)  So. </w:t>
      </w:r>
    </w:p>
    <w:p>
      <w:r>
        <w:t xml:space="preserve">02:28:15   (Speaker G)  Yep. </w:t>
      </w:r>
    </w:p>
    <w:p>
      <w:r>
        <w:t xml:space="preserve">02:28:16   (Speaker B)  Yeah, we. We checked to send a photo. Mary's been very cooperative and we have that under counsel to discuss. </w:t>
      </w:r>
    </w:p>
    <w:p>
      <w:r>
        <w:t xml:space="preserve">02:28:22   (Speaker A)  She's 884-842. She's 842 or 844. </w:t>
      </w:r>
    </w:p>
    <w:p>
      <w:r>
        <w:t xml:space="preserve">02:28:30   (Speaker E)  What's the address? </w:t>
      </w:r>
    </w:p>
    <w:p>
      <w:r>
        <w:t xml:space="preserve">02:28:31   (Speaker D)  844-842. </w:t>
      </w:r>
    </w:p>
    <w:p>
      <w:r>
        <w:t xml:space="preserve">02:28:33   (Speaker B)  It is the 11844. </w:t>
      </w:r>
    </w:p>
    <w:p>
      <w:r>
        <w:t xml:space="preserve">02:28:37   (Speaker F)  Yes, that is correct. </w:t>
      </w:r>
    </w:p>
    <w:p>
      <w:r>
        <w:t xml:space="preserve">02:28:44   (Speaker G)  About. The ponds are balancing really good. Okay. </w:t>
      </w:r>
    </w:p>
    <w:p>
      <w:r>
        <w:t xml:space="preserve">02:28:48   (Speaker B)  Dave Paul said the ponds are balancing really well. And you can. I know you can talk a little bit about, like, recent rainfalls and things. </w:t>
      </w:r>
    </w:p>
    <w:p>
      <w:r>
        <w:t xml:space="preserve">02:28:56   (Speaker F)  Yeah. Hillsborough County, Pasco county is getting their good share of rain. Rich and I had another meeting last night where some of the ponds are going back to their happy place. And so some are still pretty low, but it's heading in a positive direction. And as Rich had indicated earlier in the evening, all the predictions is a very wet winter. So hopefully we can continue to fill them up as we head into the spring of next year. </w:t>
      </w:r>
    </w:p>
    <w:p>
      <w:r>
        <w:t xml:space="preserve">02:29:25   (Speaker H)  So </w:t>
      </w:r>
    </w:p>
    <w:p>
      <w:r>
        <w:t xml:space="preserve">02:29:28   (Speaker F)  second thing, Rich, I have for the group is 13318 Fawn Lily Drive. The wetland scientist has come up with a remediation plan for that cleared conservation area. Basically, it's six three gallon wax myrtle trees. So I'm not sure if Savannah, if we need to give you approximate estimate to tell the homeowner before we go any further with the permitting and not the permitting to put the district on notice. That's the plan. They've been very cooperative. I don't want to do any more if I can't. I guess, guess at least give you a ballpark number for six wax myrtle trees so they know that's their cost. And the board may obviously want me and Tori to add our fees to it as well. </w:t>
      </w:r>
    </w:p>
    <w:p>
      <w:r>
        <w:t xml:space="preserve">02:30:16   (Speaker E)  So, yeah, if you can just get. Email me the rough cost of any type of replantings as well as the cost of you as well as the other team member that has worked on it. I will pull my cost that have. Has been spent on it as well and we'll go ahead and send another letter to the resident saying, you know, this is the estimated cost. It's not a final quote. You know, coordinate with us to get this taken care of and. And paid for. </w:t>
      </w:r>
    </w:p>
    <w:p>
      <w:r>
        <w:t xml:space="preserve">02:30:45   (Speaker F)  Okay. </w:t>
      </w:r>
    </w:p>
    <w:p>
      <w:r>
        <w:t xml:space="preserve">02:30:46   (Speaker A)  Is there a reason why we want to have Yellowstone do it and not have any Mary do it? </w:t>
      </w:r>
    </w:p>
    <w:p>
      <w:r>
        <w:t xml:space="preserve">02:30:50   (Speaker C)  Once they did the. They took care. They cleaned out the buffer. </w:t>
      </w:r>
    </w:p>
    <w:p>
      <w:r>
        <w:t xml:space="preserve">02:30:54   (Speaker E)  I think engineering has maybe has to pull a replant permit. Yellowstone can probably provide the trees at. Why not. </w:t>
      </w:r>
    </w:p>
    <w:p>
      <w:r>
        <w:t xml:space="preserve">02:31:02   (Speaker C)  The homeowner did the. </w:t>
      </w:r>
    </w:p>
    <w:p>
      <w:r>
        <w:t xml:space="preserve">02:31:05   (Speaker A)  Yeah. So what I'm assuming, Dave, you just said is that the county has replied with the plan and now we have to put the plan together and get </w:t>
      </w:r>
    </w:p>
    <w:p>
      <w:r>
        <w:t xml:space="preserve">02:31:14   (Speaker C)  a cost for the homeowner to do. </w:t>
      </w:r>
    </w:p>
    <w:p>
      <w:r>
        <w:t xml:space="preserve">02:31:16   (Speaker A)  The homeowner to pay it. </w:t>
      </w:r>
    </w:p>
    <w:p>
      <w:r>
        <w:t xml:space="preserve">02:31:17   (Speaker E)  To pay it. </w:t>
      </w:r>
    </w:p>
    <w:p>
      <w:r>
        <w:t xml:space="preserve">02:31:18   (Speaker A)  To pay it. But we're going to do it. </w:t>
      </w:r>
    </w:p>
    <w:p>
      <w:r>
        <w:t xml:space="preserve">02:31:20   (Speaker E)  Yeah. The way I would do this, especially since it's under a. It's our permit. I would have us do the work and the homeowner be required to reimburse us. </w:t>
      </w:r>
    </w:p>
    <w:p>
      <w:r>
        <w:t xml:space="preserve">02:31:29   (Speaker B)  That would be my preference. </w:t>
      </w:r>
    </w:p>
    <w:p>
      <w:r>
        <w:t xml:space="preserve">02:31:30   (Speaker C)  We do need to have Yellowstone. </w:t>
      </w:r>
    </w:p>
    <w:p>
      <w:r>
        <w:t xml:space="preserve">02:31:31   (Speaker A)  I would. Yeah. Brad. Because again, I don't. With all due respect to that, Dave's the engineer. I would want Yellowstone to, you know, leverage our relationship with them and see if they could get us a reasonable price. </w:t>
      </w:r>
    </w:p>
    <w:p>
      <w:r>
        <w:t xml:space="preserve">02:31:41   (Speaker E)  Dave, if you can send this scope to Rich and he can get with Garrett to get Yellowstone to price it out as well. </w:t>
      </w:r>
    </w:p>
    <w:p>
      <w:r>
        <w:t xml:space="preserve">02:31:48   (Speaker F)  Good idea. </w:t>
      </w:r>
    </w:p>
    <w:p>
      <w:r>
        <w:t xml:space="preserve">02:31:48   (Speaker A)  Good idea. </w:t>
      </w:r>
    </w:p>
    <w:p>
      <w:r>
        <w:t xml:space="preserve">02:31:49   (Speaker F)  And I will tell you that the district's not going to make this a permit modification. They were appreciative that we were transparent. And I think as long as they know this gets planted with some before and after photos, I think our slate's clean again. So </w:t>
      </w:r>
    </w:p>
    <w:p>
      <w:r>
        <w:t xml:space="preserve">02:32:07   (Speaker A)  we're still going to add in maybe some legal costs. </w:t>
      </w:r>
    </w:p>
    <w:p>
      <w:r>
        <w:t xml:space="preserve">02:32:10   (Speaker C)  Oh, yeah. </w:t>
      </w:r>
    </w:p>
    <w:p>
      <w:r>
        <w:t xml:space="preserve">02:32:11   (Speaker E)  Oh, yeah. We're going to pull his cost and then I'll go back through our bill and pull out our time associated with it and include that in. </w:t>
      </w:r>
    </w:p>
    <w:p>
      <w:r>
        <w:t xml:space="preserve">02:32:21   (Speaker F)  And went through that. Rich, I got a small menu and that's all I have for tonight, so. </w:t>
      </w:r>
    </w:p>
    <w:p>
      <w:r>
        <w:t xml:space="preserve">02:32:27   (Speaker A)  Okay. </w:t>
      </w:r>
    </w:p>
    <w:p>
      <w:r>
        <w:t xml:space="preserve">02:32:29   (Speaker C)  Hey, Dave. </w:t>
      </w:r>
    </w:p>
    <w:p>
      <w:r>
        <w:t xml:space="preserve">02:32:31   (Speaker F)  Yes, sir? </w:t>
      </w:r>
    </w:p>
    <w:p>
      <w:r>
        <w:t xml:space="preserve">02:32:33   (Speaker C)  I sent you a PowerPoint slide. Did you get that? </w:t>
      </w:r>
    </w:p>
    <w:p>
      <w:r>
        <w:t xml:space="preserve">02:32:38   (Speaker F)  Let me check before. I mean, let me look while you guys continue talking. I'm not hanging up. I'll look. </w:t>
      </w:r>
    </w:p>
    <w:p>
      <w:r>
        <w:t xml:space="preserve">02:32:44   (Speaker G)  Okay. </w:t>
      </w:r>
    </w:p>
    <w:p>
      <w:r>
        <w:t xml:space="preserve">02:32:45   (Speaker C)  It's basically the drainage coming from Triple Creeks. Big, huge lake. It's not draining correctly on the east side of Bomb and Riverview Road. And there's a spot where it pushes water over onto our side. And then ours is full and it's. So I don't know how we then go to. I don't know if it's a circle K or it's Triple Creek that were the first, but almost every single to include the 711 across the street. That water. The pipe is already itself all the way in at the top. So there's something not allowing the water to get through. And it goes all the way down to the church where it goes off to the right to some lake or pond back in there. But there's a bunch of debris in there. </w:t>
      </w:r>
    </w:p>
    <w:p>
      <w:r>
        <w:t xml:space="preserve">02:33:34   (Speaker B)  I just. </w:t>
      </w:r>
    </w:p>
    <w:p>
      <w:r>
        <w:t xml:space="preserve">02:33:35   (Speaker C)  I walked it with my bike and I said, okay. So anyway, I just. Dave, I put some X's on that PowerPoint slide where these places are. And I don't know if we. What our remedy is or if we can do anything to find out who's responsible to keep that other side of Palm River View Road free and clear for the drainage. But that's where the. It's a complicated problem. </w:t>
      </w:r>
    </w:p>
    <w:p>
      <w:r>
        <w:t xml:space="preserve">02:34:06   (Speaker D)  Also laying down in the culvert, it's blocking that whole drainage area. When you pull you out of the back gate to the right, there's a construction sign down in the culvert. And there, that's a drain there. And so it's all growing around that. That needs to be. Whoever's it is, they need to come get that. And then I don't know if Dave will have to clean or get contact with the county to clean that out or not. </w:t>
      </w:r>
    </w:p>
    <w:p>
      <w:r>
        <w:t xml:space="preserve">02:34:30   (Speaker E)  This warm water piping. Dave, can you put in the request like we did, I think it was last year, the year before, to get the county to come in and clean out the pipes. </w:t>
      </w:r>
    </w:p>
    <w:p>
      <w:r>
        <w:t xml:space="preserve">02:34:38   (Speaker F)  Can do. And Jim, I'll be in the west coast early next week, so if I give you a call, we can just walk it real quick on the west coast. </w:t>
      </w:r>
    </w:p>
    <w:p>
      <w:r>
        <w:t xml:space="preserve">02:34:46   (Speaker C)  Yeah, there's no rush. Okay, thank you. </w:t>
      </w:r>
    </w:p>
    <w:p>
      <w:r>
        <w:t xml:space="preserve">02:34:53   (Speaker H)  Okay, Rich, it's all yours from there. </w:t>
      </w:r>
    </w:p>
    <w:p>
      <w:r>
        <w:t xml:space="preserve">02:34:55   (Speaker F)  And Savannah's turn. </w:t>
      </w:r>
    </w:p>
    <w:p>
      <w:r>
        <w:t xml:space="preserve">02:34:56   (Speaker A)  I guess so. Yep. </w:t>
      </w:r>
    </w:p>
    <w:p>
      <w:r>
        <w:t xml:space="preserve">02:34:59   (Speaker B)  Thanks Dave. </w:t>
      </w:r>
    </w:p>
    <w:p>
      <w:r>
        <w:t xml:space="preserve">02:34:59   (Speaker F)  Thank you. </w:t>
      </w:r>
    </w:p>
    <w:p>
      <w:r>
        <w:t xml:space="preserve">02:35:01   (Speaker E)  So I don't have too much tonight. The first thing in your pocket is a memo regarding electronics payments made to local governments. If you recall last legislative session they passed a bill requiring local governments, including special districts to take online payment options. So credit cards, et cetera. This is not for your normal assessments that are on your tax bill. This is for other charges. So if you're buying an extra key fob, if you're making a rental and putting down a deposit you've got to be able to accept those payments electronically. We've been working with the district management companies to make sure that's all set up by January 1st. Luckily your rules already consider electronic fees so we won't need to include like do any type of new rule hearing to revise them to include the electronic fee payments that credit card companies charge or to collect that money. Gms, I think you already have the system in place. </w:t>
      </w:r>
    </w:p>
    <w:p>
      <w:r>
        <w:t xml:space="preserve">02:35:53   (Speaker B)  Yeah, we've been working with your website provider. He's actually come and shown a demo of being able to update the existing website to be able to accept all the payment requirements for the new legislation. </w:t>
      </w:r>
    </w:p>
    <w:p>
      <w:r>
        <w:t xml:space="preserve">02:36:07   (Speaker D)  So, so this is like payments for like the extra stickers that people. </w:t>
      </w:r>
    </w:p>
    <w:p>
      <w:r>
        <w:t xml:space="preserve">02:36:12   (Speaker E)  Extra stickers, money orders or check checks. </w:t>
      </w:r>
    </w:p>
    <w:p>
      <w:r>
        <w:t xml:space="preserve">02:36:16   (Speaker D)  Yeah, you can do it. </w:t>
      </w:r>
    </w:p>
    <w:p>
      <w:r>
        <w:t xml:space="preserve">02:36:18   (Speaker B)  Go to the website and you can buy a new keep up or you can buy your new gate decal or </w:t>
      </w:r>
    </w:p>
    <w:p>
      <w:r>
        <w:t xml:space="preserve">02:36:23   (Speaker E)  you make a reservation and there's a deposit or something. You can pay it right there. Pay it right there. You can still pay and check. If the resident would rather pay and check obviously that is absolutely fine because anything paid online we will include the process. </w:t>
      </w:r>
    </w:p>
    <w:p>
      <w:r>
        <w:t xml:space="preserve">02:36:37   (Speaker A)  The rule covered vendors paying us too. </w:t>
      </w:r>
    </w:p>
    <w:p>
      <w:r>
        <w:t xml:space="preserve">02:36:41   (Speaker E)  Right now it's just us accepting electronic payments but I'm like a vendor like </w:t>
      </w:r>
    </w:p>
    <w:p>
      <w:r>
        <w:t xml:space="preserve">02:36:46   (Speaker A)  if, if well we can do wires </w:t>
      </w:r>
    </w:p>
    <w:p>
      <w:r>
        <w:t xml:space="preserve">02:36:49   (Speaker B)  and things like that. </w:t>
      </w:r>
    </w:p>
    <w:p>
      <w:r>
        <w:t xml:space="preserve">02:36:50   (Speaker A)  I know you do that but what like what if Yellowstone would say I want to, I want to pay by credit card in the future or something like that. </w:t>
      </w:r>
    </w:p>
    <w:p>
      <w:r>
        <w:t xml:space="preserve">02:36:55   (Speaker B)  I don't know. I would, I wouldn't if we can </w:t>
      </w:r>
    </w:p>
    <w:p>
      <w:r>
        <w:t xml:space="preserve">02:36:59   (Speaker E)  recommend not cost a lot of money with processing fees. </w:t>
      </w:r>
    </w:p>
    <w:p>
      <w:r>
        <w:t xml:space="preserve">02:37:05   (Speaker A)  So it's really just the, what the risk is is incoming to. </w:t>
      </w:r>
    </w:p>
    <w:p>
      <w:r>
        <w:t xml:space="preserve">02:37:08   (Speaker B)  It's more of incoming. It's not necessarily with like we have like I have a credit card with GMS that I can do but I mean I wouldn't want to pay a </w:t>
      </w:r>
    </w:p>
    <w:p>
      <w:r>
        <w:t xml:space="preserve">02:37:16   (Speaker A)  vendor a car because there are vendors that tell us that if we pay them the credit card there's a fee and then we always try to wire. Right. So yeah that's Wire check not really an issue for paying, right? </w:t>
      </w:r>
    </w:p>
    <w:p>
      <w:r>
        <w:t xml:space="preserve">02:37:28   (Speaker G)  No. </w:t>
      </w:r>
    </w:p>
    <w:p>
      <w:r>
        <w:t xml:space="preserve">02:37:29   (Speaker E)  So this is just incoming. </w:t>
      </w:r>
    </w:p>
    <w:p>
      <w:r>
        <w:t xml:space="preserve">02:37:31   (Speaker A)  We're going to charge somebody for whatever, Right. </w:t>
      </w:r>
    </w:p>
    <w:p>
      <w:r>
        <w:t xml:space="preserve">02:37:34   (Speaker B)  We still do a lot of checks just simply because once it goes into the mail it's federal and it's. And then like so over certain dollar amounts FedEx where it's overnight insured and that's what you see in your postage on your check registers. </w:t>
      </w:r>
    </w:p>
    <w:p>
      <w:r>
        <w:t xml:space="preserve">02:37:45   (Speaker E)  So this, the goal of this legislation was to try and make it easier for members of the public to. To pay fees and things with. With the government, especially smaller units of government like special districts or more rural town. So that's that. The other item is an encroachment agreement. So late last week, after we got the sign off from Engineering that Beth had completed all of the improvements, I put together a simple little license agreement encroachment agreement that allows her to install and keep those improvements within the easement area. This is going to be recorded in the public record. So it will follow the property. If she ever sells it. The new owner would be aware of that agreement. It can be terminated. If they want to pull out the encroachment, we can terminate that agreement. But we will just have her execute that and then we'll get it and then Jim will have to sign it as well and we'll get it recorded with the county. But happy to answer any questions or if you'd feel more comfortable. I apologize. It wasn't in the agenda packet. We didn't get the sign off until the agenda had already gone. </w:t>
      </w:r>
    </w:p>
    <w:p>
      <w:r>
        <w:t xml:space="preserve">02:38:51   (Speaker D)  What's the address for this one? </w:t>
      </w:r>
    </w:p>
    <w:p>
      <w:r>
        <w:t xml:space="preserve">02:38:53   (Speaker B)  This is the 11844 frost aster. </w:t>
      </w:r>
    </w:p>
    <w:p>
      <w:r>
        <w:t xml:space="preserve">02:38:57   (Speaker E)  So </w:t>
      </w:r>
    </w:p>
    <w:p>
      <w:r>
        <w:t xml:space="preserve">02:38:59   (Speaker C)  yes. </w:t>
      </w:r>
    </w:p>
    <w:p>
      <w:r>
        <w:t xml:space="preserve">02:38:59   (Speaker E)  David, stop the gate. </w:t>
      </w:r>
    </w:p>
    <w:p>
      <w:r>
        <w:t xml:space="preserve">02:39:00   (Speaker A)  Can you send us this? </w:t>
      </w:r>
    </w:p>
    <w:p>
      <w:r>
        <w:t xml:space="preserve">02:39:01   (Speaker C)  Sure. </w:t>
      </w:r>
    </w:p>
    <w:p>
      <w:r>
        <w:t xml:space="preserve">02:39:02   (Speaker A)  So at least we have a hard copy of it. And if anybody has any questions about it, they can look at it. Is this the same one that we use for, you know, two years ago that we used. </w:t>
      </w:r>
    </w:p>
    <w:p>
      <w:r>
        <w:t xml:space="preserve">02:39:12   (Speaker E)  We've updated our form as a firm. So this is our revised form of agreement for the firm for encroachments. We had some challenged and this is the one that survived a challenge. </w:t>
      </w:r>
    </w:p>
    <w:p>
      <w:r>
        <w:t xml:space="preserve">02:39:23   (Speaker G)  So </w:t>
      </w:r>
    </w:p>
    <w:p>
      <w:r>
        <w:t xml:space="preserve">02:39:25   (Speaker B)  it is fairly standard too. It does protect the district, obviously. And like she said, it stays with the. Stays with the property. So. And you guys can revoke it at any time. But she's been very cooperative and if </w:t>
      </w:r>
    </w:p>
    <w:p>
      <w:r>
        <w:t xml:space="preserve">02:39:39   (Speaker E)  she stops maintaining it or does something to harm our improvements, we are able to go for it better. </w:t>
      </w:r>
    </w:p>
    <w:p>
      <w:r>
        <w:t xml:space="preserve">02:39:44   (Speaker A)  So at first glance I just follow up the first time it looks like it says that if you're blocking access with a fence, you have to provide a Gate or something like that. But the other issues we had two or three years ago were way more extensive. People had built stuff on it, and we had to go do surveys and everything else. So that's not. This one doesn't cover that. That would be a specialized type agreement to say that you agree to remove something. </w:t>
      </w:r>
    </w:p>
    <w:p>
      <w:r>
        <w:t xml:space="preserve">02:40:09   (Speaker E)  This is a very simple. It is a gate with a fence. Very straightforward, very easy. If there are more complicated issues covered by, you know, some type of encroachment. I remember Meredith telling me about that one. We do have more complicated ones. I have some where they, you know, are installing seawalls on lakes or docks and district and lakes, they get more complicated. If it is a more complicated project or a more complicated improvement, it's a fence. </w:t>
      </w:r>
    </w:p>
    <w:p>
      <w:r>
        <w:t xml:space="preserve">02:40:35   (Speaker A)  But in these examples, homeowner didn't really have to do anything other than say that if you're blocking an easement, you have to. Okay, could this also apply for somebody that, say, has a fence on CDV property even though it's not an easement, or is this an easement agreement? </w:t>
      </w:r>
    </w:p>
    <w:p>
      <w:r>
        <w:t xml:space="preserve">02:40:51   (Speaker E)  I've used a variation of that. If people have extended their fence onto district property because. And I tell you why, when you do that, you also then have to assign the maintenance rights of that district property to that homeowner. So it's a little bit of a different format because. </w:t>
      </w:r>
    </w:p>
    <w:p>
      <w:r>
        <w:t xml:space="preserve">02:41:08   (Speaker A)  Because this. This is. Months ago, David identified some properties that fit that category. I don't think they were easements. I think they were just. He said, these are properties that had a fence or whatever. I think at one point there was even a larger struct, like a pool. But I think he said that the line would be right on that one. But regardless, there's still some of those properties that we haven't even addressed, and </w:t>
      </w:r>
    </w:p>
    <w:p>
      <w:r>
        <w:t xml:space="preserve">02:41:32   (Speaker E)  we can address them if the board wants us to. I can get with David. It is up to you all I know, I think if I recall correctly, I. I could be mistaken. We pumped the brakes on some of that because of the cost of engineering, legal review. But happy to pick that up whenever you guys want us to. My recommendation, if it's a fence going over CDD property, just bump the fence back and put it on your own property. </w:t>
      </w:r>
    </w:p>
    <w:p>
      <w:r>
        <w:t xml:space="preserve">02:41:54   (Speaker A)  What if homeowners don't want to incur the expense to do that? Then we have you say it's a board decision. </w:t>
      </w:r>
    </w:p>
    <w:p>
      <w:r>
        <w:t xml:space="preserve">02:42:01   (Speaker E)  So if the board wants to allow it to stay on district property, we can go through the process and have something like this, a variation of this in place. But it's a. It's A business decision for the board. And I would do case by case. I wouldn't do a blanket decision for all of them. </w:t>
      </w:r>
    </w:p>
    <w:p>
      <w:r>
        <w:t xml:space="preserve">02:42:15   (Speaker A)  Maybe we can at the next meeting, we can put them in the agenda to bring up the old, old records and just go through them again and see what we think and what folks want to do about it. </w:t>
      </w:r>
    </w:p>
    <w:p>
      <w:r>
        <w:t xml:space="preserve">02:42:24   (Speaker C)  David, we granted waivers. </w:t>
      </w:r>
    </w:p>
    <w:p>
      <w:r>
        <w:t xml:space="preserve">02:42:26   (Speaker F)  Yeah. Savannah. </w:t>
      </w:r>
    </w:p>
    <w:p>
      <w:r>
        <w:t xml:space="preserve">02:42:28   (Speaker D)  Uhhuh. </w:t>
      </w:r>
    </w:p>
    <w:p>
      <w:r>
        <w:t xml:space="preserve">02:42:29   (Speaker F)  When I did my site inspections, all the pond repairs, there's probably a handful of them were on both sides of the property line, were blocked. So I. I'll provide, you enrich where they're located and we can discuss that next meeting. </w:t>
      </w:r>
    </w:p>
    <w:p>
      <w:r>
        <w:t xml:space="preserve">02:42:44   (Speaker E)  Okay, that works great. </w:t>
      </w:r>
    </w:p>
    <w:p>
      <w:r>
        <w:t xml:space="preserve">02:42:46   (Speaker A)  We could do waivers too. </w:t>
      </w:r>
    </w:p>
    <w:p>
      <w:r>
        <w:t xml:space="preserve">02:42:48   (Speaker E)  You can do it. You can do waivers. </w:t>
      </w:r>
    </w:p>
    <w:p>
      <w:r>
        <w:t xml:space="preserve">02:42:49   (Speaker C)  I think we already did waivers for some. </w:t>
      </w:r>
    </w:p>
    <w:p>
      <w:r>
        <w:t xml:space="preserve">02:42:51   (Speaker E)  For some, I just wouldn't do it as a blanket for any that come up. I would evaluate them case by case. So if you also recall, this home had a neighbor who also has a fence going through the property line or through the drainage easement as well as a shed. And they did install a pool. Thankfully, the pool is not in the drainage easement. So we have requested all of the documents just to see. We sent a demand letter. They never responded. Not surprised. We requested all of the documents from the HoA. We have received those. If there were any type of AHRQ approvals of that nature, normally what your next step would be in this situation is to go and file an injunction with the corp. You file an injunction, hi, this person is blocking our easement. We would like this to be removed or we just want to be granted access, then you can go through that court process. Not super comfortable going in and ripping something out in our easement area without, you know, kind of that coverage. There is a line of case law in the state of Florida that you are not. If a homeowner has relied on a county approval or a HOA approval or any type of approval such as that, and they still installed it in that easement area, it does make it a little bit more difficult to recover that as the cdd. So what we're doing right now, we've received all of the documents from the HOA related to this matter. I have turned them over to one of my colleagues, Lindsey, who does the injunctions for our office, and she does litigation. She's more of a litigator than I am. She's reviewing them to give us an opinion on whether or not an injunction would be a good idea. And I'm going to bring that back to the board and the board can decide what y' all want to do. </w:t>
      </w:r>
    </w:p>
    <w:p>
      <w:r>
        <w:t xml:space="preserve">02:44:32   (Speaker A)  This is the neighbor. </w:t>
      </w:r>
    </w:p>
    <w:p>
      <w:r>
        <w:t xml:space="preserve">02:44:33   (Speaker E)  This is the neighbor. And it's not just the fence. They also put a shed in it. They did install a pool, and it is like 4 inches before the easement, thankfully. So that shouldn't be a problem because asking people to move pools is very unpleasant. Right. So we will bring. I'll. We'll bring back all the options. Biggest thing is if they would just install a gate like their neighbor did, </w:t>
      </w:r>
    </w:p>
    <w:p>
      <w:r>
        <w:t xml:space="preserve">02:45:01   (Speaker B)  that would be pretty. </w:t>
      </w:r>
    </w:p>
    <w:p>
      <w:r>
        <w:t xml:space="preserve">02:45:02   (Speaker E)  That'd be awesome. This home is. So I did notice when I was on the property appraiser website, it's owned by an llc. We think it is a rental because the mailing address for the LLC is not the home on Frost Aster. It is another one in Brandon. </w:t>
      </w:r>
    </w:p>
    <w:p>
      <w:r>
        <w:t xml:space="preserve">02:45:17   (Speaker A)  They have a couple. </w:t>
      </w:r>
    </w:p>
    <w:p>
      <w:r>
        <w:t xml:space="preserve">02:45:18   (Speaker E)  Yep. </w:t>
      </w:r>
    </w:p>
    <w:p>
      <w:r>
        <w:t xml:space="preserve">02:45:19   (Speaker A)  Mixed color. </w:t>
      </w:r>
    </w:p>
    <w:p>
      <w:r>
        <w:t xml:space="preserve">02:45:20   (Speaker E)  We've sent the letter to every address that I could find on the property appraiser in. So they have received notice. It's just they are not responding. </w:t>
      </w:r>
    </w:p>
    <w:p>
      <w:r>
        <w:t xml:space="preserve">02:45:30   (Speaker A)  Do you have a question? </w:t>
      </w:r>
    </w:p>
    <w:p>
      <w:r>
        <w:t xml:space="preserve">02:45:30   (Speaker D)  Is this the one that we're to approve today? </w:t>
      </w:r>
    </w:p>
    <w:p>
      <w:r>
        <w:t xml:space="preserve">02:45:32   (Speaker E)  Yes, ma'. </w:t>
      </w:r>
    </w:p>
    <w:p>
      <w:r>
        <w:t xml:space="preserve">02:45:33   (Speaker I)  Am. </w:t>
      </w:r>
    </w:p>
    <w:p>
      <w:r>
        <w:t xml:space="preserve">02:45:33   (Speaker D)  Okay. Front page says page 106. Pages. 2 is 2 of 5. 3 of 5. </w:t>
      </w:r>
    </w:p>
    <w:p>
      <w:r>
        <w:t xml:space="preserve">02:45:41   (Speaker B)  I have the other page right here. </w:t>
      </w:r>
    </w:p>
    <w:p>
      <w:r>
        <w:t xml:space="preserve">02:45:42   (Speaker E)  Oh, it's. </w:t>
      </w:r>
    </w:p>
    <w:p>
      <w:r>
        <w:t xml:space="preserve">02:45:44   (Speaker B)  Is the sign page. </w:t>
      </w:r>
    </w:p>
    <w:p>
      <w:r>
        <w:t xml:space="preserve">02:45:45   (Speaker G)  Yes. </w:t>
      </w:r>
    </w:p>
    <w:p>
      <w:r>
        <w:t xml:space="preserve">02:45:47   (Speaker E)  Did it not feature on the bottom? </w:t>
      </w:r>
    </w:p>
    <w:p>
      <w:r>
        <w:t xml:space="preserve">02:45:49   (Speaker B)  I have page five. </w:t>
      </w:r>
    </w:p>
    <w:p>
      <w:r>
        <w:t xml:space="preserve">02:45:50   (Speaker C)  Five. </w:t>
      </w:r>
    </w:p>
    <w:p>
      <w:r>
        <w:t xml:space="preserve">02:45:51   (Speaker D)  Okay. So there's two signature. </w:t>
      </w:r>
    </w:p>
    <w:p>
      <w:r>
        <w:t xml:space="preserve">02:45:52   (Speaker B)  Yes, there's one. There's one for chair six. </w:t>
      </w:r>
    </w:p>
    <w:p>
      <w:r>
        <w:t xml:space="preserve">02:45:57   (Speaker E)  I'll. I will update that and send it back over to Rich. I apologize for that. </w:t>
      </w:r>
    </w:p>
    <w:p>
      <w:r>
        <w:t xml:space="preserve">02:45:59   (Speaker B)  Oh, hey, that's. That's good. Appreciate it. Yeah. Yeah. There's two. There's two pages because they have to be notarized. So there's the one for the chair, and then there's one for the resident. </w:t>
      </w:r>
    </w:p>
    <w:p>
      <w:r>
        <w:t xml:space="preserve">02:46:07   (Speaker G)  Yeah. </w:t>
      </w:r>
    </w:p>
    <w:p>
      <w:r>
        <w:t xml:space="preserve">02:46:08   (Speaker B)  And so I have the chair one here. Assuming it's approved. </w:t>
      </w:r>
    </w:p>
    <w:p>
      <w:r>
        <w:t xml:space="preserve">02:46:12   (Speaker E)  We can also wait. And if you guys would like it in the agenda packet, I am comfortable waiting until next month if it would make you guys. </w:t>
      </w:r>
    </w:p>
    <w:p>
      <w:r>
        <w:t xml:space="preserve">02:46:20   (Speaker A)  Yeah. </w:t>
      </w:r>
    </w:p>
    <w:p>
      <w:r>
        <w:t xml:space="preserve">02:46:20   (Speaker E)  Just because this she does, and she's been so nice and easy to work with normally. Don't get that when I'm doing these. </w:t>
      </w:r>
    </w:p>
    <w:p>
      <w:r>
        <w:t xml:space="preserve">02:46:29   (Speaker C)  I don't think we need to wait. </w:t>
      </w:r>
    </w:p>
    <w:p>
      <w:r>
        <w:t xml:space="preserve">02:46:30   (Speaker D)  No. Okay. Okay. </w:t>
      </w:r>
    </w:p>
    <w:p>
      <w:r>
        <w:t xml:space="preserve">02:46:33   (Speaker G)  Okay. </w:t>
      </w:r>
    </w:p>
    <w:p>
      <w:r>
        <w:t xml:space="preserve">02:46:36   (Speaker B)  Get this typed out. </w:t>
      </w:r>
    </w:p>
    <w:p>
      <w:r>
        <w:t xml:space="preserve">02:46:38   (Speaker E)  So that is my updates. I do have one other request. So I was talking with Meredith about some ways that we can potentially try and, you know, get our legal costs under control. If it's okay with the board next month, I would like to test calling in to see if I can still hear everything. Okay. It would save you guys a little bit of money. Totally fine. If you don't want to do It. I just was trying to brainstorm ways of how to bring your legal costs down. Refer to the board, though, on that one. </w:t>
      </w:r>
    </w:p>
    <w:p>
      <w:r>
        <w:t xml:space="preserve">02:47:08   (Speaker D)  You say a little bit of money. What are we talking? </w:t>
      </w:r>
    </w:p>
    <w:p>
      <w:r>
        <w:t xml:space="preserve">02:47:10   (Speaker E)  So normally it takes me. You have probably like an hour and a half to two hours each month added on your meeting time because of my driving as well as my mileage that's charged at the IRS rate. What that rate is right now, because I know it just changed. Totally fine. I am happy to come. I just was trying to think of ways and it may not. It may not be a good idea. I may not be able to hear well enough to fulfill my bar duties of advising my client. But I. I just wanted to pitch it to you guys to see what you thought or if you had any. </w:t>
      </w:r>
    </w:p>
    <w:p>
      <w:r>
        <w:t xml:space="preserve">02:47:44   (Speaker B)  It's an option. </w:t>
      </w:r>
    </w:p>
    <w:p>
      <w:r>
        <w:t xml:space="preserve">02:47:44   (Speaker E)  It's an option. Just was trying to think of ways to try and save, you know, a </w:t>
      </w:r>
    </w:p>
    <w:p>
      <w:r>
        <w:t xml:space="preserve">02:47:49   (Speaker C)  few hundred dollars test would be during an actual RNX meeting. </w:t>
      </w:r>
    </w:p>
    <w:p>
      <w:r>
        <w:t xml:space="preserve">02:47:52   (Speaker E)  Megan's been calling in and she said it's pretty clear that her start talking in. So I. I was just going to test it for a month. If it gets, you know, really out of control. Normally when I call into districts, what I do is if there is a big legal issue on the agenda, I'm here in person. If there's a public hearing, I'm here in person. So November, I would be here in person. Because you may have new board members. Who knows? </w:t>
      </w:r>
    </w:p>
    <w:p>
      <w:r>
        <w:t xml:space="preserve">02:48:13   (Speaker C)  Yeah. We never saw the yellow lawyer from the old person. </w:t>
      </w:r>
    </w:p>
    <w:p>
      <w:r>
        <w:t xml:space="preserve">02:48:16   (Speaker E)  And I can either alternate every other month. I just was trying to brainstorm ways to save you a little bit of money each year. </w:t>
      </w:r>
    </w:p>
    <w:p>
      <w:r>
        <w:t xml:space="preserve">02:48:22   (Speaker G)  I think there's other ways you can save money. </w:t>
      </w:r>
    </w:p>
    <w:p>
      <w:r>
        <w:t xml:space="preserve">02:48:26   (Speaker I)  Okay. </w:t>
      </w:r>
    </w:p>
    <w:p>
      <w:r>
        <w:t xml:space="preserve">02:48:26   (Speaker C)  Yeah, that's fine. Yeah. </w:t>
      </w:r>
    </w:p>
    <w:p>
      <w:r>
        <w:t xml:space="preserve">02:48:28   (Speaker D)  Okay. </w:t>
      </w:r>
    </w:p>
    <w:p>
      <w:r>
        <w:t xml:space="preserve">02:48:29   (Speaker C)  I don't have a problem. </w:t>
      </w:r>
    </w:p>
    <w:p>
      <w:r>
        <w:t xml:space="preserve">02:48:30   (Speaker E)  Oh, I think he's telling me to come in person. So what? How would you like me to let her try it? </w:t>
      </w:r>
    </w:p>
    <w:p>
      <w:r>
        <w:t xml:space="preserve">02:48:36   (Speaker C)  See what she says and how we feel on this end, receiving it. </w:t>
      </w:r>
    </w:p>
    <w:p>
      <w:r>
        <w:t xml:space="preserve">02:48:40   (Speaker A)  I'm already trying. And I think we get into next year or even later this year, we should have on the agenda the discussion about legal counsel services and what we want you to do moving forward and what not to. </w:t>
      </w:r>
    </w:p>
    <w:p>
      <w:r>
        <w:t xml:space="preserve">02:48:55   (Speaker G)  Yeah. </w:t>
      </w:r>
    </w:p>
    <w:p>
      <w:r>
        <w:t xml:space="preserve">02:48:55   (Speaker A)  And I think there's a whole list of gamut of things. We could open up a discussion about that. </w:t>
      </w:r>
    </w:p>
    <w:p>
      <w:r>
        <w:t xml:space="preserve">02:49:00   (Speaker G)  Yeah. </w:t>
      </w:r>
    </w:p>
    <w:p>
      <w:r>
        <w:t xml:space="preserve">02:49:01   (Speaker A)  But I think, you know, every time you're. Every time you're in a meeting, it's expensive. It's the most expensive line item we ever have on there. Because Meredith has to. Or Savannah has to prepare. Sometimes she has to prepare. There's time that'll still be there, but the, the travel time to get here and then the mileage and all that stuff is extra that we could pay, that we charge. </w:t>
      </w:r>
    </w:p>
    <w:p>
      <w:r>
        <w:t xml:space="preserve">02:49:23   (Speaker E)  So it's just a thought. I can try it for one month, see how we think. Something else kind of. Alex, on that topic of, you know, things you do or don't want me to do, something that I've rolled out down the street we've been doing in other districts is anything that would cost over X dollars the board has to vote on affirmatively. So I can't take direction from staff or any just one board member unless it's an emergency. You know, if a building's burned down, if someone has like attacked someone at the amenities center, obviously I would engage, but kind of putting guardrails on that representation. And we are happy to revisit our fee agreement to try and, you know, address some of those concerns. We've been doing it at some other districts and it, it could work at the discretion. So just wanted to know, do you want me here next month? Do you want me to call in? I will happily do email. </w:t>
      </w:r>
    </w:p>
    <w:p>
      <w:r>
        <w:t xml:space="preserve">02:50:12   (Speaker A)  I think it's worth time. One month. I think we need consensus. </w:t>
      </w:r>
    </w:p>
    <w:p>
      <w:r>
        <w:t xml:space="preserve">02:50:20   (Speaker E)  I, I will do whatever makes you guys happy. </w:t>
      </w:r>
    </w:p>
    <w:p>
      <w:r>
        <w:t xml:space="preserve">02:50:24   (Speaker A)  What you think? </w:t>
      </w:r>
    </w:p>
    <w:p>
      <w:r>
        <w:t xml:space="preserve">02:50:25   (Speaker D)  I mean, I'm just wonder. What's the dollar amount? </w:t>
      </w:r>
    </w:p>
    <w:p>
      <w:r>
        <w:t xml:space="preserve">02:50:27   (Speaker E)  Oh, let me pull say 500 per month. So let's. </w:t>
      </w:r>
    </w:p>
    <w:p>
      <w:r>
        <w:t xml:space="preserve">02:50:32   (Speaker B)  While she's looking at that, if you're good with the easement encroachment for 11844 for us, ASTER Drive, we would just </w:t>
      </w:r>
    </w:p>
    <w:p>
      <w:r>
        <w:t xml:space="preserve">02:50:39   (Speaker C)  be looking for information. </w:t>
      </w:r>
    </w:p>
    <w:p>
      <w:r>
        <w:t xml:space="preserve">02:50:40   (Speaker B)  Motion 3. So we got a first from Jim, second from Mary. All in favor discussion. </w:t>
      </w:r>
    </w:p>
    <w:p>
      <w:r>
        <w:t xml:space="preserve">02:50:54   (Speaker A)  Where's the discussion? </w:t>
      </w:r>
    </w:p>
    <w:p>
      <w:r>
        <w:t xml:space="preserve">02:50:55   (Speaker B)  Sorry, I thought we had already discussed everything on it. This is for the. </w:t>
      </w:r>
    </w:p>
    <w:p>
      <w:r>
        <w:t xml:space="preserve">02:51:00   (Speaker A)  Yeah, go for it. I just walked on. I don't think any. Mary probably gave it the best look because she found the page issue, but. And I know it's a standard agreement </w:t>
      </w:r>
    </w:p>
    <w:p>
      <w:r>
        <w:t xml:space="preserve">02:51:09   (Speaker E)  and so I'm fine with it being on next month's agenda. </w:t>
      </w:r>
    </w:p>
    <w:p>
      <w:r>
        <w:t xml:space="preserve">02:51:12   (Speaker A)  I, I think, I think in substantial context would be more appropriate to approve it, subject to us getting it. You said you're going to send us a copy and if we have any comments or anything we want to ask that we could send those to you. And if there's, if there's a discussion, then you have to wait to ratify it next week. </w:t>
      </w:r>
    </w:p>
    <w:p>
      <w:r>
        <w:t xml:space="preserve">02:51:33   (Speaker C)  Okay. </w:t>
      </w:r>
    </w:p>
    <w:p>
      <w:r>
        <w:t xml:space="preserve">02:51:34   (Speaker A)  So proven in substantial form, subject to review of the board members from a hard copy. And then. I don't know. I mean, you can make the motion whatever you want, but if, you know, give us a Couple days to respond. I don't respond by such and such a time. </w:t>
      </w:r>
    </w:p>
    <w:p>
      <w:r>
        <w:t xml:space="preserve">02:51:48   (Speaker E)  Then let's say next Friday. </w:t>
      </w:r>
    </w:p>
    <w:p>
      <w:r>
        <w:t xml:space="preserve">02:51:51   (Speaker G)  If you. </w:t>
      </w:r>
    </w:p>
    <w:p>
      <w:r>
        <w:t xml:space="preserve">02:51:52   (Speaker E)  If people don't. I'll send it out tomorrow morning. If people don't respond by next Friday, then I'll go ahead and circulate the version as is to Beth and Jim for execution. Keep in mind, it does need to be notarized like hard copy notarized. And so it just. Is Cindy a notary or do you know a notary? </w:t>
      </w:r>
    </w:p>
    <w:p>
      <w:r>
        <w:t xml:space="preserve">02:52:12   (Speaker A)  It's just. It's not. It's not a good practice to walk something on as an agreement and not give us the time to look at it. </w:t>
      </w:r>
    </w:p>
    <w:p>
      <w:r>
        <w:t xml:space="preserve">02:52:18   (Speaker D)  I don't. </w:t>
      </w:r>
    </w:p>
    <w:p>
      <w:r>
        <w:t xml:space="preserve">02:52:19   (Speaker E)  I don't disagree with you, Alex. I didn't get approval to the agenda, had already gone out. So it didn't exist before the agenda went out. </w:t>
      </w:r>
    </w:p>
    <w:p>
      <w:r>
        <w:t xml:space="preserve">02:52:25   (Speaker A)  But I think as a. As a stopgap, we can do something like this. </w:t>
      </w:r>
    </w:p>
    <w:p>
      <w:r>
        <w:t xml:space="preserve">02:52:28   (Speaker D)  That's fine. </w:t>
      </w:r>
    </w:p>
    <w:p>
      <w:r>
        <w:t xml:space="preserve">02:52:29   (Speaker C)  Okay. </w:t>
      </w:r>
    </w:p>
    <w:p>
      <w:r>
        <w:t xml:space="preserve">02:52:29   (Speaker D)  That's fine. </w:t>
      </w:r>
    </w:p>
    <w:p>
      <w:r>
        <w:t xml:space="preserve">02:52:30   (Speaker C)  So. </w:t>
      </w:r>
    </w:p>
    <w:p>
      <w:r>
        <w:t xml:space="preserve">02:52:33   (Speaker B)  So we did have a first and second. But given the discussion with that, </w:t>
      </w:r>
    </w:p>
    <w:p>
      <w:r>
        <w:t xml:space="preserve">02:52:38   (Speaker I)  I </w:t>
      </w:r>
    </w:p>
    <w:p>
      <w:r>
        <w:t xml:space="preserve">02:52:39   (Speaker C)  can resend my motion. And what we can either. </w:t>
      </w:r>
    </w:p>
    <w:p>
      <w:r>
        <w:t xml:space="preserve">02:52:43   (Speaker B)  We can either. </w:t>
      </w:r>
    </w:p>
    <w:p>
      <w:r>
        <w:t xml:space="preserve">02:52:44   (Speaker A)  You could defeat that motion. </w:t>
      </w:r>
    </w:p>
    <w:p>
      <w:r>
        <w:t xml:space="preserve">02:52:46   (Speaker B)  Yeah, defeat that motion, or you can amend your motion. </w:t>
      </w:r>
    </w:p>
    <w:p>
      <w:r>
        <w:t xml:space="preserve">02:52:50   (Speaker C)  I'll amend the motion to everything. </w:t>
      </w:r>
    </w:p>
    <w:p>
      <w:r>
        <w:t xml:space="preserve">02:52:51   (Speaker B)  So be the Amusement approachment agreement with 11844 Frost Aster Drive, approved in substantial form with Comments by Friday, September 25, 2026. And then being rat. I don't even know where that passed that. </w:t>
      </w:r>
    </w:p>
    <w:p>
      <w:r>
        <w:t xml:space="preserve">02:53:11   (Speaker A)  I don't think you need to say ratified. If we don't respond by the 25th and founders. </w:t>
      </w:r>
    </w:p>
    <w:p>
      <w:r>
        <w:t xml:space="preserve">02:53:15   (Speaker E)  Get it executed. </w:t>
      </w:r>
    </w:p>
    <w:p>
      <w:r>
        <w:t xml:space="preserve">02:53:16   (Speaker A)  Get it executed. Unless there's substantial feedback and someone says, you know what, we got to talk about this. </w:t>
      </w:r>
    </w:p>
    <w:p>
      <w:r>
        <w:t xml:space="preserve">02:53:21   (Speaker E)  I won't take any major changes without bringing them back to force. </w:t>
      </w:r>
    </w:p>
    <w:p>
      <w:r>
        <w:t xml:space="preserve">02:53:34   (Speaker D)  Therefore. </w:t>
      </w:r>
    </w:p>
    <w:p>
      <w:r>
        <w:t xml:space="preserve">02:53:38   (Speaker B)  Okay, so, yeah. So with comments by Friday, September 25, 2026, unless changes needed to be brought back the next meeting. Okay, so we're good with that. So, Jim, Mary still second for that. </w:t>
      </w:r>
    </w:p>
    <w:p>
      <w:r>
        <w:t xml:space="preserve">02:53:50   (Speaker A)  Okay. </w:t>
      </w:r>
    </w:p>
    <w:p>
      <w:r>
        <w:t xml:space="preserve">02:53:51   (Speaker B)  Any other discussion on it. All in favor? Any opposed? </w:t>
      </w:r>
    </w:p>
    <w:p>
      <w:r>
        <w:t xml:space="preserve">02:53:56   (Speaker E)  So back to your question, Mary. So roughly, on average, I would say today for me, for y', all, is about five and a half hours. I leave my house at four. I normally get home around 9:30. Traffic is terrible coming here at 4pm so that's at $300 an hour. That's 16:50 for the meeting attendance. Only if I was calling in. So starting in next fiscal year, meetings don't start till six. You have to end by nine. So that'd be three times 300. That'd be $900. </w:t>
      </w:r>
    </w:p>
    <w:p>
      <w:r>
        <w:t xml:space="preserve">02:54:31   (Speaker D)  I'm just trying to call me the next one. </w:t>
      </w:r>
    </w:p>
    <w:p>
      <w:r>
        <w:t xml:space="preserve">02:54:34   (Speaker E)  And again, if there is a major legal issue issue or if next month I I say I cannot advise you guys. I can't chime in. I'm coming back. You don't have an option then we can address that then. But I just thought it might be a good idea to try it even if it's every other month. </w:t>
      </w:r>
    </w:p>
    <w:p>
      <w:r>
        <w:t xml:space="preserve">02:54:52   (Speaker C)  So we did it with the wire </w:t>
      </w:r>
    </w:p>
    <w:p>
      <w:r>
        <w:t xml:space="preserve">02:54:55   (Speaker E)  and their GMS is very good audio. The owls are very good. But if I do just kind of yell into the speaker to cut someone off, that is just me trying. I can't wave at you anymore if I'm on the on them. But I will plan to call in </w:t>
      </w:r>
    </w:p>
    <w:p>
      <w:r>
        <w:t xml:space="preserve">02:55:09   (Speaker G)  next month </w:t>
      </w:r>
    </w:p>
    <w:p>
      <w:r>
        <w:t xml:space="preserve">02:55:13   (Speaker F)  and rich to piggyback in Savannah. I've taken upon the same thing Savannah is offering when my load is light. I'm also choosing this option so I don't charge for my travel time back and forth when I have a big ticket item to talk about. Like I've been there before in the past to explain it. But I'm also trying to knowing that Alex is always watching me, trying to be a little bit more mindful of my travel time and keep it down if I don't need to be there on the light items. </w:t>
      </w:r>
    </w:p>
    <w:p>
      <w:r>
        <w:t xml:space="preserve">02:55:41   (Speaker C)  So we appreciate it. </w:t>
      </w:r>
    </w:p>
    <w:p>
      <w:r>
        <w:t xml:space="preserve">02:55:45   (Speaker F)  But I know you all miss me, but I'll be there soon. Thanks. </w:t>
      </w:r>
    </w:p>
    <w:p>
      <w:r>
        <w:t xml:space="preserve">02:55:48   (Speaker B)  Bye. </w:t>
      </w:r>
    </w:p>
    <w:p>
      <w:r>
        <w:t xml:space="preserve">02:55:50   (Speaker E)  Do you want to jump to. </w:t>
      </w:r>
    </w:p>
    <w:p>
      <w:r>
        <w:t xml:space="preserve">02:55:51   (Speaker B)  Yeah. So unless there's anything else for council, we have a few things that we have to get to. Assuming that these first couple items there's any real pressing comments or anything. We'd just be looking for motions to approve. That would be the minutes and the goals and objectives. I'll start with the minutes. August 19, 20206 minutes. If there's any questions, comments, changes. I didn't receive me before the meeting, but if so, we can make those adjustments. Otherwise we'd be looking for a motion to approve. </w:t>
      </w:r>
    </w:p>
    <w:p>
      <w:r>
        <w:t xml:space="preserve">02:56:24   (Speaker C)  Sure. </w:t>
      </w:r>
    </w:p>
    <w:p>
      <w:r>
        <w:t xml:space="preserve">02:56:24   (Speaker G)  Yeah. </w:t>
      </w:r>
    </w:p>
    <w:p>
      <w:r>
        <w:t xml:space="preserve">02:56:25   (Speaker D)  It's the one where Alex made a motion and nobody seconded it. Really didn't explain what the motion was. </w:t>
      </w:r>
    </w:p>
    <w:p>
      <w:r>
        <w:t xml:space="preserve">02:56:31   (Speaker B)  Okay. </w:t>
      </w:r>
    </w:p>
    <w:p>
      <w:r>
        <w:t xml:space="preserve">02:56:35   (Speaker D)  Was the one to resend. </w:t>
      </w:r>
    </w:p>
    <w:p>
      <w:r>
        <w:t xml:space="preserve">02:56:49   (Speaker B)  Okay, we'll make that. We'll look at that and make that adjustment. Any other comments for the minutes? If not, we just be looking for a motion to approve. </w:t>
      </w:r>
    </w:p>
    <w:p>
      <w:r>
        <w:t xml:space="preserve">02:56:58   (Speaker A)  I'll make a motion to approve the August 19th meeting minutes with the changes. That'll second. </w:t>
      </w:r>
    </w:p>
    <w:p>
      <w:r>
        <w:t xml:space="preserve">02:57:09   (Speaker C)  Okay. </w:t>
      </w:r>
    </w:p>
    <w:p>
      <w:r>
        <w:t xml:space="preserve">02:57:11   (Speaker B)  First from Alex. Second person, Cole. All in favor? </w:t>
      </w:r>
    </w:p>
    <w:p>
      <w:r>
        <w:t xml:space="preserve">02:57:16   (Speaker C)  I. </w:t>
      </w:r>
    </w:p>
    <w:p>
      <w:r>
        <w:t xml:space="preserve">02:57:17   (Speaker B)  Any opposed? </w:t>
      </w:r>
    </w:p>
    <w:p>
      <w:r>
        <w:t xml:space="preserve">02:57:20   (Speaker G)  Okay. </w:t>
      </w:r>
    </w:p>
    <w:p>
      <w:r>
        <w:t xml:space="preserve">02:57:21   (Speaker B)  Acceptance of the fiscal year 2027 goals. So this is very similar to what you had last year. This is a legislated Requirement. Now, we do need to approve this before the end of the fiscal year and then you will be seeing review of your 2026 goals coming up in future meeting. So with this, this is what GMS has prepared. It's very similar to your past goals. There's really no extensive requirements for this. Besides that, you have to adopt something. We'll put it on the website. </w:t>
      </w:r>
    </w:p>
    <w:p>
      <w:r>
        <w:t xml:space="preserve">02:57:50   (Speaker E)  We normally for the goals and objectives with gms, we coordinated when this rolled out. Most of your goals and objectives are things you are statutorily required to do. </w:t>
      </w:r>
    </w:p>
    <w:p>
      <w:r>
        <w:t xml:space="preserve">02:57:59   (Speaker B)  You're not limited to this. You can do whatever you need. </w:t>
      </w:r>
    </w:p>
    <w:p>
      <w:r>
        <w:t xml:space="preserve">02:58:01   (Speaker E)  But please don't do anything that requires something to be kept alive. </w:t>
      </w:r>
    </w:p>
    <w:p>
      <w:r>
        <w:t xml:space="preserve">02:58:07   (Speaker A)  So I'll make a motion to go ahead and approve the water leave performance measures and standards for official year October 1st through September 30th. </w:t>
      </w:r>
    </w:p>
    <w:p>
      <w:r>
        <w:t xml:space="preserve">02:58:14   (Speaker G)  Okay. </w:t>
      </w:r>
    </w:p>
    <w:p>
      <w:r>
        <w:t xml:space="preserve">02:58:16   (Speaker B)  Do we have seconds? My second is a first from Alex. Second for Jim. All in favor? I'm going to jump down here just to the fiscal year audit. This is an engagement letter. You are still in contract with D. Bartolome. You know, McBee, Hartley and Barnes. This is their engagement letter just essentially restating what's already in your agreements. And so with this, it's just an acceptance of the FY26 audit engagement. </w:t>
      </w:r>
    </w:p>
    <w:p>
      <w:r>
        <w:t xml:space="preserve">02:58:50   (Speaker G)  Oh, sorry. </w:t>
      </w:r>
    </w:p>
    <w:p>
      <w:r>
        <w:t xml:space="preserve">02:58:51   (Speaker B)  It says 26. </w:t>
      </w:r>
    </w:p>
    <w:p>
      <w:r>
        <w:t xml:space="preserve">02:58:52   (Speaker C)  Where is that? </w:t>
      </w:r>
    </w:p>
    <w:p>
      <w:r>
        <w:t xml:space="preserve">02:58:53   (Speaker A)  In the back? I don't think that made it in the back. </w:t>
      </w:r>
    </w:p>
    <w:p>
      <w:r>
        <w:t xml:space="preserve">02:58:56   (Speaker B)  Not make it in the packet? </w:t>
      </w:r>
    </w:p>
    <w:p>
      <w:r>
        <w:t xml:space="preserve">02:58:57   (Speaker C)  No. </w:t>
      </w:r>
    </w:p>
    <w:p>
      <w:r>
        <w:t xml:space="preserve">02:58:58   (Speaker B)  Okay, so we have it in there. So we're just going to skip that. We'll have that for the next month. </w:t>
      </w:r>
    </w:p>
    <w:p>
      <w:r>
        <w:t xml:space="preserve">02:59:02   (Speaker A)  Okay, that's. That's just keeping the same agent to. </w:t>
      </w:r>
    </w:p>
    <w:p>
      <w:r>
        <w:t xml:space="preserve">02:59:06   (Speaker B)  You're already in contract with this person, so. Yeah, it looks like we didn't get that in there. And it says 26. Which you. </w:t>
      </w:r>
    </w:p>
    <w:p>
      <w:r>
        <w:t xml:space="preserve">02:59:12   (Speaker A)  You. </w:t>
      </w:r>
    </w:p>
    <w:p>
      <w:r>
        <w:t xml:space="preserve">02:59:14   (Speaker B)  Which is. Yeah. </w:t>
      </w:r>
    </w:p>
    <w:p>
      <w:r>
        <w:t xml:space="preserve">02:59:15   (Speaker A)  So can we not just make a motion to approve them or. </w:t>
      </w:r>
    </w:p>
    <w:p>
      <w:r>
        <w:t xml:space="preserve">02:59:18   (Speaker E)  I'm not sure I've seen it either. </w:t>
      </w:r>
    </w:p>
    <w:p>
      <w:r>
        <w:t xml:space="preserve">02:59:20   (Speaker G)  Leaving. </w:t>
      </w:r>
    </w:p>
    <w:p>
      <w:r>
        <w:t xml:space="preserve">02:59:21   (Speaker D)  The Library's closing in 30 minutes at 9pm if you would like assistance completing your task. Any staff member will be happy to help. If you are currently occupying a study room or meeting room, please be reminded that all rooms must be vacated and room passes. Return to staff before closing. </w:t>
      </w:r>
    </w:p>
    <w:p>
      <w:r>
        <w:t xml:space="preserve">02:59:39   (Speaker G)  Thank you. </w:t>
      </w:r>
    </w:p>
    <w:p>
      <w:r>
        <w:t xml:space="preserve">02:59:40   (Speaker E)  That is a lot louder in this room than it is over there. So I haven't looked at this engagement letter. I just want to make sure all the statutory things are included. Sometimes they miss them. </w:t>
      </w:r>
    </w:p>
    <w:p>
      <w:r>
        <w:t xml:space="preserve">02:59:50   (Speaker B)  So we'll skip that. So I'll table it. We'll have it back at the next. The next meeting and then the only other two things. So we do have the Resolution here for the public hearing, which is to amend the parking policies and rules. And then we also want to make sure we get to the check register financial reports as well. We do have a few other items on this agenda, but that's going to be up to time. So if board wants to talk about one or the other. But we do want to try and get through both, just as FYI. </w:t>
      </w:r>
    </w:p>
    <w:p>
      <w:r>
        <w:t xml:space="preserve">03:00:20   (Speaker A)  So when the public hearing is November 18th. </w:t>
      </w:r>
    </w:p>
    <w:p>
      <w:r>
        <w:t xml:space="preserve">03:00:23   (Speaker E)  So the public hearing is proposed for November 18th. And what I basically did is I went through your existing rules. I changed them to be more in line with what our firm normally puts in place. I handed out at the beginning of this today I made a comparison chart. It's the stapled piece of paper that's three sheets that goes through and compares all of your provisions to what did or what is currently in place and the rules that were adopted back in 2023 and what the proposed changes would be. One thing I do want to point out is your old parking rules included a parking pass situation that you could request or parking permit so you could park overnight. That is not something GMS normally does will do. So I did revise that language, put some options in there for you guys to look at if you want to have a, if we can talk in depth about it in the next 13 minutes. You can also review them and review this chart and send me feedback over the next couple months and we can go ahead and set and notice the public hearing for November. I just know this is a big conversation. So however you guys want to approach this, just let me know and I </w:t>
      </w:r>
    </w:p>
    <w:p>
      <w:r>
        <w:t xml:space="preserve">03:01:35   (Speaker A)  can do that so we can notice this meeting. This is for November, so we're 60 days out. And the way I kind of read what you said there, we could come back, come back, excuse me, at the Aug. 21 meeting with any feedback from this matrix that you sent plus the update. And then we could formalize at least at that point where we want the rules to be. </w:t>
      </w:r>
    </w:p>
    <w:p>
      <w:r>
        <w:t xml:space="preserve">03:01:58   (Speaker E)  Yes. </w:t>
      </w:r>
    </w:p>
    <w:p>
      <w:r>
        <w:t xml:space="preserve">03:01:59   (Speaker A)  And then could the rules be sent out to homeowners in advance of the public hearing. </w:t>
      </w:r>
    </w:p>
    <w:p>
      <w:r>
        <w:t xml:space="preserve">03:02:02   (Speaker E)  So what I would say is, so when we, when we do this notice, we will attach the draft rules that are here in your packet as part of the notice. So if somebody you know under the statute calls Rich and says, hey, what is your backup materials for this notice? We will send those out anytime from now to the public hearing. I can accept feedback from the board and bring back revised revisions to that public hearing in November as well as so you can either just email me a bunch of feedback and we can talk about it next time month. We can just talk about it next month. It is up to you guys. I can send out this chart and the draft rules and there's a red line that I don't think I put in the agenda because it was just a lot of pages. I can send all of that out to the board tomorrow. We can go ahead and set the public hearing and I can just start taking feedback over the next couple months and. And talk about it next month and in November. </w:t>
      </w:r>
    </w:p>
    <w:p>
      <w:r>
        <w:t xml:space="preserve">03:02:52   (Speaker A)  But you would want the draft to go out with the public area. </w:t>
      </w:r>
    </w:p>
    <w:p>
      <w:r>
        <w:t xml:space="preserve">03:02:55   (Speaker E)  It has to and we're going to notice it. </w:t>
      </w:r>
    </w:p>
    <w:p>
      <w:r>
        <w:t xml:space="preserve">03:02:57   (Speaker A)  So we'd have to send a draft out knowing that it could change and then we could at least. </w:t>
      </w:r>
    </w:p>
    <w:p>
      <w:r>
        <w:t xml:space="preserve">03:03:00   (Speaker E)  And it doesn't actually get attached to the notice that goes in the paper. It's just. It's a backup material. So if someone reaches out to your public records custodian they have to provide it. </w:t>
      </w:r>
    </w:p>
    <w:p>
      <w:r>
        <w:t xml:space="preserve">03:03:09   (Speaker A)  I mean this matrix I think would be helpful. But we just got to walk on. I did go through and look at some discussion points that we can make. But I think we want to just send the draft out now with the notice because the notice has to go </w:t>
      </w:r>
    </w:p>
    <w:p>
      <w:r>
        <w:t xml:space="preserve">03:03:23   (Speaker E)  out 35 days in advance of the public hearing and then add about two weeks on that to hit newspaper cut </w:t>
      </w:r>
    </w:p>
    <w:p>
      <w:r>
        <w:t xml:space="preserve">03:03:29   (Speaker A)  off and take whatever questions discussions the next. </w:t>
      </w:r>
    </w:p>
    <w:p>
      <w:r>
        <w:t xml:space="preserve">03:03:32   (Speaker C)  Then something was constant contact with send </w:t>
      </w:r>
    </w:p>
    <w:p>
      <w:r>
        <w:t xml:space="preserve">03:03:35   (Speaker B)  out like the draft of the draft. </w:t>
      </w:r>
    </w:p>
    <w:p>
      <w:r>
        <w:t xml:space="preserve">03:03:39   (Speaker E)  I would say if we're going to take feedback in October and start kind of revising them. I would. If you would like my opinion. I'm going to give you my opinion anyways. I will send you guys the draft rules the red line in this chart via email. I would rather take Yalls feedback first. We can talk through it in October and then before the November meeting shoot it out to the public so that if we really depart from this draft we can do that. </w:t>
      </w:r>
    </w:p>
    <w:p>
      <w:r>
        <w:t xml:space="preserve">03:04:04   (Speaker G)  Yeah. Okay. </w:t>
      </w:r>
    </w:p>
    <w:p>
      <w:r>
        <w:t xml:space="preserve">03:04:08   (Speaker E)  Policy is what was adopted in 2023. </w:t>
      </w:r>
    </w:p>
    <w:p>
      <w:r>
        <w:t xml:space="preserve">03:04:11   (Speaker G)  That's it. There's no towing. There's no policy out there. </w:t>
      </w:r>
    </w:p>
    <w:p>
      <w:r>
        <w:t xml:space="preserve">03:04:16   (Speaker E)  We don't have an engagement with a towing vendor right now as the cdd. </w:t>
      </w:r>
    </w:p>
    <w:p>
      <w:r>
        <w:t xml:space="preserve">03:04:19   (Speaker A)  So that that policy allowed the district to tell. Yeah, we just didn't go the next step. </w:t>
      </w:r>
    </w:p>
    <w:p>
      <w:r>
        <w:t xml:space="preserve">03:04:24   (Speaker G)  And the district can tell from the street. </w:t>
      </w:r>
    </w:p>
    <w:p>
      <w:r>
        <w:t xml:space="preserve">03:04:27   (Speaker E)  Yes, from district streets. If we're engaged with a towing vendor. We are not currently engaged with the towing vendor. </w:t>
      </w:r>
    </w:p>
    <w:p>
      <w:r>
        <w:t xml:space="preserve">03:04:34   (Speaker A)  But I'm. I'm. So would you. Would you send the draft out with the notice? </w:t>
      </w:r>
    </w:p>
    <w:p>
      <w:r>
        <w:t xml:space="preserve">03:04:39   (Speaker E)  So it's not. The notice is published in the newspaper. Judas. The rules are not published in the newspaper. You just have to have adopted a draft version. </w:t>
      </w:r>
    </w:p>
    <w:p>
      <w:r>
        <w:t xml:space="preserve">03:04:48   (Speaker A)  Well, this thing has to go with it. </w:t>
      </w:r>
    </w:p>
    <w:p>
      <w:r>
        <w:t xml:space="preserve">03:04:49   (Speaker D)  It's different than the. </w:t>
      </w:r>
    </w:p>
    <w:p>
      <w:r>
        <w:t xml:space="preserve">03:04:50   (Speaker C)  No, it's like an attachment. It's an impassioned management company to get it. </w:t>
      </w:r>
    </w:p>
    <w:p>
      <w:r>
        <w:t xml:space="preserve">03:04:54   (Speaker E)  Yeah. So it's. This resolution says we're considering these draft rules. </w:t>
      </w:r>
    </w:p>
    <w:p>
      <w:r>
        <w:t xml:space="preserve">03:04:58   (Speaker C)  Okay. </w:t>
      </w:r>
    </w:p>
    <w:p>
      <w:r>
        <w:t xml:space="preserve">03:04:58   (Speaker E)  Those draft rules can change, even live in the public hearing while we're doing it. </w:t>
      </w:r>
    </w:p>
    <w:p>
      <w:r>
        <w:t xml:space="preserve">03:05:02   (Speaker A)  So we could wait as long as we could statutorily to be able to send a draft out? </w:t>
      </w:r>
    </w:p>
    <w:p>
      <w:r>
        <w:t xml:space="preserve">03:05:08   (Speaker G)  Yes. </w:t>
      </w:r>
    </w:p>
    <w:p>
      <w:r>
        <w:t xml:space="preserve">03:05:08   (Speaker A)  Okay. I would do that. And I would say you obviously have to send a notice out before the note next meeting. You're not going to be 35 days ahead. </w:t>
      </w:r>
    </w:p>
    <w:p>
      <w:r>
        <w:t xml:space="preserve">03:05:16   (Speaker E)  Right. </w:t>
      </w:r>
    </w:p>
    <w:p>
      <w:r>
        <w:t xml:space="preserve">03:05:16   (Speaker A)  So we give authorization to send the notice out. </w:t>
      </w:r>
    </w:p>
    <w:p>
      <w:r>
        <w:t xml:space="preserve">03:05:19   (Speaker C)  Yeah, whenever. </w:t>
      </w:r>
    </w:p>
    <w:p>
      <w:r>
        <w:t xml:space="preserve">03:05:20   (Speaker E)  And that's the. That's. That was that statutory change a couple years ago where they used to be able to set a hearing today and have it next month. And the legislature changed their mind and made it much more difficult. </w:t>
      </w:r>
    </w:p>
    <w:p>
      <w:r>
        <w:t xml:space="preserve">03:05:31   (Speaker B)  They added five days, which just offset everything. </w:t>
      </w:r>
    </w:p>
    <w:p>
      <w:r>
        <w:t xml:space="preserve">03:05:33   (Speaker E)  It killed. </w:t>
      </w:r>
    </w:p>
    <w:p>
      <w:r>
        <w:t xml:space="preserve">03:05:34   (Speaker I)  Killed us. </w:t>
      </w:r>
    </w:p>
    <w:p>
      <w:r>
        <w:t xml:space="preserve">03:05:35   (Speaker E)  So I'll go ahead and send this out. Please send me feedback so I can start incorporating it so that I'm like ready to discuss it next month. It's harder to do it live if everybody can give me their thoughts before it just. It will be a much easier conversation. Yep, I'll send you the rules, the red line and this chart. </w:t>
      </w:r>
    </w:p>
    <w:p>
      <w:r>
        <w:t xml:space="preserve">03:05:56   (Speaker B)  Yeah. So essentially it's just a resolution approving the public hearing for November 18, 2027. November 18, 2026. Okay, so I've got a first from Alex. Any other discussion? All in favor? Any opposed? Okay, so the motion's passed. Next I'm going to go ahead and move up the financials so we do have the approval to check register, balance sheet, income statements. </w:t>
      </w:r>
    </w:p>
    <w:p>
      <w:r>
        <w:t xml:space="preserve">03:06:37   (Speaker G)  Just want to make another comment. We go to another meeting, discussed this last page. We no time for the public audience because, </w:t>
      </w:r>
    </w:p>
    <w:p>
      <w:r>
        <w:t xml:space="preserve">03:06:51   (Speaker B)  I mean, we have this right here. Depending on how long this takes, we could give a few minutes for if we tabled everything else. </w:t>
      </w:r>
    </w:p>
    <w:p>
      <w:r>
        <w:t xml:space="preserve">03:06:59   (Speaker A)  So I can make a motion to approve the check register in the balance sheet. I have nothing else. Hannah answered six questions. I answered six. I asked six questions a day and in advance of this, and she answered all of them. I really have nothing else. Or last month. </w:t>
      </w:r>
    </w:p>
    <w:p>
      <w:r>
        <w:t xml:space="preserve">03:07:10   (Speaker G)  So. </w:t>
      </w:r>
    </w:p>
    <w:p>
      <w:r>
        <w:t xml:space="preserve">03:07:11   (Speaker B)  Okay, so I do have a first from Alex. </w:t>
      </w:r>
    </w:p>
    <w:p>
      <w:r>
        <w:t xml:space="preserve">03:07:13   (Speaker C)  Second. It got a second from Jim. </w:t>
      </w:r>
    </w:p>
    <w:p>
      <w:r>
        <w:t xml:space="preserve">03:07:20   (Speaker B)  Any other discussion? All in favor? So the motion is passed. And again, while we did approve the check register and anything, if you do see something, you notice something, just reach out to me. We can look, address, listening. </w:t>
      </w:r>
    </w:p>
    <w:p>
      <w:r>
        <w:t xml:space="preserve">03:07:36   (Speaker C)  Okay. </w:t>
      </w:r>
    </w:p>
    <w:p>
      <w:r>
        <w:t xml:space="preserve">03:07:36   (Speaker B)  Counting questions, anything like that. Okay. So we do have some discussion items here. So is the parking we discussed earlier. And then we have the re revenue generation version assessments and paying off individual property bonds. So we'll table those. So then we'll go to audience comments. So we've got about seven minutes before we have to adjourn and start packing up. So we will open this up to audience comments. We do have a few people on Zoom as well. So if you're on Zoom, use the raise your hand feature and then we will ask you to unmute. Please state your name, address and please limit your comments to as short as you can. Again to give everybody an opportunity in addition to the fact that we've got six minutes. So any audience comments for those present here in person. I'll start there. Yes, sir. </w:t>
      </w:r>
    </w:p>
    <w:p>
      <w:r>
        <w:t xml:space="preserve">03:08:33   (Speaker A)  Can you provide some clarity? </w:t>
      </w:r>
    </w:p>
    <w:p>
      <w:r>
        <w:t xml:space="preserve">03:08:34   (Speaker B)  Sorry, just name an address for me. For the record. </w:t>
      </w:r>
    </w:p>
    <w:p>
      <w:r>
        <w:t xml:space="preserve">03:08:37   (Speaker A)  Oh, Frank Dixon. 11821 plus 9. </w:t>
      </w:r>
    </w:p>
    <w:p>
      <w:r>
        <w:t xml:space="preserve">03:08:40   (Speaker G)  Okay. </w:t>
      </w:r>
    </w:p>
    <w:p>
      <w:r>
        <w:t xml:space="preserve">03:08:42   (Speaker A)  Can you provide clarity on paying off the property lines? </w:t>
      </w:r>
    </w:p>
    <w:p>
      <w:r>
        <w:t xml:space="preserve">03:08:45   (Speaker B)  I wasn't here for the subsequent meetings and I just want to give a little bit of clarity on what that entails. </w:t>
      </w:r>
    </w:p>
    <w:p>
      <w:r>
        <w:t xml:space="preserve">03:08:49   (Speaker C)  You can do it if you want to. It's, it's not for some, it would be somebody who wants to stay here and this is going to be their permanent residence. So they see. But it, it removes the interest. You'd have to pay off what your property owes. And then all you would be paying for is like the maintenance for landscaping and pool and management company. </w:t>
      </w:r>
    </w:p>
    <w:p>
      <w:r>
        <w:t xml:space="preserve">03:09:12   (Speaker B)  So the own. So your CDD fee is basically split into two things. It's operations and maintenance and then death. You could pay off the debt portion if you wanted to do that. You would just email management us gms, we would, we would pull up your property, we would pull out the remaining debt for your property, send you what that payoff would be with how to do it and a date to do it by because obviously it changes each year. And then you would submit that check, it would remove that and then. So your next tax bill, when you see your CDD bill, you would see only the operations and maintenance port portion because you paid off your debt portion for the home. </w:t>
      </w:r>
    </w:p>
    <w:p>
      <w:r>
        <w:t xml:space="preserve">03:09:47   (Speaker A)  What is the duration of the original debt? </w:t>
      </w:r>
    </w:p>
    <w:p>
      <w:r>
        <w:t xml:space="preserve">03:09:50   (Speaker B)  Depends on what your house is. </w:t>
      </w:r>
    </w:p>
    <w:p>
      <w:r>
        <w:t xml:space="preserve">03:09:51   (Speaker E)  Depends on your house. There are a few different series. So depending on which series of bonds got inside of your house, depends on how much. </w:t>
      </w:r>
    </w:p>
    <w:p>
      <w:r>
        <w:t xml:space="preserve">03:09:59   (Speaker B)  So the best route to answer that question is just shoot me an email with your name and address. It's on the website and I can also give it to you after the meeting, but it is on the CDE website under Contacts I'm the primary contact, Richard Grab. </w:t>
      </w:r>
    </w:p>
    <w:p>
      <w:r>
        <w:t xml:space="preserve">03:10:12   (Speaker A)  Okay. </w:t>
      </w:r>
    </w:p>
    <w:p>
      <w:r>
        <w:t xml:space="preserve">03:10:12   (Speaker B)  And then we can get you that information tomorrow. </w:t>
      </w:r>
    </w:p>
    <w:p>
      <w:r>
        <w:t xml:space="preserve">03:10:14   (Speaker C)  So. Okay. </w:t>
      </w:r>
    </w:p>
    <w:p>
      <w:r>
        <w:t xml:space="preserve">03:10:16   (Speaker B)  Any other audience comments for those here in person, Any audience comments for those on Zoom, just use the raise your hand feature. </w:t>
      </w:r>
    </w:p>
    <w:p>
      <w:r>
        <w:t xml:space="preserve">03:10:30   (Speaker G)  How many do you have on Zoom? </w:t>
      </w:r>
    </w:p>
    <w:p>
      <w:r>
        <w:t xml:space="preserve">03:10:33   (Speaker B)  I've got Dave and Megan. I've got Cindy, got Michael, and I've got a phone number. </w:t>
      </w:r>
    </w:p>
    <w:p>
      <w:r>
        <w:t xml:space="preserve">03:10:39   (Speaker A)  It doesn't have a name. </w:t>
      </w:r>
    </w:p>
    <w:p>
      <w:r>
        <w:t xml:space="preserve">03:10:42   (Speaker E)  We think Michael is an AI. </w:t>
      </w:r>
    </w:p>
    <w:p>
      <w:r>
        <w:t xml:space="preserve">03:10:44   (Speaker D)  He knows. </w:t>
      </w:r>
    </w:p>
    <w:p>
      <w:r>
        <w:t xml:space="preserve">03:10:47   (Speaker E)  No, we're not kidding. It's the same person that logs into every meeting we have on Zoom. </w:t>
      </w:r>
    </w:p>
    <w:p>
      <w:r>
        <w:t xml:space="preserve">03:10:52   (Speaker A)  Regardless, recording him now. </w:t>
      </w:r>
    </w:p>
    <w:p>
      <w:r>
        <w:t xml:space="preserve">03:10:55   (Speaker E)  They know that I'm listening. They're listening to me. </w:t>
      </w:r>
    </w:p>
    <w:p>
      <w:r>
        <w:t xml:space="preserve">03:11:02   (Speaker B)  Okay, well, I'm not seeing any on Zoom. So any supervisor requests, comments? I got a couple minutes here. </w:t>
      </w:r>
    </w:p>
    <w:p>
      <w:r>
        <w:t xml:space="preserve">03:11:12   (Speaker C)  Not for me. </w:t>
      </w:r>
    </w:p>
    <w:p>
      <w:r>
        <w:t xml:space="preserve">03:11:14   (Speaker A)  Okay. </w:t>
      </w:r>
    </w:p>
    <w:p>
      <w:r>
        <w:t xml:space="preserve">03:11:15   (Speaker G)  Okay. </w:t>
      </w:r>
    </w:p>
    <w:p>
      <w:r>
        <w:t xml:space="preserve">03:11:17   (Speaker B)  So with that. Yep. So I'll just remind the board and audience that next board meeting is scheduled for October 21, 2026 at 6pm so we've moved the time back. Instead of 5:30, it is 6 o'. </w:t>
      </w:r>
    </w:p>
    <w:p>
      <w:r>
        <w:t xml:space="preserve">03:11:29   (Speaker G)  Clock. </w:t>
      </w:r>
    </w:p>
    <w:p>
      <w:r>
        <w:t xml:space="preserve">03:11:30   (Speaker B)  We do still have just for audience members, the security session on there, but the anticipation is. It's there if it's needed. But you know, ideally wouldn't need to be going into it since a lot of the security stuff has been addressed over the last few months. But again, so October 21, 2026 at 6:00pm it is here at the Riverview Public Library and want to ask if </w:t>
      </w:r>
    </w:p>
    <w:p>
      <w:r>
        <w:t xml:space="preserve">03:11:54   (Speaker C)  you do have a security issue, please let Richard know ahead of time so we can already start tracking it. Try to speed up what the conversation is so we don't have people out there. </w:t>
      </w:r>
    </w:p>
    <w:p>
      <w:r>
        <w:t xml:space="preserve">03:12:04   (Speaker B)  So I do have a motion to adjourn a first for Jim. Do I have a second from Paul? Okay, all in favor? Any opposed? Okay, so the motion has passed. 5 0. The time is 8:43pm thanks everyone. Have a great night.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