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PCP</w:t>
        <w:br/>
        <w:br/>
        <w:br/>
      </w:r>
    </w:p>
    <w:p>
      <w:r>
        <w:t>START AND END TIME OF THE CDD MEETING FILE:</w:t>
      </w:r>
      <w:r>
        <w:rPr>
          <w:b/>
          <w:color w:val="FF0000"/>
        </w:rPr>
        <w:br/>
        <w:tab/>
        <w:tab/>
        <w:tab/>
        <w:tab/>
        <w:t xml:space="preserve"> August 21, 2026 at 10:00 AM</w:t>
      </w:r>
      <w:r>
        <w:rPr>
          <w:b/>
          <w:color w:val="FF0000"/>
        </w:rPr>
        <w:br/>
        <w:tab/>
        <w:tab/>
        <w:tab/>
        <w:tab/>
        <w:t xml:space="preserve"> August 21, 2026 at 10:36 AM</w:t>
        <w:br/>
        <w:br/>
        <w:br/>
      </w:r>
    </w:p>
    <w:p>
      <w:r>
        <w:t>AUDIO FILE NAME, FILE SIZE:</w:t>
      </w:r>
      <w:r>
        <w:rPr>
          <w:b/>
          <w:color w:val="FF0000"/>
        </w:rPr>
        <w:br/>
        <w:tab/>
        <w:tab/>
        <w:tab/>
        <w:tab/>
        <w:t xml:space="preserve"> VMR_082626.mp3</w:t>
      </w:r>
      <w:r>
        <w:rPr>
          <w:b/>
          <w:color w:val="FF0000"/>
        </w:rPr>
        <w:br/>
        <w:tab/>
        <w:tab/>
        <w:tab/>
        <w:tab/>
        <w:t xml:space="preserve"> 41857024</w:t>
        <w:br/>
        <w:br/>
        <w:br/>
      </w:r>
    </w:p>
    <w:p>
      <w:r>
        <w:t>DATE AUDIO FILE SUBMITTED TO THE GAT SYSTEM:</w:t>
      </w:r>
      <w:r>
        <w:rPr>
          <w:b/>
          <w:color w:val="FF0000"/>
        </w:rPr>
        <w:br/>
        <w:tab/>
        <w:tab/>
        <w:tab/>
        <w:tab/>
        <w:t xml:space="preserve"> September 14, 2026 at 10:42 AM</w:t>
        <w:br/>
        <w:br/>
        <w:br/>
      </w:r>
    </w:p>
    <w:p>
      <w:r>
        <w:t>DATE AUDIO FILE COMPLETED BY THE GAT SYSTEM:</w:t>
      </w:r>
      <w:r>
        <w:rPr>
          <w:b/>
          <w:color w:val="FF0000"/>
        </w:rPr>
        <w:br/>
        <w:tab/>
        <w:tab/>
        <w:tab/>
        <w:tab/>
        <w:t xml:space="preserve"> September 14, 2026 at 10:43 AM</w:t>
      </w:r>
      <w:r>
        <w:rPr>
          <w:b/>
          <w:color w:val="FF0000"/>
        </w:rPr>
        <w:br/>
        <w:tab/>
        <w:tab/>
        <w:tab/>
        <w:tab/>
        <w:t xml:space="preserve"> 00:25 ELAPSED TIME</w:t>
        <w:br/>
        <w:br/>
        <w:br/>
      </w:r>
    </w:p>
    <w:p>
      <w:r>
        <w:t>MEETING AGENDA:</w:t>
      </w:r>
      <w:r>
        <w:rPr>
          <w:b/>
          <w:color w:val="FF0000"/>
        </w:rPr>
        <w:br/>
        <w:br/>
        <w:br/>
        <w:tab/>
        <w:tab/>
        <w:tab/>
        <w:tab/>
        <w:t xml:space="preserve">  </w:t>
        <w:br/>
        <w:br/>
        <w:br/>
      </w:r>
    </w:p>
    <w:p>
      <w:r>
        <w:t xml:space="preserve">00:04      (Speaker A)  All right, Today is Wednesday, August 26, 2026. It is 1106. I'd like to call to order the meeting of the Villamar Community Development District Board of Supervisors meeting. We have three supervisors present constituting acorn, Bobby Shockley, Emily Hazelrig, and Lauren Schwenk. Up first is the public comment period. We have no members of the public present at this time. We do. Looks like we may have a member of the public on the zoom line. If you are on the zoom line and have a public comment, you can use Zoom's raise hand feature to be called on now. All right, I see no raised hands. Next, we have approval of the minutes from the July 22, 2026 Board of Supervisors meeting. Any questions, comments, corrections, or. Second? All in favor? Any opposed? Next, we have consideration of the audit services engagement letter for fiscal year 2026. It's a not to exceed amount of 7,300. And this is the renewal for a previously award. Is there a second? All in favor? Any opposed? All right, that brings us to staff reports. Meredith, good morning. No specific report from my office, but happy to answer any questions the board may have. There's no questions for Meredith. Our district engineer, John, is on the line. John, do you have anything to report to the board? </w:t>
      </w:r>
    </w:p>
    <w:p>
      <w:r>
        <w:t xml:space="preserve">01:23      (Speaker B)  Hey, good morning. Couple quick updates. We are. We have requested. We have requested proposals for the stormwater correction items that we presented at the last meeting. So we've been working with contractors to get those. To get a few bids for those numbers. So we should have those by the. Should have those to present to the board ahead of the next meeting. And then I've also got one proposal for a fence replacement along the west side of phase seven along the Atkins property that was taken down during construction. And so I've been working with that adjacent owner as well. So I've got a quote for that fence replacement, but that's all that I've got. And. But happy to take any questions if. If y' all have them. </w:t>
      </w:r>
    </w:p>
    <w:p>
      <w:r>
        <w:t xml:space="preserve">02:14      (Speaker A)  Anybody have any questions for John? All right, thank you. Our field managers report. Marshall. </w:t>
      </w:r>
    </w:p>
    <w:p>
      <w:r>
        <w:t xml:space="preserve">02:20      (Speaker C)  Good morning, everybody. That reports on page 22. I'll kind of go through it and then follow up with all the other supplemental elements. Stop me along the way if you have any questions. Just generalizing and some. Some of the bullnose coping at the pool is coming loose in a few places. Example, the corners that. Specifically that corner spot right at the edge of the 0 entry tends to be a big culprit because it's a small surface area. So we had maintenance Go through after coning it off and ensure that all of that was readhered. Old delineators that were in the parking lot. If you recall, we had people trying to go back and forth for boat access through the parking lot to the adjacent pond to the north of the amenity center. So we had some older amenity delineate or older delineators that had just wear and tear over years. They're not the strongest item in the world. Those are replaced. And the drinking fountain had a line backup that was resolved. Other loose odds and ends. We repaired a mitered end section on Serato. A couple of them behind the mailboxes that we're seeing some washout around those and little other odds and ends. We also had the going into contracted services. The aluminum fence that was previously approved was repaired. So all of those should be back up. There were three locations, A couple in phase seven and one along Cunningham going north in the roundabout. Those all look good. Only detailing is good. There was a section that was noted previously that the new crews were missing because it was an oddity between the perimeter fence along Cunningham and the residence fences. It was a small track there and that was resolved. Otherwise, overall, they're doing okay. They were doing a little bit of extra cleanup in phase seven along the pond with assault. Fences were kind of getting in their way. And I'm also talking to the pond vendor who needs to do some additional treatment out there. General site items. The Aquatic Fender Solitude has requested a renewal for next year, which is pretty much standard starting at the beginning of the year with a 3% increase that's included in emails this week. They did note that they were going to bring that down to 2%. So if we're okay with the renewal, when I get to it after this report, I would say maybe do not to exceed at the current contract that's presented with hope with the intention to hopefully bring that number down a little bit. We also included a couple of proposals for fountain replacements. These are the ones. This was the one in phase six along 540A across from the phase seven area. And I'll get to those as well. And then we have some dog station pricing to consider. And then we have some landscaping items largely related to the pond repairs. A lot of that comes from the drought conditions where the water levels dropped so low so that the water wasn't supporting that water discharge and diffusing it at the edge of the sod. Along with just growth of the community. We have a bunch of gutters now. We have roofs in. They've gone through a few seasons now we're just seeing some of that wear and tear on that sod breaking through in places. I would let John comment any further on those items. Couple of photos on the photo report that you can kind of see for reference as well on the next page on page 23. Other than that in progress items essentially we had some vinyl fencing blowout. Typical summer storms. There was some section in Phase one, for example where it was. It's not really well supported. The long open stretch along the large pond on the north side of a manual drive. So. So that's being fixed with a few posts broke and a few other areas are being filled in with the tickets blew out. There's no questions on the base report. I'll jump into the photo supplement and then get into the proposals. Page 23. That photo supplement's there. Just a note for the board. We have a foot traffic trail that has started along the Amenity Center's south side. You can see that top photo in the future if you want to consider a mulch trail because we're not probably going to stop that foot traffic. We can either do a sidewalk or a mulch trail in the future to kind of go along with traffic trends. They just don't want to walk to the intersection with stop sign is. And the St. Augustine there is not going to hold up to that foot traffic long term this winter it might start getting pretty rough. Kids use it. I'm sure going through. There's a couple of bike racks, you know, in the area that they put their scooters and bicycles on. That doesn't help anything. So likely we'll have to consider something for that in the future. Main entry sign wall there's an area directly across from the Amenity center where there's this blank wall all if you're interested in it. I can talk to the landscaper about adding some landscaping and some irrigation to this, pulling off the existing drip lines for the hedges that are behind it just to kind of round it out. And that brings us to page 24. John, if you're still around here and you want to peek at that, if you want to comment on these. Essentially what I'm seeing is gutter discharges, low pond levels and just kind of breaking through that solid line over time. </w:t>
      </w:r>
    </w:p>
    <w:p>
      <w:r>
        <w:t xml:space="preserve">07:29      (Speaker B)  Marshall? Yeah, let's. Let's meet at some point out there and and sort of look at those areas and sort of come up with a game plan for each area. But. But it does look like a lot of a lot of what you mentioned. </w:t>
      </w:r>
    </w:p>
    <w:p>
      <w:r>
        <w:t xml:space="preserve">07:41      (Speaker A)  We do have some proposals from the landscape vendor to grade and reside those areas included today too. </w:t>
      </w:r>
    </w:p>
    <w:p>
      <w:r>
        <w:t xml:space="preserve">07:48      (Speaker B)  Okay, great. </w:t>
      </w:r>
    </w:p>
    <w:p>
      <w:r>
        <w:t xml:space="preserve">07:50      (Speaker C)  So if you're okay with that, John, then we would just do basically grading, backfill, compacting and sod to bring those areas back to essentially conditions. </w:t>
      </w:r>
    </w:p>
    <w:p>
      <w:r>
        <w:t xml:space="preserve">08:02      (Speaker B)  Sounds good. If there's any areas you want to look at in. In particular out there, or if you think that's not the, you know, it needs something more than that, let me know and we can plan a day next week. </w:t>
      </w:r>
    </w:p>
    <w:p>
      <w:r>
        <w:t xml:space="preserve">08:13      (Speaker C)  Sounds great. Absolutely. We'll do that. </w:t>
      </w:r>
    </w:p>
    <w:p>
      <w:r>
        <w:t xml:space="preserve">08:18      (Speaker A)  John Alvarez, </w:t>
      </w:r>
    </w:p>
    <w:p>
      <w:r>
        <w:t xml:space="preserve">08:20      (Speaker C)  Some of the newer ones, for example, the one on Zim Brown, I think the top photo on page 23. Yeah, that top one. That just seems to be a gutter. So we looked at some areas of ponds. We looked at some of the older areas in 6D, for example. We looked at the areas in the items specifically though, that John was discussing too, for the larger modification projects. So the one in the middle photo, I believe John Alvarez and I did look at it along with Karen, kind of peeked at this. They were concerned that there might be an irrigation leak there because there's a main irrigation pipe there. The landscaper did review that and said there was an irrigation pipe that was leaking there. Landscapers seem to think that there might be a storm pipe break, but I don't necessarily see an indication of that right off the bat. Obviously, I'll let John kind of attest to anything further beyond that. For now, I would say backfill it and compact it so it doesn't get worse to start with and at least get us through the season with that one. Middle photo, for example, it's a corner with three homes come together at the street end. So you have water discharge from multiple homes kind of coming together in between the homes. That concentration of water flowing through there, it just may be rough on that spot. There's no other questions on that. I'll jump into general proposals. You also have the field summary in front of you to kind of run through these. Quick note, if you want to jump into the field summary items and separate cover here. Prince was looking for a fuel surcharge as an addendum to contract. We're kind of late in the U now to kind of wrap this up, but nonetheless it still is applicable. Essentially, it's a tiered rate from. I believe it's 350 to $4 a gallon with percentage increases filling up. You can see that proposal on page 33 if you want to jump into it. Pretty standard. We've done other locations and just kind of Goes along with the field. Prices haven't really come down. I filled up yesterday. It was still 399. So I do feel like that is very much in line with times. And then in. These are typically done. We want council to comment on it. But these are done through the end of the fiscal year and then next year with the renewals. If they want to build this in as a contract item, we would then make that a permanent part of the contract as opposed to a separate item. </w:t>
      </w:r>
    </w:p>
    <w:p>
      <w:r>
        <w:t xml:space="preserve">10:52      (Speaker A)  That's correct. All in favor? Any opposed? </w:t>
      </w:r>
    </w:p>
    <w:p>
      <w:r>
        <w:t xml:space="preserve">10:58      (Speaker C)  Page 35. There's a storm response pricing. This is just general. We're kind of getting to that hippie top season where you may start seeing some storms. The pricing isn't a proposal to proceed with work. It is an authorization to do work up to a limit. In the event of a situation where we have a name storm come through and cause damage that they can get out, mobilize and just know that they're good to go. It's a good practice to me as far as I'm concerned. I would recommend at least doing a day's worth just to get started. Make sure your trees are up if anything's blown down, clear roads, et cetera. Again, it's not to exceed limit. It's not saying that you're approving that number. But they can at least get out there to get work started. In the proposal you can see I've outlined a example of a one day plan with a full crew, equipment to move stuff, a dump fee, etc and that gives them room because we have plenty of trees along the boulevard that are starting to mature and that gets the ability to stake some of those trees as well up to 16 with regular stakes. Not, you know, major batten case, but just get them up, restrain them up, tie them down and hopefully get them off the ground or through in the road. </w:t>
      </w:r>
    </w:p>
    <w:p>
      <w:r>
        <w:t xml:space="preserve">12:00      (Speaker A)  So the $5,500, that's what we. Yes, we did at the others. </w:t>
      </w:r>
    </w:p>
    <w:p>
      <w:r>
        <w:t xml:space="preserve">12:02      (Speaker C)  Yeah, Just a good starting point. </w:t>
      </w:r>
    </w:p>
    <w:p>
      <w:r>
        <w:t xml:space="preserve">12:07      (Speaker A)  Is there a second? All in favor? Any opposed? </w:t>
      </w:r>
    </w:p>
    <w:p>
      <w:r>
        <w:t xml:space="preserve">12:12      (Speaker C)  The next couple in your proposal you'll see B1 and B2 on pages 37 and 39. It's for mulch and replacements. The board's up for it. I would say approve these for start of the next fiscal year. We're good with that given that we have the sod. We're also looking at that tees all the step for the holiday season. Make sure the mult is brand new and refreshed and the plants are in place going into the off season. </w:t>
      </w:r>
    </w:p>
    <w:p>
      <w:r>
        <w:t xml:space="preserve">12:37      (Speaker A)  This is in the budget for the plant replacement. Yeah, in the landscape replacement line item, </w:t>
      </w:r>
    </w:p>
    <w:p>
      <w:r>
        <w:t xml:space="preserve">12:42      (Speaker C)  again, intention would probably be to do those in October. </w:t>
      </w:r>
    </w:p>
    <w:p>
      <w:r>
        <w:t xml:space="preserve">12:46      (Speaker A)  Is there a second? All in favor? Any opposed? </w:t>
      </w:r>
    </w:p>
    <w:p>
      <w:r>
        <w:t xml:space="preserve">12:49      (Speaker C)  All right, next item, page 41, as well as a separate cover handout with the update on it. This is for the sod and the grading we just talked about at that photo supplement where we have those erosion spots around the community. Some of this also ties into older areas on these pond shoulders where we have deteriorating sod conditions from just wear and tear or side that just didn't take well. So it's a lot of sod. You have a lot of ponds. You've got 42 ponds total right now between phases one through seven. Most of those are in one through six, which is the area that is being discussed here. </w:t>
      </w:r>
    </w:p>
    <w:p>
      <w:r>
        <w:t xml:space="preserve">13:24      (Speaker A)  What's going to cause it? How can we stop it from doing it again? </w:t>
      </w:r>
    </w:p>
    <w:p>
      <w:r>
        <w:t xml:space="preserve">13:27      (Speaker C)  I mean, if it happens? John, question. But to be fair, if you look at those photos, you can see that water level, and John, correct me if I'm wrong, was so far down those banks that if you did have concentrated areas between homes, between swales, roof runoffs, gutter discharge, you can see that top photo. You can see it's right in line. The gutter's discharging and it's just unzipping. There's no water at the base of that sod to absorb that energy. So unless we have a situation where the hoas potentially change how gutters are allowed to be installed, I don't know that we have that capacity. It's something we kind of have to deal with year to year. I don't know unless council can provide me or engineering can provide me some other direction, I believe you're allowed to discharge to some extent onto your property. And we have to deal with the pond shoulders that may be a result of that. So, again, we had really low water levels this year from the drought, and that was on the back of a couple years that were kind of dry to begin with. As long as water levels come up and stay up, that water acts as a dampener or that water coming down that shoulder. But when it breaks past that sod level onto that dirt, it's just like taking a hose and jetting it down. I don't know that there's any better way to deal with that unless you try and do riprap or something like that and bolster every pond bank along every home in the community. And I would have to defer to John's expertise to provide a full scope of that work. If that was something we wanted to get into for now. I think the proposal here for the soda and the grading is a good start to ensure that these areas are at least repaired so they don't get worse. </w:t>
      </w:r>
    </w:p>
    <w:p>
      <w:r>
        <w:t xml:space="preserve">14:56      (Speaker B)  Just, just piggybacking on what Marshall said, I, I think we did have an exceptionally dry winter and sort of spring into early summer. And, and so, yeah, those water levels were way beyond or way below the seasonal high water level. I think something else we should, we should probably look into is, is Marshall. I'm not sure if we're still spraying along the water line to keep growth down, but if we are, that's probably something we should, we should discuss, you know, letting that, letting there be some growth along the waterline, you know, may prevent that in the future. </w:t>
      </w:r>
    </w:p>
    <w:p>
      <w:r>
        <w:t xml:space="preserve">15:37      (Speaker C)  If you're okay with it, then let's try and meet next week and talk about that and outline a better plan that if we want to do that for aquatics and then we can revise whatever that final contract is or make adjustments based on your recommendations. </w:t>
      </w:r>
    </w:p>
    <w:p>
      <w:r>
        <w:t xml:space="preserve">15:52      (Speaker B)  Okay, let's do that. Yeah, I know there's a balance there between aesthetics and having it look clean along the pond banks or letting some of that grow up. But I think we're going to continue to run into these issues during the dry season and then when the water levels weigh down and then you, you get those first big rains of the season, you. You start to see these issues. But yeah, we should probably talk about, you know, letting that, letting some of that grow up and, and maybe in some cases even providing some plantings at. </w:t>
      </w:r>
    </w:p>
    <w:p>
      <w:r>
        <w:t xml:space="preserve">16:24      (Speaker C)  Off the cusp at a glance. Would it something to the extent of, in the event of seasonal drought conditions starting to set in, would we then ask the pond bender just hold on spraying until the return of water levels? Something simple as that? </w:t>
      </w:r>
    </w:p>
    <w:p>
      <w:r>
        <w:t xml:space="preserve">16:38      (Speaker B)  Maybe. I mean, it may even be just, Just stop entirely. Stop entirely. </w:t>
      </w:r>
    </w:p>
    <w:p>
      <w:r>
        <w:t xml:space="preserve">16:46      (Speaker C)  Let's continue that conversation then next week and I'll get with you after the meeting to kind of set up a time. </w:t>
      </w:r>
    </w:p>
    <w:p>
      <w:r>
        <w:t xml:space="preserve">16:50      (Speaker B)  Yeah, and maybe it's just in certain areas, I, you know, but yeah, let's, let's plan to review those in the field and, and especially the, the, you know, the continuing problem areas. Maybe we come up with some sort of plan there to just not, not spray along those pond sections of ponds. </w:t>
      </w:r>
    </w:p>
    <w:p>
      <w:r>
        <w:t xml:space="preserve">17:10      (Speaker C)  Sounds great. We'll do that. </w:t>
      </w:r>
    </w:p>
    <w:p>
      <w:r>
        <w:t xml:space="preserve">17:11      (Speaker B)  Okay. </w:t>
      </w:r>
    </w:p>
    <w:p>
      <w:r>
        <w:t xml:space="preserve">17:13      (Speaker C)  Towards that end then, just to get the ball rolling and try and start resolving some of this. Are we okay with. We're approving. The board is amenable to this. The proposal for the sod and the grading Is presented here by Prince. The separate cover has the updated one that adds 4lbs and 6d 72,200. Those are on the. Those are pretty much around that cul de sac and the 60 area on the northwest of phase six where we've had some continuing issues that construction hopefully is wrapping up now and maybe some of the water trend that could be resulting from some of the construction BMWs now drain socks, filter fabric being over those drains. This hopefully will be repair that will last a little longer in theory. If that stuff is gone, we still may have to explore some riprap options in the future depending on how water levels do. </w:t>
      </w:r>
    </w:p>
    <w:p>
      <w:r>
        <w:t xml:space="preserve">18:04      (Speaker A)  So for as far as where this these funds would come from if the board would like to approve them, we have an additional $30,000 in our landscape maintenance line item that we need. We had budgeted to add the amenity area for this year, which will not be done. So the extra $30,000 that was accounting for some landscaping in that area we can put towards this. And then we also have after approving the mulch and plants at the entry, we still have 22,400 in the land maintenance. So that's going to. That's going to be 52,400 of that from those two landscape items that line items that are already in the budget. The rest would be a contingency line item and that's from this physical. It would be this fiscal year. Is there a second? All in favor? Any opposed? And we'll do. We've approved those but we'll wait until he does the walk with John and you know, make sure that he's okay with his plan before scheduling it with Prince. Okay, </w:t>
      </w:r>
    </w:p>
    <w:p>
      <w:r>
        <w:t xml:space="preserve">19:15      (Speaker C)  moving along, we have pages 26, 27, 20, 26 through 30, let's put it that way for some dog station considerations. Last piece, you kind of made a note of this. There's some pricing for a single dog station. Pricing for up to six. It's like a full day of installing installed stations and a map showing some possible locations that the board wanted to consider adding a couple page 30 would be the general pricing in CSS where we typically do twice a week MDs on those stations. </w:t>
      </w:r>
    </w:p>
    <w:p>
      <w:r>
        <w:t xml:space="preserve">19:58      (Speaker A)  This came from the resident request for additional if you recall was about a year and a half, two years ago we did some and map on page </w:t>
      </w:r>
    </w:p>
    <w:p>
      <w:r>
        <w:t xml:space="preserve">20:08      (Speaker C)  28 gives you kind of a summary of the existing layout of the stations. We have, you know where the dog park is up in the north side of day seven, the trash cans around the amenity center. Just to give you a better Feel for spacing and some locations that you could consider potentially. By £34. Let me walk over here. Make sure I'm looking at the same thing. Cunningham, of course, is your main character. Wherever you walk right. Or go to your main center. It is pods there. </w:t>
      </w:r>
    </w:p>
    <w:p>
      <w:r>
        <w:t xml:space="preserve">20:56      (Speaker A)  Oh. Because people are coming across the street. It's almost like a walking path kind of a thing. </w:t>
      </w:r>
    </w:p>
    <w:p>
      <w:r>
        <w:t xml:space="preserve">21:04      (Speaker C)  Yeah. Essentially you have the ponds on your right. The other place you might consider again is maybe along the interior along weapons area where it's less traffic. I think. Yeah. </w:t>
      </w:r>
    </w:p>
    <w:p>
      <w:r>
        <w:t xml:space="preserve">21:16      (Speaker A)  They wanted. </w:t>
      </w:r>
    </w:p>
    <w:p>
      <w:r>
        <w:t xml:space="preserve">21:19      (Speaker C)  I think Emily probably get the best input as. </w:t>
      </w:r>
    </w:p>
    <w:p>
      <w:r>
        <w:t xml:space="preserve">21:21      (Speaker A)  Oh, there it is right there. Yeah. I'll take the recommended. Do all five. Yeah. Yeah. Okay. Is there a second? All in favor? Any opposed? </w:t>
      </w:r>
    </w:p>
    <w:p>
      <w:r>
        <w:t xml:space="preserve">21:37      (Speaker C)  All right. Five A through D is noted on the map. </w:t>
      </w:r>
    </w:p>
    <w:p>
      <w:r>
        <w:t xml:space="preserve">21:44      (Speaker A)  All right. And then we'll do an addendum to the land to the janitorial contract to add those as well. Once it's installed. </w:t>
      </w:r>
    </w:p>
    <w:p>
      <w:r>
        <w:t xml:space="preserve">21:57      (Speaker C)  The next item on the list is the consideration for fountain replacements. We have the incumbent quad expender. Solitude presented a proposal as well as lake pros. He's done install somewhere else. Presented proposal. They are similar price bracket range comparison on specs. They're both pretty horsepower. The original fountain where we set the budget forward at Solitude provided ballpark was up near 20. So that's where the budget line that we set for next year came from. Solitude has revised the model to a more budget friendly model. And you can see we've come down a little bit on that price. So the budget line for 2027 that we had set originally based on that initial was 22,000. So this brings that number down. So both of these would be within that budget for next fiscal year if you chose to go through with them. Solitude issue, incumbent quantics vendor if you wanted to go with them. I don't really see an issue with it. Both of these are also upgrades to the previous fountain. When I asked the vendors to present these, I asked them to present one that would fit that space. The original was a smaller fountain. There was only a 1 horsepower. And I said if they're going to invest in this, invest in a decent fountain. You know what would be a fountain that would hold that pond and the space that's there instead of 3 horsepower would be better. </w:t>
      </w:r>
    </w:p>
    <w:p>
      <w:r>
        <w:t xml:space="preserve">23:15      (Speaker A)  Does it have a cutoff for when water levels are low so it doesn't burn the pump up each year? Our neighborhood, it would just burn up </w:t>
      </w:r>
    </w:p>
    <w:p>
      <w:r>
        <w:t xml:space="preserve">23:24      (Speaker C)  every time it gravel. Theoretically, there should be a safety sensor. The original one did not. I can always double check the solitude if you want me to. </w:t>
      </w:r>
    </w:p>
    <w:p>
      <w:r>
        <w:t xml:space="preserve">23:33      (Speaker A)  Yeah. We get approved with subject to confirmation. Okay. And then like a little strainer on sucking in mug. Shut off and strainer. So motion to approve the solitude option. Subject to confirmation that it has the automatic shut off in the strainer. Yeah. All in favor? Any of his. </w:t>
      </w:r>
    </w:p>
    <w:p>
      <w:r>
        <w:t xml:space="preserve">24:02      (Speaker C)  All right. The maintenance contract. Technically you do already have a maintenance contract loosely in place for the previous fountain. Just note that I'm waiting on final numbers to come through which I'll have for the next meeting. Either way to confirm what the price increase is. Initial price was 2% and they seem to be holding that. But I haven't received a final estimate for that. So. </w:t>
      </w:r>
    </w:p>
    <w:p>
      <w:r>
        <w:t xml:space="preserve">24:28      (Speaker A)  So I think we can approve that as a not to exceed the 3% with the when they send in the renewal at 2. We could approve that. Does that work? </w:t>
      </w:r>
    </w:p>
    <w:p>
      <w:r>
        <w:t xml:space="preserve">24:37      (Speaker C)  That works for me. Yeah. </w:t>
      </w:r>
    </w:p>
    <w:p>
      <w:r>
        <w:t xml:space="preserve">24:38      (Speaker A)  To approve. Is there a second? All in favor? </w:t>
      </w:r>
    </w:p>
    <w:p>
      <w:r>
        <w:t xml:space="preserve">24:42      (Speaker C)  Okay. Aquatics maintenance. We already more or less discussed that. Again, we're waiting for that 3%. The 3% we just discussed was for the fountain maintenance. Are we also good with the aquatics fundraising continuing next year? With the 3% increase as presented, it's within your budget line. If you look at these field summary budget was 36,400. Price for the renewal as presented currently is 35,352 with the intention that it probably will come down about 1%. </w:t>
      </w:r>
    </w:p>
    <w:p>
      <w:r>
        <w:t xml:space="preserve">25:15      (Speaker A)  Is there a second? All in favor? Any opposed? </w:t>
      </w:r>
    </w:p>
    <w:p>
      <w:r>
        <w:t xml:space="preserve">25:21      (Speaker C)  Last item I had is holiday lighting. Two vendors. The incumbent is Sloan Lighting. They've been doing it for the last couple of years. Festival also asked to put in a proposal and they did. So at a glance, both are in a similar price bracket. I do think you get more from Sloan Lighting. Part of that may be because they've also had the infrastructure they've been using for the last couple of years to go into it either way. At 20 for festive low you get all three entrances in the amenity and with stone lighting you get all three entrances in the amenity center for 19 7. Sloan said they would do a three year contract and drop it to 18K as a holding price for three years. If you want to do a three year with them though it's not in the proposal there. I just confirm that. The individual each includes shuffles a little bit from what I can see, industrial glows. I do think you get a little bit more from Sloan Lighting with a similar price point. Thankfully some money comes in more less. Again, festive clothes coming in Colkey and doesn't have the infrastructure in the last couple of years. Probably Accounting for some of that. But nonetheless, I think, considering you've made the investment with Stone Lighting, as long as nobody has complained about them. </w:t>
      </w:r>
    </w:p>
    <w:p>
      <w:r>
        <w:t xml:space="preserve">26:32      (Speaker A)  What did you think last year, Emily? I think. </w:t>
      </w:r>
    </w:p>
    <w:p>
      <w:r>
        <w:t xml:space="preserve">26:36      (Speaker C)  I mean, I. They also keep the lights up throughout the year, so the entrance lighting was there. If any lights go out, we call them and they come out and check them. </w:t>
      </w:r>
    </w:p>
    <w:p>
      <w:r>
        <w:t xml:space="preserve">26:48      (Speaker A)  And are they doing stuff up at </w:t>
      </w:r>
    </w:p>
    <w:p>
      <w:r>
        <w:t xml:space="preserve">26:50      (Speaker C)  the Phase 61 and 2, the Phase 540A in Cunningham, and then the one at. What side of the street is it? San Pietro? I think it's to burn a loop in Cunningham. That's at day seven one </w:t>
      </w:r>
    </w:p>
    <w:p>
      <w:r>
        <w:t xml:space="preserve">27:05      (Speaker A)  years for 18. Yeah. </w:t>
      </w:r>
    </w:p>
    <w:p>
      <w:r>
        <w:t xml:space="preserve">27:11      (Speaker C)  So should be three years at the $18,000 a year for what they presented here, more or less. </w:t>
      </w:r>
    </w:p>
    <w:p>
      <w:r>
        <w:t xml:space="preserve">27:16      (Speaker A)  And then if we want to add the second amenity when that's built, we could add that to the as well. Do motion to approve for the three year for three years there. Second. Second. All in favor? Any opposed? All right, do that with Sloan Lighting. </w:t>
      </w:r>
    </w:p>
    <w:p>
      <w:r>
        <w:t xml:space="preserve">27:34      (Speaker C)  That is all I have. I think I had enough on there, please. </w:t>
      </w:r>
    </w:p>
    <w:p>
      <w:r>
        <w:t xml:space="preserve">27:39      (Speaker A)  All right, any questions for Marshall? Any other field items? All right, I have two items. First is approval of the check register that's included in the package for review. Anybody has any questions on those invoices, I'd be happy to answer. If not, we're just looking for a motion to approve. Is there a second? All in favor? Any opposed? Financial statements are also included in the package for review as well. If there's any questions on those, there's no action necessary from the board. Last thing that we have, I. We have a. We've advertised for a closed security session today. So when we're discussing certain security items that can be done without members of the public present. If you recall from the last meeting, we had a request to look at a new security vendor. So we have those proposals. I'm going to do the public comments first and then what we'll do, because we do have a member on the Zoom line and one here that we'll have to ask to. To leave. So we'll start with the public comments on the Zoom line. If you have a public comment on the Zoom line, you can use Zoom's raise hand feature to be called on now. All right, I don't see any here. I do have to ask you to go. </w:t>
      </w:r>
    </w:p>
    <w:p>
      <w:r>
        <w:t xml:space="preserve">28:47      (Speaker C)  Sorry. </w:t>
      </w:r>
    </w:p>
    <w:p>
      <w:r>
        <w:t xml:space="preserve">28:50      (Speaker A)  Yeah, sorry for that. Sorry. All right, so I'm going to turn off the recording on here, too. And Meredith, I'm just going to call you and put you on speaker, if that works. Sounds good. Thanks, Joe.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