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 xml:space="preserve">                                                                            Transcript                                                                          </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BEGINNING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br/>
        <w:br/>
        <w:br/>
      </w:r>
    </w:p>
    <w:p>
      <w:r>
        <w:t>CDD NAME:</w:t>
      </w:r>
      <w:r>
        <w:rPr>
          <w:b/>
          <w:color w:val="FF0000"/>
        </w:rPr>
        <w:br/>
        <w:tab/>
        <w:tab/>
        <w:tab/>
        <w:tab/>
        <w:t xml:space="preserve"> NPR</w:t>
        <w:br/>
        <w:br/>
        <w:br/>
      </w:r>
    </w:p>
    <w:p>
      <w:r>
        <w:t>START AND END TIME OF THE CDD MEETING FILE:</w:t>
      </w:r>
      <w:r>
        <w:rPr>
          <w:b/>
          <w:color w:val="FF0000"/>
        </w:rPr>
        <w:br/>
        <w:tab/>
        <w:tab/>
        <w:tab/>
        <w:tab/>
        <w:t xml:space="preserve"> August 21, 2026 at 10:00 AM</w:t>
      </w:r>
      <w:r>
        <w:rPr>
          <w:b/>
          <w:color w:val="FF0000"/>
        </w:rPr>
        <w:br/>
        <w:tab/>
        <w:tab/>
        <w:tab/>
        <w:tab/>
        <w:t xml:space="preserve"> August 21, 2026 at 10:36 AM</w:t>
        <w:br/>
        <w:br/>
        <w:br/>
      </w:r>
    </w:p>
    <w:p>
      <w:r>
        <w:t>AUDIO FILE NAME, FILE SIZE:</w:t>
      </w:r>
      <w:r>
        <w:rPr>
          <w:b/>
          <w:color w:val="FF0000"/>
        </w:rPr>
        <w:br/>
        <w:tab/>
        <w:tab/>
        <w:tab/>
        <w:tab/>
        <w:t xml:space="preserve"> VE_092426_R2.MP3</w:t>
      </w:r>
      <w:r>
        <w:rPr>
          <w:b/>
          <w:color w:val="FF0000"/>
        </w:rPr>
        <w:br/>
        <w:tab/>
        <w:tab/>
        <w:tab/>
        <w:tab/>
        <w:t xml:space="preserve"> 28610424</w:t>
        <w:br/>
        <w:br/>
        <w:br/>
      </w:r>
    </w:p>
    <w:p>
      <w:r>
        <w:t>DATE AUDIO FILE SUBMITTED TO THE GAT SYSTEM:</w:t>
      </w:r>
      <w:r>
        <w:rPr>
          <w:b/>
          <w:color w:val="FF0000"/>
        </w:rPr>
        <w:br/>
        <w:tab/>
        <w:tab/>
        <w:tab/>
        <w:tab/>
        <w:t xml:space="preserve"> September 28, 2026 at 12:51 PM</w:t>
        <w:br/>
        <w:br/>
        <w:br/>
      </w:r>
    </w:p>
    <w:p>
      <w:r>
        <w:t>DATE AUDIO FILE COMPLETED BY THE GAT SYSTEM:</w:t>
      </w:r>
      <w:r>
        <w:rPr>
          <w:b/>
          <w:color w:val="FF0000"/>
        </w:rPr>
        <w:br/>
        <w:tab/>
        <w:tab/>
        <w:tab/>
        <w:tab/>
        <w:t xml:space="preserve"> September 28, 2026 at 12:52 PM</w:t>
      </w:r>
      <w:r>
        <w:rPr>
          <w:b/>
          <w:color w:val="FF0000"/>
        </w:rPr>
        <w:br/>
        <w:tab/>
        <w:tab/>
        <w:tab/>
        <w:tab/>
        <w:t xml:space="preserve"> 00:18 ELAPSED TIME</w:t>
        <w:br/>
        <w:br/>
        <w:br/>
      </w:r>
    </w:p>
    <w:p>
      <w:r>
        <w:t>MEETING AGENDA:</w:t>
      </w:r>
      <w:r>
        <w:rPr>
          <w:b/>
          <w:color w:val="FF0000"/>
        </w:rPr>
        <w:br/>
        <w:br/>
        <w:br/>
        <w:tab/>
        <w:tab/>
        <w:tab/>
        <w:tab/>
        <w:t xml:space="preserve">  </w:t>
        <w:br/>
        <w:br/>
        <w:br/>
      </w:r>
    </w:p>
    <w:p>
      <w:r>
        <w:t xml:space="preserve">00:00      (Speaker A)  All right, </w:t>
      </w:r>
    </w:p>
    <w:p>
      <w:r>
        <w:t xml:space="preserve">00:03      (Speaker B)  I. If you guys hear noise, let me know and I'll mute myself. I. We're getting a new roof here and they're. Right now, they're up there with. I think they might be leaving soon, but for the day. But it's loud. It's very loud when you get a new roof. </w:t>
      </w:r>
    </w:p>
    <w:p>
      <w:r>
        <w:t xml:space="preserve">00:21      (Speaker C)  They're working at 6:30 at night, </w:t>
      </w:r>
    </w:p>
    <w:p>
      <w:r>
        <w:t xml:space="preserve">00:26      (Speaker D)  5:30 at night for. </w:t>
      </w:r>
    </w:p>
    <w:p>
      <w:r>
        <w:t xml:space="preserve">00:27      (Speaker B)  At 5:30 here. And they've been working from 7am to 7pm on this route. </w:t>
      </w:r>
    </w:p>
    <w:p>
      <w:r>
        <w:t xml:space="preserve">00:35      (Speaker D)  Wow. </w:t>
      </w:r>
    </w:p>
    <w:p>
      <w:r>
        <w:t xml:space="preserve">00:35      (Speaker B)  For the past. This is their third day of work. I don't today. They know they got here at like eight, a quarter to eight. So I don't know. Anyway, they've been working very hard. It's a big job. </w:t>
      </w:r>
    </w:p>
    <w:p>
      <w:r>
        <w:t xml:space="preserve">00:48      (Speaker C)  Let's get this meeting going. </w:t>
      </w:r>
    </w:p>
    <w:p>
      <w:r>
        <w:t xml:space="preserve">00:50      (Speaker D)  All right. We will go ahead and call the September 24, 2026 meeting of the Viera East Coast Community Development District. We'll start with roll call and we'll have each of the board members introduce themselves. </w:t>
      </w:r>
    </w:p>
    <w:p>
      <w:r>
        <w:t xml:space="preserve">00:59      (Speaker E)  And we'll start with Christine, Christina Rosine, </w:t>
      </w:r>
    </w:p>
    <w:p>
      <w:r>
        <w:t xml:space="preserve">01:01      (Speaker D)  Denise Yelvington, Ron Kristogi, Rob Dale, Drew Mueller, Jason Chow. And we have Jennifer, if you want to introduce yourself. </w:t>
      </w:r>
    </w:p>
    <w:p>
      <w:r>
        <w:t xml:space="preserve">01:13      (Speaker B)  Jennifer Debris. I follow him. </w:t>
      </w:r>
    </w:p>
    <w:p>
      <w:r>
        <w:t xml:space="preserve">01:14      (Speaker D)  Perfect. We have four of our board members present. We have one participating by phone. So we have our board. We'll do our pledge of allegiance </w:t>
      </w:r>
    </w:p>
    <w:p>
      <w:r>
        <w:t xml:space="preserve">01:24      (Speaker B)  to </w:t>
      </w:r>
    </w:p>
    <w:p>
      <w:r>
        <w:t xml:space="preserve">01:24      (Speaker A)  the flag of the United States of America and to the republic for which it stands, one nation under God, indivisible, with liberty and justice for all. </w:t>
      </w:r>
    </w:p>
    <w:p>
      <w:r>
        <w:t xml:space="preserve">01:38      (Speaker D)  The next item we have on our agenda is public comment, period. We can open it up for any members of the audience who'd like to provide comments. We ask that you please, please state your name and address. And please keep your comments for three </w:t>
      </w:r>
    </w:p>
    <w:p>
      <w:r>
        <w:t xml:space="preserve">01:48      (Speaker F)  minutes since I'm the only one here. </w:t>
      </w:r>
    </w:p>
    <w:p>
      <w:r>
        <w:t xml:space="preserve">01:52      (Speaker E)  Yura. </w:t>
      </w:r>
    </w:p>
    <w:p>
      <w:r>
        <w:t xml:space="preserve">01:53      (Speaker F)  My name is Rick Wagner. I live in 1436 Grand Isle Boulevard, Melbourne. And I just wanted to come to the meeting to thank the board and Mr. Moore for response. Last meeting, August meeting, we had about nine or 10 people here from Grand Isle and we expressed concerns about the lakes. Within a couple of days, I had sent some photos in to Mr. Muller. I think another one of the residents there did as well. Within a couple days, we had people out there working on the lakes. And again, I just want to. I don't know exactly what's been done. I want to thank the board and you for all your efforts in doing that. </w:t>
      </w:r>
    </w:p>
    <w:p>
      <w:r>
        <w:t xml:space="preserve">02:42      (Speaker A)  Thank you. Welcome. </w:t>
      </w:r>
    </w:p>
    <w:p>
      <w:r>
        <w:t xml:space="preserve">02:43      (Speaker E)  Thank you. </w:t>
      </w:r>
    </w:p>
    <w:p>
      <w:r>
        <w:t xml:space="preserve">02:44      (Speaker C)  Generally, we don't respond as you remember from the last meeting, but I just want to say thank you, Rick, for the way you guys handle that. You guys. We don't. Unless somebody comes and tells us what's going on, we're not going around taking a look at everyone's community. And. </w:t>
      </w:r>
    </w:p>
    <w:p>
      <w:r>
        <w:t xml:space="preserve">03:04      (Speaker F)  And to be honest with you, I am shocked that these communities like Grand Isle. I'm new to the subdivision, so I am shocked that people. That the board doesn't have somebody that represents the development like Grand Isle or the subdivision at these meetings. I mean, I think all the different communities in this environment, </w:t>
      </w:r>
    </w:p>
    <w:p>
      <w:r>
        <w:t xml:space="preserve">03:32      (Speaker C)  we tried that for a couple years. When we took over as a new board, we asked twice a year is what we asked for a representative from each community. And I believe the only two commute three communities, Auburn Lakes, the Golf Course and Fawn Ridge, were the only communities that took us up on it. </w:t>
      </w:r>
    </w:p>
    <w:p>
      <w:r>
        <w:t xml:space="preserve">03:52      (Speaker F)  I'm going to the next board meeting for Grand Island. I'm going to bring it up to. I think it's a. I think it's something that's necessary to keep you folks </w:t>
      </w:r>
    </w:p>
    <w:p>
      <w:r>
        <w:t xml:space="preserve">04:02      (Speaker C)  informed, keep us informed and then. And then back at you. Absolutely appreciate it. </w:t>
      </w:r>
    </w:p>
    <w:p>
      <w:r>
        <w:t xml:space="preserve">04:07      (Speaker B)  I want to add something, Rob. I want to add something to that. One of the things we do try to do as much as we can is make sure that the board members each represents a different community. So we do have at least five of the five member board. We had at least five of the communities. But we'd love to have more HOA participation like Rob said. </w:t>
      </w:r>
    </w:p>
    <w:p>
      <w:r>
        <w:t xml:space="preserve">04:26      (Speaker C)  Exactly. Yeah, like each one of the board members. Like we've got Bay Hill, Villages of Viera, East Hamk Trace and then Osprey represented on the board. So who knows, maybe at some point in time one of us NV or </w:t>
      </w:r>
    </w:p>
    <w:p>
      <w:r>
        <w:t xml:space="preserve">04:46      (Speaker B)  East Golf Community on the phone in the very. </w:t>
      </w:r>
    </w:p>
    <w:p>
      <w:r>
        <w:t xml:space="preserve">04:48      (Speaker C)  Yeah, various community. And then at some point in time we used to have. Dave Bedwell who lived in. In Grand Isle, was on the board the first couple years that I was. Was on. He was a wonderful part of the community and, you know, kept us informed and stuff. But we're glad you're here. </w:t>
      </w:r>
    </w:p>
    <w:p>
      <w:r>
        <w:t xml:space="preserve">05:10      (Speaker F)  Well, thank you very much. I appreciate it and again, thank you for all you have. </w:t>
      </w:r>
    </w:p>
    <w:p>
      <w:r>
        <w:t xml:space="preserve">05:14      (Speaker C)  You're very welcome. </w:t>
      </w:r>
    </w:p>
    <w:p>
      <w:r>
        <w:t xml:space="preserve">05:20      (Speaker D)  That there are no other members of the board present. We'll go on, keep going on with our agenda. The next item is the approval of minutes. We'll note that Jennifer has sent us just a couple small items which we'll make on the final changes. But other than that, we can take any other changes at this time or we can take a motion to approve. </w:t>
      </w:r>
    </w:p>
    <w:p>
      <w:r>
        <w:t xml:space="preserve">05:38      (Speaker A)  There's. Did. Did you catch the. I think there's a correction that's needed on page 18 of the minutes. </w:t>
      </w:r>
    </w:p>
    <w:p>
      <w:r>
        <w:t xml:space="preserve">05:53      (Speaker B)  You see the part I'm talking about 21 and 32. </w:t>
      </w:r>
    </w:p>
    <w:p>
      <w:r>
        <w:t xml:space="preserve">05:57      (Speaker A)  Okay. </w:t>
      </w:r>
    </w:p>
    <w:p>
      <w:r>
        <w:t xml:space="preserve">05:58      (Speaker B)  Not 18. </w:t>
      </w:r>
    </w:p>
    <w:p>
      <w:r>
        <w:t xml:space="preserve">05:59      (Speaker A)  This one says it's dropping from. There's a question. There's a sentence that says it's dropping from 139 to 108. Isn't it dropping from 139 to 8 or. No, sorry, from. It's the next sentence. Sorry. It's the one that says the 129. It's going to drop to eight. And it says 80. Yeah, I think it. </w:t>
      </w:r>
    </w:p>
    <w:p>
      <w:r>
        <w:t xml:space="preserve">06:20      (Speaker B)  Yeah. </w:t>
      </w:r>
    </w:p>
    <w:p>
      <w:r>
        <w:t xml:space="preserve">06:21      (Speaker A)  So there's a zero. </w:t>
      </w:r>
    </w:p>
    <w:p>
      <w:r>
        <w:t xml:space="preserve">06:21      (Speaker B)  Yeah. </w:t>
      </w:r>
    </w:p>
    <w:p>
      <w:r>
        <w:t xml:space="preserve">06:36      (Speaker D)  Any other changes? </w:t>
      </w:r>
    </w:p>
    <w:p>
      <w:r>
        <w:t xml:space="preserve">06:40      (Speaker A)  That's it for me. </w:t>
      </w:r>
    </w:p>
    <w:p>
      <w:r>
        <w:t xml:space="preserve">06:44      (Speaker B)  I'll make a motion. Okay. </w:t>
      </w:r>
    </w:p>
    <w:p>
      <w:r>
        <w:t xml:space="preserve">06:46      (Speaker E)  I'll make a motion to approve. </w:t>
      </w:r>
    </w:p>
    <w:p>
      <w:r>
        <w:t xml:space="preserve">06:48      (Speaker F)  Okay. </w:t>
      </w:r>
    </w:p>
    <w:p>
      <w:r>
        <w:t xml:space="preserve">06:49      (Speaker C)  So we have a motion by Christina. </w:t>
      </w:r>
    </w:p>
    <w:p>
      <w:r>
        <w:t xml:space="preserve">06:51      (Speaker E)  Yes, sir. </w:t>
      </w:r>
    </w:p>
    <w:p>
      <w:r>
        <w:t xml:space="preserve">06:52      (Speaker C)  And seconded by Denise, I think she was. They were. They were fighting over. </w:t>
      </w:r>
    </w:p>
    <w:p>
      <w:r>
        <w:t xml:space="preserve">06:57      (Speaker B)  We were </w:t>
      </w:r>
    </w:p>
    <w:p>
      <w:r>
        <w:t xml:space="preserve">06:59      (Speaker A)  seconded as amended. </w:t>
      </w:r>
    </w:p>
    <w:p>
      <w:r>
        <w:t xml:space="preserve">07:01      (Speaker C)  All right, Any discussion? All in favor? </w:t>
      </w:r>
    </w:p>
    <w:p>
      <w:r>
        <w:t xml:space="preserve">07:04      (Speaker A)  Aye. </w:t>
      </w:r>
    </w:p>
    <w:p>
      <w:r>
        <w:t xml:space="preserve">07:06      (Speaker B)  Aye. </w:t>
      </w:r>
    </w:p>
    <w:p>
      <w:r>
        <w:t xml:space="preserve">07:11      (Speaker D)  Items for new business. And then under old business, we've just got our action items list. I know Jim will have some updates on the park improvements as well as the simulator and again on the waterway warriors agreement. I'm just waiting on them to do some back to do some negotiations with Mecca at this point. So we may just remove that one until we get any further updates. With that, I'll turn it over to Jim. All right. </w:t>
      </w:r>
    </w:p>
    <w:p>
      <w:r>
        <w:t xml:space="preserve">07:36      (Speaker G)  Just fairly quick start with CD maintenance. The fountain head fall rage has been. Just came back from repairs. All repairs were warrantied by Casco Pumps. As soon as the weather kind of gives the guys a little break in the action, we'll resell that, that fountain, get that back up and running, and hopefully we can have it running for more than a couple months before something else breaks. </w:t>
      </w:r>
    </w:p>
    <w:p>
      <w:r>
        <w:t xml:space="preserve">07:59      (Speaker C)  And I had one of the HOA members from Fawn Ridge contact this week, and they were asking about what's going on with Fountains, and I was able to give them the update on it. They were very happy with that. </w:t>
      </w:r>
    </w:p>
    <w:p>
      <w:r>
        <w:t xml:space="preserve">08:11      (Speaker F)  Perfect. </w:t>
      </w:r>
    </w:p>
    <w:p>
      <w:r>
        <w:t xml:space="preserve">08:11      (Speaker C)  Perfect. </w:t>
      </w:r>
    </w:p>
    <w:p>
      <w:r>
        <w:t xml:space="preserve">08:12      (Speaker A)  Perfect. Yeah. </w:t>
      </w:r>
    </w:p>
    <w:p>
      <w:r>
        <w:t xml:space="preserve">08:15      (Speaker G)  Other than that, the guys have been going around, they've been doing a lot of work. Grand Isle, there's still actually quite a. Quite a bit of work in there. I walked around with Tom for a couple days in there. Some of the areas that the guys had cleaned out years ago, once they got rid of a lot of the invasives, a lot of native plants moved in and it just became very. Just overpopulated. So we're coming up with a game plan that basically anything that's invasive has to go and try to keep the natives to a reasonable population, you know, we just don't want, you know, the saltbush and the primrose and things like that just become so over overgrown. Nothing, no airflow, nothing else can go. So they're going to keep trying to keep all the data spinned out and keep everything up the sky. </w:t>
      </w:r>
    </w:p>
    <w:p>
      <w:r>
        <w:t xml:space="preserve">09:03      (Speaker C)  What about trees and stuff like that? </w:t>
      </w:r>
    </w:p>
    <w:p>
      <w:r>
        <w:t xml:space="preserve">09:05      (Speaker G)  Were there any dead trees, any deadlands they are removing? Same thing with behind properties. To the reserve. Anything that can threaten property or life. Probably within the next month we'll be going through with the American shoreline and pinpointing all of our shoreline restorations for this upcoming fiscal year. So we get that going. Golf course maintenance guys have been doing a great job in the course all summer. Growing days are starting to wind down, but we're still putting work in. Yesterday we did attend a seminar on El Nino which is we're just entering the El Nino weather pattern. Basically the warming of the Pacific Ocean causing the upper bumper level winds. The name escapes me right now in a second. But they, they have it on a scale of intensity and they're basically. If Anyone remembers the 1997, 1998 El Nino season, what we can expect this year is anywhere from 5 to 6 inches above our normal rainfall amounts for each month from December until about March. Anytime a cool front passes our way, we should see increased tornadic activity. Those little nice cool days that follow a cold front will probably more be more just overcast and windy. So it's not going to be a great winter. </w:t>
      </w:r>
    </w:p>
    <w:p>
      <w:r>
        <w:t xml:space="preserve">10:45      (Speaker C)  Going to be a lot of rain as to the way you're saying, a lot of rain. </w:t>
      </w:r>
    </w:p>
    <w:p>
      <w:r>
        <w:t xml:space="preserve">10:53      (Speaker G)  To see. We'll try to make the best of the golf course as far as getting playthrough. We need to start, you know, just doing some walking, marketing days and stuff like that to where if we know we have a front coming, we're expecting X amount of inches of rain. We can run some walking specials and do things like that just to keep the golf carts off the courses. </w:t>
      </w:r>
    </w:p>
    <w:p>
      <w:r>
        <w:t xml:space="preserve">11:14      (Speaker C)  So one of the things that does that makes this board decision to do the simulator </w:t>
      </w:r>
    </w:p>
    <w:p>
      <w:r>
        <w:t xml:space="preserve">11:21      (Speaker E)  even better. </w:t>
      </w:r>
    </w:p>
    <w:p>
      <w:r>
        <w:t xml:space="preserve">11:22      (Speaker G)  But we only have one. </w:t>
      </w:r>
    </w:p>
    <w:p>
      <w:r>
        <w:t xml:space="preserve">11:23      (Speaker D)  We only have one. </w:t>
      </w:r>
    </w:p>
    <w:p>
      <w:r>
        <w:t xml:space="preserve">11:24      (Speaker C)  Yeah, well, maybe we'll get 15 more. </w:t>
      </w:r>
    </w:p>
    <w:p>
      <w:r>
        <w:t xml:space="preserve">11:27      (Speaker E)  It was raining when the sun was shining today. Twice during both of my recesses. </w:t>
      </w:r>
    </w:p>
    <w:p>
      <w:r>
        <w:t xml:space="preserve">11:32      (Speaker G)  That's Florida sunshine. </w:t>
      </w:r>
    </w:p>
    <w:p>
      <w:r>
        <w:t xml:space="preserve">11:33      (Speaker E)  Oh my gosh. </w:t>
      </w:r>
    </w:p>
    <w:p>
      <w:r>
        <w:t xml:space="preserve">11:36      (Speaker G)  But yeah, just, just be prepared for a very unpleasant one. Financials. We all got our August numbers. Golf lost 22,000 in August. Last year we lost 34. So a little bit better. A lot of it is the staff has been really punching down on expenditures this time here, especially as we hit our fiscal year. Same thing with the restaurant. Restaurant lost 1400. For last year, we lost 2400. Our total net for August was a 20, $23,000 loss. Last August, we lost $36,000. So year to date, our net profits are still sitting at 285,000. So it's going to be real close to hit our $250,000 goal, especially with the weather we've been experiencing these last two weeks. But I know as far as the restaurant's concerned, I've seen a cook, a server, so </w:t>
      </w:r>
    </w:p>
    <w:p>
      <w:r>
        <w:t xml:space="preserve">12:34      (Speaker C)  he's done exactly what we asked on. </w:t>
      </w:r>
    </w:p>
    <w:p>
      <w:r>
        <w:t xml:space="preserve">12:36      (Speaker G)  As far as the golf operations, we try to keep the car barn as clean as possible, keep the pas and the starters as lean as possible. So there's really not much, not much more shading we could. We can do. </w:t>
      </w:r>
    </w:p>
    <w:p>
      <w:r>
        <w:t xml:space="preserve">12:50      (Speaker A)  We just. </w:t>
      </w:r>
    </w:p>
    <w:p>
      <w:r>
        <w:t xml:space="preserve">12:51      (Speaker G)  We just need to get some revenue in here. </w:t>
      </w:r>
    </w:p>
    <w:p>
      <w:r>
        <w:t xml:space="preserve">12:52      (Speaker C)  Salaries don't stop just because it's raining, pretty much. </w:t>
      </w:r>
    </w:p>
    <w:p>
      <w:r>
        <w:t xml:space="preserve">12:55      (Speaker D)  Well, somewhat. </w:t>
      </w:r>
    </w:p>
    <w:p>
      <w:r>
        <w:t xml:space="preserve">12:57      (Speaker G)  Name salaries. </w:t>
      </w:r>
    </w:p>
    <w:p>
      <w:r>
        <w:t xml:space="preserve">12:58      (Speaker C)  Not the salaries thing. We can do control. </w:t>
      </w:r>
    </w:p>
    <w:p>
      <w:r>
        <w:t xml:space="preserve">13:02      (Speaker G)  And that's the thing with Darren and Dave in the golf shop. You know, they make sure they send, you know, pro shop tenants home. So this way they're there anyway so they can answer a phone, they can take a tee time for the next day or answer any questions. So, yeah, everyone's doing a really good job at that. With that being said, so far in September, Golf's down about eight grand over last September. We're sitting at 105 as of yesterday. Food and beverage is down six grand as of yesterday. I mean, even like today, I think we were at like 300 bucks until Bert and I. So Bert and I just want to say this tonight because it was. It was a good crowd near when I left. </w:t>
      </w:r>
    </w:p>
    <w:p>
      <w:r>
        <w:t xml:space="preserve">13:43      (Speaker C)  This is why we went to the. I know we get the joking comments sometimes about the weekend and the evening activities, but that's especially in weather like this. That's. </w:t>
      </w:r>
    </w:p>
    <w:p>
      <w:r>
        <w:t xml:space="preserve">13:58      (Speaker F)  Yeah. </w:t>
      </w:r>
    </w:p>
    <w:p>
      <w:r>
        <w:t xml:space="preserve">13:58      (Speaker G)  When we have weeks. When we have weeks like this, the Friday night karaoke, the Saturday night music on the patios, the sassy Saturdays, the golf tournaments we had. I mean, the golf tournament we had this past Friday with the Junior Achievement, it was an $18,000 day. So between golf and. And food and beverage, we had 13,000 hours in golf and $5,000 in a restaurant. So that was a really, really good Friday. But yeah, so like, in September, we. We've either been closed or have only had the back night open for eight out of the 24 days so far this. This month. </w:t>
      </w:r>
    </w:p>
    <w:p>
      <w:r>
        <w:t xml:space="preserve">14:35      (Speaker A)  So this is where I wish we had signs, because if we had Signs up on the road. I feel like we could be advertising to bring people back in, you know, when the golf course is empty but we don't have signs. Yeah, but not right there. </w:t>
      </w:r>
    </w:p>
    <w:p>
      <w:r>
        <w:t xml:space="preserve">14:49      (Speaker C)  Yeah, the banners is what you're. </w:t>
      </w:r>
    </w:p>
    <w:p>
      <w:r>
        <w:t xml:space="preserve">14:51      (Speaker A)  Yeah, I mean just road signs like right there. So people know. </w:t>
      </w:r>
    </w:p>
    <w:p>
      <w:r>
        <w:t xml:space="preserve">14:56      (Speaker C)  I think that's coming up. </w:t>
      </w:r>
    </w:p>
    <w:p>
      <w:r>
        <w:t xml:space="preserve">14:58      (Speaker A)  Hopefully. </w:t>
      </w:r>
    </w:p>
    <w:p>
      <w:r>
        <w:t xml:space="preserve">14:59      (Speaker G)  Yes. Working on those. Actually have a question for you later. Yeah, other than that, October we have a big Dr. Horton national nationwide Tournament. They have a full field of 144 players. So that should be another really big profitable event we can add to our rotation. We have the Shepherd's men on November 6th. They're probably going to be about that one actually. I know they're at 148. </w:t>
      </w:r>
    </w:p>
    <w:p>
      <w:r>
        <w:t xml:space="preserve">15:26      (Speaker F)  Oh, wow. </w:t>
      </w:r>
    </w:p>
    <w:p>
      <w:r>
        <w:t xml:space="preserve">15:27      (Speaker G)  Mason asked if we can go over because the 144 and said let's, let's do it. So they just, they're running, expect a very slow day. But they just have so much outpour to play in that tournament and all their vendors, it goes through such a great chattery. So Shepherd's Men is basically an organization I believe throughout Atlanta and they rehabilitate wounded veterans, find them homes, find them jobs, get them on the right track. So it's a really great organization. </w:t>
      </w:r>
    </w:p>
    <w:p>
      <w:r>
        <w:t xml:space="preserve">16:04      (Speaker C)  The worst of the worst. </w:t>
      </w:r>
    </w:p>
    <w:p>
      <w:r>
        <w:t xml:space="preserve">16:06      (Speaker G)  The spinal actually was telling us a story when we had our preterm meeting the other week. One of their occupational therapists was a patient of their years ago. Because of the help that he received, he went back, got his master's degree in occasional occupational therapy. He now works on, works with them, helping others. </w:t>
      </w:r>
    </w:p>
    <w:p>
      <w:r>
        <w:t xml:space="preserve">16:32      (Speaker A)  Is this connected to the Shepherd Hospital in Atlanta for brain and spinal injuries? </w:t>
      </w:r>
    </w:p>
    <w:p>
      <w:r>
        <w:t xml:space="preserve">16:38      (Speaker G)  Don't quote me, but I want to say yes. </w:t>
      </w:r>
    </w:p>
    <w:p>
      <w:r>
        <w:t xml:space="preserve">16:40      (Speaker A)  My dad was in that hospital. That's shocking. Now I'm putting like pieces together. </w:t>
      </w:r>
    </w:p>
    <w:p>
      <w:r>
        <w:t xml:space="preserve">16:45      (Speaker C)  Wow. </w:t>
      </w:r>
    </w:p>
    <w:p>
      <w:r>
        <w:t xml:space="preserve">16:46      (Speaker A)  Okay. I didn't know that was connected. That's interesting. </w:t>
      </w:r>
    </w:p>
    <w:p>
      <w:r>
        <w:t xml:space="preserve">16:49      (Speaker E)  Well, that's really cool. </w:t>
      </w:r>
    </w:p>
    <w:p>
      <w:r>
        <w:t xml:space="preserve">16:50      (Speaker A)  Yeah. Wow. </w:t>
      </w:r>
    </w:p>
    <w:p>
      <w:r>
        <w:t xml:space="preserve">16:52      (Speaker G)  And then the following week is I have my golf course superintendent tournament. So we'll have probably about 120 players from all over state Florida that are all golf course maintenance directors, agronomy golf course superintendents from Miami to Jacksonville to Tampa to Calabasi. </w:t>
      </w:r>
    </w:p>
    <w:p>
      <w:r>
        <w:t xml:space="preserve">17:13      (Speaker D)  So. </w:t>
      </w:r>
    </w:p>
    <w:p>
      <w:r>
        <w:t xml:space="preserve">17:13      (Speaker E)  Wow. </w:t>
      </w:r>
    </w:p>
    <w:p>
      <w:r>
        <w:t xml:space="preserve">17:14      (Speaker G)  There should be a great day. Other than that, like I said, finally got the permanent hand for the patio. We'll start demo on Monday and get. Get everything rolling. </w:t>
      </w:r>
    </w:p>
    <w:p>
      <w:r>
        <w:t xml:space="preserve">17:25      (Speaker F)  We should. </w:t>
      </w:r>
    </w:p>
    <w:p>
      <w:r>
        <w:t xml:space="preserve">17:26      (Speaker G)  We should be finished in about 45 to 60 days. As far as the patio, did we </w:t>
      </w:r>
    </w:p>
    <w:p>
      <w:r>
        <w:t xml:space="preserve">17:31      (Speaker C)  find anything about paper? </w:t>
      </w:r>
    </w:p>
    <w:p>
      <w:r>
        <w:t xml:space="preserve">17:34      (Speaker G)  No. So other than that, as far as the restaurant, not really much to say on that. </w:t>
      </w:r>
    </w:p>
    <w:p>
      <w:r>
        <w:t xml:space="preserve">17:42      (Speaker D)  Just. </w:t>
      </w:r>
    </w:p>
    <w:p>
      <w:r>
        <w:t xml:space="preserve">17:43      (Speaker G)  I know Ajay's just doing a great job of controlling labor. He's working on streamlining the menu. Not really removing a lot of things, but just kind of tightening it up a little bit. And then the post that Michelle had put out about, we offer, you know, private events and things like that. So we've done a couple things like that. We had the bass mark county administrators last week. </w:t>
      </w:r>
    </w:p>
    <w:p>
      <w:r>
        <w:t xml:space="preserve">18:12      (Speaker E)  That's right. </w:t>
      </w:r>
    </w:p>
    <w:p>
      <w:r>
        <w:t xml:space="preserve">18:13      (Speaker G)  We had a group of 50 yesterday. </w:t>
      </w:r>
    </w:p>
    <w:p>
      <w:r>
        <w:t xml:space="preserve">18:15      (Speaker E)  Awesome. </w:t>
      </w:r>
    </w:p>
    <w:p>
      <w:r>
        <w:t xml:space="preserve">18:16      (Speaker G)  Been doing quite a few small events, so they've been. That's really been helping. </w:t>
      </w:r>
    </w:p>
    <w:p>
      <w:r>
        <w:t xml:space="preserve">18:20      (Speaker C)  Helps us get through the lean times when it's raining every day. </w:t>
      </w:r>
    </w:p>
    <w:p>
      <w:r>
        <w:t xml:space="preserve">18:22      (Speaker G)  Yes, it does. Yes, it does. Other than that, that's all I have. </w:t>
      </w:r>
    </w:p>
    <w:p>
      <w:r>
        <w:t xml:space="preserve">18:32      (Speaker E)  Just curious, is Andrey going to do a. Like a fall themed menu like he did for summer? Is it out right now? </w:t>
      </w:r>
    </w:p>
    <w:p>
      <w:r>
        <w:t xml:space="preserve">18:38      (Speaker G)  How do you miss that shepherd's pie? </w:t>
      </w:r>
    </w:p>
    <w:p>
      <w:r>
        <w:t xml:space="preserve">18:41      (Speaker A)  It's a chicken barbecue. A chicken barbecue. Flatbread. </w:t>
      </w:r>
    </w:p>
    <w:p>
      <w:r>
        <w:t xml:space="preserve">18:45      (Speaker C)  Chicken pie. I just had it yesterday. </w:t>
      </w:r>
    </w:p>
    <w:p>
      <w:r>
        <w:t xml:space="preserve">18:49      (Speaker B)  I'm not like, I'm not a chicken slap. </w:t>
      </w:r>
    </w:p>
    <w:p>
      <w:r>
        <w:t xml:space="preserve">18:52      (Speaker G)  Actually, I was just watching this fresh before. I was still in my office. He was making a shepherd's. Anyway, we have a flatbread. You can either do a barbecue chicken or a chicken bacon ranch. </w:t>
      </w:r>
    </w:p>
    <w:p>
      <w:r>
        <w:t xml:space="preserve">19:06      (Speaker C)  Well, I don't know about the summer, but I will say the wings for whatever. Whatever they're doing over the past couple months. Wings are being back to being. </w:t>
      </w:r>
    </w:p>
    <w:p>
      <w:r>
        <w:t xml:space="preserve">19:19      (Speaker E)  That's awesome. Okay, great. </w:t>
      </w:r>
    </w:p>
    <w:p>
      <w:r>
        <w:t xml:space="preserve">19:22      (Speaker F)  Thank you. </w:t>
      </w:r>
    </w:p>
    <w:p>
      <w:r>
        <w:t xml:space="preserve">19:23      (Speaker G)  Yeah, we just had. We just had Lowe's order, what, 400. 400 wings the other day for one of their little events, so. </w:t>
      </w:r>
    </w:p>
    <w:p>
      <w:r>
        <w:t xml:space="preserve">19:34      (Speaker C)  All right, Jason. </w:t>
      </w:r>
    </w:p>
    <w:p>
      <w:r>
        <w:t xml:space="preserve">19:35      (Speaker D)  The only item I've got is we just realized that we were notified by the church today that the November 5th workshop, they actually have a conflict with this room. So we won't be able to use this room for November 5th. So just keep that in mind. If we need to change it to the. To the. We can change it right back at the. The course if we need to regular office. </w:t>
      </w:r>
    </w:p>
    <w:p>
      <w:r>
        <w:t xml:space="preserve">19:53      (Speaker C)  Why don't we go ahead and just do that and </w:t>
      </w:r>
    </w:p>
    <w:p>
      <w:r>
        <w:t xml:space="preserve">19:59      (Speaker D)  if there's no business we can just look to handle. </w:t>
      </w:r>
    </w:p>
    <w:p>
      <w:r>
        <w:t xml:space="preserve">20:01      (Speaker C)  Well, no, I'd actually like to use that as a. </w:t>
      </w:r>
    </w:p>
    <w:p>
      <w:r>
        <w:t xml:space="preserve">20:04      (Speaker B)  Okay. </w:t>
      </w:r>
    </w:p>
    <w:p>
      <w:r>
        <w:t xml:space="preserve">20:05      (Speaker C)  As a workshop. We'll kind of make it a hybrid restaurant type meeting like we do. But the reason why I think that timing would be wonderful is our patio should be done. </w:t>
      </w:r>
    </w:p>
    <w:p>
      <w:r>
        <w:t xml:space="preserve">20:17      (Speaker B)  Yeah. </w:t>
      </w:r>
    </w:p>
    <w:p>
      <w:r>
        <w:t xml:space="preserve">20:17      (Speaker A)  Perfect. </w:t>
      </w:r>
    </w:p>
    <w:p>
      <w:r>
        <w:t xml:space="preserve">20:17      (Speaker C)  And I would like everybody to see that and be able to comment and bring gym. </w:t>
      </w:r>
    </w:p>
    <w:p>
      <w:r>
        <w:t xml:space="preserve">20:22      (Speaker D)  The simulator should be awesome. </w:t>
      </w:r>
    </w:p>
    <w:p>
      <w:r>
        <w:t xml:space="preserve">20:24      (Speaker B)  Yeah, that's the nights before shepherds. Is that okay. </w:t>
      </w:r>
    </w:p>
    <w:p>
      <w:r>
        <w:t xml:space="preserve">20:28      (Speaker D)  Facility tour over there with everybody in them. </w:t>
      </w:r>
    </w:p>
    <w:p>
      <w:r>
        <w:t xml:space="preserve">20:31      (Speaker C)  Yeah, we're not. </w:t>
      </w:r>
    </w:p>
    <w:p>
      <w:r>
        <w:t xml:space="preserve">20:31      (Speaker B)  Yeah. </w:t>
      </w:r>
    </w:p>
    <w:p>
      <w:r>
        <w:t xml:space="preserve">20:32      (Speaker C)  We're not. We're just setting chairs out in the. In the pro shop like we always do. </w:t>
      </w:r>
    </w:p>
    <w:p>
      <w:r>
        <w:t xml:space="preserve">20:36      (Speaker D)  So, yeah, I'll just make sure I come. Since it was advertised. I'll just put a sign on the door just to let people know that it's over at the. They'll give you here over in your office, and then we'll. We'll move it there. </w:t>
      </w:r>
    </w:p>
    <w:p>
      <w:r>
        <w:t xml:space="preserve">20:44      (Speaker C)  Yeah, Yeah, I would like that. I think that'd be good for the board and anybody. If Rick wants to come over and hang out with us, you know, we'll do the meeting. </w:t>
      </w:r>
    </w:p>
    <w:p>
      <w:r>
        <w:t xml:space="preserve">20:55      (Speaker F)  Come on, Rick. </w:t>
      </w:r>
    </w:p>
    <w:p>
      <w:r>
        <w:t xml:space="preserve">20:56      (Speaker C)  We'll get him some chicken wings. </w:t>
      </w:r>
    </w:p>
    <w:p>
      <w:r>
        <w:t xml:space="preserve">20:59      (Speaker F)  I'm a big wingman. </w:t>
      </w:r>
    </w:p>
    <w:p>
      <w:r>
        <w:t xml:space="preserve">21:00      (Speaker E)  I love it. </w:t>
      </w:r>
    </w:p>
    <w:p>
      <w:r>
        <w:t xml:space="preserve">21:01      (Speaker C)  There you go. </w:t>
      </w:r>
    </w:p>
    <w:p>
      <w:r>
        <w:t xml:space="preserve">21:01      (Speaker D)  That's all I got. </w:t>
      </w:r>
    </w:p>
    <w:p>
      <w:r>
        <w:t xml:space="preserve">21:05      (Speaker C)  All right. Lifestyle marketing. I know she's been hammering away this week with. With ads and like with Jim just shared where we are trying to get out to the community. We've heard through the restaurant manager that we've been contacted by a number of groups for private events. Pretty much the going forward instructions we've shared with Ajay is like this board has always said that at least a portion of the restaurant has to be open to the public. But with the new patio and its capacity, I envision we'll be able to do a tremendous amount of business there and be able to attract some decent groups. And we've already got one corporation that we talked to yesterday. They're a really good local corporation. So. Looking forward to that. Let's move on to the check register. Checkers report. </w:t>
      </w:r>
    </w:p>
    <w:p>
      <w:r>
        <w:t xml:space="preserve">22:11      (Speaker D)  We've got check 6034 through 606633879 through 33941. And it's grand total of $155,326.49. And obviously Jim and I can answer any questions on those invoices that follow. </w:t>
      </w:r>
    </w:p>
    <w:p>
      <w:r>
        <w:t xml:space="preserve">22:33      (Speaker C)  Any discussion? </w:t>
      </w:r>
    </w:p>
    <w:p>
      <w:r>
        <w:t xml:space="preserve">22:37      (Speaker B)  No. </w:t>
      </w:r>
    </w:p>
    <w:p>
      <w:r>
        <w:t xml:space="preserve">22:42      (Speaker A)  I'll make a motion to approve the check register. </w:t>
      </w:r>
    </w:p>
    <w:p>
      <w:r>
        <w:t xml:space="preserve">22:44      (Speaker E)  I'll second. </w:t>
      </w:r>
    </w:p>
    <w:p>
      <w:r>
        <w:t xml:space="preserve">22:45      (Speaker C)  We have a second. Any discussion? All in favor? </w:t>
      </w:r>
    </w:p>
    <w:p>
      <w:r>
        <w:t xml:space="preserve">22:50      (Speaker E)  Aye. </w:t>
      </w:r>
    </w:p>
    <w:p>
      <w:r>
        <w:t xml:space="preserve">22:54      (Speaker D)  Then just on your balance sheet income statement again, as always, there's no action required by the board. We are doing business budget to actuals in your general fund. And I think as I reported last time, we're over 100% collected on assessments. So we're in great shape. </w:t>
      </w:r>
    </w:p>
    <w:p>
      <w:r>
        <w:t xml:space="preserve">23:07      (Speaker C)  We're at our 101. </w:t>
      </w:r>
    </w:p>
    <w:p>
      <w:r>
        <w:t xml:space="preserve">23:09      (Speaker D)  We are. </w:t>
      </w:r>
    </w:p>
    <w:p>
      <w:r>
        <w:t xml:space="preserve">23:09      (Speaker C)  That's my objective. Every year we get 101%. I still am not completely clear how that's possible. Jason just claimed it 20 times and he doesn't have to. I kind of have a rough idea, but I still Think that's neat, how we can collect 101%. </w:t>
      </w:r>
    </w:p>
    <w:p>
      <w:r>
        <w:t xml:space="preserve">23:28      (Speaker E)  Yeah. </w:t>
      </w:r>
    </w:p>
    <w:p>
      <w:r>
        <w:t xml:space="preserve">23:28      (Speaker D)  In short, we benefit if. If you don't pay your tax bill on November 30th. By November 30th. </w:t>
      </w:r>
    </w:p>
    <w:p>
      <w:r>
        <w:t xml:space="preserve">23:33      (Speaker C)  Right. You get a little extra. </w:t>
      </w:r>
    </w:p>
    <w:p>
      <w:r>
        <w:t xml:space="preserve">23:37      (Speaker D)  So that's all that I got. We can go to supervisor request. </w:t>
      </w:r>
    </w:p>
    <w:p>
      <w:r>
        <w:t xml:space="preserve">23:40      (Speaker C)  Good deal, Christina. </w:t>
      </w:r>
    </w:p>
    <w:p>
      <w:r>
        <w:t xml:space="preserve">23:44      (Speaker E)  Well, I have been speaking with Ms. Terry Moss, and she has decided. She's. She's disappointed, but she has decided to withdraw the CDD's name from her Stormwater Workshop. She's going to continue on with it, and she's going to be advertising it. I'm not 100% sure where she's going to be advertising it now. She's going to be getting businesses involved, but she's going to continue on. She wanted to come tonight, but she unfortunately fell in her room herself walking the dog. So I think that the Stormwater Ranger program is going to continue on under Ms. Mott's leadership, but we are now officially just not working with her on that. </w:t>
      </w:r>
    </w:p>
    <w:p>
      <w:r>
        <w:t xml:space="preserve">24:46      (Speaker C)  Because I. I think we've. This is more an acronym for jason. But my understanding. Correct me if I'm wrong, but my understanding is an individual contacted our attorneys up in Orlando, and I don't know if we get billed for that. I am all, I will say generic. I don't want to, like, throw names around or get my facts wrong or anything like that. But as a sitting board member, I would not call our attorneys up without the acknowledged permission of the board to do so to obligate this district for a legal expense that somebody has no authority to do so so that. I don't know if that is what happened or if she was just kind of farmed off. I don't think we need to get into it in the board meeting. My point is, is I want to just make sure that we're all very clear that nobody has the authority to call up the district attorney. </w:t>
      </w:r>
    </w:p>
    <w:p>
      <w:r>
        <w:t xml:space="preserve">25:57      (Speaker D)  Most of our attorneys are very good about that. They understand that is a forwarded voicemail. So I'll be keeping an eye out for the invoices when they come in, and I will. If there is a charge for the secretary who essentially just forwarded the voicemail, kindly ask. That was not an expense, and the board feels like they should occur. </w:t>
      </w:r>
    </w:p>
    <w:p>
      <w:r>
        <w:t xml:space="preserve">26:17      (Speaker F)  Right. Yeah. </w:t>
      </w:r>
    </w:p>
    <w:p>
      <w:r>
        <w:t xml:space="preserve">26:18      (Speaker C)  I'm nice about this. </w:t>
      </w:r>
    </w:p>
    <w:p>
      <w:r>
        <w:t xml:space="preserve">26:21      (Speaker D)  We've also removed that number from the website so that it's. </w:t>
      </w:r>
    </w:p>
    <w:p>
      <w:r>
        <w:t xml:space="preserve">26:24      (Speaker C)  Yes, yes. Yeah. I'm gonna chalk it up to </w:t>
      </w:r>
    </w:p>
    <w:p>
      <w:r>
        <w:t xml:space="preserve">26:30      (Speaker D)  exuberance. </w:t>
      </w:r>
    </w:p>
    <w:p>
      <w:r>
        <w:t xml:space="preserve">26:30      (Speaker C)  Exuberance. Thank you. </w:t>
      </w:r>
    </w:p>
    <w:p>
      <w:r>
        <w:t xml:space="preserve">26:32      (Speaker E)  I like that. </w:t>
      </w:r>
    </w:p>
    <w:p>
      <w:r>
        <w:t xml:space="preserve">26:33      (Speaker C)  Exuberance. </w:t>
      </w:r>
    </w:p>
    <w:p>
      <w:r>
        <w:t xml:space="preserve">26:34      (Speaker E)  That's a great word, but exuberance. </w:t>
      </w:r>
    </w:p>
    <w:p>
      <w:r>
        <w:t xml:space="preserve">26:37      (Speaker C)  Does not indebted this district. </w:t>
      </w:r>
    </w:p>
    <w:p>
      <w:r>
        <w:t xml:space="preserve">26:41      (Speaker D)  I will say almost all of the CD attorneys are very cognizant of that. That they just don't do things without board direction or because someone calls and </w:t>
      </w:r>
    </w:p>
    <w:p>
      <w:r>
        <w:t xml:space="preserve">26:49      (Speaker C)  asks, even, even I, as just a board member, everybody's saying yes for us. We would like you to contact that person. </w:t>
      </w:r>
    </w:p>
    <w:p>
      <w:r>
        <w:t xml:space="preserve">26:57      (Speaker D)  Well, you guys, I'll be clear. You guys have full authority to talk to them. </w:t>
      </w:r>
    </w:p>
    <w:p>
      <w:r>
        <w:t xml:space="preserve">27:01      (Speaker F)  That's. </w:t>
      </w:r>
    </w:p>
    <w:p>
      <w:r>
        <w:t xml:space="preserve">27:01      (Speaker D)  That's your district council. </w:t>
      </w:r>
    </w:p>
    <w:p>
      <w:r>
        <w:t xml:space="preserve">27:03      (Speaker B)  Right. </w:t>
      </w:r>
    </w:p>
    <w:p>
      <w:r>
        <w:t xml:space="preserve">27:03      (Speaker D)  You don't need permission. But citizens, ordinarily, they just won't do that unless the board has given them permission. </w:t>
      </w:r>
    </w:p>
    <w:p>
      <w:r>
        <w:t xml:space="preserve">27:10      (Speaker A)  I mean, that's the whole point of being an elected representative. Right. Like we're supposed to represent them. They don't have to go over our head to the attorney. </w:t>
      </w:r>
    </w:p>
    <w:p>
      <w:r>
        <w:t xml:space="preserve">27:21      (Speaker B)  I have something to add to this, and one of the things that I've been thinking about with the situation is that it might be helpful for us to have a written policy around when residents want to do events and they want to do events with this in the CDD's facilities or with their blessing or with. I mean, each one comes to us and we, we make a decision. We ask them what they're planning to do and we provide guidance. And we provided verbal guidance quite a bit. But I wondered if it might be helpful to have something written down as a policy. </w:t>
      </w:r>
    </w:p>
    <w:p>
      <w:r>
        <w:t xml:space="preserve">28:02      (Speaker A)  Yeah, or a form. That's a good idea. I mean, maybe we should have a form that they can submit if they're wanting to do something. </w:t>
      </w:r>
    </w:p>
    <w:p>
      <w:r>
        <w:t xml:space="preserve">28:10      (Speaker D)  I think that's. And Jennifer said it when I was traveling over here. So I'll send it out to the board as kind of a starting point. But yeah, I think a forum would be great. </w:t>
      </w:r>
    </w:p>
    <w:p>
      <w:r>
        <w:t xml:space="preserve">28:17      (Speaker A)  That could just be on the website. </w:t>
      </w:r>
    </w:p>
    <w:p>
      <w:r>
        <w:t xml:space="preserve">28:19      (Speaker D)  You know, no one's really permitted to use our logo, our name, anything, without kind of approval of the board. This would just kind of formalize. </w:t>
      </w:r>
    </w:p>
    <w:p>
      <w:r>
        <w:t xml:space="preserve">28:28      (Speaker C)  Well, let us take a look at that since we're just getting that right now. I'm two minutes away from setting a record here, so I want to keep this meeting moving </w:t>
      </w:r>
    </w:p>
    <w:p>
      <w:r>
        <w:t xml:space="preserve">28:41      (Speaker E)  now. I agree. </w:t>
      </w:r>
    </w:p>
    <w:p>
      <w:r>
        <w:t xml:space="preserve">28:42      (Speaker B)  Because what I was going to suggest is this could be a workshop item for agenda item for the next workshop. </w:t>
      </w:r>
    </w:p>
    <w:p>
      <w:r>
        <w:t xml:space="preserve">28:49      (Speaker C)  I think that's a great idea. </w:t>
      </w:r>
    </w:p>
    <w:p>
      <w:r>
        <w:t xml:space="preserve">28:51      (Speaker E)  I do too. </w:t>
      </w:r>
    </w:p>
    <w:p>
      <w:r>
        <w:t xml:space="preserve">28:52      (Speaker A)  Yep. </w:t>
      </w:r>
    </w:p>
    <w:p>
      <w:r>
        <w:t xml:space="preserve">28:53      (Speaker E)  Because if it's in writing initially, all of a sudden when things start to change and change and change, we can pull up our form and say, look, this is what. What it was supposed to be. </w:t>
      </w:r>
    </w:p>
    <w:p>
      <w:r>
        <w:t xml:space="preserve">29:05      (Speaker A)  Yeah, it's a good idea. </w:t>
      </w:r>
    </w:p>
    <w:p>
      <w:r>
        <w:t xml:space="preserve">29:08      (Speaker C)  Denise, do you have. </w:t>
      </w:r>
    </w:p>
    <w:p>
      <w:r>
        <w:t xml:space="preserve">29:10      (Speaker B)  And that was my supervisor request. Thank you. Jeff, you got a two for Ron. </w:t>
      </w:r>
    </w:p>
    <w:p>
      <w:r>
        <w:t xml:space="preserve">29:14      (Speaker C)  So we got. Got a two for Denise. Does not have anything. </w:t>
      </w:r>
    </w:p>
    <w:p>
      <w:r>
        <w:t xml:space="preserve">29:17      (Speaker A)  I have nothing. </w:t>
      </w:r>
    </w:p>
    <w:p>
      <w:r>
        <w:t xml:space="preserve">29:18      (Speaker F)  Nothing. </w:t>
      </w:r>
    </w:p>
    <w:p>
      <w:r>
        <w:t xml:space="preserve">29:18      (Speaker C)  Nothing from Ron. Nothing from me. So at this point, I will entertain a motion to adjourn. I'll make a motion to adjourn at 7, 6. 59. 58. 58. Okay, give you a 58. </w:t>
      </w:r>
    </w:p>
    <w:p>
      <w:r>
        <w:t xml:space="preserve">29:34      (Speaker E)  All seconds. Aye. I have whiplash. That was fast. </w:t>
      </w:r>
    </w:p>
    <w:p>
      <w:r>
        <w:br/>
        <w:br/>
        <w:b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END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