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 xml:space="preserve">                                                                            Transcript                                                                          </w:t>
      </w:r>
    </w:p>
    <w:p>
      <w: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r>
    </w:p>
    <w:p>
      <w:r>
        <w:t xml:space="preserve">&gt;&gt;&gt;&gt;&gt;&gt;&gt;&gt;&gt;&gt;&gt;&gt;&gt;  </w:t>
      </w:r>
      <w:r>
        <w:rPr>
          <w:b/>
          <w:color w:val="FF0000"/>
        </w:rPr>
        <w:t>GAT BEGINNING OF FILE</w:t>
      </w:r>
      <w:r>
        <w:rPr>
          <w:b w:val="0"/>
          <w:color w:val="000000"/>
        </w:rPr>
        <w:t xml:space="preserve">  &gt;&gt;&gt;&gt;&gt;&gt;&gt;&gt;&gt;&gt;&gt;&gt;&gt;&gt;&gt;&gt;&gt;&gt;&gt;&gt;&gt;&gt;&gt;&gt;&gt;&gt;&gt;&gt;&gt;&gt;&gt;&gt;&gt;&gt;&gt;&gt;&gt;&gt;&gt;&gt;&gt;&gt;&gt;&gt;&gt;&gt;&gt;&gt;&gt;&gt;&gt;&gt;&gt;&gt;&gt;&gt;&gt;&gt;&gt;&gt;&gt;&gt;&gt;&gt;&gt;&gt;&gt;&gt;&gt;&gt;&gt;&gt;&gt;&gt;&gt;&gt;&gt;&gt;&gt;&gt;&gt;&gt;&gt;&gt;&gt;&gt;&gt;&gt;&gt;&gt;&gt;&gt;&gt;&gt;&gt;&gt;&gt;&gt;&gt;&gt;&gt;&gt;&gt;&gt;&gt;&gt;&gt;&gt;&gt;&gt;&gt;&gt;&gt;&gt;&gt;&gt;&gt;&gt;&gt;&gt;&gt;&gt;</w:t>
      </w:r>
    </w:p>
    <w:p>
      <w: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br/>
        <w:br/>
        <w:br/>
      </w:r>
    </w:p>
    <w:p>
      <w:r>
        <w:t>CDD NAME:</w:t>
      </w:r>
      <w:r>
        <w:rPr>
          <w:b/>
          <w:color w:val="FF0000"/>
        </w:rPr>
        <w:br/>
        <w:tab/>
        <w:tab/>
        <w:tab/>
        <w:tab/>
        <w:t xml:space="preserve"> Towne park</w:t>
        <w:br/>
        <w:br/>
        <w:br/>
      </w:r>
    </w:p>
    <w:p>
      <w:r>
        <w:t>START AND END TIME OF THE CDD MEETING FILE:</w:t>
      </w:r>
      <w:r>
        <w:rPr>
          <w:b/>
          <w:color w:val="FF0000"/>
        </w:rPr>
        <w:br/>
        <w:tab/>
        <w:tab/>
        <w:tab/>
        <w:tab/>
        <w:t xml:space="preserve"> August 04, 2026 at 09:00 AM</w:t>
      </w:r>
      <w:r>
        <w:rPr>
          <w:b/>
          <w:color w:val="FF0000"/>
        </w:rPr>
        <w:br/>
        <w:tab/>
        <w:tab/>
        <w:tab/>
        <w:tab/>
        <w:t xml:space="preserve"> August 04, 2026 at 11:06 AM</w:t>
        <w:br/>
        <w:br/>
        <w:br/>
      </w:r>
    </w:p>
    <w:p>
      <w:r>
        <w:t>AUDIO FILE NAME, FILE SIZE:</w:t>
      </w:r>
      <w:r>
        <w:rPr>
          <w:b/>
          <w:color w:val="FF0000"/>
        </w:rPr>
        <w:br/>
        <w:tab/>
        <w:tab/>
        <w:tab/>
        <w:tab/>
        <w:t xml:space="preserve"> VE_082726_R2.MP3</w:t>
      </w:r>
      <w:r>
        <w:rPr>
          <w:b/>
          <w:color w:val="FF0000"/>
        </w:rPr>
        <w:br/>
        <w:tab/>
        <w:tab/>
        <w:tab/>
        <w:tab/>
        <w:t xml:space="preserve"> 133099384</w:t>
        <w:br/>
        <w:br/>
        <w:br/>
      </w:r>
    </w:p>
    <w:p>
      <w:r>
        <w:t>DATE AUDIO FILE SUBMITTED TO THE GAT SYSTEM:</w:t>
      </w:r>
      <w:r>
        <w:rPr>
          <w:b/>
          <w:color w:val="FF0000"/>
        </w:rPr>
        <w:br/>
        <w:tab/>
        <w:tab/>
        <w:tab/>
        <w:tab/>
        <w:t xml:space="preserve"> August 31, 2026 at 04:03 PM</w:t>
        <w:br/>
        <w:br/>
        <w:br/>
      </w:r>
    </w:p>
    <w:p>
      <w:r>
        <w:t>DATE AUDIO FILE COMPLETED BY THE GAT SYSTEM:</w:t>
      </w:r>
      <w:r>
        <w:rPr>
          <w:b/>
          <w:color w:val="FF0000"/>
        </w:rPr>
        <w:br/>
        <w:tab/>
        <w:tab/>
        <w:tab/>
        <w:tab/>
        <w:t xml:space="preserve"> August 31, 2026 at 04:04 PM</w:t>
      </w:r>
      <w:r>
        <w:rPr>
          <w:b/>
          <w:color w:val="FF0000"/>
        </w:rPr>
        <w:br/>
        <w:tab/>
        <w:tab/>
        <w:tab/>
        <w:tab/>
        <w:t xml:space="preserve"> 01:35 ELAPSED TIME</w:t>
        <w:br/>
        <w:br/>
        <w:br/>
      </w:r>
    </w:p>
    <w:p>
      <w:r>
        <w:t>MEETING AGENDA:</w:t>
      </w:r>
      <w:r>
        <w:rPr>
          <w:b/>
          <w:color w:val="FF0000"/>
        </w:rPr>
        <w:br/>
        <w:br/>
        <w:br/>
        <w:tab/>
        <w:tab/>
        <w:tab/>
        <w:tab/>
        <w:t xml:space="preserve"> Towne Park Community Development District Meeting Agenda  Tuesday                                                                                                                   Amenity Center #1 August 4, 2026                                                                                                       3883 White Ibis Road 6:00 P.M.                                                                                                               Lakeland, FL 33811  Board of Supervisors Meeting  1. Roll Call Greg Jones, Chair Jennifer Tidwell, Vice Chair via Zoom Tom Zimmerman Roger Runyon Zabrina Sides  Tricia Adams, District Manager Patrick Collins, District Counsel Alan Rayl, District Engineer Allen Bailey, Field Services Manager  2. Public Comment Period 3. Approval of Minutes of the June 2, 2026, Board of Supervisors Meeting GJ, TZ - AIF 4. Public Hearing open GJ, RR -AIF Close GJ, RR - AIF       A.  Consideration of Resolution 2026-09 Adopting Fiscal Year 2027 Approved             Budget and Appropriating Funds GJ, RR -  AIF       B.  Consideration of Resolution 2026-10 Imposing Fiscal 2027 Special Assessments              and Certifying Assessment Roll GJ, ZS - AIF 5. Consideration of Resolution 2026-11 Declaring Seat No. 2 Board Vacancy GJ, TZ - AIF 6. Ratification of Addendum to Agreement for Security Equipment Installation TZ, ZS - AIF 7. Presentation of Fiscal Year 2025 Financial Audit GJ, RR - AIF        8.   Staff Reports A. Attorney B. Engineer         i.  Review of Wood Thrush, Britton Beach Erosion, Peregrine Way and Medulla erosion        ii.  Approval of Work Authorization 2026-03 -  C. Field Manager’s Report          i.  Consideration of Proposals for Dog Park Fence – no board action                     a.  AJ Fence Inc.                     b.  My Fence Co.        ii.  Consideration of Proposal for Pool Filter Replacement GJ, TZ - AIF       iii.  Consideration of Proposal for Soil Treatment – no board action       iv.  Consideration of Proposals for Pool Resurfacing- Amenity 1 &amp; 2 – no board action                     a.  ASP- America’s Swimming Pool Co.- Paver Work                     b.  NV Pools LLC                     c.  Pulexa                      d.  Arinton         v.  Resident Request for Pool Umbrellas – Board confirmed they are declining to budget for pool umbrellas                    D.  District Manager’s Report                                  i.  Approval of Check Register GJ, RR - AIF                                 ii.  Balance Sheet &amp; Income Statement •                                iii.  Approval of Fiscal Year 2027 Meeting Schedule - FY2027 Meeting Schedule: All 12 meetings set at 4 p.m., first Tuesday of each month; evening meetings eliminated.  ZS, GJ - AIF                                iv.  District Goals and Objectives                                              a.  Adoption of the Fiscal Year 2027 Goals &amp; Objectives GJ, RR - AIF                                              b.  Review of Approved Fiscal Year 2026 Goals &amp; Objectives                                                     Authorizing Chair to Execute Final Form  ZS, TZ - AIF        9.   Supervisors Requests      10.   Closed Security Session      11.   Board Action Related to Security Services – Approval of Current Demands proposal for $3505.62 (one time) and $160 monthly service Board directed staff to facilitate palm trimming      12.   Adjournment GJ, RR - AIF   Brittany – this item as under ER with no back up – please determine if it needs to be on a future agenda:        ii.  Approval of Work Authorization 2026-03  Action Items • Brittany – note change to FY 27 meeting schedule • Tricia: Send 45-day notice to homeowner at 5220 Wood Thrush to remove/relocate fence encroaching into district access easement. • District Engineer (Alan): Return next meeting with erosion repair measurements and contractor pricing for Britton Beach, Wood Thrush, Peregrine Way, and Medulla. • Field Manager (Allen): Clarify fence repair proposals (tie spacing, linear footage, pricing breakdown) and bring back for board approval.  • Tricia / Chair: Work with Current Demands to produce camera placement schematic for Towne Park pool; chair to approve final proposal. Patrick agreement needed when final. • Field Manager (Allen): Monitor playground gate access; escalate to mechanical lock solution if issues recur.  • Field Manager: Follow up with Solitude on exposed erosion sock repair at the main lake.    </w:t>
        <w:br/>
        <w:br/>
        <w:br/>
      </w:r>
    </w:p>
    <w:p>
      <w:r>
        <w:t xml:space="preserve">00:06      (Speaker A)  All right, everyone, we will go ahead and call the order. The August 27, 2026 meeting of the Viera East Community Development District. We will start with roll call and we'll start on the end with Denise. If each of the board members could introduce themselves. </w:t>
      </w:r>
    </w:p>
    <w:p>
      <w:r>
        <w:t xml:space="preserve">00:18      (Speaker B)  Denise Yaldington, Christina Rosine. </w:t>
      </w:r>
    </w:p>
    <w:p>
      <w:r>
        <w:t xml:space="preserve">00:21      (Speaker A)  Ron Gristogi, Rob Dale, Jennifer Devries, Jim Moller, Jason Chow. We'll let the record reflect we have five board members present. We'll do our pledge of allegiance. </w:t>
      </w:r>
    </w:p>
    <w:p>
      <w:r>
        <w:t xml:space="preserve">00:34      (Speaker B)  To the flag of the United States of America and to the republic for </w:t>
      </w:r>
    </w:p>
    <w:p>
      <w:r>
        <w:t xml:space="preserve">00:39      (Speaker C)  which it stands, one nation under God, </w:t>
      </w:r>
    </w:p>
    <w:p>
      <w:r>
        <w:t xml:space="preserve">00:43      (Speaker D)  indivisible, with liberty and justice for all. </w:t>
      </w:r>
    </w:p>
    <w:p>
      <w:r>
        <w:t xml:space="preserve">00:50      (Speaker A)  And I'll note we've got a lot of friendly faces in the audience tonight, so we will. We'll go to public comment period. I will note that this is also a public hearing both for our rules and rates for the year, as well as the fiscal year budget, which is probably why most of you are here. If you have specific comments on either one of those items, we will hold. Because it is a public hearing, we'll have to take those comments kind of with the agenda items that come up a little later. So you don't necessarily need to do those now. But we do have some other requests to speak forms. We'll start with the first one I received, which is from Pam McKenzie. We'd ask that you just please state your name and address and keep your comments to three minutes. </w:t>
      </w:r>
    </w:p>
    <w:p>
      <w:r>
        <w:t xml:space="preserve">01:29      (Speaker E)  Thank you. I'm Pam Kennedy and I live on 1760 Lagomar Boulevard, Grand Aisle. And I'm very happy to see we have a good representation here tonight. I'm here tonight with a concern in the way our lakes, ponds and waterways are being managed. When you drive along Murrell Boulevard or Viera Boulevard, the lakes and waterways appear to be well maintained. But I invite you to go into the Grand Dial neighborhood and look at the same waterways from the perspective of the homeowners who live there. The condition is, quite frankly, atrocious. There are dead trees, excessive and overgrown vegetation, and areas where the plant growth has become so dense that you can barely tell where the water ends and the land begins. It looks neglected and unkempt. And this isn't simply an issue of aesthetic the district's own information states that the Viera East CDD is responsible for the operation and maintenance of its stormwater management system and that waterway management is </w:t>
      </w:r>
    </w:p>
    <w:p>
      <w:r>
        <w:t xml:space="preserve">02:51      (Speaker F)  among </w:t>
      </w:r>
    </w:p>
    <w:p>
      <w:r>
        <w:t xml:space="preserve">02:53      (Speaker E)  the responsibilities of the District Manager. The District also says that consistent quality control, controlled management helps protect long term property values. So we would like to know what are the actual standards for maintaining these lakes and waterways. And are those standards being consistently applied through the district, including inside Grand Dial? If a homeowner purchased a waterfront property with the expectation of having a visible, attractive waterway, that homeowner should not have to look through dead trees and a wall of vegetation just to see the water. I would be extremely concerned about the impact that inadequate waterway maintenance has on the appearance, enjoyment, and ultimately the value of those properties. </w:t>
      </w:r>
    </w:p>
    <w:p>
      <w:r>
        <w:t xml:space="preserve">03:55      (Speaker G)  Jason, could you do me a favor real quick the ground rules on the three, because I don't want people to feel like we're ignoring. </w:t>
      </w:r>
    </w:p>
    <w:p>
      <w:r>
        <w:t xml:space="preserve">04:00      (Speaker D)  Sure. </w:t>
      </w:r>
    </w:p>
    <w:p>
      <w:r>
        <w:t xml:space="preserve">04:00      (Speaker A)  So. And we'll go over this when we go for public comments on the budget as well. This is not necessarily a question and answer session, so the board will hear your comments. Obviously, Jim's looking it up. We'll take all the public comment and then the board can choose if they want to go or have Jim answer the questions or provide some more feedback. But just with everyone in the room, we want to make sure everybody gets an opportunity to give their public comments. </w:t>
      </w:r>
    </w:p>
    <w:p>
      <w:r>
        <w:t xml:space="preserve">04:20      (Speaker G)  I don't want anybody to feel like they're being ignored. We hear you. It's just not a dialogue session because otherwise things kind of get out of control. </w:t>
      </w:r>
    </w:p>
    <w:p>
      <w:r>
        <w:t xml:space="preserve">04:28      (Speaker A)  Well, that's what I have is for. </w:t>
      </w:r>
    </w:p>
    <w:p>
      <w:r>
        <w:t xml:space="preserve">04:29      (Speaker G)  Those were good comments. </w:t>
      </w:r>
    </w:p>
    <w:p>
      <w:r>
        <w:t xml:space="preserve">04:30      (Speaker A)  Hey, Britain. </w:t>
      </w:r>
    </w:p>
    <w:p>
      <w:r>
        <w:t xml:space="preserve">04:32      (Speaker C)  That's myself. I also live in Grand Isle. 1406 Grand Isle. I happen to have a water behind me. I've lived there 17 years. It was lovely and I was a proud homeowner when I moved in and paid extra to live on the water. Now I have neighbors walking down the street and saying, what the hell is </w:t>
      </w:r>
    </w:p>
    <w:p>
      <w:r>
        <w:t xml:space="preserve">04:55      (Speaker D)  going on back there? </w:t>
      </w:r>
    </w:p>
    <w:p>
      <w:r>
        <w:t xml:space="preserve">04:56      (Speaker C)  I said, nothing, absolutely nothing. It's been abandoned. I guess about 10 years ago they used to come in with a flat bottom boat with two men and rakes and haul out all the dead, debris, rot, whatever. And I called, I don't remember his name over there in the golf course building. And he said, oh, they never. They don't do that anymore. It was too labor. Extensive. But yet the other day, a lake between Spyglass and the new building where Watson Realty is. What do I see flatten? Oh, two men and the wagon and the truck to pull out and haul off the debris. It's really embarrassing. Even my cleaning lady who, no disrespect, she's just not educated, she said, tonya, what is happening to your pond? I said, it's been abandoned. </w:t>
      </w:r>
    </w:p>
    <w:p>
      <w:r>
        <w:t xml:space="preserve">05:54      (Speaker G)  That's all I can tell you. </w:t>
      </w:r>
    </w:p>
    <w:p>
      <w:r>
        <w:t xml:space="preserve">05:56      (Speaker C)  So I don't know why from what happened to be done, but we have other waterways as Bad as mine looks. In fact, you know the white pelicans that used to come seasonally, they used to come into my pond so thick you couldn't see the water. Now they, for the last maybe four or five years refused to even go in there. Something's vitally wrong when even the wildlife is rejecting it. </w:t>
      </w:r>
    </w:p>
    <w:p>
      <w:r>
        <w:t xml:space="preserve">06:25      (Speaker H)  So. </w:t>
      </w:r>
    </w:p>
    <w:p>
      <w:r>
        <w:t xml:space="preserve">06:26      (Speaker C)  So I just don't know. But mine is not good. But then there are other waterways in our neighborhood. Like off of a street. Keysgate, I guess would be. It looks like a dead canal. I was born and raised in South Florida. We used to have property in the big cypress swamp. Well, we expected it out there. I did not expect it in a neighborhood that is supposed to be proud of being part of Viera. </w:t>
      </w:r>
    </w:p>
    <w:p>
      <w:r>
        <w:t xml:space="preserve">07:04      (Speaker A)  Those were the only forms that I had for request to speak. Is there any other audience who'd like to provide general comments at this point? </w:t>
      </w:r>
    </w:p>
    <w:p>
      <w:r>
        <w:t xml:space="preserve">07:11      (Speaker H)  My name is Rick Wagner. I live in Grand Isle as well. And. And these people have spoken. And it's not just the, it's just not the aesthetics of the neighborhood that's a major factor, but that, it's my understanding those lakes and all that water system was designed as retention area and support for that development. And now as those areas fill in and there are substantial areas that are filling in with growth and that growth rocks drops down in water and it reduces the area of retention that can be used in that development. Water gets shallow, in fact sections. Somebody said you can, you can't walk on it because it's muck, but it's 30, 40ft out from the bank of what used to be. And I looked at the aerials in 2005 when that development was created, 2004, 2005, there was none of that going on. So the neglect of these waterways is reducing capacity for retention. I think that's a major issue. If that's a St. John's issue, water management district issue. That's something that they should be maintaining as well. I mean, I'm not sure who's responsible if that's an issue. Thank you. </w:t>
      </w:r>
    </w:p>
    <w:p>
      <w:r>
        <w:t xml:space="preserve">08:55      (Speaker A)  Any other public comment at this time, just please state your name and address and keep your comments. </w:t>
      </w:r>
    </w:p>
    <w:p>
      <w:r>
        <w:t xml:space="preserve">09:02      (Speaker I)  Mitch Robertson. I'm From Grand Isle, 1580 Perdido Court </w:t>
      </w:r>
    </w:p>
    <w:p>
      <w:r>
        <w:t xml:space="preserve">09:08      (Speaker A)  here in Melbourne, Florida. Grand Isle community. </w:t>
      </w:r>
    </w:p>
    <w:p>
      <w:r>
        <w:t xml:space="preserve">09:13      (Speaker I)  I guess the comments we have over there on the borders of the waterways maintaining the maintenance looks like it's been located slipping a little bit as far as the trees overgrown through the yards. I live over there off the. This is part of the St. John's river, but dead trees down. Been down for A couple weeks. I know there's some other. Other cedars from Grand Isle that feel the same way. You know, we deal with seed water, not you can't see the water. </w:t>
      </w:r>
    </w:p>
    <w:p>
      <w:r>
        <w:t xml:space="preserve">09:52      (Speaker G)  That's another issue. </w:t>
      </w:r>
    </w:p>
    <w:p>
      <w:r>
        <w:t xml:space="preserve">09:54      (Speaker C)  His waterway was the one that I mentioned off a keyscape. But he, he lives on Perido, which backs up to the other side of that nightmare. </w:t>
      </w:r>
    </w:p>
    <w:p>
      <w:r>
        <w:t xml:space="preserve">10:07      (Speaker I)  So I guess the question is, you know, how. How can we get it addressed and when can we get it addressed? </w:t>
      </w:r>
    </w:p>
    <w:p>
      <w:r>
        <w:t xml:space="preserve">10:14      (Speaker G)  That's my only. </w:t>
      </w:r>
    </w:p>
    <w:p>
      <w:r>
        <w:t xml:space="preserve">10:15      (Speaker I)  That's my. </w:t>
      </w:r>
    </w:p>
    <w:p>
      <w:r>
        <w:t xml:space="preserve">10:18      (Speaker A)  Any other audience? </w:t>
      </w:r>
    </w:p>
    <w:p>
      <w:r>
        <w:t xml:space="preserve">10:21      (Speaker J)  Yes, my name is Janet Camonetti. I live in osprey of the 100 pointed bill court. I just wanted to echo the sentiments of the former speakers. Also behind in Osprey there's vegetation that's overgrown within the body of water along the walkway. </w:t>
      </w:r>
    </w:p>
    <w:p>
      <w:r>
        <w:t xml:space="preserve">10:50      (Speaker G)  Which walkway? </w:t>
      </w:r>
    </w:p>
    <w:p>
      <w:r>
        <w:t xml:space="preserve">10:53      (Speaker J)  The sidewalk that goes from Clubhouse Drive to the inside. </w:t>
      </w:r>
    </w:p>
    <w:p>
      <w:r>
        <w:t xml:space="preserve">10:59      (Speaker G)  That goes through to the village. East Villages. Yes, that little cart path. </w:t>
      </w:r>
    </w:p>
    <w:p>
      <w:r>
        <w:t xml:space="preserve">11:03      (Speaker J)  Precisely. </w:t>
      </w:r>
    </w:p>
    <w:p>
      <w:r>
        <w:t xml:space="preserve">11:03      (Speaker G)  I just want to make sure. </w:t>
      </w:r>
    </w:p>
    <w:p>
      <w:r>
        <w:t xml:space="preserve">11:05      (Speaker J)  And the water is stagnated green. And you know, our biggest danger in Florida is not the gator or the snakes or other entities. It's the mosquito and that's a breeding ground for mosquitoes. So I echo the sentiments that it's not just one subdivision, it's viera wide. </w:t>
      </w:r>
    </w:p>
    <w:p>
      <w:r>
        <w:t xml:space="preserve">11:35      (Speaker G)  Thanks. </w:t>
      </w:r>
    </w:p>
    <w:p>
      <w:r>
        <w:t xml:space="preserve">11:40      (Speaker A)  Turn to the board. I don't know if they want Jim to. </w:t>
      </w:r>
    </w:p>
    <w:p>
      <w:r>
        <w:t xml:space="preserve">11:45      (Speaker D)  First of all, I want to tell you that I hear. We hear you and we appreciate you bringing us these concerns because frankly, you know, sometimes we don't know. If you don't come and tell us, we don't know. So we appreciate you telling us. And you know, Jim, I know you're kind of looking there about what our responsibilities are and they aren't. I don't know if you have a. </w:t>
      </w:r>
    </w:p>
    <w:p>
      <w:r>
        <w:t xml:space="preserve">12:08      (Speaker K)  I mean, without putting eyes on the ground. I mean, I know there's been some tree issues, some lake issues. I can reach out to Eccor. They can only treat within like a 14 day period as far as what they can schedule for algaecides and things like that. I mean, our Lakes are over 30 years old. I know sediment muck builds up over time. </w:t>
      </w:r>
    </w:p>
    <w:p>
      <w:r>
        <w:t xml:space="preserve">12:32      (Speaker G)  What would you say the unsees. Because we've been discussing this for about six months now with some of the other communities to include. I live in Osprey, so I know what you're talking about. Is it. I'm not trying to. I want to come up with a solution. But is some of the cause of that the unseasonably warm weather that we've had this year, which causes the algae growth and so on and so forth. </w:t>
      </w:r>
    </w:p>
    <w:p>
      <w:r>
        <w:t xml:space="preserve">13:00      (Speaker K)  And that's like with anything. That's just the cyclical nature of a lot of the Florida lakes and ponds is once you get the increased temperature, the increased density. So we figure all of the communities, whether it's osprey, Grand Isle villages, everything flows, flows from the east to the west. So whatever your neighbors putting in their lakes east of you is eventually coming to your lake. So when you have all these nutrient loads just flowing, all these landscapers are discharging all their clippings into the lakes. That's increasing the nitrogen and phosphorus levels which is increasing your algae blooms, the extreme temperatures that causes all that. I know someone had mentioned the white pelicans. I noticed a huge decrease on the golf course. One thing I've noticed and I've researched with white pelicans is they are very carnivorous. They will almost completely deplete a lake of fish. So if there's no food, they're not going to return. It might take a couple years for the populations to rebound and then you'll see them again. I think two years ago, the one lake that was behind your property as you come into the ground golf course, that Lake probably had 20 or 30 white pelicans and anhingas and comrades all just going to town for about two days and then never saw them again. </w:t>
      </w:r>
    </w:p>
    <w:p>
      <w:r>
        <w:t xml:space="preserve">14:16      (Speaker L)  So. </w:t>
      </w:r>
    </w:p>
    <w:p>
      <w:r>
        <w:t xml:space="preserve">14:17      (Speaker K)  But yeah, I'm taking notes. I'll have E cor and our maintenance guys take a look some of the tree areas in some of the preserve </w:t>
      </w:r>
    </w:p>
    <w:p>
      <w:r>
        <w:t xml:space="preserve">14:24      (Speaker I)  areas </w:t>
      </w:r>
    </w:p>
    <w:p>
      <w:r>
        <w:t xml:space="preserve">14:26      (Speaker K)  with our ecologists. We're not really supposed to manicure the nature areas we preserves. However, if there is danger to life and property due to limbs and whatnot, then we can, we can take a look at that and have those, those trees removed. </w:t>
      </w:r>
    </w:p>
    <w:p>
      <w:r>
        <w:t xml:space="preserve">14:42      (Speaker G)  Some of these sound like they're, they're dead trees if I'm not mistaken. So that's. </w:t>
      </w:r>
    </w:p>
    <w:p>
      <w:r>
        <w:t xml:space="preserve">14:46      (Speaker C)  And this hasn't been just a 10 month thing. I've been like I say there 17 years. I got tired of finding it 10 years ago and just stopped because I was getting nowhere. </w:t>
      </w:r>
    </w:p>
    <w:p>
      <w:r>
        <w:t xml:space="preserve">14:59      (Speaker G)  I will share with all of you, you have a very sympathetic board to this issue. </w:t>
      </w:r>
    </w:p>
    <w:p>
      <w:r>
        <w:t xml:space="preserve">15:05      (Speaker C)  I have watched them laying down for years, totally ignored. It's a tragedy. </w:t>
      </w:r>
    </w:p>
    <w:p>
      <w:r>
        <w:t xml:space="preserve">15:15      (Speaker J)  I want to add an addendum that also the drainage pipes, some of the vegetation is including the drainage pipe. So it's not, you know, and that's a flooding issue. </w:t>
      </w:r>
    </w:p>
    <w:p>
      <w:r>
        <w:t xml:space="preserve">15:28      (Speaker G)  See that's what's bothering me is I'm hearing that coupled with dead trees and we've actually had that problem. We had the problem a couple Years ago with Somerville in the villages of Viera east, which is kind of connected to some of the stuff that you're talking about here. And we actually had an oak branch that had been cut that lodged itself up against the pipe. All the palm fronds collect on it. It completely blocked it. Somerville started. The streets in Somerville started fluctuating. </w:t>
      </w:r>
    </w:p>
    <w:p>
      <w:r>
        <w:t xml:space="preserve">16:01      (Speaker J)  Unless it's causal because of winds. </w:t>
      </w:r>
    </w:p>
    <w:p>
      <w:r>
        <w:t xml:space="preserve">16:07      (Speaker G)  Right. </w:t>
      </w:r>
    </w:p>
    <w:p>
      <w:r>
        <w:t xml:space="preserve">16:09      (Speaker J)  That's just not regular maintenance. </w:t>
      </w:r>
    </w:p>
    <w:p>
      <w:r>
        <w:t xml:space="preserve">16:12      (Speaker G)  Right. </w:t>
      </w:r>
    </w:p>
    <w:p>
      <w:r>
        <w:t xml:space="preserve">16:13      (Speaker D)  We have got an understand if you </w:t>
      </w:r>
    </w:p>
    <w:p>
      <w:r>
        <w:t xml:space="preserve">16:15      (Speaker C)  can't maintain what you have, why are you planting more in there? And I see that all the time. They come around and they spray and plant. I don't understand putting in when you can't already take care of what you have. </w:t>
      </w:r>
    </w:p>
    <w:p>
      <w:r>
        <w:t xml:space="preserve">16:32      (Speaker E)  I think about the water plant and the water along the lakes. </w:t>
      </w:r>
    </w:p>
    <w:p>
      <w:r>
        <w:t xml:space="preserve">16:41      (Speaker D)  We don't plant. </w:t>
      </w:r>
    </w:p>
    <w:p>
      <w:r>
        <w:t xml:space="preserve">16:42      (Speaker G)  I'd be real curious to know who's planting. </w:t>
      </w:r>
    </w:p>
    <w:p>
      <w:r>
        <w:t xml:space="preserve">16:47      (Speaker D)  I'm not sure if we're responsible for the. </w:t>
      </w:r>
    </w:p>
    <w:p>
      <w:r>
        <w:t xml:space="preserve">16:51      (Speaker K)  We had a spot in our newsletter two years ago about littoral shelf plantings. I think we only had one, maybe two homeowners reach out and request that. But other than that, we have done no littoral shelf planting. </w:t>
      </w:r>
    </w:p>
    <w:p>
      <w:r>
        <w:t xml:space="preserve">17:04      (Speaker C)  Well, there are huge trees that were planted maybe six years ago right adjacent to the weir. So you know what's happening with the weir when you put in massive trees. </w:t>
      </w:r>
    </w:p>
    <w:p>
      <w:r>
        <w:t xml:space="preserve">17:18      (Speaker D)  I don't think we're responsive. We'll have to really look at which guys. We're generally not responsible. That would be your. Generally your hoa, </w:t>
      </w:r>
    </w:p>
    <w:p>
      <w:r>
        <w:t xml:space="preserve">17:28      (Speaker C)  who puts them in. </w:t>
      </w:r>
    </w:p>
    <w:p>
      <w:r>
        <w:t xml:space="preserve">17:29      (Speaker G)  I would like to add a little bit to some of this, though, because the bigger. The big issue that tonight we thought we were going to be addressing, this is a big issue has to do with the CDD fees and those kind of things. And it's confusing as heck. That's why we sent out the letter. We tried to get it so people understood that, yes, we've got to send out the letter because this is going to go up. But the net result is you guys are actually going to be going down in CDD taxes. What happened is a bond came off </w:t>
      </w:r>
    </w:p>
    <w:p>
      <w:r>
        <w:t xml:space="preserve">18:05      (Speaker D)  just like a mortgage. </w:t>
      </w:r>
    </w:p>
    <w:p>
      <w:r>
        <w:t xml:space="preserve">18:06      (Speaker G)  The reason, and it was about $150 for a residential homeowner. I'm a commercial owner. Also for residential owners is about $150. This board wants to keep 100 of that precisely because of the fact that out of the $500 roughly that we pay for our CDD fee, only 200, only about half of that were we getting. All the rest of it was for the debt service that they took out 15, 20 years ago. </w:t>
      </w:r>
    </w:p>
    <w:p>
      <w:r>
        <w:t xml:space="preserve">18:36      (Speaker D)  30 years ago. </w:t>
      </w:r>
    </w:p>
    <w:p>
      <w:r>
        <w:t xml:space="preserve">18:39      (Speaker G)  What we are trying to do, the vast majority of that money, the extra hundred that we're going to get, Lake bank restoration. We've got 84 lakes in the district. And I've been. We've been talking to the Osprey people for six. There's a gentleman that lives on that lake and his name is eluding me. But. But we've been talking. We've been dealing with the Osprey stuff for a while. There have been other lakes like that. So what the objective, I believe, of this board is, is to take some of that money and. Or a good chunk of it. And there are. There are worse things going on than what we're talking about right there. There are some areas where what we. I don't want to get into all the details of it, but they call it geotubing. Fill it full of dirt, they restore the lake bank. If you don't do that, then what starts happening as the lake bank becomes more and more steep? And we got a whole bunch of lakes that we got to do this stuff to. And we've been trying to do it, but we only have so much money because there's literally two pots of money. There's the golf course money, and then there's the. The CDD district money and the golf course money. A lot of people get upset about him, need to get into the golf course stuff. But the golf course pays for itself. Right now. That's the way it's been for six years. It produces enough income to take care of itself. That was the objective of this board. We don't feel that people that don't golf should have to be paying for the golf course. So all of the money that we get from CDD fees go into the district, and the extra hundred is exactly what we need to have the money to be able to take care of lake bank restoration. So that coupled with the fact that you're talking about the weir boxes we. We had to replace a few years ago, the flowways for two flowways. Cost us a quarter million dollars. Just two flowways. How many we got, Jim? We got. We did a mapping of them. Something like 100 flowways in this district. 84 lakes. 100 plus. I think it was like 140 or something, 146, something like that. But that's a whole lot of flowways that we've got to take care of. So we hear you. We want to fix what's going on. I don't like hearing we've got dead trees and things like that. That's not acceptable. I want to have Jim get with you guys is kind of the bottom line. And then let's develop a game plan is where I'm going with. But we're not. We're not not hearing you. I also ask for some understanding in that we've had a tough year from. From a heat perspective, like Jim said, that creates a lot more algae blooms. Things aren't as good looking as they've been in the past. But what's not acceptable is if we've got areas that are just. You got trees and growth and we hear you. </w:t>
      </w:r>
    </w:p>
    <w:p>
      <w:r>
        <w:t xml:space="preserve">21:52      (Speaker C)  Well, these people do not live on the water. None of them. But they see the deterioration in our community because of the lack of care of the waterways. I happen to live on the water. He lives on the water. The fellow that left and his daughter live on the water. But the majority, Mitch, and they're upset, so. So does that tell you something? </w:t>
      </w:r>
    </w:p>
    <w:p>
      <w:r>
        <w:t xml:space="preserve">22:18      (Speaker G)  I understand? </w:t>
      </w:r>
    </w:p>
    <w:p>
      <w:r>
        <w:t xml:space="preserve">22:20      (Speaker A)  Again, just for everyone's reference, this is Jim Muller. He's the general manager of both the CDD and the golf course. So he'll be the one to be your primary contact on those issues. His office is up at the golf course if you need to catch him. </w:t>
      </w:r>
    </w:p>
    <w:p>
      <w:r>
        <w:t xml:space="preserve">22:32      (Speaker K)  The best way, if it's a lake issue, this way I can get it to our lake vendor is to email me. </w:t>
      </w:r>
    </w:p>
    <w:p>
      <w:r>
        <w:t xml:space="preserve">22:44      (Speaker D)  Jim's email is. </w:t>
      </w:r>
    </w:p>
    <w:p>
      <w:r>
        <w:t xml:space="preserve">22:45      (Speaker K)  Yeah, so J. Muller. Yeah, I guess. Yeah, it's J. Mahler. J M O L L E R at V E C dashed dot com. </w:t>
      </w:r>
    </w:p>
    <w:p>
      <w:r>
        <w:t xml:space="preserve">22:57      (Speaker A)  And I've also left my card back at the back. If for some reason you can't get the gym or you forget his email, email me and I'll get it right. </w:t>
      </w:r>
    </w:p>
    <w:p>
      <w:r>
        <w:t xml:space="preserve">23:05      (Speaker C)  At the gym there was an overpass of a, forgive me, redneck fella that worked there. Is he still there? I figured he was. </w:t>
      </w:r>
    </w:p>
    <w:p>
      <w:r>
        <w:t xml:space="preserve">23:16      (Speaker D)  He passed away. </w:t>
      </w:r>
    </w:p>
    <w:p>
      <w:r>
        <w:t xml:space="preserve">23:17      (Speaker K)  No, no, we're talking about you people. </w:t>
      </w:r>
    </w:p>
    <w:p>
      <w:r>
        <w:t xml:space="preserve">23:20      (Speaker C)  He was lovely, but definitely stressed out. </w:t>
      </w:r>
    </w:p>
    <w:p>
      <w:r>
        <w:t xml:space="preserve">23:25      (Speaker G)  So just a quick thing, I want to come out and say, ultimately, we have seven people, nine from our development, so a lot of people unfortunately are unhappy. No one from our board, no one from our HOA has brought this to your attention. We're paying for these people and they're not doing their job either. </w:t>
      </w:r>
    </w:p>
    <w:p>
      <w:r>
        <w:t xml:space="preserve">23:49      (Speaker K)  Yeah, so actually, I think we talked about it before the movie, the meeting started. Kim had emailed me on a lake back. </w:t>
      </w:r>
    </w:p>
    <w:p>
      <w:r>
        <w:t xml:space="preserve">23:59      (Speaker A)  What was it, </w:t>
      </w:r>
    </w:p>
    <w:p>
      <w:r>
        <w:t xml:space="preserve">24:04      (Speaker K)  1686. There was like a. Like a compromised geobag tube. So we have our lake, our lake shore restoration guy. As we're getting ready for our next year's allocation, he's going to take a look at that to see if it was something that he did because he has a 15 year warranty on all his geo bags. So if it was one is one of his he can just repair that, work it. If not, that might be war of the ones that we bump up and, and put it on this year schedule because that was like we said, that was one of the reasons why the board left our assessments a little bit higher so we can get caught up </w:t>
      </w:r>
    </w:p>
    <w:p>
      <w:r>
        <w:t xml:space="preserve">24:36      (Speaker I)  on a lot of. </w:t>
      </w:r>
    </w:p>
    <w:p>
      <w:r>
        <w:t xml:space="preserve">24:36      (Speaker G)  So someone from our HOA and board you said, has been in touch with Kim. </w:t>
      </w:r>
    </w:p>
    <w:p>
      <w:r>
        <w:t xml:space="preserve">24:40      (Speaker K)  Kim? </w:t>
      </w:r>
    </w:p>
    <w:p>
      <w:r>
        <w:t xml:space="preserve">24:40      (Speaker G)  Yeah, that's what you said. I was hoping, I was hoping they </w:t>
      </w:r>
    </w:p>
    <w:p>
      <w:r>
        <w:t xml:space="preserve">24:45      (Speaker A)  did something but, but I want to let you know you don't, you don't have to wait for any of that. You can email me. Email Jim. </w:t>
      </w:r>
    </w:p>
    <w:p>
      <w:r>
        <w:t xml:space="preserve">24:50      (Speaker I)  Yeah. </w:t>
      </w:r>
    </w:p>
    <w:p>
      <w:r>
        <w:t xml:space="preserve">24:50      (Speaker K)  If it has anything to do with, with a, with a waterway, a lake, a preserve area, shoot me an email and then we'll have, we'll have someone take a look at it. Now I will say if it's a dead tree in the preserve, not a lot we can do with that. That's more of an aesthetics thing and like I said, if it, if it's showing any kind of signs that it could cause damage to life or property then, then we can take care of it. </w:t>
      </w:r>
    </w:p>
    <w:p>
      <w:r>
        <w:t xml:space="preserve">25:14      (Speaker G)  So we can go out and do a ground the boots on the ground, take a look. </w:t>
      </w:r>
    </w:p>
    <w:p>
      <w:r>
        <w:t xml:space="preserve">25:19      (Speaker A)  And that's why a lot of these issues it's hard to speak to without being on site and taking a look at it. Obviously we're dealing with permits, we're dealing with chemical regulations, we're dealing with conservation areas that also have permits. So without having some eyes on it, it's hard to address them specifically. But Jim will take care of all of it. </w:t>
      </w:r>
    </w:p>
    <w:p>
      <w:r>
        <w:t xml:space="preserve">25:36      (Speaker G)  State of Florida gets a little antsy about some of the stuff too. Depending on where it's at, depending whether </w:t>
      </w:r>
    </w:p>
    <w:p>
      <w:r>
        <w:t xml:space="preserve">25:41      (Speaker C)  Disney owns it or not. In reserve making a game to swap. </w:t>
      </w:r>
    </w:p>
    <w:p>
      <w:r>
        <w:t xml:space="preserve">25:46      (Speaker D)  Here's a gentleman. </w:t>
      </w:r>
    </w:p>
    <w:p>
      <w:r>
        <w:t xml:space="preserve">25:47      (Speaker M)  Kim. </w:t>
      </w:r>
    </w:p>
    <w:p>
      <w:r>
        <w:t xml:space="preserve">25:50      (Speaker L)  I know you're familiar with this because you're from Osprey. Back at my house there was always a stream. There was always a stream that ran from Clubhouse Drive back behind my house to the. And connected to two lakes. There's a lake as you're driving around, around Sungazer, the houses on sunglasses. </w:t>
      </w:r>
    </w:p>
    <w:p>
      <w:r>
        <w:t xml:space="preserve">26:15      (Speaker J)  That's the one to which I was referring. </w:t>
      </w:r>
    </w:p>
    <w:p>
      <w:r>
        <w:t xml:space="preserve">26:17      (Speaker G)  Are you talking about the one that comes. It's right by the bike path that would fill up. </w:t>
      </w:r>
    </w:p>
    <w:p>
      <w:r>
        <w:t xml:space="preserve">26:22      (Speaker L)  Yes. There's always water flowing from that particular pond to the other one. Now I know that there's three still </w:t>
      </w:r>
    </w:p>
    <w:p>
      <w:r>
        <w:t xml:space="preserve">26:31      (Speaker G)  flows, but I don't think that part you're talking about. It was. That's kind of stagnant. </w:t>
      </w:r>
    </w:p>
    <w:p>
      <w:r>
        <w:t xml:space="preserve">26:38      (Speaker L)  Yeah, there's three pipes in there that are clogged. </w:t>
      </w:r>
    </w:p>
    <w:p>
      <w:r>
        <w:t xml:space="preserve">26:41      (Speaker G)  I go buy it on my golf cart. </w:t>
      </w:r>
    </w:p>
    <w:p>
      <w:r>
        <w:t xml:space="preserve">26:42      (Speaker L)  I see it used to be a 24 inch pipe. They called for that, but they never did put a 24 inch pipe in there. They put three smaller pipes and they're clogged and they don't work. I used to have osprey. I used to have all kinds of animals that lived in that water and they've been back there working on it. I've seen them taking it all out. </w:t>
      </w:r>
    </w:p>
    <w:p>
      <w:r>
        <w:t xml:space="preserve">27:03      (Speaker G)  I've seen how bad that lake looks. </w:t>
      </w:r>
    </w:p>
    <w:p>
      <w:r>
        <w:t xml:space="preserve">27:04      (Speaker L)  Yeah, I spoke to one of the fellows I was doing it. He says, well, they have that on the schedule to take to clear those pipes out, but that's going to be a bit of a job. It shouldn't be three pipes there. It should be the only one big one. But that was the way they designed it. They fell short of what they should have put there and they put something that shouldn't have been there and then now we pay the price for it. </w:t>
      </w:r>
    </w:p>
    <w:p>
      <w:r>
        <w:t xml:space="preserve">27:26      (Speaker G)  That and a lot of oak trees that shouldn't have been next to sidewalks, roadways. </w:t>
      </w:r>
    </w:p>
    <w:p>
      <w:r>
        <w:t xml:space="preserve">27:32      (Speaker L)  I mean, I know the guys that work back there and so I went back and I was chatting with them and they. One of the fellas that I know said to me that we're supposed to clean that out. So, I mean, but that was. </w:t>
      </w:r>
    </w:p>
    <w:p>
      <w:r>
        <w:t xml:space="preserve">27:44      (Speaker G)  Well, and that's a high priority for this board because the world doesn't run back there anymore. </w:t>
      </w:r>
    </w:p>
    <w:p>
      <w:r>
        <w:t xml:space="preserve">27:49      (Speaker N)  Thank you. </w:t>
      </w:r>
    </w:p>
    <w:p>
      <w:r>
        <w:t xml:space="preserve">27:49      (Speaker G)  The hurricane issue and the flooding potential flooding issue. </w:t>
      </w:r>
    </w:p>
    <w:p>
      <w:r>
        <w:t xml:space="preserve">27:54      (Speaker J)  That's what I mentioned when I spoke. The flooding, the vegetation. </w:t>
      </w:r>
    </w:p>
    <w:p>
      <w:r>
        <w:t xml:space="preserve">27:57      (Speaker G)  I don't want another one of those. </w:t>
      </w:r>
    </w:p>
    <w:p>
      <w:r>
        <w:t xml:space="preserve">28:00      (Speaker J)  You know, there's aesthetics, but that's secondary. You know, the primary. </w:t>
      </w:r>
    </w:p>
    <w:p>
      <w:r>
        <w:t xml:space="preserve">28:05      (Speaker L)  We see the water coming up in our backyard. </w:t>
      </w:r>
    </w:p>
    <w:p>
      <w:r>
        <w:t xml:space="preserve">28:07      (Speaker J)  Mosquitoes. </w:t>
      </w:r>
    </w:p>
    <w:p>
      <w:r>
        <w:t xml:space="preserve">28:08      (Speaker L)  When it rains, it doesn't. It goes up, comes into the backyard. </w:t>
      </w:r>
    </w:p>
    <w:p>
      <w:r>
        <w:t xml:space="preserve">28:13      (Speaker G)  Yeah, I, I think there's going to be a lot more discussions. </w:t>
      </w:r>
    </w:p>
    <w:p>
      <w:r>
        <w:t xml:space="preserve">28:17      (Speaker K)  What's your physical address? </w:t>
      </w:r>
    </w:p>
    <w:p>
      <w:r>
        <w:t xml:space="preserve">28:19      (Speaker L)  Excuse me? </w:t>
      </w:r>
    </w:p>
    <w:p>
      <w:r>
        <w:t xml:space="preserve">28:20      (Speaker K)  What's Your physical address? </w:t>
      </w:r>
    </w:p>
    <w:p>
      <w:r>
        <w:t xml:space="preserve">28:21      (Speaker L)  5100 Pointed Bill Court. </w:t>
      </w:r>
    </w:p>
    <w:p>
      <w:r>
        <w:t xml:space="preserve">28:24      (Speaker J)  When I, when I stood up, I gave the address. </w:t>
      </w:r>
    </w:p>
    <w:p>
      <w:r>
        <w:t xml:space="preserve">28:27      (Speaker N)  Good evening. My name is Richard. I live at the greens at Viera East. I live right across the 13th green and I have some of the same issues. But I see when I first moved in, the berm was there and then a couple years ago, dry season and the land mass is growing out about maybe 3 yards and there's a lot of reeds, weeds all green. My question is, who can. Who is. Who's the authority over that? Is that the cdd? Is that the state? </w:t>
      </w:r>
    </w:p>
    <w:p>
      <w:r>
        <w:t xml:space="preserve">29:03      (Speaker G)  You can't say all of the time because a lot of it's a patchwork quilt, but most of the time it's us. </w:t>
      </w:r>
    </w:p>
    <w:p>
      <w:r>
        <w:t xml:space="preserve">29:09      (Speaker N)  How about at 7 o' clock tonight? Here's some </w:t>
      </w:r>
    </w:p>
    <w:p>
      <w:r>
        <w:t xml:space="preserve">29:14      (Speaker D)  math. </w:t>
      </w:r>
    </w:p>
    <w:p>
      <w:r>
        <w:t xml:space="preserve">29:14      (Speaker N)  I heard something another young lady said. So there used to be a maintenance crew and now there's no longer a building. </w:t>
      </w:r>
    </w:p>
    <w:p>
      <w:r>
        <w:t xml:space="preserve">29:20      (Speaker G)  The flat bottom boat. </w:t>
      </w:r>
    </w:p>
    <w:p>
      <w:r>
        <w:t xml:space="preserve">29:21      (Speaker N)  I've had people. </w:t>
      </w:r>
    </w:p>
    <w:p>
      <w:r>
        <w:t xml:space="preserve">29:23      (Speaker G)  The flat bottom boat issue was like e cor. </w:t>
      </w:r>
    </w:p>
    <w:p>
      <w:r>
        <w:t xml:space="preserve">29:26      (Speaker A)  So I. </w:t>
      </w:r>
    </w:p>
    <w:p>
      <w:r>
        <w:t xml:space="preserve">29:27      (Speaker G)  No, that was actually. They were probably going out to work on the pump. </w:t>
      </w:r>
    </w:p>
    <w:p>
      <w:r>
        <w:t xml:space="preserve">29:31      (Speaker C)  The older fell that used to be there. </w:t>
      </w:r>
    </w:p>
    <w:p>
      <w:r>
        <w:t xml:space="preserve">29:33      (Speaker E)  He knew. </w:t>
      </w:r>
    </w:p>
    <w:p>
      <w:r>
        <w:t xml:space="preserve">29:33      (Speaker C)  Exactly. </w:t>
      </w:r>
    </w:p>
    <w:p>
      <w:r>
        <w:t xml:space="preserve">29:34      (Speaker G)  But that's where she was talking about. Over by Watson Realty. </w:t>
      </w:r>
    </w:p>
    <w:p>
      <w:r>
        <w:t xml:space="preserve">29:36      (Speaker M)  Yeah. </w:t>
      </w:r>
    </w:p>
    <w:p>
      <w:r>
        <w:t xml:space="preserve">29:38      (Speaker K)  Oh, I thought that was in Grand Isle. </w:t>
      </w:r>
    </w:p>
    <w:p>
      <w:r>
        <w:t xml:space="preserve">29:40      (Speaker G)  Oh, yeah, the black auto boat. </w:t>
      </w:r>
    </w:p>
    <w:p>
      <w:r>
        <w:t xml:space="preserve">29:41      (Speaker K)  Yeah, right behind my house. </w:t>
      </w:r>
    </w:p>
    <w:p>
      <w:r>
        <w:t xml:space="preserve">29:43      (Speaker C)  Probably about every seven or eight months </w:t>
      </w:r>
    </w:p>
    <w:p>
      <w:r>
        <w:t xml:space="preserve">29:46      (Speaker F)  they come in there. </w:t>
      </w:r>
    </w:p>
    <w:p>
      <w:r>
        <w:t xml:space="preserve">29:48      (Speaker C)  Flat bottom boat. Yeah, the ropes on them and drag all the junk out. </w:t>
      </w:r>
    </w:p>
    <w:p>
      <w:r>
        <w:t xml:space="preserve">29:52      (Speaker G)  I don't know if you've seen the fountain that's in that lake. There's no fountain. </w:t>
      </w:r>
    </w:p>
    <w:p>
      <w:r>
        <w:t xml:space="preserve">29:57      (Speaker C)  But I would. I would pay for one. </w:t>
      </w:r>
    </w:p>
    <w:p>
      <w:r>
        <w:t xml:space="preserve">29:59      (Speaker A)  Well, my point is solar or run. </w:t>
      </w:r>
    </w:p>
    <w:p>
      <w:r>
        <w:t xml:space="preserve">30:01      (Speaker G)  Yeah. My point is that there's one in. In Fawn Ridge that is no longer working. That's probably what the flat bottom boat was out taking care of. </w:t>
      </w:r>
    </w:p>
    <w:p>
      <w:r>
        <w:t xml:space="preserve">30:10      (Speaker L)  So. </w:t>
      </w:r>
    </w:p>
    <w:p>
      <w:r>
        <w:t xml:space="preserve">30:12      (Speaker F)  So. </w:t>
      </w:r>
    </w:p>
    <w:p>
      <w:r>
        <w:t xml:space="preserve">30:12      (Speaker C)  But that it still exists is what I'm saying when I was told it doesn't. </w:t>
      </w:r>
    </w:p>
    <w:p>
      <w:r>
        <w:t xml:space="preserve">30:16      (Speaker G)  Oh, yeah. </w:t>
      </w:r>
    </w:p>
    <w:p>
      <w:r>
        <w:t xml:space="preserve">30:17      (Speaker D)  To answer your question there. It's a match. </w:t>
      </w:r>
    </w:p>
    <w:p>
      <w:r>
        <w:t xml:space="preserve">30:20      (Speaker L)  So there's no maintenance. </w:t>
      </w:r>
    </w:p>
    <w:p>
      <w:r>
        <w:t xml:space="preserve">30:23      (Speaker D)  Go ahead. </w:t>
      </w:r>
    </w:p>
    <w:p>
      <w:r>
        <w:t xml:space="preserve">30:24      (Speaker N)  I'm sorry, there's no maintenance crew that does any maintenance like that. It's just as you see, as needed or as seen. </w:t>
      </w:r>
    </w:p>
    <w:p>
      <w:r>
        <w:t xml:space="preserve">30:30      (Speaker K)  Where are we talking again? Because I heard you say hole 13 by the green. </w:t>
      </w:r>
    </w:p>
    <w:p>
      <w:r>
        <w:t xml:space="preserve">30:35      (Speaker N)  If you tee off on the. Yeah, the hole on the. The 13th. It's behind the maintenance shack for the golf course. I live right across that lake. </w:t>
      </w:r>
    </w:p>
    <w:p>
      <w:r>
        <w:t xml:space="preserve">30:46      (Speaker J)  So you're wanting specificity with roles and functions. Yes, sorry, you wanted specificity with roles and functions. </w:t>
      </w:r>
    </w:p>
    <w:p>
      <w:r>
        <w:t xml:space="preserve">30:52      (Speaker G)  That's our irrigation lake. </w:t>
      </w:r>
    </w:p>
    <w:p>
      <w:r>
        <w:t xml:space="preserve">30:53      (Speaker C)  Whose role and functions. </w:t>
      </w:r>
    </w:p>
    <w:p>
      <w:r>
        <w:t xml:space="preserve">30:58      (Speaker D)  Yeah, but. </w:t>
      </w:r>
    </w:p>
    <w:p>
      <w:r>
        <w:t xml:space="preserve">30:58      (Speaker K)  Yeah, I mean, depending on what the plant species is, whether it's beneficial or not. I. Yeah, I have to take a look at how exactly. I mean, I know we have Cypress all along the 13th. </w:t>
      </w:r>
    </w:p>
    <w:p>
      <w:r>
        <w:t xml:space="preserve">31:11      (Speaker N)  Couple pictures. </w:t>
      </w:r>
    </w:p>
    <w:p>
      <w:r>
        <w:t xml:space="preserve">31:12      (Speaker A)  Absolutely. Pictures are always helpful because that way we can get it right to our lake folks and they can respond a little quicker. </w:t>
      </w:r>
    </w:p>
    <w:p>
      <w:r>
        <w:t xml:space="preserve">31:19      (Speaker C)  Well, I have photos of when I moved in and on that east side there was a few trees. Now there's so many trees and Palms and everything that have intruded onto the that pond that it reduced the pond in itself. </w:t>
      </w:r>
    </w:p>
    <w:p>
      <w:r>
        <w:t xml:space="preserve">31:36      (Speaker G)  It got. </w:t>
      </w:r>
    </w:p>
    <w:p>
      <w:r>
        <w:t xml:space="preserve">31:37      (Speaker C)  And today is major different flow. </w:t>
      </w:r>
    </w:p>
    <w:p>
      <w:r>
        <w:t xml:space="preserve">31:42      (Speaker D)  So public comment here. Any further public comments. </w:t>
      </w:r>
    </w:p>
    <w:p>
      <w:r>
        <w:t xml:space="preserve">31:47      (Speaker A)  And again we'll have a separate public comment period both for the rules and rates of the golf course and the budget as well. </w:t>
      </w:r>
    </w:p>
    <w:p>
      <w:r>
        <w:t xml:space="preserve">31:52      (Speaker D)  Thank you. </w:t>
      </w:r>
    </w:p>
    <w:p>
      <w:r>
        <w:t xml:space="preserve">31:54      (Speaker B)  Thank you. </w:t>
      </w:r>
    </w:p>
    <w:p>
      <w:r>
        <w:t xml:space="preserve">31:57      (Speaker A)  Then we can proceed on with the minutes. </w:t>
      </w:r>
    </w:p>
    <w:p>
      <w:r>
        <w:t xml:space="preserve">32:02      (Speaker D)  So any comments on the minutes, </w:t>
      </w:r>
    </w:p>
    <w:p>
      <w:r>
        <w:t xml:space="preserve">32:07      (Speaker G)  make a motion to accept the minutes. </w:t>
      </w:r>
    </w:p>
    <w:p>
      <w:r>
        <w:t xml:space="preserve">32:09      (Speaker B)  I second. </w:t>
      </w:r>
    </w:p>
    <w:p>
      <w:r>
        <w:t xml:space="preserve">32:11      (Speaker D)  Okay. Any further discussion? All in favor? </w:t>
      </w:r>
    </w:p>
    <w:p>
      <w:r>
        <w:t xml:space="preserve">32:18      (Speaker A)  The next part of our meeting will be the public hearing. So we look for a motion of the board to open the public hearing. </w:t>
      </w:r>
    </w:p>
    <w:p>
      <w:r>
        <w:t xml:space="preserve">32:25      (Speaker M)  I'll make a motion to open the public part of meeting. </w:t>
      </w:r>
    </w:p>
    <w:p>
      <w:r>
        <w:t xml:space="preserve">32:30      (Speaker G)  I'll second favor. Aye. </w:t>
      </w:r>
    </w:p>
    <w:p>
      <w:r>
        <w:t xml:space="preserve">32:35      (Speaker C)  How long before we hear anything back? </w:t>
      </w:r>
    </w:p>
    <w:p>
      <w:r>
        <w:t xml:space="preserve">32:39      (Speaker K)  Shoot me an email. </w:t>
      </w:r>
    </w:p>
    <w:p>
      <w:r>
        <w:t xml:space="preserve">32:40      (Speaker C)  Pardon? </w:t>
      </w:r>
    </w:p>
    <w:p>
      <w:r>
        <w:t xml:space="preserve">32:41      (Speaker K)  Shoot me an email. Send me an email. </w:t>
      </w:r>
    </w:p>
    <w:p>
      <w:r>
        <w:t xml:space="preserve">32:44      (Speaker F)  An email. </w:t>
      </w:r>
    </w:p>
    <w:p>
      <w:r>
        <w:t xml:space="preserve">32:45      (Speaker G)  Yeah. </w:t>
      </w:r>
    </w:p>
    <w:p>
      <w:r>
        <w:t xml:space="preserve">32:46      (Speaker O)  He's got to. </w:t>
      </w:r>
    </w:p>
    <w:p>
      <w:r>
        <w:t xml:space="preserve">32:46      (Speaker G)  Got to have your contacted. Make sure he has your contact info. </w:t>
      </w:r>
    </w:p>
    <w:p>
      <w:r>
        <w:t xml:space="preserve">32:50      (Speaker C)  Thank you. </w:t>
      </w:r>
    </w:p>
    <w:p>
      <w:r>
        <w:t xml:space="preserve">32:50      (Speaker A)  So we're in the public hearing portion. The first part of that is going to be the rules and rates of the golf course. So Jim, I don't know if you want to go through some of the kind of the changes that we made this year. </w:t>
      </w:r>
    </w:p>
    <w:p>
      <w:r>
        <w:t xml:space="preserve">33:03      (Speaker N)  Yeah. </w:t>
      </w:r>
    </w:p>
    <w:p>
      <w:r>
        <w:t xml:space="preserve">33:04      (Speaker K)  As far as the rates, we just did a 7% increase. The price of everything going up trying to stay in competition with all the other golf courses generally really big major change we made. Like I talked about before, Florida is not so much the seasonal state that. That we're used to. So instead of having our four seasons, we're going to switch to just two seasons, a peak and not peak each. Starting November 1st running through April 30th may not be running from May 1st ending on October 31st. And other than that, basically same thing with the annual passes. They're. They're going to increasing 7% as well. This is the last year that we're offering our annual passes. Anyone who has an annual pass, we grandfathered in to keep them until they forfeit their pass. </w:t>
      </w:r>
    </w:p>
    <w:p>
      <w:r>
        <w:t xml:space="preserve">33:52      (Speaker A)  It's also important to note that on the rules side, the only real change that we made was really just indicating that as Jim talked about, we're going to go to more dynamic pricing. So the new rules kind of give some more language to that that the rules that the fees may be a different price per day. We've reflected that in our in the range of rates that it's going to be more of a dynamic pricing schedule. </w:t>
      </w:r>
    </w:p>
    <w:p>
      <w:r>
        <w:t xml:space="preserve">34:15      (Speaker G)  Can I just ask for clarification on the comments? This is the last year. In other words, 2026 is the last year. </w:t>
      </w:r>
    </w:p>
    <w:p>
      <w:r>
        <w:t xml:space="preserve">34:22      (Speaker H)  So </w:t>
      </w:r>
    </w:p>
    <w:p>
      <w:r>
        <w:t xml:space="preserve">34:24      (Speaker K)  if you do not have A annual pass. As of today, you have until September 30th to purchase price. </w:t>
      </w:r>
    </w:p>
    <w:p>
      <w:r>
        <w:t xml:space="preserve">34:30      (Speaker M)  That's. </w:t>
      </w:r>
    </w:p>
    <w:p>
      <w:r>
        <w:t xml:space="preserve">34:36      (Speaker A)  So at this point, what we can do is open it up for any public comments on the rules and rates of the golf course. Same kind of rules. State your name and address in 3 minutes. Any comments on the rules and rates of the golf course. </w:t>
      </w:r>
    </w:p>
    <w:p>
      <w:r>
        <w:t xml:space="preserve">34:51      (Speaker D)  Okay. </w:t>
      </w:r>
    </w:p>
    <w:p>
      <w:r>
        <w:t xml:space="preserve">34:51      (Speaker A)  Hearing none. Then we'll return it back to the board for any questions or comments or a motion to approve. </w:t>
      </w:r>
    </w:p>
    <w:p>
      <w:r>
        <w:t xml:space="preserve">34:56      (Speaker G)  Make a motion to approve the rules and rates for 2027 as we have been discussing for the past six months. </w:t>
      </w:r>
    </w:p>
    <w:p>
      <w:r>
        <w:t xml:space="preserve">35:08      (Speaker B)  I'll second. </w:t>
      </w:r>
    </w:p>
    <w:p>
      <w:r>
        <w:t xml:space="preserve">35:10      (Speaker D)  All in favor? </w:t>
      </w:r>
    </w:p>
    <w:p>
      <w:r>
        <w:t xml:space="preserve">35:11      (Speaker F)  Aye. </w:t>
      </w:r>
    </w:p>
    <w:p>
      <w:r>
        <w:t xml:space="preserve">35:15      (Speaker A)  The next portion of our public hearing will be on the budget. So what I'll do is I'll go through a quick presentation with everyone for those folks. I haven't introduced my. Hello myself. My name is Jason Chow. I serve as district manager. I work for a company called Governmental Management Services. We manage over 100 community development districts in the central Florida area. And I'm fortunate enough to serve as the district manager for Viera East. It may be difficult to see this. I'll note that as soon as I get back to the office, we'll get this posted on the website so you can have your own copy at home. The website is Viera East. So this is kind of a district boundary map, Kind of. Anything in the red is going to be property of the Viera east cdd. This is one of the larger districts in the state of Florida, both in terms of size and in terms of residential units. I know we were talking to some of the folks earlier about how kind of confusing some of the things can be just because the different amount of HOA's, the different amount of organizations. So obviously this is just a complete list. The district has both residential, commercial. The one thing we want to note, although I don't think anyone's here, but Six Mile Creek and Cranes Creek are not within the cbd. So even though we hear from those residents from time to time, they're actually not. Yeah, we tried to clear that up for people, but it still kind of happens. This is kind of just a. An overview of some of the things the district has. So Again, we have 31 communities, over 4,000 residential units, 205 acres of commercial. The district maintains 1,000 acres of wetland and conservation area. We maintain a scrub J habitat as they talked about, 84 ponds. We have five miles worth of sidewalks and bike paths, restaurant, Woodside park with a dog park and a playground. A lot of infrastructure areas, natural area, trails, as well as a Golf course and over 50 staff members of the district. And there's our website again. </w:t>
      </w:r>
    </w:p>
    <w:p>
      <w:r>
        <w:t xml:space="preserve">37:11      (Speaker C)  You have nothing to do is to seat up. </w:t>
      </w:r>
    </w:p>
    <w:p>
      <w:r>
        <w:t xml:space="preserve">37:13      (Speaker L)  Nope. </w:t>
      </w:r>
    </w:p>
    <w:p>
      <w:r>
        <w:t xml:space="preserve">37:13      (Speaker A)  No, that's bedroom. We want to go over some of the accomplishments of the golf course this year. And so Jim added these. Together we did over 60,000 rounds at the golf course. We did turf recovery after the cold winter. They did aerification, venting, fertility projects. They concluded root prunings and improved the environmental sustainability of the fertilizer program. As far as golf and revenue, they increased golf revenue by approximately $125,000. They maintained 63% of the golf course was hooked up. Developed a simple two rate structure which is kind of what Jim talked about earlier. Just to go of simplify the process so it's not such a matrix of rates all year long. Then they improved a lot of tournaments and developed coordinating with food and beverage. Hook and Eagle is the restaurant that's up at the golf course. For those that don't know it's open to the public. You can go there at any time. They hold lots of events there. If you check on the Facebook page, you'll always see a whole bunch of things that are going on at Hook and Eagle. You don't have to golf to go there. </w:t>
      </w:r>
    </w:p>
    <w:p>
      <w:r>
        <w:t xml:space="preserve">38:21      (Speaker L)  There. </w:t>
      </w:r>
    </w:p>
    <w:p>
      <w:r>
        <w:t xml:space="preserve">38:21      (Speaker A)  They've got great food. This is some of the accomplishments there as well. They recruited and onboarded a new food and beverage manager. They went through and did some processes to improve food safety, storage labeling, improved inventory controls. They're really working on improving the consistency of the food and drink quality. Reduced the cost of food and goods by about $22,000. They're working on the menu and they're strengthening again. The events and tournaments which are proving to be pretty profitable for the district as far as some of the things that the CDD's done. We've improved the fire fire line clearing process. About six years ago, basically the district had to rely on control burns. Yeah, that's the word. To try to maintain some of the fire line areas to reduce the fire hazards throughout the district. The problem with controlled burns is that we could almost never get them done. The weather conditions have to be almost perfect for them to occur. We'd get one scheduled and then the winds would be too high for that day or there'd be rain. There'd be some other conditions. So this board went through the process of purchasing what's called a fecan machine, fecan mulcher. So it's basically just a giant almost shredder. It just kind of goes through and Initially, they were doing basically a third of the fire line every year. And then several years ago, this board went. So we maintain the entire fire line annually. So we turned behind people's houses to try to prevent the fire issues. We've strengthened resident communication using Facebook and social media. And then we've improved shoreline restoration, preserve management, environmental work. Then in terms of just the finances. So we've increased. Increase the revenue for the golf course, approximately $130,000. We've had significant increases in labor, fuel, fertilizer equipment and food. And we'll talk about some of those a little later. Improved monitoring and accountability on the golf operations. We've strengthened department coordination between all the organizations. And then we've updated job descriptions to really improve the way that the staff works up. So really, the reason most of you are here is you got the letter about your assessment increase. So we just wanted to show you kind of how that breaks down, and it matches what's in your letter. So currently, the district has one debt service fund, which is their 2020 bond. That's $108 a year. We're proposing an operations and maintenance of $336 a year. And then there's a recreation fund, which goes. That doesn't have debt anymore. I'll take that off. So that recreation fund really is only for operations. And that's what goes to help with Woodside Park. And again, it's a total decrease of over $51 per home. So you'll actually see your CDD assessment go down. We'll show you this next table here. This is a table that shows you again, very similar to what you saw in the letter. This is a historical assessment table. So your operations and maintenance has remained at 236 since 2022. And so there is $100 proposed increase. And by Florida statutes, whenever there's an increase in the operations portion, that's when we have to send you the mail notice, which is why you got the letter. But you'll also see the debt service, which is. That's the 2020 bond that's dropping still from 139 to 108 just because of the way those bonds were structured. So there's a decrease there. The recreation is the other bond that went away. So. So last year that was $129, and that's going to drop to eight, which again is for Woodside Park. So you'll see there's actually a $50 decrease again on what you'll see on your tax bill when you get your tax Bill, the Viera east is going to be one line at the bottom of your tax bill. It's under the non ad valorem section. And so that'll match what you see there. </w:t>
      </w:r>
    </w:p>
    <w:p>
      <w:r>
        <w:t xml:space="preserve">42:03      (Speaker D)  I just want to note, Jason, giving that extra hundred dollars a year is what's going to enable us to do more lake maintenance. Like, exactly the issue that you're all talking about, that's, you know, we needed to accelerate the schedule for that, and now that the fund has paid off, </w:t>
      </w:r>
    </w:p>
    <w:p>
      <w:r>
        <w:t xml:space="preserve">42:20      (Speaker G)  we can use that money. </w:t>
      </w:r>
    </w:p>
    <w:p>
      <w:r>
        <w:t xml:space="preserve">42:23      (Speaker A)  And so just to show you just kind of on a percentage basis how that works out, obviously now the general fund makes up a much larger part of your budget at 74%. The recreation fund is about 2% and which again, Woodside park, and then the debt service still makes up about 25% of what you pay in assessments. We want to give some important budget notes. There is none of the operations and maintenance or recreation assessment is going to support the golf course. As Rob talked about earlier, the golf course fully operates on its own revenues and operations. The O and M that's increasing is really going to support obviously the lake maintenance fire lines as well as lake base restoration. And then of the $570,000 increase, 191,000 is going to those operating expenses. And then we're putting about 380,000 in reserves. This district did a reserve study several years ago, and that will help bring. Bring our reserves back into what. What was in line with that reserve study. That's problem again, as Rob talked about earlier, that the things the CDD maintains are again, lakes, fire lines and culverts are very, very expensive if we have to repair it. So it's important that we have enough money in reserves so that we don't have to keep coming back to you annually. </w:t>
      </w:r>
    </w:p>
    <w:p>
      <w:r>
        <w:t xml:space="preserve">43:39      (Speaker E)  Has anybody thought about getting a grant writer? </w:t>
      </w:r>
    </w:p>
    <w:p>
      <w:r>
        <w:t xml:space="preserve">43:44      (Speaker A)  Actually, yes, the district has tried that. I will tell you that CBDs, because we are a governmental agency. </w:t>
      </w:r>
    </w:p>
    <w:p>
      <w:r>
        <w:t xml:space="preserve">43:51      (Speaker F)  Does it work? </w:t>
      </w:r>
    </w:p>
    <w:p>
      <w:r>
        <w:t xml:space="preserve">43:53      (Speaker A)  There's not a lot out there that supports CD options. It really is. </w:t>
      </w:r>
    </w:p>
    <w:p>
      <w:r>
        <w:t xml:space="preserve">43:58      (Speaker G)  We actually hired a grant. </w:t>
      </w:r>
    </w:p>
    <w:p>
      <w:r>
        <w:t xml:space="preserve">43:59      (Speaker D)  Yeah. And then we weren't able to get any grants, so. </w:t>
      </w:r>
    </w:p>
    <w:p>
      <w:r>
        <w:t xml:space="preserve">44:03      (Speaker A)  Yes, but that's a great idea because </w:t>
      </w:r>
    </w:p>
    <w:p>
      <w:r>
        <w:t xml:space="preserve">44:05      (Speaker G)  we're not a city, but we're not an HOA nonprofit. </w:t>
      </w:r>
    </w:p>
    <w:p>
      <w:r>
        <w:t xml:space="preserve">44:08      (Speaker A)  We don't really fit neatly into the categories that those grants are really designed. So again, here's kind of just the general fund. So we have general CBD administration, park maintenance, lake maintenance, fire line maintenance, conservation area maintenance. There's obviously a transfer to capital reserves and then your revenues and assessments balance. So our General fund is always balanced to zero. These are some of the things that have actually increased in our general fund. So we have inflationary increases in contracts. Obviously, a lot of our big contracts are environmental. And the cost of chemicals have increased. The cost of gasoline is increased of delivering all of those. And again, this district is increased lake bank restoration. So we can try to keep up with the lake banks as it naturally just erodes. We've added some additional capital projects for sidewalk repairs throughout the district, as well as renovating the restrooms at Woodside park and then again, continuing to fund those capital returns. </w:t>
      </w:r>
    </w:p>
    <w:p>
      <w:r>
        <w:t xml:space="preserve">45:06      (Speaker D)  Just note, those sidewalks along oh Strive on the east side of Morel are not out, correct? </w:t>
      </w:r>
    </w:p>
    <w:p>
      <w:r>
        <w:t xml:space="preserve">45:11      (Speaker A)  Yeah, yeah. Really? The sidewalks we maintain are with. On the golf course and then at </w:t>
      </w:r>
    </w:p>
    <w:p>
      <w:r>
        <w:t xml:space="preserve">45:16      (Speaker J)  Woodside park, where I say you're counting. </w:t>
      </w:r>
    </w:p>
    <w:p>
      <w:r>
        <w:t xml:space="preserve">45:18      (Speaker A)  But obviously oak trees tend to play havoc on sidewalks. So we want to make sure we're. We're avoiding trip hazards where we. </w:t>
      </w:r>
    </w:p>
    <w:p>
      <w:r>
        <w:t xml:space="preserve">45:24      (Speaker L)  Absolutely. </w:t>
      </w:r>
    </w:p>
    <w:p>
      <w:r>
        <w:t xml:space="preserve">45:24      (Speaker D)  All right. And I don't know if you all. I'm going to repeat what Jason said. He's what the sidewalks that were responsible or are in on the golf course going into the golf course and in Windside Park. </w:t>
      </w:r>
    </w:p>
    <w:p>
      <w:r>
        <w:t xml:space="preserve">45:34      (Speaker A)  Well, connecting trails, some of the trails. So this will just walk you through some of the golf course facts and figures. And these are all in your budget. So we budgeted the golf course at a gain of about this year as about a net profit of about 168,000 currently through May, where we're showing 366,000 profit. And then it's projected right now at about 5:43. But obviously the summer months old, we've still got a few months to work with there, and that doesn't include the transfer. So what happens with the golf course? Any profits generated from the golf course, they go into a separate reserve for the golf course. So this board tracks those separately. So your general fund reserves are tracked separately from your golf course. And the intent of the board is that they would utilize the golf course reserves for golf course improvements. And then the general fund reserves, reserves for those items such as lakes and lake maintenance. </w:t>
      </w:r>
    </w:p>
    <w:p>
      <w:r>
        <w:t xml:space="preserve">46:30      (Speaker G)  And all of the CDD assessments go into the general fund. They'll go into the golf course fund. </w:t>
      </w:r>
    </w:p>
    <w:p>
      <w:r>
        <w:t xml:space="preserve">46:37      (Speaker A)  So this is just a budget of our golf course. Again, we propose next year a net income of about 300,000, the Reserve and the golf course revenues over expenses. And then these are some of the categories of the golf course. These are the revenues that we have. So we've got green fees of about 2.4 million, memberships of 100,000 loyalty program, 25,000 driving range Golf lessons. There is a new simulator that's going in. So they're building that now. We expect that to profit approximately $100,000. The board is also segregating those revenues into a separate reserve so that we can track those separately. The restaurant we expect to generate about 1.1 million. Then we have the expense side. So we said General expenses about 212,000. Golf operations 679. Merchandise cost of goods is about 80,000. Obviously the big expense is on the maintenance side, which is about 1.3 million, as well as administrative expenses. Restaurant at about 1.1. And then the rest of the funds just go to reserves. This is the recreation debt again, or recreation fund. I should. I gotta get rid of debt because there's no more debt on that. But that one's about $8 a year. And again that really just goes to fun Woodside Park. The other is the series 2020 mods, which is the $108 again. Those will be fully amortized in 2038 and they're to supposed about 5.4 million. The board also wanted to highlight kind of the annual profits of the golf course. Obviously the board made a significant change in 2021 of how they want to run the golf course and how they want to operate. So you'll see that that's the profits at that time were a stark difference from before. So those boards really operating on the. You know, they really made a priority that the golf course would be self sustaining. </w:t>
      </w:r>
    </w:p>
    <w:p>
      <w:r>
        <w:t xml:space="preserve">48:33      (Speaker G)  Can you hold on that? </w:t>
      </w:r>
    </w:p>
    <w:p>
      <w:r>
        <w:t xml:space="preserve">48:36      (Speaker D)  We love this slide. </w:t>
      </w:r>
    </w:p>
    <w:p>
      <w:r>
        <w:t xml:space="preserve">48:37      (Speaker G)  Yeah, this is my favorite slide. </w:t>
      </w:r>
    </w:p>
    <w:p>
      <w:r>
        <w:t xml:space="preserve">48:40      (Speaker B)  It's a great slide. </w:t>
      </w:r>
    </w:p>
    <w:p>
      <w:r>
        <w:t xml:space="preserve">48:41      (Speaker G)  You see that big one there in the middle? That's when the new board took over the thing, I will add. You'll see it's got its ups and downs. Some years are better than others. But the bottom line of that in our worst year. This is the part that. Jason, am I out of bounds to say in our worst year, is that more than the sum out of all the 20 years before us? </w:t>
      </w:r>
    </w:p>
    <w:p>
      <w:r>
        <w:t xml:space="preserve">49:10      (Speaker A)  I don't have the 20 years. </w:t>
      </w:r>
    </w:p>
    <w:p>
      <w:r>
        <w:t xml:space="preserve">49:12      (Speaker G)  I know I can verify 10 years. I believe it's 20 years before us. The sum of 20 years. The reason why it's so that was a big fault fight for a long time. And people don't understand the fundamental change because we're all of that not. You got about a million and a half between a million and a half, $2 million in the bank now that we didn't have before. And if that didn't happen, everybody's taxes wouldn't be going down, they'd be going way up right now. </w:t>
      </w:r>
    </w:p>
    <w:p>
      <w:r>
        <w:t xml:space="preserve">49:47      (Speaker D)  The other thing is we had to have a bond because. Because we didn't have reserves and the golf course was almost 30 years old </w:t>
      </w:r>
    </w:p>
    <w:p>
      <w:r>
        <w:t xml:space="preserve">49:56      (Speaker C)  and had to do. </w:t>
      </w:r>
    </w:p>
    <w:p>
      <w:r>
        <w:t xml:space="preserve">49:57      (Speaker D)  There was a lot of work that needed to be done, which is why the 2020 bond had to be taken out. But our goal is to have those reserves so that when we. And we have a reserve study that shows us how old everything is and when it needs to be replaced so that we have the money in the account to be able to pay for the things when we need them and not have to do a bond or increase your taxes. </w:t>
      </w:r>
    </w:p>
    <w:p>
      <w:r>
        <w:t xml:space="preserve">50:19      (Speaker A)  And again, it is important to note that without this profit of the golf course, you know, if we were to reverse and say the golf course lost money, that likely would cause an increase in your assessments. This board can assess for that under that recreation portion by law. But obviously with profits like this, they don't have to do that. So their goal is obviously to again, keep the golf course self sustaining. And this is just kind of a graph that shows the capital projects fund, again since 2020. This is total. So obviously these are, you know, cumulative. But you'll see as proposed 2027, we would add over about $2 million in the bank in the capital project fund. And again, that's divided between golf course and general fund. But that is an accumulation. And then just some of the reasons why we did have to do the O and M increase or we're proposing the OMN increase first again is the additional capital reserve for the district that's important for projects such as lake repairs, culvert repairs. As I've said, we've had contract increases. You know, we spent a lot of money on the lake maintenance. And again, all of that's going up with the cost of chemicals and gasoline. The other big hit that we've had in all of our departments is the minimum wage increases. So obviously there was this. Florida had some mandatory minimum wage increases that it's still ongoing now. But in 2005, it was 6, 15 an hour. And now in 2026 it's $15 an hour. So we've had a, you know, 143% increase just on the minimum wage. So we're having to do that every year to kind of bump that up in accordance with statutes. So with that, we will again go to public comments. Be same as kind of before. We just ask that you state your name and address. Keep your comments to three minutes. And again, it's not necessarily A Q and A session. But certainly the board can address those comments all at the end. </w:t>
      </w:r>
    </w:p>
    <w:p>
      <w:r>
        <w:t xml:space="preserve">52:10      (Speaker D)  Sure. </w:t>
      </w:r>
    </w:p>
    <w:p>
      <w:r>
        <w:t xml:space="preserve">52:11      (Speaker C)  Antoinette Britton, 1406 Grand Isle Boulevard. I do not have a dog, but I do take care of people's dogs. And I will not take them to Woodside park because it's so dirty and if it rains, it's a mud hole. Is there a reason they can't keep grass there? I tend to take them all the way out on Stadium Parkway past the hospital. That park out there, it's always green. Is it so shaded or something in Woodside? Is that the problem? </w:t>
      </w:r>
    </w:p>
    <w:p>
      <w:r>
        <w:t xml:space="preserve">52:42      (Speaker K)  It's all the oak trees. </w:t>
      </w:r>
    </w:p>
    <w:p>
      <w:r>
        <w:t xml:space="preserve">52:44      (Speaker C)  Yeah. </w:t>
      </w:r>
    </w:p>
    <w:p>
      <w:r>
        <w:t xml:space="preserve">52:44      (Speaker K)  Between the foot traffic of the dogs and the shade from the oak trees, it's impossible to grow Turpin or there. </w:t>
      </w:r>
    </w:p>
    <w:p>
      <w:r>
        <w:t xml:space="preserve">52:49      (Speaker G)  I'll expound on that. I spent a year building that park. I was out there every Saturday. We had that place. It was beautiful when it first opened. I've got pictures of the grass and it lasted about a week. </w:t>
      </w:r>
    </w:p>
    <w:p>
      <w:r>
        <w:t xml:space="preserve">53:04      (Speaker C)  I don't know. Is Astroturf an answer? I don't know what that. </w:t>
      </w:r>
    </w:p>
    <w:p>
      <w:r>
        <w:t xml:space="preserve">53:07      (Speaker A)  Oh, with dog waist. </w:t>
      </w:r>
    </w:p>
    <w:p>
      <w:r>
        <w:t xml:space="preserve">53:11      (Speaker G)  It was a partial answer. If you notice the hills, the hills have AstroTurf now. It was able to. That it can stand on the rest of it. No. And actually, and I know you're right, it's. It's mixed in with the dirt. What it. What it really is is sand, but that's mixed in with the dirt on a lot of it. But there's nothing. </w:t>
      </w:r>
    </w:p>
    <w:p>
      <w:r>
        <w:t xml:space="preserve">53:33      (Speaker C)  So to put as turf, they probably have the concrete first or something. </w:t>
      </w:r>
    </w:p>
    <w:p>
      <w:r>
        <w:t xml:space="preserve">53:37      (Speaker A)  I don't know. </w:t>
      </w:r>
    </w:p>
    <w:p>
      <w:r>
        <w:t xml:space="preserve">53:38      (Speaker G)  Well, </w:t>
      </w:r>
    </w:p>
    <w:p>
      <w:r>
        <w:t xml:space="preserve">53:45      (Speaker K)  With the astroturf and the way the astroturf is the sublevel bases, then you have the dog waste. </w:t>
      </w:r>
    </w:p>
    <w:p>
      <w:r>
        <w:t xml:space="preserve">53:51      (Speaker C)  So there's no way to prove that. </w:t>
      </w:r>
    </w:p>
    <w:p>
      <w:r>
        <w:t xml:space="preserve">53:53      (Speaker A)  And I'll let you know. We can get rid of. Our Office manages about 100 districts in Central Florida. And these dog parks are a constant challenge at all of them. People don't treat it as if it's their home or their own backyard. The dogs will tear them up. Most of our. Most of ours, we have to reside them once a year, which requires us to close it for about two months almost to put new sod in and let it grow. So, I mean, there's no real great option when it comes to dog parks. </w:t>
      </w:r>
    </w:p>
    <w:p>
      <w:r>
        <w:t xml:space="preserve">54:22      (Speaker G)  Doing the Astroturf on the. On the. On the bridge area and the hills and everything saved, yes, the bridges, but that. That's about all that was feasible to do. </w:t>
      </w:r>
    </w:p>
    <w:p>
      <w:r>
        <w:t xml:space="preserve">54:31      (Speaker C)  Okay. It's just. It's a pity. It could be a nice part. </w:t>
      </w:r>
    </w:p>
    <w:p>
      <w:r>
        <w:t xml:space="preserve">54:35      (Speaker G)  It breaks. Breaks my heart I'll show you. If ever you want to see them, I'll show you the pictures of how pristine and beautiful it was when we first opened that business. </w:t>
      </w:r>
    </w:p>
    <w:p>
      <w:r>
        <w:t xml:space="preserve">54:45      (Speaker C)  Does St. John's Water Management people subsidize at all for the chemical cost that you have to put out, even though it's their waterway? </w:t>
      </w:r>
    </w:p>
    <w:p>
      <w:r>
        <w:t xml:space="preserve">54:55      (Speaker A)  Nope, it's our maintenance responsibility. We've got two folks. I don't know which one. </w:t>
      </w:r>
    </w:p>
    <w:p>
      <w:r>
        <w:t xml:space="preserve">55:01      (Speaker L)  I've been playing golf at Fiera Golf course for about 21 years, and I have to say, honestly, I've never seen it managed better than it was today than it is today. I was personally involved with that golf course at one time. And the guys who are running it today, Jim, and whoever they got run it there, they do an excellent job of taking care of that golf course because it's 150% better than what it was when I knew when I first got there. And it's worth every penny you pay for it. </w:t>
      </w:r>
    </w:p>
    <w:p>
      <w:r>
        <w:t xml:space="preserve">55:32      (Speaker G)  And we agree with you that he has done a heck of a job with his staff. </w:t>
      </w:r>
    </w:p>
    <w:p>
      <w:r>
        <w:t xml:space="preserve">55:37      (Speaker L)  Oh, yeah, absolutely. </w:t>
      </w:r>
    </w:p>
    <w:p>
      <w:r>
        <w:t xml:space="preserve">55:39      (Speaker O)  My name is Robert Shear. I live in 1702. </w:t>
      </w:r>
    </w:p>
    <w:p>
      <w:r>
        <w:t xml:space="preserve">55:42      (Speaker I)  Keys. </w:t>
      </w:r>
    </w:p>
    <w:p>
      <w:r>
        <w:t xml:space="preserve">55:42      (Speaker N)  Gate. </w:t>
      </w:r>
    </w:p>
    <w:p>
      <w:r>
        <w:t xml:space="preserve">55:43      (Speaker O)  Let me make one comment and then I have three little questions. </w:t>
      </w:r>
    </w:p>
    <w:p>
      <w:r>
        <w:t xml:space="preserve">55:45      (Speaker G)  That's grand aisle, right? </w:t>
      </w:r>
    </w:p>
    <w:p>
      <w:r>
        <w:t xml:space="preserve">55:46      (Speaker O)  What's that? </w:t>
      </w:r>
    </w:p>
    <w:p>
      <w:r>
        <w:t xml:space="preserve">55:47      (Speaker G)  Te. Gate. Key. </w:t>
      </w:r>
    </w:p>
    <w:p>
      <w:r>
        <w:t xml:space="preserve">55:48      (Speaker O)  Gate. </w:t>
      </w:r>
    </w:p>
    <w:p>
      <w:r>
        <w:t xml:space="preserve">55:49      (Speaker M)  Key. </w:t>
      </w:r>
    </w:p>
    <w:p>
      <w:r>
        <w:t xml:space="preserve">55:50      (Speaker O)  Grand Isle. </w:t>
      </w:r>
    </w:p>
    <w:p>
      <w:r>
        <w:t xml:space="preserve">55:50      (Speaker G)  Grand Isle. Okay. </w:t>
      </w:r>
    </w:p>
    <w:p>
      <w:r>
        <w:t xml:space="preserve">55:51      (Speaker D)  Okay. </w:t>
      </w:r>
    </w:p>
    <w:p>
      <w:r>
        <w:t xml:space="preserve">55:52      (Speaker O)  First, I would like to say that I will make sure that I tell everybody because I get tired of people saying I'm paying money to live in a place and I don't golf. It'd be nice to go back to people and say it's not costing you a dime. So that will be something that I will take back to anyone I talk to. So thank you for me learning that today. </w:t>
      </w:r>
    </w:p>
    <w:p>
      <w:r>
        <w:t xml:space="preserve">56:11      (Speaker G)  And I just want to add to the. Sometimes on social media and other places you get people that will say things about her. If ever you get. All I'm trying to say is if ever you get into a situation where you're not quite sure if what you're hearing is right, there's your answerman. They got their numbers on everything. Give them a call. They will tell you the straight scoop. If something doesn't sound right. </w:t>
      </w:r>
    </w:p>
    <w:p>
      <w:r>
        <w:t xml:space="preserve">56:37      (Speaker O)  Usually it's people who do not attend meetings who do not know what they're talking about. My question be this. I. I'm going to ask a question about the reserves, but what percentage of our budget has to be in reserves? </w:t>
      </w:r>
    </w:p>
    <w:p>
      <w:r>
        <w:t xml:space="preserve">56:53      (Speaker K)  Is there amount zero. </w:t>
      </w:r>
    </w:p>
    <w:p>
      <w:r>
        <w:t xml:space="preserve">56:55      (Speaker O)  So you don't have to hold anything. </w:t>
      </w:r>
    </w:p>
    <w:p>
      <w:r>
        <w:t xml:space="preserve">56:58      (Speaker A)  The Florida statutes does not require reserve. We. Yeah. CDDs are different from HOAs. We do not have to have. We don't have to, obviously. As our, as your district manager, I recommend reserves for every district I manage. </w:t>
      </w:r>
    </w:p>
    <w:p>
      <w:r>
        <w:t xml:space="preserve">57:09      (Speaker O)  And you move $379,000 into it this year and I didn't notice it. What is your total reserve at this point? </w:t>
      </w:r>
    </w:p>
    <w:p>
      <w:r>
        <w:t xml:space="preserve">57:17      (Speaker A)  So that's going to be. If you look at the budget, it's going to be on. </w:t>
      </w:r>
    </w:p>
    <w:p>
      <w:r>
        <w:t xml:space="preserve">57:19      (Speaker O)  I know it'll be in here at some point. </w:t>
      </w:r>
    </w:p>
    <w:p>
      <w:r>
        <w:t xml:space="preserve">57:21      (Speaker A)  Yeah, it's on page 10. That's the capital reserve. So at the end of this year they expect to have 1.5 million and then they expect to have a total revenue of over 2 million next year. At the end of the year about one. </w:t>
      </w:r>
    </w:p>
    <w:p>
      <w:r>
        <w:t xml:space="preserve">57:38      (Speaker O)  So basically what you're telling me by doing that then is that you're probably going to not outspend your reserve over </w:t>
      </w:r>
    </w:p>
    <w:p>
      <w:r>
        <w:t xml:space="preserve">57:45      (Speaker A)  the next 20 or so. </w:t>
      </w:r>
    </w:p>
    <w:p>
      <w:r>
        <w:t xml:space="preserve">57:46      (Speaker O)  You're actually looking to increase. That's good. No, that's, that's. </w:t>
      </w:r>
    </w:p>
    <w:p>
      <w:r>
        <w:t xml:space="preserve">57:50      (Speaker G)  Well, I'll expand on that. As Jim referenced earlier, we did a 30 year reserve study for the entire district golf course. When we built the irrigation system a couple years ago, that was 3 million bucks. Now an irrigation system is like 4 or 5 million. So we got to have money, we got to start. It's sort of like your home. You got to save money for the roof because you know you're going to have a 25, $30,000 expense at a certain point in time. It's the same thing with the reserve study. The reserve study we update. It's a fluid document. It's actually on the CDD website and we right now are fully on track for our reserves. For the reserves. </w:t>
      </w:r>
    </w:p>
    <w:p>
      <w:r>
        <w:t xml:space="preserve">58:36      (Speaker O)  So the 1.5 million that you have right now, is that all on the non golf side or is that included golf? </w:t>
      </w:r>
    </w:p>
    <w:p>
      <w:r>
        <w:t xml:space="preserve">58:44      (Speaker A)  So there's actually a breakdown on that page. </w:t>
      </w:r>
    </w:p>
    <w:p>
      <w:r>
        <w:t xml:space="preserve">58:46      (Speaker O)  Yeah, I'm not looking it up. </w:t>
      </w:r>
    </w:p>
    <w:p>
      <w:r>
        <w:t xml:space="preserve">58:49      (Speaker A)  The general fund is about 370,000 golf courses about local. </w:t>
      </w:r>
    </w:p>
    <w:p>
      <w:r>
        <w:t xml:space="preserve">58:54      (Speaker O)  So you have more money in the, in the golf. </w:t>
      </w:r>
    </w:p>
    <w:p>
      <w:r>
        <w:t xml:space="preserve">58:57      (Speaker A)  Oh, because it. Well see the golf course kind of, that's where all those profits have accumulated. So we're keeping them separate. So the golf course has generated those profits. </w:t>
      </w:r>
    </w:p>
    <w:p>
      <w:r>
        <w:t xml:space="preserve">59:04      (Speaker G)  But that's our big expense general fund </w:t>
      </w:r>
    </w:p>
    <w:p>
      <w:r>
        <w:t xml:space="preserve">59:06      (Speaker A)  really doesn't have a whole lot of. Basically it's whatever they don't spend. No, I understand that's where you're looking </w:t>
      </w:r>
    </w:p>
    <w:p>
      <w:r>
        <w:t xml:space="preserve">59:13      (Speaker O)  to get this money if you're going to do these lakes and stuff like that. </w:t>
      </w:r>
    </w:p>
    <w:p>
      <w:r>
        <w:t xml:space="preserve">59:17      (Speaker A)  And that's, that's kind of. </w:t>
      </w:r>
    </w:p>
    <w:p>
      <w:r>
        <w:t xml:space="preserve">59:18      (Speaker O)  You can pull that out of the gulf money though, or not legally. </w:t>
      </w:r>
    </w:p>
    <w:p>
      <w:r>
        <w:t xml:space="preserve">59:23      (Speaker A)  Yes, but this foreign's policy right now is that they Want to keep them separate. </w:t>
      </w:r>
    </w:p>
    <w:p>
      <w:r>
        <w:t xml:space="preserve">59:29      (Speaker O)  But there's a point when you're going to say that reserve of over one point some million dollars in the golf part of it. </w:t>
      </w:r>
    </w:p>
    <w:p>
      <w:r>
        <w:t xml:space="preserve">59:36      (Speaker G)  The issue that we would run into is present day value. I'm a financial planner, so that's. I'll use some of those terms. But in today's dollars to replace all of the things that we, that we would have to. That we've done the study for, it's 4 to 5 million dollars for the golf course versus the rest of the district. Yes, it would be tragic if something happened at Woodside park. But replacing a bathroom at Woodside park is a heck of a lot cheaper than replacing an irrigation system. </w:t>
      </w:r>
    </w:p>
    <w:p>
      <w:r>
        <w:t xml:space="preserve">01:00:07   (Speaker O)  Makes sense. </w:t>
      </w:r>
    </w:p>
    <w:p>
      <w:r>
        <w:t xml:space="preserve">01:00:08   (Speaker G)  You correct in that. </w:t>
      </w:r>
    </w:p>
    <w:p>
      <w:r>
        <w:t xml:space="preserve">01:00:09   (Speaker A)  But to be clear, legally any revenues that the board makes, they can spend on any legal purpose of the district. So they can intermingle the reserves if they chose. But right now they're keeping them segregated. </w:t>
      </w:r>
    </w:p>
    <w:p>
      <w:r>
        <w:t xml:space="preserve">01:00:20   (Speaker O)  If you were going to answer questions. I'm sorry if I jumped ahead. </w:t>
      </w:r>
    </w:p>
    <w:p>
      <w:r>
        <w:t xml:space="preserve">01:00:22   (Speaker A)  No, absolutely. </w:t>
      </w:r>
    </w:p>
    <w:p>
      <w:r>
        <w:t xml:space="preserve">01:00:24   (Speaker N)  Thank you. </w:t>
      </w:r>
    </w:p>
    <w:p>
      <w:r>
        <w:t xml:space="preserve">01:00:26   (Speaker A)  Yes, sir. </w:t>
      </w:r>
    </w:p>
    <w:p>
      <w:r>
        <w:t xml:space="preserve">01:00:28   (Speaker I)  Again, Ms. Robertson, I've just repeat on that. </w:t>
      </w:r>
    </w:p>
    <w:p>
      <w:r>
        <w:t xml:space="preserve">01:00:31   (Speaker A)  Yeah, you're good. </w:t>
      </w:r>
    </w:p>
    <w:p>
      <w:r>
        <w:t xml:space="preserve">01:00:32   (Speaker I)  1580 for GF. </w:t>
      </w:r>
    </w:p>
    <w:p>
      <w:r>
        <w:t xml:space="preserve">01:00:33   (Speaker A)  Four grand off. </w:t>
      </w:r>
    </w:p>
    <w:p>
      <w:r>
        <w:t xml:space="preserve">01:00:35   (Speaker I)  How much money do we have aside for. I mean, what do you allot for taking care of the lakes and the inside the preserves? I know there's rules and regulations, you know, we're not allowed to touch any of the. </w:t>
      </w:r>
    </w:p>
    <w:p>
      <w:r>
        <w:t xml:space="preserve">01:00:49   (Speaker A)  I mean, but the height and the </w:t>
      </w:r>
    </w:p>
    <w:p>
      <w:r>
        <w:t xml:space="preserve">01:00:52   (Speaker I)  abundance of it has grown to a large point. Now how do you approach that, you know, and what kind of funds are we setting? Do we have funds set aside for that? </w:t>
      </w:r>
    </w:p>
    <w:p>
      <w:r>
        <w:t xml:space="preserve">01:01:03   (Speaker G)  What did we spend last year? Because this board actually tried to move the timetable up on a lot of lakes that were. We actually took some money out of reserves to do some of that. </w:t>
      </w:r>
    </w:p>
    <w:p>
      <w:r>
        <w:t xml:space="preserve">01:01:14   (Speaker A)  Yeah, we spent 164,000 this year on just the lake bank restoration. We anticipate about 150,000. Just on top of that of just the treatment of the lakes on a monthly basis. And then there's also canal maintenance, there's midge control, fire line maintenance. I mean there's a lot of environmental. That's the big portion of your general budget. </w:t>
      </w:r>
    </w:p>
    <w:p>
      <w:r>
        <w:t xml:space="preserve">01:01:34   (Speaker G)  So between adding all the stuff that I just heard between 320 and 350. </w:t>
      </w:r>
    </w:p>
    <w:p>
      <w:r>
        <w:t xml:space="preserve">01:01:39   (Speaker A)  Yeah, the environment, the maintenance expenditures, which is all that environmental stuff, is projected at 355 for this year. </w:t>
      </w:r>
    </w:p>
    <w:p>
      <w:r>
        <w:t xml:space="preserve">01:01:46   (Speaker N)  I want to piggyback on that. Is that money spent or that money, that work. Excuse me, Is that work done by current workers or that contracted out? </w:t>
      </w:r>
    </w:p>
    <w:p>
      <w:r>
        <w:t xml:space="preserve">01:01:57   (Speaker F)  Both. </w:t>
      </w:r>
    </w:p>
    <w:p>
      <w:r>
        <w:t xml:space="preserve">01:01:58   (Speaker N)  50. 50. </w:t>
      </w:r>
    </w:p>
    <w:p>
      <w:r>
        <w:t xml:space="preserve">01:02:00   (Speaker A)  So actually most of that is done </w:t>
      </w:r>
    </w:p>
    <w:p>
      <w:r>
        <w:t xml:space="preserve">01:02:01   (Speaker K)  by Contract, I mean, you know, I would say 955. </w:t>
      </w:r>
    </w:p>
    <w:p>
      <w:r>
        <w:t xml:space="preserve">01:02:06   (Speaker N)  5. </w:t>
      </w:r>
    </w:p>
    <w:p>
      <w:r>
        <w:t xml:space="preserve">01:02:08   (Speaker K)  It's contracted out. So whether it's EOR Lake Bender or American Shoreline Restoration, does our lake banks okay? </w:t>
      </w:r>
    </w:p>
    <w:p>
      <w:r>
        <w:t xml:space="preserve">01:02:14   (Speaker N)  Thank you. </w:t>
      </w:r>
    </w:p>
    <w:p>
      <w:r>
        <w:t xml:space="preserve">01:02:15   (Speaker G)  But yeah, if we have an emergency issue, </w:t>
      </w:r>
    </w:p>
    <w:p>
      <w:r>
        <w:t xml:space="preserve">01:02:21   (Speaker I)  you're okay? </w:t>
      </w:r>
    </w:p>
    <w:p>
      <w:r>
        <w:t xml:space="preserve">01:02:22   (Speaker K)  That's a good question. </w:t>
      </w:r>
    </w:p>
    <w:p>
      <w:r>
        <w:t xml:space="preserve">01:02:25   (Speaker I)  So as it's gotten thicker, I mean, is the plan the complaint? I hear, and I'm in real estate, so I hear this a lot. </w:t>
      </w:r>
    </w:p>
    <w:p>
      <w:r>
        <w:t xml:space="preserve">01:02:32   (Speaker L)  I. </w:t>
      </w:r>
    </w:p>
    <w:p>
      <w:r>
        <w:t xml:space="preserve">01:02:33   (Speaker I)  When I bought here, I could see the water. Now I can't see the water is are there regulations that stop us? </w:t>
      </w:r>
    </w:p>
    <w:p>
      <w:r>
        <w:t xml:space="preserve">01:02:40   (Speaker A)  Yes, it depends on what the property is. So if it's go in and if it only grows is out, if it's a conservation area, then the only thing we can do is remove invasives. And if there's a tree that would potentially that we can look at and somebody would reasonably say it can damage property, if it's a conservation area designated, then we almost can't touch almost anything. Even. They even want you. Even in those conservation areas, if there's a tree that looks bad, they almost want you to cut it and push it the other way. </w:t>
      </w:r>
    </w:p>
    <w:p>
      <w:r>
        <w:t xml:space="preserve">01:03:15   (Speaker M)  Habitat. </w:t>
      </w:r>
    </w:p>
    <w:p>
      <w:r>
        <w:t xml:space="preserve">01:03:16   (Speaker O)  Yeah. </w:t>
      </w:r>
    </w:p>
    <w:p>
      <w:r>
        <w:t xml:space="preserve">01:03:16   (Speaker I)  And just simply if you do have a like here lately, there's a pretty good sized tree that's been down for a couple weeks. Then I. Somebody in the community could just call. Who do you call? </w:t>
      </w:r>
    </w:p>
    <w:p>
      <w:r>
        <w:t xml:space="preserve">01:03:29   (Speaker A)  You call. </w:t>
      </w:r>
    </w:p>
    <w:p>
      <w:r>
        <w:t xml:space="preserve">01:03:30   (Speaker L)  I gave my. </w:t>
      </w:r>
    </w:p>
    <w:p>
      <w:r>
        <w:t xml:space="preserve">01:03:31   (Speaker A)  I don't know if you were here </w:t>
      </w:r>
    </w:p>
    <w:p>
      <w:r>
        <w:t xml:space="preserve">01:03:32   (Speaker K)  yet, but I gave my email address. Any issues with lakes or conservation areas, shoot me an email. Your address. Just so I know the general area I'm looking at. Pictures help great too. </w:t>
      </w:r>
    </w:p>
    <w:p>
      <w:r>
        <w:t xml:space="preserve">01:03:48   (Speaker A)  But again, depending on what the definition and how that property is platted and permitted, we may not be able to do all of them. Yeah, just. I want to give everybody fair expectations. </w:t>
      </w:r>
    </w:p>
    <w:p>
      <w:r>
        <w:t xml:space="preserve">01:03:58   (Speaker G)  Michelle, can we do a post, feel the contact info. The lovely lady back here also manages the Facebook page. </w:t>
      </w:r>
    </w:p>
    <w:p>
      <w:r>
        <w:t xml:space="preserve">01:04:07   (Speaker C)  Yes. </w:t>
      </w:r>
    </w:p>
    <w:p>
      <w:r>
        <w:t xml:space="preserve">01:04:08   (Speaker K)  I apologize because I think I've been. I've been working here for five years and general manager for three and I don't think I've really ever seen people in the audience, so I didn't write business cards. </w:t>
      </w:r>
    </w:p>
    <w:p>
      <w:r>
        <w:t xml:space="preserve">01:04:19   (Speaker A)  Okay. Mine are back there. So if you want to get all. If you don't write Jim's email down. </w:t>
      </w:r>
    </w:p>
    <w:p>
      <w:r>
        <w:t xml:space="preserve">01:04:29   (Speaker E)  In the budget for a canal. Where's the canal? </w:t>
      </w:r>
    </w:p>
    <w:p>
      <w:r>
        <w:t xml:space="preserve">01:04:32   (Speaker A)  So that's a shared canal with the Viera company. </w:t>
      </w:r>
    </w:p>
    <w:p>
      <w:r>
        <w:t xml:space="preserve">01:04:36   (Speaker K)  Yes. </w:t>
      </w:r>
    </w:p>
    <w:p>
      <w:r>
        <w:t xml:space="preserve">01:04:37   (Speaker N)  What are we talking? </w:t>
      </w:r>
    </w:p>
    <w:p>
      <w:r>
        <w:t xml:space="preserve">01:04:37   (Speaker G)  The Bay Tree flowway. </w:t>
      </w:r>
    </w:p>
    <w:p>
      <w:r>
        <w:t xml:space="preserve">01:04:38   (Speaker A)  Yes. Yes. </w:t>
      </w:r>
    </w:p>
    <w:p>
      <w:r>
        <w:t xml:space="preserve">01:04:39   (Speaker G)  So they have a special flowway for the district. There's three primary flowways that go through to 95. Actually you could go off. Yes. It was well but you could go off Morel and you'll see it. And that flowway is really the main. If we get a ton of water, you want that thing working because that's the only thing that moves it from here to the St. Johns. </w:t>
      </w:r>
    </w:p>
    <w:p>
      <w:r>
        <w:t xml:space="preserve">01:05:08   (Speaker A)  And just so the residents. Just so you guys are aware, the board has beat this budget up for about the last three months. So they. They kind of are aware of it. I know you guys are a little newer, so. But there's an item description on each of these account lines. So we try to describe each account line. So with that particular one. Yeah. There are canals both east and west of 95. We have an agreement where actually the Duda company actually maintains those, but there is a split cost between the cdd because we maintain them on this side and they maintain them on the other side. So we snubbed the cost by agreement. They sent us an invoice. </w:t>
      </w:r>
    </w:p>
    <w:p>
      <w:r>
        <w:t xml:space="preserve">01:05:43   (Speaker K)  Yeah, it's not. It's not the base. </w:t>
      </w:r>
    </w:p>
    <w:p>
      <w:r>
        <w:t xml:space="preserve">01:05:44   (Speaker A)  It's not the bail. </w:t>
      </w:r>
    </w:p>
    <w:p>
      <w:r>
        <w:t xml:space="preserve">01:05:46   (Speaker K)  The canal that runs basically parallel to 95. </w:t>
      </w:r>
    </w:p>
    <w:p>
      <w:r>
        <w:t xml:space="preserve">01:05:48   (Speaker G)  Right. </w:t>
      </w:r>
    </w:p>
    <w:p>
      <w:r>
        <w:t xml:space="preserve">01:05:49   (Speaker D)  Okay. </w:t>
      </w:r>
    </w:p>
    <w:p>
      <w:r>
        <w:t xml:space="preserve">01:05:49   (Speaker A)  Oh, so. And that's described in that. </w:t>
      </w:r>
    </w:p>
    <w:p>
      <w:r>
        <w:t xml:space="preserve">01:05:52   (Speaker G)  Well, the reason why I thought that is. I remember the year we had. You'll remember, I think this was back when Tim was. But it was the Bay Hill flowway. </w:t>
      </w:r>
    </w:p>
    <w:p>
      <w:r>
        <w:t xml:space="preserve">01:06:02   (Speaker N)  Yeah. </w:t>
      </w:r>
    </w:p>
    <w:p>
      <w:r>
        <w:t xml:space="preserve">01:06:02   (Speaker G)  That we had to drop about 20 grand on that one. Because it was. </w:t>
      </w:r>
    </w:p>
    <w:p>
      <w:r>
        <w:t xml:space="preserve">01:06:06   (Speaker A)  Yeah, we had to clear that one out. But this was a separate. This is a separate contract with him with the company. </w:t>
      </w:r>
    </w:p>
    <w:p>
      <w:r>
        <w:t xml:space="preserve">01:06:10   (Speaker L)  Okay. </w:t>
      </w:r>
    </w:p>
    <w:p>
      <w:r>
        <w:t xml:space="preserve">01:06:12   (Speaker J)  I have one question. You know, there's a lot of scuttlebutt that goes on with next door. </w:t>
      </w:r>
    </w:p>
    <w:p>
      <w:r>
        <w:t xml:space="preserve">01:06:18   (Speaker A)  Actually, I don't. I'm not on it, so. But you can ask whatever question. </w:t>
      </w:r>
    </w:p>
    <w:p>
      <w:r>
        <w:t xml:space="preserve">01:06:22   (Speaker G)  We actually have an official policy that we don't go on next door. </w:t>
      </w:r>
    </w:p>
    <w:p>
      <w:r>
        <w:t xml:space="preserve">01:06:25   (Speaker J)  That's a good thing. Just wanted to be respectful of a source of knowledge. Again, my name is Janet Kim at a 5100 Point Bill Court in Osprey. So I. I want to consider the source of knowledge. So I want to ask you guys, what is the damage, the fiscal damage control for my understanding of what happened with the pickleball court? </w:t>
      </w:r>
    </w:p>
    <w:p>
      <w:r>
        <w:t xml:space="preserve">01:06:55   (Speaker A)  Oh, that. That would not be this board. We do not have a pickleball. That's not us. </w:t>
      </w:r>
    </w:p>
    <w:p>
      <w:r>
        <w:t xml:space="preserve">01:06:59   (Speaker J)  Okay. Okay. So that's not. That is not in wood sign or. </w:t>
      </w:r>
    </w:p>
    <w:p>
      <w:r>
        <w:t xml:space="preserve">01:07:03   (Speaker G)  No, no. All the. All the tree issue on Clubhouse. Not us. But we. We tend to get lumped in with that stuff sometimes. </w:t>
      </w:r>
    </w:p>
    <w:p>
      <w:r>
        <w:t xml:space="preserve">01:07:15   (Speaker J)  And that's what happens. Absolutely. </w:t>
      </w:r>
    </w:p>
    <w:p>
      <w:r>
        <w:t xml:space="preserve">01:07:17   (Speaker D)  And many people don't know who manages what. And very understandably so. When I came on this board, I made I made it like a four column table. And actually that's available on the website too. But Michael, who manages what so good. </w:t>
      </w:r>
    </w:p>
    <w:p>
      <w:r>
        <w:t xml:space="preserve">01:07:31   (Speaker J)  And that's why I don't want to say anything to other people because I'm trying to say, well, what's your source of knowledge? </w:t>
      </w:r>
    </w:p>
    <w:p>
      <w:r>
        <w:t xml:space="preserve">01:07:40   (Speaker G)  You know. </w:t>
      </w:r>
    </w:p>
    <w:p>
      <w:r>
        <w:t xml:space="preserve">01:07:40   (Speaker J)  Oh, well, I heard from Joe Smith across the street. Oh, really? </w:t>
      </w:r>
    </w:p>
    <w:p>
      <w:r>
        <w:t xml:space="preserve">01:07:44   (Speaker N)  Yeah. </w:t>
      </w:r>
    </w:p>
    <w:p>
      <w:r>
        <w:t xml:space="preserve">01:07:45   (Speaker J)  Was that a randomized study? So thank you. That clears that up. </w:t>
      </w:r>
    </w:p>
    <w:p>
      <w:r>
        <w:t xml:space="preserve">01:07:49   (Speaker C)  With the rapid growth in Vieira and do you foresee being that there seems to be. We can't keep up with the infrastructure, whether it's being water or reclaimed water or any of the services, the roads. Do you foresee a moratorium in Viera </w:t>
      </w:r>
    </w:p>
    <w:p>
      <w:r>
        <w:t xml:space="preserve">01:08:10   (Speaker A)  well, for the cdd, I mean, for the area overall, again, that would be more of a county or city question. For the cdd, we assess property whether it's vacant. So even the vacant commercial areas that were. That sat vacant for a while that are in the cdd, they're paying their assessment and our infrastructure is already built and completed. So for the CDD portion, we're not really impacted by the growth. But obviously that overall of an economic level that'd be more of something that the county or the cities would have. </w:t>
      </w:r>
    </w:p>
    <w:p>
      <w:r>
        <w:t xml:space="preserve">01:08:39   (Speaker C)  It just seems like we're going through condominia every time. I saw that when I lived in Orlando, I saw that when I lived in Miami. And it's a nightmare down the road. </w:t>
      </w:r>
    </w:p>
    <w:p>
      <w:r>
        <w:t xml:space="preserve">01:08:53   (Speaker D)  Thank goodness we're fully built. Pretty much fully built. </w:t>
      </w:r>
    </w:p>
    <w:p>
      <w:r>
        <w:t xml:space="preserve">01:08:56   (Speaker G)  I will just add to. You mentioned the reclaimed water issue. This is something we've talked about a bunch. We've actually had meetings with our county commissioner. Rob Feltner has been exceptionally gracious working with us on different things for Viera East. But one of the main things that he's done, they have built a well. There are three things that they've done for the reclaimed water situation. We didn't run into it this year because we got plenty of rain. But for the years that we don't get as much rain, they have dug a well that will help augment the reclaimed water. The second thing that they have done is they have already connected from the west side of Viera underneath to the golf course area is kind of like the northern boundary of the reclaimed water situation. So they're like last on the line. And they've connected from the west side over to north Viera. I don't think it's connected yet, but they've dug, they've dug the line. I would imagine it's all going to be connected by next season. It's Usually April, May, time frame that we run into the issues. And then the other thing that they're doing, that's a third thing, is from North Melbourne. Apparently North Melbourne has plenty of reclaimed water and, well, we said the Fisher felt, well, we'd love to buy it from you. So they are running, I think it's about a mile connection that they have to do from North Melbourne to the Suntree area. So that's going to provide more for the area. So you got like three different things going on. </w:t>
      </w:r>
    </w:p>
    <w:p>
      <w:r>
        <w:t xml:space="preserve">01:10:46   (Speaker A)  I'm hopeful that we'll have enough projection in our lifetime. </w:t>
      </w:r>
    </w:p>
    <w:p>
      <w:r>
        <w:t xml:space="preserve">01:10:50   (Speaker G)  No, I think most of it's gonna be done by next season, which is. </w:t>
      </w:r>
    </w:p>
    <w:p>
      <w:r>
        <w:t xml:space="preserve">01:10:54   (Speaker C)  Can new communities feed off of that or are they no longer allowing new </w:t>
      </w:r>
    </w:p>
    <w:p>
      <w:r>
        <w:t xml:space="preserve">01:10:59   (Speaker G)  communities to the west? Actually, the west side has its own. </w:t>
      </w:r>
    </w:p>
    <w:p>
      <w:r>
        <w:t xml:space="preserve">01:11:04   (Speaker K)  From what I understand, the west side, they're having individual. Don't quote me on this, but I thought I heard that the west side, they're having individual wells for irrigation. </w:t>
      </w:r>
    </w:p>
    <w:p>
      <w:r>
        <w:t xml:space="preserve">01:11:11   (Speaker G)  Yeah, yeah. Is my understanding. So I'm. I'm hopeful. </w:t>
      </w:r>
    </w:p>
    <w:p>
      <w:r>
        <w:t xml:space="preserve">01:11:15   (Speaker L)  I can't. </w:t>
      </w:r>
    </w:p>
    <w:p>
      <w:r>
        <w:t xml:space="preserve">01:11:15   (Speaker G)  I mean, it's. That's above my pay grade. But from what I've spoken to the commissioner about, I think they've been proactive about fixing things. I'm hopeful that there will be enough in place to be able to handle the load going forward. They got to connect the stuff from North Melbourne and the 95. But there are three very positive things that they've done on that front. </w:t>
      </w:r>
    </w:p>
    <w:p>
      <w:r>
        <w:t xml:space="preserve">01:11:41   (Speaker K)  It was four households. Gray water, irrigate, one wall. </w:t>
      </w:r>
    </w:p>
    <w:p>
      <w:r>
        <w:t xml:space="preserve">01:11:46   (Speaker B)  Yeah. </w:t>
      </w:r>
    </w:p>
    <w:p>
      <w:r>
        <w:t xml:space="preserve">01:11:49   (Speaker K)  Ratios just won't work. </w:t>
      </w:r>
    </w:p>
    <w:p>
      <w:r>
        <w:t xml:space="preserve">01:11:50   (Speaker G)  Right, Right. </w:t>
      </w:r>
    </w:p>
    <w:p>
      <w:r>
        <w:t xml:space="preserve">01:11:52   (Speaker D)  Just a reminder, this is the budget. The budget conversation with our public comments. So look, if there are any further comments or questions about the budget. Yeah. </w:t>
      </w:r>
    </w:p>
    <w:p>
      <w:r>
        <w:t xml:space="preserve">01:12:03   (Speaker H)  Sir, my name is Rick Wagner. I live at 1436 Grand Isle Boulevard in Grand Isle. Another call question about the lifestyle and amenity promotions. I'm not. </w:t>
      </w:r>
    </w:p>
    <w:p>
      <w:r>
        <w:t xml:space="preserve">01:12:17   (Speaker C)  I see. </w:t>
      </w:r>
    </w:p>
    <w:p>
      <w:r>
        <w:t xml:space="preserve">01:12:18   (Speaker H)  This is something to do with promotional stuff. I look at the budget and looks like over the last two years it went from somewhere around, which jumped all over the place. Really. </w:t>
      </w:r>
    </w:p>
    <w:p>
      <w:r>
        <w:t xml:space="preserve">01:12:35   (Speaker D)  That's 150. </w:t>
      </w:r>
    </w:p>
    <w:p>
      <w:r>
        <w:t xml:space="preserve">01:12:36   (Speaker H)  50,000, which is 35,000 up from previous 26. What are we promoting? </w:t>
      </w:r>
    </w:p>
    <w:p>
      <w:r>
        <w:t xml:space="preserve">01:12:45   (Speaker D)  That's 150,000. We're promoting the entire East Community Development District. So it's everything that we do. Golf course, our farmer's market, our. The dog park, all the events that happen at the golf course, the Hook and Eagle restaurant. Now we're going to. Actually, one of the reasons for the increase is because we're going to have a simulator. So we're going to have to promote the simulator now as well. And we. Michelle by the way does all of that right now. And so one of the things that has. So she has to promote the simulator as well. She did a great presentation maybe a couple months ago where she showed a. The things that what she did with the marketing and advertising and then what revenue levels. So a lot of that profit that you saw on that sheet is because of the marketing that we do. When we go out and we market what we do, that's what brings people in. And so that's a lot of what that is. Now another thing that you're right to say that it's a little nebulous and jumping all over the place because there have been a lot of conversations about what actually goes in that budget. So you know, I can tell you some things that are clearly in that budget and that are those are things like we do articles actually I'm trying to like there's been advertisements in the Viera voice. Those go in there. We do advertisements on Facebook, we do advertisements on Google. You know, we print up a newsletter once a year and shelf could probably pee. </w:t>
      </w:r>
    </w:p>
    <w:p>
      <w:r>
        <w:t xml:space="preserve">01:14:19   (Speaker F)  So a lot of the marketing people always ask about this. So the average ad, one ad in your voice is over $400. Okay. This is one we have. We have the garbage market. We have a cooking eagle tavern. We have the golf course. If you start putting in magazines to get them district wide and outside of </w:t>
      </w:r>
    </w:p>
    <w:p>
      <w:r>
        <w:t xml:space="preserve">01:14:38   (Speaker D)  Brevard county it's even more expensive. </w:t>
      </w:r>
    </w:p>
    <w:p>
      <w:r>
        <w:t xml:space="preserve">01:14:41   (Speaker F)  So you cost the ads up just for ads after. Because when they hired me to come in to help them, those figures of how do we get this from being $18,000 to 400 some odd thousand dollars is because we sat down and we wrote a marketing plan to get the word out that we're not a private club. And that was a huge barrier for this district because the hooky legal and well, we didn't have hooky eagle at the time but very stop first way known as a private club and you couldn't get in. So that was a big change. So things had a lot of investments. Now the $18,000 that they had the first year was what they paid for me. So if you take my what I do for them and with my business unique web consulting they get a 68% decrease in cost for what I did. </w:t>
      </w:r>
    </w:p>
    <w:p>
      <w:r>
        <w:t xml:space="preserve">01:15:33   (Speaker H)  So on this budget item. </w:t>
      </w:r>
    </w:p>
    <w:p>
      <w:r>
        <w:t xml:space="preserve">01:15:35   (Speaker M)  Yeah. </w:t>
      </w:r>
    </w:p>
    <w:p>
      <w:r>
        <w:t xml:space="preserve">01:15:36   (Speaker H)  How much of this 150,000 is related to the golf course and how much of it is related to other property? </w:t>
      </w:r>
    </w:p>
    <w:p>
      <w:r>
        <w:t xml:space="preserve">01:15:45   (Speaker C)  Well, you have. </w:t>
      </w:r>
    </w:p>
    <w:p>
      <w:r>
        <w:t xml:space="preserve">01:15:46   (Speaker F)  I mean we have a chance for the farmers market. You have that so there's different ads that are being pushed out on Facebook. There's different ads being pushed out on Google. There's different ads being pushed out. So it's per ad. So if I run a ad in tier four voice, it's a 400 year and a 400 year. So it's $800 a month just for two ads and VR voice. So then you put that in a quarterly magazine. Then we're talking 700, $800 now per entity to run an ad in a magazine. So you know, you trump $1,800 a month. Actually trump a little over $3,000 a month just to run basic ads and two different magazines this area. So you want to get in the golfing ads and talk even higher to get into the golf magazine or the golf course. So as we've grown and we're growing, we want to keep spreading out because it's not just people that Boulevard county won't want to come visit. We're getting very popular even in Orange County, Daytona, they're getting to know us. </w:t>
      </w:r>
    </w:p>
    <w:p>
      <w:r>
        <w:t xml:space="preserve">01:16:50   (Speaker D)  So we're spreading the tour people from rural. </w:t>
      </w:r>
    </w:p>
    <w:p>
      <w:r>
        <w:t xml:space="preserve">01:16:54   (Speaker F)  We want out to all things. So as I start adding these things to bring them in and they're at different areas, the cost does go up. Now we also do. I don't know if you've ever been there. Part of my budget is also on a patio. So as I hire people to come sing. So people come and eat and the revenues for the restaurant go up because more people are coming because we're hiring Johnny Danger to come and sing at the Hook and Eagle. They come up and they cost our revenue, our revenues for what we market for karaoke night and just music on a patio bring probably what. How much of our revenue? </w:t>
      </w:r>
    </w:p>
    <w:p>
      <w:r>
        <w:t xml:space="preserve">01:17:30   (Speaker G)  More than a third of our. </w:t>
      </w:r>
    </w:p>
    <w:p>
      <w:r>
        <w:t xml:space="preserve">01:17:33   (Speaker F)  So if I don't market that stuff, people don't know. And I still to this day, trust me, I'm all over. </w:t>
      </w:r>
    </w:p>
    <w:p>
      <w:r>
        <w:t xml:space="preserve">01:17:38   (Speaker D)  I work with. </w:t>
      </w:r>
    </w:p>
    <w:p>
      <w:r>
        <w:t xml:space="preserve">01:17:39   (Speaker F)  This is a part time job, but </w:t>
      </w:r>
    </w:p>
    <w:p>
      <w:r>
        <w:t xml:space="preserve">01:17:42   (Speaker B)  I work with a. </w:t>
      </w:r>
    </w:p>
    <w:p>
      <w:r>
        <w:t xml:space="preserve">01:17:43   (Speaker F)  Our public schools and I still talk about the various golf courses. I still have them say, oh, isn't </w:t>
      </w:r>
    </w:p>
    <w:p>
      <w:r>
        <w:t xml:space="preserve">01:17:47   (Speaker D)  that a private club? </w:t>
      </w:r>
    </w:p>
    <w:p>
      <w:r>
        <w:t xml:space="preserve">01:17:48   (Speaker F)  And I'm like, no, it's not. </w:t>
      </w:r>
    </w:p>
    <w:p>
      <w:r>
        <w:t xml:space="preserve">01:17:49   (Speaker A)  I mean we had some of the folks here tonight when we first got here. </w:t>
      </w:r>
    </w:p>
    <w:p>
      <w:r>
        <w:t xml:space="preserve">01:17:52   (Speaker B)  Yeah. </w:t>
      </w:r>
    </w:p>
    <w:p>
      <w:r>
        <w:t xml:space="preserve">01:17:53   (Speaker F)  So they think the restaurants private. They don't think that they can come any of the restaurants. </w:t>
      </w:r>
    </w:p>
    <w:p>
      <w:r>
        <w:t xml:space="preserve">01:17:58   (Speaker A)  The important part is the more, the more. </w:t>
      </w:r>
    </w:p>
    <w:p>
      <w:r>
        <w:t xml:space="preserve">01:18:08   (Speaker G)  Can I just add to this real quick because I want to be real blunt and clear. To answer Rick's question, the majority of that marketing budget is for district expenses. And the reason for that, when I was first elected, some of you might have been in here for a while. You might remember the CCD for the CDD thing and everything. Well, I'm the D in the CCD and those were the initials of the three people running and we took over the board at that time. And one of the top three things that we ran on was more amenities because not everybody golfs. I don't golf, but I like going over to the club and having a hamburger on hamburger night, which I just had before this meeting. And we like going to karaoke. But my point, my point is the majority of that money is. And I think it's a very important, I would say probably two thirds of that budget is not spent on golf. It's spent on the district. I will also point out that the budget of 150,000 is new and the reason the budget for the past year was 116. And we're going to come in a little under that, I think for marketing. But what started happening is most golf courses in Most districts spend 10 to 20% of their budget. 5 to 10, so say 10% of their budget. What is gross revenue? </w:t>
      </w:r>
    </w:p>
    <w:p>
      <w:r>
        <w:t xml:space="preserve">01:19:46   (Speaker D)  So for reference, our gross, let's add GROSS Revenues are 4 million. </w:t>
      </w:r>
    </w:p>
    <w:p>
      <w:r>
        <w:t xml:space="preserve">01:19:50   (Speaker G)  You know that which is the case. That'd be a $400,000 marketing budget. We are well below what everybody else is doing on something like that. The reason we do that is it takes a little bit of money sometimes to make more money is really what it boils down to. </w:t>
      </w:r>
    </w:p>
    <w:p>
      <w:r>
        <w:t xml:space="preserve">01:20:15   (Speaker D)  Come out. </w:t>
      </w:r>
    </w:p>
    <w:p>
      <w:r>
        <w:t xml:space="preserve">01:20:15   (Speaker F)  You want to get a six pack, we give you that cooler that has us, our branding on it. We may never see that cooler back. It only cost us maybe $3 per cooler because it's considered advertising. Because you're going to walk around with that and go like, oh, did you get that from where? Right. It's conversation T shirts, we have that. Those are all considered advertising. So it's not just people say, well, </w:t>
      </w:r>
    </w:p>
    <w:p>
      <w:r>
        <w:t xml:space="preserve">01:20:38   (Speaker A)  why are you spending this much? </w:t>
      </w:r>
    </w:p>
    <w:p>
      <w:r>
        <w:t xml:space="preserve">01:20:39   (Speaker F)  Well, sometimes we get our revenue back and it's what sometimes people don't see in that 150,000. I'm also doing sponsorships at the dog park, which brings income back. I'm also running the farmers market second Saturday of every month up there. So in our two, we're having a pop up one this Saturday because it got rained out the last time. A lot of families said, hey, we'd </w:t>
      </w:r>
    </w:p>
    <w:p>
      <w:r>
        <w:t xml:space="preserve">01:21:01   (Speaker N)  really like the back. </w:t>
      </w:r>
    </w:p>
    <w:p>
      <w:r>
        <w:t xml:space="preserve">01:21:02   (Speaker F)  So you're going to be there this Saturday, come and see us. But that's bringing, we even though it says 150. I'm also doing things that bring money back into the district from those things that I'm advertising and developing, so just let you know. That's kind of advertising. Yeah, it's really big. But we're also bringing revenue in from that advertising. If it wasn't there, any of these things would. </w:t>
      </w:r>
    </w:p>
    <w:p>
      <w:r>
        <w:t xml:space="preserve">01:21:32   (Speaker D)  End the questions. I. </w:t>
      </w:r>
    </w:p>
    <w:p>
      <w:r>
        <w:t xml:space="preserve">01:21:34   (Speaker C)  On the budget, you do the sidewalk all the way down to the airport? </w:t>
      </w:r>
    </w:p>
    <w:p>
      <w:r>
        <w:t xml:space="preserve">01:21:38   (Speaker D)  No, we only do the sidewalk in the Parkside park and the golf course. </w:t>
      </w:r>
    </w:p>
    <w:p>
      <w:r>
        <w:t xml:space="preserve">01:21:42   (Speaker H)  Yeah. </w:t>
      </w:r>
    </w:p>
    <w:p>
      <w:r>
        <w:t xml:space="preserve">01:21:43   (Speaker A)  And the trails. </w:t>
      </w:r>
    </w:p>
    <w:p>
      <w:r>
        <w:t xml:space="preserve">01:21:46   (Speaker C)  Is that Ceseda? Because they don't seem to maintain it. </w:t>
      </w:r>
    </w:p>
    <w:p>
      <w:r>
        <w:t xml:space="preserve">01:21:52   (Speaker K)  If it's a sidewalk that runs along Morel, that's better. </w:t>
      </w:r>
    </w:p>
    <w:p>
      <w:r>
        <w:t xml:space="preserve">01:21:55   (Speaker C)  It's along the water. But at the bridge, they seem to stop. There's no trash. </w:t>
      </w:r>
    </w:p>
    <w:p>
      <w:r>
        <w:t xml:space="preserve">01:22:01   (Speaker G)  That's the interior of the park. </w:t>
      </w:r>
    </w:p>
    <w:p>
      <w:r>
        <w:t xml:space="preserve">01:22:03   (Speaker C)  They don't. It's Becca. </w:t>
      </w:r>
    </w:p>
    <w:p>
      <w:r>
        <w:t xml:space="preserve">01:22:04   (Speaker G)  They said. </w:t>
      </w:r>
    </w:p>
    <w:p>
      <w:r>
        <w:t xml:space="preserve">01:22:04   (Speaker A)  Yeah, yeah. </w:t>
      </w:r>
    </w:p>
    <w:p>
      <w:r>
        <w:t xml:space="preserve">01:22:05   (Speaker C)  But I done. I got to thinking. They never maintain that. So is it part of Cesado or not? I don't know whose it is. </w:t>
      </w:r>
    </w:p>
    <w:p>
      <w:r>
        <w:t xml:space="preserve">01:22:14   (Speaker K)  Yeah, ours. The only thing that we have is the lake. </w:t>
      </w:r>
    </w:p>
    <w:p>
      <w:r>
        <w:t xml:space="preserve">01:22:19   (Speaker F)  Okay, thank you. </w:t>
      </w:r>
    </w:p>
    <w:p>
      <w:r>
        <w:t xml:space="preserve">01:22:21   (Speaker A)  We'll bring it back to the board for consideration. And again, I think there's. There were some great questions there, so. So I just want to make it clear for both the board, who hasn't been through this process, and the residents, if the board approves the budget tonight, you're not approving. You're not saying, okay, let's go spend all this money. This is just the financial plan. We're essentially saying, this is what we want the revenues to be, and this is our plan to spend it. But the board has full flexibility throughout the year to make adjustments, make changes. And you'll see in our financials that, you know, whatever revenues are not spent in the general fund, they just get recouped in reserves. So with that, if there's no other public comments, we'll just return it to the board for any questions or comments or a motion. </w:t>
      </w:r>
    </w:p>
    <w:p>
      <w:r>
        <w:t xml:space="preserve">01:23:02   (Speaker G)  I will make a motion to approve the 2027 budget. </w:t>
      </w:r>
    </w:p>
    <w:p>
      <w:r>
        <w:t xml:space="preserve">01:23:09   (Speaker L)  Oh, second that. </w:t>
      </w:r>
    </w:p>
    <w:p>
      <w:r>
        <w:t xml:space="preserve">01:23:11   (Speaker D)  Any further comment? All in favor? </w:t>
      </w:r>
    </w:p>
    <w:p>
      <w:r>
        <w:t xml:space="preserve">01:23:15   (Speaker M)  Aye. </w:t>
      </w:r>
    </w:p>
    <w:p>
      <w:r>
        <w:t xml:space="preserve">01:23:16   (Speaker D)  A teenager. </w:t>
      </w:r>
    </w:p>
    <w:p>
      <w:r>
        <w:t xml:space="preserve">01:23:18   (Speaker A)  So the second part of that, and we'll do another public hearing here quickly, if there's interest. Is Resolution 2026 06. Mechanically, this is the resolution that actually levies the assessments on the tax bill. So they just attach to this exhibit. Attached to this resolution will be the adopted budget you just approved. And then this giant Excel spreadsheet I have if anybody wants to look at it. But this is what we transmit to the tax collector so that those assessments get levied on your property tax. So with that again, we'll open it up for any questions or comments from the audience on the assessments. </w:t>
      </w:r>
    </w:p>
    <w:p>
      <w:r>
        <w:t xml:space="preserve">01:23:53   (Speaker O)  We're real happy. </w:t>
      </w:r>
    </w:p>
    <w:p>
      <w:r>
        <w:t xml:space="preserve">01:23:55   (Speaker D)  Thanks for going down. Absolutely. </w:t>
      </w:r>
    </w:p>
    <w:p>
      <w:r>
        <w:t xml:space="preserve">01:23:58   (Speaker O)  With that. </w:t>
      </w:r>
    </w:p>
    <w:p>
      <w:r>
        <w:t xml:space="preserve">01:23:59   (Speaker A)  Then we'll return it back to the board for consideration. </w:t>
      </w:r>
    </w:p>
    <w:p>
      <w:r>
        <w:t xml:space="preserve">01:24:03   (Speaker D)  Anyone want to make a motion for approval or have any thought comments? </w:t>
      </w:r>
    </w:p>
    <w:p>
      <w:r>
        <w:t xml:space="preserve">01:24:07   (Speaker B)  I make a motion to it approve. </w:t>
      </w:r>
    </w:p>
    <w:p>
      <w:r>
        <w:t xml:space="preserve">01:24:09   (Speaker D)  Okay. </w:t>
      </w:r>
    </w:p>
    <w:p>
      <w:r>
        <w:t xml:space="preserve">01:24:10   (Speaker F)  Second. </w:t>
      </w:r>
    </w:p>
    <w:p>
      <w:r>
        <w:t xml:space="preserve">01:24:11   (Speaker D)  All right, all in favor. </w:t>
      </w:r>
    </w:p>
    <w:p>
      <w:r>
        <w:t xml:space="preserve">01:24:12   (Speaker B)  I unanimous. </w:t>
      </w:r>
    </w:p>
    <w:p>
      <w:r>
        <w:t xml:space="preserve">01:24:15   (Speaker G)  I didn't want to be a motion. </w:t>
      </w:r>
    </w:p>
    <w:p>
      <w:r>
        <w:t xml:space="preserve">01:24:17   (Speaker B)  Yeah, I will listen. </w:t>
      </w:r>
    </w:p>
    <w:p>
      <w:r>
        <w:t xml:space="preserve">01:24:18   (Speaker D)  You do it. So. </w:t>
      </w:r>
    </w:p>
    <w:p>
      <w:r>
        <w:t xml:space="preserve">01:24:19   (Speaker B)  All right. </w:t>
      </w:r>
    </w:p>
    <w:p>
      <w:r>
        <w:t xml:space="preserve">01:24:19   (Speaker D)  Motion to public close public hearing. Who wants to make that? </w:t>
      </w:r>
    </w:p>
    <w:p>
      <w:r>
        <w:t xml:space="preserve">01:24:23   (Speaker M)  I'll make a motion </w:t>
      </w:r>
    </w:p>
    <w:p>
      <w:r>
        <w:t xml:space="preserve">01:24:27   (Speaker D)  seconding. All right, all in favor. </w:t>
      </w:r>
    </w:p>
    <w:p>
      <w:r>
        <w:t xml:space="preserve">01:24:36   (Speaker A)  Thanks for coming out. </w:t>
      </w:r>
    </w:p>
    <w:p>
      <w:r>
        <w:t xml:space="preserve">01:24:36   (Speaker B)  Thank you for coming. </w:t>
      </w:r>
    </w:p>
    <w:p>
      <w:r>
        <w:t xml:space="preserve">01:24:38   (Speaker O)  You guys get to spend a lot of extra time here tonight. </w:t>
      </w:r>
    </w:p>
    <w:p>
      <w:r>
        <w:t xml:space="preserve">01:24:41   (Speaker G)  We got a little more. But you guys, we very much appreciate you talking to us about. </w:t>
      </w:r>
    </w:p>
    <w:p>
      <w:r>
        <w:t xml:space="preserve">01:24:46   (Speaker B)  Absolutely. </w:t>
      </w:r>
    </w:p>
    <w:p>
      <w:r>
        <w:t xml:space="preserve">01:24:47   (Speaker G)  Some of that. </w:t>
      </w:r>
    </w:p>
    <w:p>
      <w:r>
        <w:t xml:space="preserve">01:24:48   (Speaker A)  We were come to our next meeting </w:t>
      </w:r>
    </w:p>
    <w:p>
      <w:r>
        <w:t xml:space="preserve">01:24:53   (Speaker D)  actually. </w:t>
      </w:r>
    </w:p>
    <w:p>
      <w:r>
        <w:t xml:space="preserve">01:24:54   (Speaker O)  I enjoy. </w:t>
      </w:r>
    </w:p>
    <w:p>
      <w:r>
        <w:t xml:space="preserve">01:24:55   (Speaker N)  Good. </w:t>
      </w:r>
    </w:p>
    <w:p>
      <w:r>
        <w:t xml:space="preserve">01:24:56   (Speaker G)  That's good. </w:t>
      </w:r>
    </w:p>
    <w:p>
      <w:r>
        <w:t xml:space="preserve">01:25:03   (Speaker A)  The next item we have for board consideration is the eco agreement for FISB Air 2626. It's important to note that we do already. This was already factored into the bus. So we already have considered all of these amounts. I think we're pretty happy with ecor </w:t>
      </w:r>
    </w:p>
    <w:p>
      <w:r>
        <w:t xml:space="preserve">01:25:18   (Speaker G)  for the most part. </w:t>
      </w:r>
    </w:p>
    <w:p>
      <w:r>
        <w:t xml:space="preserve">01:25:19   (Speaker A)  I know it's been a tough year. Lake wise maintenance, not only with your lakes, but with every lake that we managed in Florida. Just the high temperatures and we. Actually the last few weeks has been a little different. But for most of the summer we haven't had the rain that we normally expect. So it's been challenging in all over our district. </w:t>
      </w:r>
    </w:p>
    <w:p>
      <w:r>
        <w:t xml:space="preserve">01:25:35   (Speaker I)  So. </w:t>
      </w:r>
    </w:p>
    <w:p>
      <w:r>
        <w:t xml:space="preserve">01:25:40   (Speaker K)  No, I think they're very responsive. They do a great job within the boundaries of their application windows. Yeah. Higher gravitation. Actually, I came across a product that we're going to be doing a test on a couple of our ponds using salicylic acid, which basically helps the microalgae, which increases. </w:t>
      </w:r>
    </w:p>
    <w:p>
      <w:r>
        <w:t xml:space="preserve">01:26:07   (Speaker M)  Yeah, that's what I use on my face. </w:t>
      </w:r>
    </w:p>
    <w:p>
      <w:r>
        <w:t xml:space="preserve">01:26:09   (Speaker B)  Right. Are we putting that in our pond? </w:t>
      </w:r>
    </w:p>
    <w:p>
      <w:r>
        <w:t xml:space="preserve">01:26:13   (Speaker G)  That's acid. </w:t>
      </w:r>
    </w:p>
    <w:p>
      <w:r>
        <w:t xml:space="preserve">01:26:15   (Speaker M)  I could go wash my face in the pond. </w:t>
      </w:r>
    </w:p>
    <w:p>
      <w:r>
        <w:t xml:space="preserve">01:26:27   (Speaker K)  Salicic acid. </w:t>
      </w:r>
    </w:p>
    <w:p>
      <w:r>
        <w:t xml:space="preserve">01:26:28   (Speaker D)  Okay. </w:t>
      </w:r>
    </w:p>
    <w:p>
      <w:r>
        <w:t xml:space="preserve">01:26:28   (Speaker K)  So basically what that does, it kind of helps feed the little microalgae which in turn releases oxygen so they kind of oxygenate the waters. So we're going to do some trials with that and see if that. That helps with that. </w:t>
      </w:r>
    </w:p>
    <w:p>
      <w:r>
        <w:t xml:space="preserve">01:26:40   (Speaker G)  I'm going to leave you with one other word. Fish. </w:t>
      </w:r>
    </w:p>
    <w:p>
      <w:r>
        <w:t xml:space="preserve">01:26:43   (Speaker A)  Yeah, actually that's in the agenda as well. So there's a proposal for $2,000 for them to restock the grass carp in accordance with our permit. </w:t>
      </w:r>
    </w:p>
    <w:p>
      <w:r>
        <w:t xml:space="preserve">01:26:52   (Speaker G)  We might want to expand that and let's talk about their lakes. I mean, should we give you a little bit of latitude? Doesn't mean you have to spend the money. But I don't want you to go another month when we would be able to take action on something. </w:t>
      </w:r>
    </w:p>
    <w:p>
      <w:r>
        <w:t xml:space="preserve">01:27:11   (Speaker M)  Well, that's. </w:t>
      </w:r>
    </w:p>
    <w:p>
      <w:r>
        <w:t xml:space="preserve">01:27:11   (Speaker K)  I mean, that's the thing with the grass carp permit, bro. We only have so many fish left </w:t>
      </w:r>
    </w:p>
    <w:p>
      <w:r>
        <w:t xml:space="preserve">01:27:15   (Speaker A)  with the original permit. So we're basically just fulfilling the process with this. Is that they actually go out, they look at every lake in the district, they do a survey of the grass carp that are there, and then they look at our permit and if it says we can add 10, they add 10. So this is the. This is all we're legally allowed to add. With the grass carpet, we've got a </w:t>
      </w:r>
    </w:p>
    <w:p>
      <w:r>
        <w:t xml:space="preserve">01:27:35   (Speaker G)  number that we're in. </w:t>
      </w:r>
    </w:p>
    <w:p>
      <w:r>
        <w:t xml:space="preserve">01:27:36   (Speaker A)  Correct. </w:t>
      </w:r>
    </w:p>
    <w:p>
      <w:r>
        <w:t xml:space="preserve">01:27:37   (Speaker G)  Well, should we farm some of it? Their direction? </w:t>
      </w:r>
    </w:p>
    <w:p>
      <w:r>
        <w:t xml:space="preserve">01:27:41   (Speaker K)  It depends on what the issue. </w:t>
      </w:r>
    </w:p>
    <w:p>
      <w:r>
        <w:t xml:space="preserve">01:27:44   (Speaker A)  We're not. </w:t>
      </w:r>
    </w:p>
    <w:p>
      <w:r>
        <w:t xml:space="preserve">01:27:45   (Speaker G)  We can't. We don't need to decide that. Yes, I'm just. </w:t>
      </w:r>
    </w:p>
    <w:p>
      <w:r>
        <w:t xml:space="preserve">01:27:48   (Speaker A)  Yeah, yeah, it's. </w:t>
      </w:r>
    </w:p>
    <w:p>
      <w:r>
        <w:t xml:space="preserve">01:27:51   (Speaker G)  I. Let's look at all aspects is all I'm saying. </w:t>
      </w:r>
    </w:p>
    <w:p>
      <w:r>
        <w:t xml:space="preserve">01:27:57   (Speaker D)  White pelicans like grass cut. </w:t>
      </w:r>
    </w:p>
    <w:p>
      <w:r>
        <w:t xml:space="preserve">01:27:58   (Speaker M)  Yes, that's what I was going to ask. So if they come to the lakes and they eat up all those fish. They're. They're. </w:t>
      </w:r>
    </w:p>
    <w:p>
      <w:r>
        <w:t xml:space="preserve">01:28:05   (Speaker D)  And then we get. </w:t>
      </w:r>
    </w:p>
    <w:p>
      <w:r>
        <w:t xml:space="preserve">01:28:06   (Speaker M)  We can't restock them for a certain period of time. </w:t>
      </w:r>
    </w:p>
    <w:p>
      <w:r>
        <w:t xml:space="preserve">01:28:09   (Speaker D)  Correct. </w:t>
      </w:r>
    </w:p>
    <w:p>
      <w:r>
        <w:t xml:space="preserve">01:28:11   (Speaker G)  Would anything else besides grass carp be beneficial? </w:t>
      </w:r>
    </w:p>
    <w:p>
      <w:r>
        <w:t xml:space="preserve">01:28:14   (Speaker A)  No. </w:t>
      </w:r>
    </w:p>
    <w:p>
      <w:r>
        <w:t xml:space="preserve">01:28:17   (Speaker G)  We've cleaned up a lot of tilapia. </w:t>
      </w:r>
    </w:p>
    <w:p>
      <w:r>
        <w:t xml:space="preserve">01:28:19   (Speaker A)  I mean. Yeah, yeah, yeah. </w:t>
      </w:r>
    </w:p>
    <w:p>
      <w:r>
        <w:t xml:space="preserve">01:28:21   (Speaker K)  The tilapia, they will regenerate. The grass carp bar snare. </w:t>
      </w:r>
    </w:p>
    <w:p>
      <w:r>
        <w:t xml:space="preserve">01:28:25   (Speaker A)  Yeah, yeah. They're genetically engineered to basically just eat algae and plants, right? Yeah. </w:t>
      </w:r>
    </w:p>
    <w:p>
      <w:r>
        <w:t xml:space="preserve">01:28:32   (Speaker K)  You can tell once the grasshopper gets to a certain size. And they basically have kind of eaten everything in that lake. You can see them start to hang out around the edges as the grass kind of grows over. They'll start once. Once you start seeing that, that means they've got. </w:t>
      </w:r>
    </w:p>
    <w:p>
      <w:r>
        <w:t xml:space="preserve">01:28:51   (Speaker G)  On the course there. </w:t>
      </w:r>
    </w:p>
    <w:p>
      <w:r>
        <w:t xml:space="preserve">01:28:52   (Speaker K)  Yeah, we got some 14. </w:t>
      </w:r>
    </w:p>
    <w:p>
      <w:r>
        <w:t xml:space="preserve">01:28:57   (Speaker G)  Three. Yeah. </w:t>
      </w:r>
    </w:p>
    <w:p>
      <w:r>
        <w:t xml:space="preserve">01:28:59   (Speaker B)  Is it like a supply and demand kind of thing? Why we can't. Why there's a certain amount of time? Or is it like a wildlife kind of. </w:t>
      </w:r>
    </w:p>
    <w:p>
      <w:r>
        <w:t xml:space="preserve">01:29:08   (Speaker A)  FWC Florida Wildlife grants us a permit that is a certain number of grass carp. </w:t>
      </w:r>
    </w:p>
    <w:p>
      <w:r>
        <w:t xml:space="preserve">01:29:14   (Speaker H)  Okay. </w:t>
      </w:r>
    </w:p>
    <w:p>
      <w:r>
        <w:t xml:space="preserve">01:29:15   (Speaker A)  Wow. And so again, they have. They do a survey. They almost do a census of every lake to determine. Okay, we can add some here, we can add some here and still fit within your permit. </w:t>
      </w:r>
    </w:p>
    <w:p>
      <w:r>
        <w:t xml:space="preserve">01:29:25   (Speaker K)  And every single one of our rear boxes that will exit the property, we have to have the proper fish rating. So fish cannot leave our property. </w:t>
      </w:r>
    </w:p>
    <w:p>
      <w:r>
        <w:t xml:space="preserve">01:29:33   (Speaker N)  Correct. </w:t>
      </w:r>
    </w:p>
    <w:p>
      <w:r>
        <w:t xml:space="preserve">01:29:34   (Speaker A)  So you'll notice on some of the outflows there's like a. It's PVC pipes that are kind of placed on each outflow so that the fish can't get out. </w:t>
      </w:r>
    </w:p>
    <w:p>
      <w:r>
        <w:t xml:space="preserve">01:29:42   (Speaker G)  Are these things really prolific? Is that what it is? </w:t>
      </w:r>
    </w:p>
    <w:p>
      <w:r>
        <w:t xml:space="preserve">01:29:45   (Speaker K)  And they're sterile? They can't cross breed? </w:t>
      </w:r>
    </w:p>
    <w:p>
      <w:r>
        <w:t xml:space="preserve">01:29:47   (Speaker H)  I don't. </w:t>
      </w:r>
    </w:p>
    <w:p>
      <w:r>
        <w:t xml:space="preserve">01:29:48   (Speaker A)  No, they don't breed. But they will eat. They will eat. So they're designed to stay in each individual lake. So when they put them in a lake, they're not supposed to leave that </w:t>
      </w:r>
    </w:p>
    <w:p>
      <w:r>
        <w:t xml:space="preserve">01:29:56   (Speaker G)  lake when we get them. They're not babies. </w:t>
      </w:r>
    </w:p>
    <w:p>
      <w:r>
        <w:t xml:space="preserve">01:29:59   (Speaker K)  Oh, yeah, they're fingerlings. They're probably about yay big size. </w:t>
      </w:r>
    </w:p>
    <w:p>
      <w:r>
        <w:t xml:space="preserve">01:30:04   (Speaker M)  How big do they get? </w:t>
      </w:r>
    </w:p>
    <w:p>
      <w:r>
        <w:t xml:space="preserve">01:30:05   (Speaker K)  About as big as this table. </w:t>
      </w:r>
    </w:p>
    <w:p>
      <w:r>
        <w:t xml:space="preserve">01:30:08   (Speaker M)  Really? </w:t>
      </w:r>
    </w:p>
    <w:p>
      <w:r>
        <w:t xml:space="preserve">01:30:08   (Speaker K)  There are monsters. </w:t>
      </w:r>
    </w:p>
    <w:p>
      <w:r>
        <w:t xml:space="preserve">01:30:09   (Speaker G)  Yeah, yeah. The two over and. </w:t>
      </w:r>
    </w:p>
    <w:p>
      <w:r>
        <w:t xml:space="preserve">01:30:12   (Speaker H)  Yeah, and that's. </w:t>
      </w:r>
    </w:p>
    <w:p>
      <w:r>
        <w:t xml:space="preserve">01:30:13   (Speaker K)  And they're fishing. They will not bite a hook. You don't have to worry about anyone catching them unless they snare him. But yeah, they won't, they won't bite a hook or anything like that. So once they're in, they're in. Unless a predator gets them. </w:t>
      </w:r>
    </w:p>
    <w:p>
      <w:r>
        <w:t xml:space="preserve">01:30:27   (Speaker D)  Like the white pelican. </w:t>
      </w:r>
    </w:p>
    <w:p>
      <w:r>
        <w:t xml:space="preserve">01:30:29   (Speaker K)  Like the white pelican. </w:t>
      </w:r>
    </w:p>
    <w:p>
      <w:r>
        <w:t xml:space="preserve">01:30:30   (Speaker M)  But a white pelican, you can't eat one that's the size of the table. </w:t>
      </w:r>
    </w:p>
    <w:p>
      <w:r>
        <w:t xml:space="preserve">01:30:33   (Speaker K)  No, no, they're not doing. </w:t>
      </w:r>
    </w:p>
    <w:p>
      <w:r>
        <w:t xml:space="preserve">01:30:36   (Speaker M)  I mean, so can we stock them when they're older so they can't get eaten by the pelicans? We have to take them as the little guys. </w:t>
      </w:r>
    </w:p>
    <w:p>
      <w:r>
        <w:t xml:space="preserve">01:30:44   (Speaker I)  Wow. </w:t>
      </w:r>
    </w:p>
    <w:p>
      <w:r>
        <w:t xml:space="preserve">01:30:44   (Speaker C)  Yeah. </w:t>
      </w:r>
    </w:p>
    <w:p>
      <w:r>
        <w:t xml:space="preserve">01:30:44   (Speaker A)  It's all governed by the FWC program </w:t>
      </w:r>
    </w:p>
    <w:p>
      <w:r>
        <w:t xml:space="preserve">01:30:46   (Speaker M)  and floor and so FWC doesn't have any other options for us besides just that fish. </w:t>
      </w:r>
    </w:p>
    <w:p>
      <w:r>
        <w:t xml:space="preserve">01:30:54   (Speaker A)  Well, I mean we do the monthly treat, the treatments of lakes too. So this is designed just to supplement that </w:t>
      </w:r>
    </w:p>
    <w:p>
      <w:r>
        <w:t xml:space="preserve">01:31:01   (Speaker N)  as well. </w:t>
      </w:r>
    </w:p>
    <w:p>
      <w:r>
        <w:t xml:space="preserve">01:31:02   (Speaker A)  They can, yeah, they can do. I mean if you have Mitch control. They use a different fish, the gambusia. </w:t>
      </w:r>
    </w:p>
    <w:p>
      <w:r>
        <w:t xml:space="preserve">01:31:08   (Speaker K)  They use little catfish. </w:t>
      </w:r>
    </w:p>
    <w:p>
      <w:r>
        <w:t xml:space="preserve">01:31:10   (Speaker A)  Yeah. </w:t>
      </w:r>
    </w:p>
    <w:p>
      <w:r>
        <w:t xml:space="preserve">01:31:10   (Speaker G)  So. </w:t>
      </w:r>
    </w:p>
    <w:p>
      <w:r>
        <w:t xml:space="preserve">01:31:11   (Speaker A)  But for, for what we experience in our lakes, the, the, the grass carp are the best. </w:t>
      </w:r>
    </w:p>
    <w:p>
      <w:r>
        <w:t xml:space="preserve">01:31:15   (Speaker K)  Yes. </w:t>
      </w:r>
    </w:p>
    <w:p>
      <w:r>
        <w:t xml:space="preserve">01:31:16   (Speaker M)  It just seems like we're so limited and we're having all these complaints and issues and like we have to come up with another solution somehow. </w:t>
      </w:r>
    </w:p>
    <w:p>
      <w:r>
        <w:t xml:space="preserve">01:31:27   (Speaker K)  Yes. Full disclosure, I have looked at some of the lakes we've had calls on. It's not a swamp as what it's being related as. Yes, there are, there are massive algae. As the wind blows, it accumulates to one side. </w:t>
      </w:r>
    </w:p>
    <w:p>
      <w:r>
        <w:t xml:space="preserve">01:31:47   (Speaker M)  I understand that, but we don't have one person claiming it. I mean that was a room full of people all saying. Saying the same thing. </w:t>
      </w:r>
    </w:p>
    <w:p>
      <w:r>
        <w:t xml:space="preserve">01:31:54   (Speaker D)  Yeah. </w:t>
      </w:r>
    </w:p>
    <w:p>
      <w:r>
        <w:t xml:space="preserve">01:31:54   (Speaker M)  So that there must be some truth to that because they wouldn't all Just come defend one person. </w:t>
      </w:r>
    </w:p>
    <w:p>
      <w:r>
        <w:t xml:space="preserve">01:31:59   (Speaker L)  Yeah. </w:t>
      </w:r>
    </w:p>
    <w:p>
      <w:r>
        <w:t xml:space="preserve">01:32:00   (Speaker K)  There are certain times where they get pretty bad. Like, like on the, on the golf course on hole five. That lake is kind of almost like a little stagnant landlocked lake. That lake gets really bad, really bad. </w:t>
      </w:r>
    </w:p>
    <w:p>
      <w:r>
        <w:t xml:space="preserve">01:32:15   (Speaker B)  And I would imagine that. I'm sorry, just that the cold from the winter that we had that probably killed a lot of stuff. </w:t>
      </w:r>
    </w:p>
    <w:p>
      <w:r>
        <w:t xml:space="preserve">01:32:24   (Speaker K)  We really did. We didn't experience really any, any fish kills. As far as some of the dead trees. Yeah, I do know there was some. There was some ficus trees that were growing in the preserve and actually there's a ficus tree in your neck of the woods in the villages that we're gonna have to take down, but we're gonna approach the home. So if you go just east of your house heading to Ralph Williams, it's on, it's on the north side on the left hand side. It's almost like right behind someone's house. There's that brick, that wall. </w:t>
      </w:r>
    </w:p>
    <w:p>
      <w:r>
        <w:t xml:space="preserve">01:32:53   (Speaker B)  Yeah. </w:t>
      </w:r>
    </w:p>
    <w:p>
      <w:r>
        <w:t xml:space="preserve">01:32:54   (Speaker K)  There's a bike tree there. I know that top is dead. We need to get that taken care of. I mean, it's on our. It's on the CBD property. It's by lake, but with all the trees that were just removing along clubhouse. We want to make sure that the homeowners are like, we need to remove this. It's not an oak. It's like it's in a dam. </w:t>
      </w:r>
    </w:p>
    <w:p>
      <w:r>
        <w:t xml:space="preserve">01:33:09   (Speaker M)  Yeah. </w:t>
      </w:r>
    </w:p>
    <w:p>
      <w:r>
        <w:t xml:space="preserve">01:33:10   (Speaker B)  This is not doing anything for you. </w:t>
      </w:r>
    </w:p>
    <w:p>
      <w:r>
        <w:t xml:space="preserve">01:33:12   (Speaker M)  I mean, if, if we have. I guess what I'm wondering about our lakes and ponds. If we have certain ones that are problematic for the rest that are downstream of it, can we troubleshoot that one pond in a way that it benefits everybody else down the line? Like, do we know which ones are the most problematic? </w:t>
      </w:r>
    </w:p>
    <w:p>
      <w:r>
        <w:t xml:space="preserve">01:33:36   (Speaker K)  Yes. Yeah. We have with us and equals. We do have a running list of different lake numbers that tend to get the most calls on and the most retreatments. Again, you have the nutrient load, </w:t>
      </w:r>
    </w:p>
    <w:p>
      <w:r>
        <w:t xml:space="preserve">01:33:52   (Speaker G)  you </w:t>
      </w:r>
    </w:p>
    <w:p>
      <w:r>
        <w:t xml:space="preserve">01:33:52   (Speaker K)  have the sediment problems, the muck problems of 30, 40 years of lake as the lake ages. Yes, you could drench these lakes. Now we're talking big money. </w:t>
      </w:r>
    </w:p>
    <w:p>
      <w:r>
        <w:t xml:space="preserve">01:34:06   (Speaker M)  Right. But I mean, if, obviously dredging the lakes is not where I want to go, but I mean, if we did something to the most problematic lakes, whatever that something is, whether it's fish, I don't know. An aerator. </w:t>
      </w:r>
    </w:p>
    <w:p>
      <w:r>
        <w:t xml:space="preserve">01:34:26   (Speaker K)  Aerators would be probably one of the next ones. Hoping this, this trial shows some. </w:t>
      </w:r>
    </w:p>
    <w:p>
      <w:r>
        <w:t xml:space="preserve">01:34:33   (Speaker M)  Yeah, the trial. Some solution in those would hopefully benefit everybody down the line from there, but I don't know where Those are. I mean, is there, like, a diagram where you can show us which ones are the. Do we have a map of this? Like, how they all connect? </w:t>
      </w:r>
    </w:p>
    <w:p>
      <w:r>
        <w:t xml:space="preserve">01:34:50   (Speaker K)  That map right behind my desk. Yes, That's a map of all of our lakes. </w:t>
      </w:r>
    </w:p>
    <w:p>
      <w:r>
        <w:t xml:space="preserve">01:34:54   (Speaker G)  It's also on the CDD site. </w:t>
      </w:r>
    </w:p>
    <w:p>
      <w:r>
        <w:t xml:space="preserve">01:34:56   (Speaker M)  Yeah. And it shows how they're all connected to each other somewhat. </w:t>
      </w:r>
    </w:p>
    <w:p>
      <w:r>
        <w:t xml:space="preserve">01:34:59   (Speaker D)  It's much easier to read. And Jim's office. </w:t>
      </w:r>
    </w:p>
    <w:p>
      <w:r>
        <w:t xml:space="preserve">01:35:07   (Speaker K)  But, yes, we have been talking with e corps of different options and viability of what we can do. I know we're starting to see more and more eelgrass in some of our lakes on the south side of the district. And I think that's where a lot of people see what they think is a floating mass. It's actually a submerged weed that's growing up, and then once it reaches the surface, it's still there. Now, here's the catch 22. If we chemically treat the eelgrass now, that. Now the desiccation and die off just creates nutrient load. We have an algae, so it's kind of like we can treat it, but then we have to treat it with an algaecide. And it's just like a constant cycle that. </w:t>
      </w:r>
    </w:p>
    <w:p>
      <w:r>
        <w:t xml:space="preserve">01:35:47   (Speaker G)  But what these folks. What these folks need, I would say, out of anything that doesn't cost us a dime, is a couple visits, a little TLC from. From our staff, you and Tom. And to explain stuff like that. And in conjunction with that, there may be trees and things like that that aren't supposed to be there. That. </w:t>
      </w:r>
    </w:p>
    <w:p>
      <w:r>
        <w:t xml:space="preserve">01:36:13   (Speaker K)  Yeah, we just. We just had one, which I looked at another issue, but someone called that. There was some pepper trees, and it's kind of like a little wetland area behind our home, Grand Grand Island. It had some. Some vines growing on it. So Tom went out there. I'm like, it's invasive. Let's go. Take care. </w:t>
      </w:r>
    </w:p>
    <w:p>
      <w:r>
        <w:t xml:space="preserve">01:36:28   (Speaker G)  Right. </w:t>
      </w:r>
    </w:p>
    <w:p>
      <w:r>
        <w:t xml:space="preserve">01:36:29   (Speaker K)  You know, if it was an oak tree that was blocking her view of the lake. </w:t>
      </w:r>
    </w:p>
    <w:p>
      <w:r>
        <w:t xml:space="preserve">01:36:31   (Speaker G)  Sorry. </w:t>
      </w:r>
    </w:p>
    <w:p>
      <w:r>
        <w:t xml:space="preserve">01:36:32   (Speaker D)  Right. </w:t>
      </w:r>
    </w:p>
    <w:p>
      <w:r>
        <w:t xml:space="preserve">01:36:32   (Speaker G)  Yeah, but I get it. </w:t>
      </w:r>
    </w:p>
    <w:p>
      <w:r>
        <w:t xml:space="preserve">01:36:34   (Speaker K)  Yeah. </w:t>
      </w:r>
    </w:p>
    <w:p>
      <w:r>
        <w:t xml:space="preserve">01:36:35   (Speaker I)  Or. </w:t>
      </w:r>
    </w:p>
    <w:p>
      <w:r>
        <w:t xml:space="preserve">01:36:35   (Speaker G)  Or, you know, cattails. </w:t>
      </w:r>
    </w:p>
    <w:p>
      <w:r>
        <w:t xml:space="preserve">01:36:37   (Speaker D)  Just thought you could. Kim from the hoa, Ask her when they're HOA meetings. Okay. Okay. </w:t>
      </w:r>
    </w:p>
    <w:p>
      <w:r>
        <w:t xml:space="preserve">01:36:47   (Speaker C)  I don't know. </w:t>
      </w:r>
    </w:p>
    <w:p>
      <w:r>
        <w:t xml:space="preserve">01:36:48   (Speaker K)  I've never. </w:t>
      </w:r>
    </w:p>
    <w:p>
      <w:r>
        <w:t xml:space="preserve">01:36:50   (Speaker D)  Okay, well, whatever. Just say you could go to their HOA meeting and say, talk about the lake. </w:t>
      </w:r>
    </w:p>
    <w:p>
      <w:r>
        <w:t xml:space="preserve">01:36:57   (Speaker G)  But when did you hear from them? Just. </w:t>
      </w:r>
    </w:p>
    <w:p>
      <w:r>
        <w:t xml:space="preserve">01:37:00   (Speaker D)  Okay. </w:t>
      </w:r>
    </w:p>
    <w:p>
      <w:r>
        <w:t xml:space="preserve">01:37:01   (Speaker G)  So in other words, all of this. We had no foreknowledge. </w:t>
      </w:r>
    </w:p>
    <w:p>
      <w:r>
        <w:t xml:space="preserve">01:37:07   (Speaker K)  Yeah, I think you were. </w:t>
      </w:r>
    </w:p>
    <w:p>
      <w:r>
        <w:t xml:space="preserve">01:37:10   (Speaker A)  I don't think so. We're in a bunch of seasons, though, </w:t>
      </w:r>
    </w:p>
    <w:p>
      <w:r>
        <w:t xml:space="preserve">01:37:15   (Speaker D)  because, like, that, you could kill the line of birds. Blue and stone, maybe. But then again, a lot of People don't come to the enjoyment. So. </w:t>
      </w:r>
    </w:p>
    <w:p>
      <w:r>
        <w:t xml:space="preserve">01:37:27   (Speaker A)  If we. What we'd like is a motion to approve the ECoR agreement along with the grass. </w:t>
      </w:r>
    </w:p>
    <w:p>
      <w:r>
        <w:t xml:space="preserve">01:37:34   (Speaker G)  I will make that motion. </w:t>
      </w:r>
    </w:p>
    <w:p>
      <w:r>
        <w:t xml:space="preserve">01:37:36   (Speaker B)  I will second. </w:t>
      </w:r>
    </w:p>
    <w:p>
      <w:r>
        <w:t xml:space="preserve">01:37:38   (Speaker D)  Okay. Any further discussion? We discussed fish enough. Okay. All in favor? </w:t>
      </w:r>
    </w:p>
    <w:p>
      <w:r>
        <w:t xml:space="preserve">01:37:46   (Speaker C)  Aye. </w:t>
      </w:r>
    </w:p>
    <w:p>
      <w:r>
        <w:t xml:space="preserve">01:37:49   (Speaker A)  We did have the habitat agreement with Irwin on here, but he did not was available provide us with an agreement yet. So we'll hold that for the next meeting. And then the other one we have is that Rob and I met with a Volk law and so we've got a ratification of the agreement to represent the district with that. </w:t>
      </w:r>
    </w:p>
    <w:p>
      <w:r>
        <w:t xml:space="preserve">01:38:09   (Speaker D)  Do we talk about that? </w:t>
      </w:r>
    </w:p>
    <w:p>
      <w:r>
        <w:t xml:space="preserve">01:38:13   (Speaker G)  I mean, we talk about it at the workshop, but we're not going to spend money unless we need to. But the main thing is we think coming up with a good community standard for social media is not unreasonable. And then also if we run into other problems, then we've got. It seems my impression is that there are things that we can do that perhaps Correct. Schutz and Bowman wasn't necessarily recommending. </w:t>
      </w:r>
    </w:p>
    <w:p>
      <w:r>
        <w:t xml:space="preserve">01:38:49   (Speaker A)  Correct. </w:t>
      </w:r>
    </w:p>
    <w:p>
      <w:r>
        <w:t xml:space="preserve">01:38:49   (Speaker G)  Yeah, but he's still reviewing that. And right now all we've spent is 200. </w:t>
      </w:r>
    </w:p>
    <w:p>
      <w:r>
        <w:t xml:space="preserve">01:38:55   (Speaker A)  I think 250 on that first meeting. But he's reviewing everything that we have. So he'll come up with something. The agreement required no retainer, so we didn't put up any money up front. He's not requiring a retainer, so he'll just invoice us for whatever work he does on a kind of as needed basis. </w:t>
      </w:r>
    </w:p>
    <w:p>
      <w:r>
        <w:t xml:space="preserve">01:39:11   (Speaker G)  So, yeah, I think he knows we're good for it. </w:t>
      </w:r>
    </w:p>
    <w:p>
      <w:r>
        <w:t xml:space="preserve">01:39:13   (Speaker O)  Yeah. </w:t>
      </w:r>
    </w:p>
    <w:p>
      <w:r>
        <w:t xml:space="preserve">01:39:15   (Speaker A)  So we just look for a motion to ratify. It's already been approved because we had to sign it to make sure nobody else would be able to retain it on similar issues. </w:t>
      </w:r>
    </w:p>
    <w:p>
      <w:r>
        <w:t xml:space="preserve">01:39:21   (Speaker G)  Right. It's in the documents. I think it wound up being 400 for him or something like that. Yeah. </w:t>
      </w:r>
    </w:p>
    <w:p>
      <w:r>
        <w:t xml:space="preserve">01:39:31   (Speaker D)  Okay. </w:t>
      </w:r>
    </w:p>
    <w:p>
      <w:r>
        <w:t xml:space="preserve">01:39:32   (Speaker B)  All right. </w:t>
      </w:r>
    </w:p>
    <w:p>
      <w:r>
        <w:t xml:space="preserve">01:39:33   (Speaker D)  And anyone want to make a motion on that? </w:t>
      </w:r>
    </w:p>
    <w:p>
      <w:r>
        <w:t xml:space="preserve">01:39:35   (Speaker B)  I'll make a motion too. </w:t>
      </w:r>
    </w:p>
    <w:p>
      <w:r>
        <w:t xml:space="preserve">01:39:37   (Speaker D)  Okay. </w:t>
      </w:r>
    </w:p>
    <w:p>
      <w:r>
        <w:t xml:space="preserve">01:39:39   (Speaker G)  Time will second. </w:t>
      </w:r>
    </w:p>
    <w:p>
      <w:r>
        <w:t xml:space="preserve">01:39:40   (Speaker H)  Okay. </w:t>
      </w:r>
    </w:p>
    <w:p>
      <w:r>
        <w:t xml:space="preserve">01:39:41   (Speaker D)  Any further discussion? </w:t>
      </w:r>
    </w:p>
    <w:p>
      <w:r>
        <w:t xml:space="preserve">01:39:43   (Speaker B)  No. </w:t>
      </w:r>
    </w:p>
    <w:p>
      <w:r>
        <w:t xml:space="preserve">01:39:43   (Speaker H)  No. </w:t>
      </w:r>
    </w:p>
    <w:p>
      <w:r>
        <w:t xml:space="preserve">01:39:44   (Speaker D)  All in favor? </w:t>
      </w:r>
    </w:p>
    <w:p>
      <w:r>
        <w:t xml:space="preserve">01:39:45   (Speaker M)  Aye. </w:t>
      </w:r>
    </w:p>
    <w:p>
      <w:r>
        <w:t xml:space="preserve">01:39:47   (Speaker A)  We'll quickly go through action items. So again, kind of the same thing. I know Michelle and Jim are working on the park improvements, including the sign and the clubhouse and the simulator and then the water warriors. I know they're still kind of trying to work on some things with Becca and how they're going to get access through Sustainable Park. </w:t>
      </w:r>
    </w:p>
    <w:p>
      <w:r>
        <w:t xml:space="preserve">01:40:01   (Speaker K)  So on our plan portion. </w:t>
      </w:r>
    </w:p>
    <w:p>
      <w:r>
        <w:t xml:space="preserve">01:40:04   (Speaker A)  So with that we'll turn it over to. </w:t>
      </w:r>
    </w:p>
    <w:p>
      <w:r>
        <w:t xml:space="preserve">01:40:07   (Speaker O)  All right, </w:t>
      </w:r>
    </w:p>
    <w:p>
      <w:r>
        <w:t xml:space="preserve">01:40:11   (Speaker K)  start with CDD maintenance. Go side park. We have some more vandalism at the park weekend before last. Did file a Police report captured individuals on video, not get the police to come back out and pick up the video edits. </w:t>
      </w:r>
    </w:p>
    <w:p>
      <w:r>
        <w:t xml:space="preserve">01:40:32   (Speaker E)  3. </w:t>
      </w:r>
    </w:p>
    <w:p>
      <w:r>
        <w:t xml:space="preserve">01:40:32   (Speaker K)  I left three voicemails with them to try to get them to do that. Did reach out to our insurance company just to see if it was worth a claim for damage. I estimated damage to about $2,500 between sinks and the toilets and benches and the tampa and whatnot. But that's basically where inductive work is. So I didn't see making a claim to do that. </w:t>
      </w:r>
    </w:p>
    <w:p>
      <w:r>
        <w:t xml:space="preserve">01:41:04   (Speaker H)  So. </w:t>
      </w:r>
    </w:p>
    <w:p>
      <w:r>
        <w:t xml:space="preserve">01:41:05   (Speaker K)  Yeah. </w:t>
      </w:r>
    </w:p>
    <w:p>
      <w:r>
        <w:t xml:space="preserve">01:41:06   (Speaker M)  Do we know who they are? </w:t>
      </w:r>
    </w:p>
    <w:p>
      <w:r>
        <w:t xml:space="preserve">01:41:08   (Speaker K)  We put a post on social media. </w:t>
      </w:r>
    </w:p>
    <w:p>
      <w:r>
        <w:t xml:space="preserve">01:41:10   (Speaker G)  It's on the cdd. </w:t>
      </w:r>
    </w:p>
    <w:p>
      <w:r>
        <w:t xml:space="preserve">01:41:12   (Speaker M)  I saw that. But did anybody respond? </w:t>
      </w:r>
    </w:p>
    <w:p>
      <w:r>
        <w:t xml:space="preserve">01:41:14   (Speaker K)  I have not received any, any inquiries on that at all. Palm Ridge Fountain. The guys pulled the motor out, bench test it. Came to the conclusion that it's. It's basically shorted out. We reached out to the manufacturer. It is actually a five year warranty. </w:t>
      </w:r>
    </w:p>
    <w:p>
      <w:r>
        <w:t xml:space="preserve">01:41:34   (Speaker H)  Good. </w:t>
      </w:r>
    </w:p>
    <w:p>
      <w:r>
        <w:t xml:space="preserve">01:41:37   (Speaker K)  See if they're going to honor that. </w:t>
      </w:r>
    </w:p>
    <w:p>
      <w:r>
        <w:t xml:space="preserve">01:41:42   (Speaker L)  So that's. </w:t>
      </w:r>
    </w:p>
    <w:p>
      <w:r>
        <w:t xml:space="preserve">01:41:42   (Speaker K)  That's where we're at. </w:t>
      </w:r>
    </w:p>
    <w:p>
      <w:r>
        <w:t xml:space="preserve">01:41:44   (Speaker G)  But that's within our expertise to be able to replace that. Yeah, yeah, yeah. </w:t>
      </w:r>
    </w:p>
    <w:p>
      <w:r>
        <w:t xml:space="preserve">01:41:50   (Speaker K)  Tom and Pete, they pulled it out. I think that's where the confusion was with the flat dog boat. They weren't removing anything. And that's the thing. I'd gotten no reports from before that we had done any vegetation removal or </w:t>
      </w:r>
    </w:p>
    <w:p>
      <w:r>
        <w:t xml:space="preserve">01:42:04   (Speaker A)  anything like that or additions or planting. So. </w:t>
      </w:r>
    </w:p>
    <w:p>
      <w:r>
        <w:t xml:space="preserve">01:42:06   (Speaker G)  Yeah. </w:t>
      </w:r>
    </w:p>
    <w:p>
      <w:r>
        <w:t xml:space="preserve">01:42:06   (Speaker K)  Oh, definitely not. </w:t>
      </w:r>
    </w:p>
    <w:p>
      <w:r>
        <w:t xml:space="preserve">01:42:07   (Speaker A)  Yeah. </w:t>
      </w:r>
    </w:p>
    <w:p>
      <w:r>
        <w:t xml:space="preserve">01:42:08   (Speaker G)  The only time we did that was that main hill flow wave. And that was four years ago. </w:t>
      </w:r>
    </w:p>
    <w:p>
      <w:r>
        <w:t xml:space="preserve">01:42:13   (Speaker I)  Five years ago. </w:t>
      </w:r>
    </w:p>
    <w:p>
      <w:r>
        <w:t xml:space="preserve">01:42:14   (Speaker K)  Yeah. We did the. The patrol shop at. @cesE with the cord grass eons ago. </w:t>
      </w:r>
    </w:p>
    <w:p>
      <w:r>
        <w:t xml:space="preserve">01:42:21   (Speaker B)  Right. </w:t>
      </w:r>
    </w:p>
    <w:p>
      <w:r>
        <w:t xml:space="preserve">01:42:21   (Speaker K)  I think we did the tour shop at Club Clubhouse park or something like that. That was before many, but those were the only ones. And I think there was two residents that reached out after that one newsletter that we had. And that's. That's pretty much </w:t>
      </w:r>
    </w:p>
    <w:p>
      <w:r>
        <w:t xml:space="preserve">01:42:37   (Speaker A)  so. </w:t>
      </w:r>
    </w:p>
    <w:p>
      <w:r>
        <w:t xml:space="preserve">01:42:37   (Speaker K)  Anyway. So if by some chance it's not under warranty that that motor and pump is $5,000, worst case scenario, if they do a partial one, they will just buy a new one and have one as a backup. So we don't have any time on the ground anymore. </w:t>
      </w:r>
    </w:p>
    <w:p>
      <w:r>
        <w:t xml:space="preserve">01:42:57   (Speaker I)  So </w:t>
      </w:r>
    </w:p>
    <w:p>
      <w:r>
        <w:t xml:space="preserve">01:42:59   (Speaker K)  other than that, Thomas guys are just going through doing normal maintenance, continuing to check culverts. I know some of the ones that brought up. I know some of those are kind of like dry areas that are more or less overflow. They're not really meant to hold water year round. </w:t>
      </w:r>
    </w:p>
    <w:p>
      <w:r>
        <w:t xml:space="preserve">01:43:18   (Speaker G)  But </w:t>
      </w:r>
    </w:p>
    <w:p>
      <w:r>
        <w:t xml:space="preserve">01:43:21   (Speaker K)  what's your fear? </w:t>
      </w:r>
    </w:p>
    <w:p>
      <w:r>
        <w:t xml:space="preserve">01:43:22   (Speaker G)  Well, but we were talking about like the Osprey one. They had the three of them. It sounds like it's pretty nice. They're going to be clearing those out. Is that what I'm hearing? </w:t>
      </w:r>
    </w:p>
    <w:p>
      <w:r>
        <w:t xml:space="preserve">01:43:29   (Speaker K)  I've double checked with Tom but that was one of the ones we talked about before. But I think I know that one area. I think that's usually dry. </w:t>
      </w:r>
    </w:p>
    <w:p>
      <w:r>
        <w:t xml:space="preserve">01:43:38   (Speaker G)  Well the area that he was talking it never. That's just small blue earth where he talked about right next to the path. But there are three culverts that go through to flow through. If they're all plugged up with guns, we don't. Oh man, that'd be nasty for that area. </w:t>
      </w:r>
    </w:p>
    <w:p>
      <w:r>
        <w:t xml:space="preserve">01:43:58   (Speaker H)  Yeah. </w:t>
      </w:r>
    </w:p>
    <w:p>
      <w:r>
        <w:t xml:space="preserve">01:43:59   (Speaker K)  And it's not like the guys have been out there recently anyway, so. </w:t>
      </w:r>
    </w:p>
    <w:p>
      <w:r>
        <w:t xml:space="preserve">01:44:02   (Speaker N)  Yeah. </w:t>
      </w:r>
    </w:p>
    <w:p>
      <w:r>
        <w:t xml:space="preserve">01:44:04   (Speaker G)  Because that would affect clubhouse and everything. A bad location. Denise will be yelling at us. </w:t>
      </w:r>
    </w:p>
    <w:p>
      <w:r>
        <w:t xml:space="preserve">01:44:13   (Speaker K)  Other than that, everybody talked about the study with the the lakes golf course maintenance guys kick butt again. This, this air vacation air by the greens. Did some more work on teas fairways, some other little areas west and two guys there's on all four. There's an area that's next to the sky blue teas that everyone likes to pull up and park on the side of the tee box which has been beating that down. We're g. A little shell bed there's. So he just cut out two little areas, expanded the shell bed out. So now they can just pull their golf cart off on the shell bed and not have to destroy the turf. With that the guys. Like I said, the guys kick butt all summer with all of our verifications. So we've come to the conclusion that we are going to cancel our September verification. This was our last basically coring of the grains this year year. So we weren't on corn. We were just going to go through and just do some odds and ends. But we were able to verify the fairways twice, the tees four times, greens twice as far as cores. Anything else that we need to do, they can work on it. So we're going to forego that last one and then we're going to restructure our case together for next summer as well. So it's going to limit our downtime in the summer. </w:t>
      </w:r>
    </w:p>
    <w:p>
      <w:r>
        <w:t xml:space="preserve">01:45:35   (Speaker G)  By the way, I love that comment from that gentleman. The best that he's ever seen. </w:t>
      </w:r>
    </w:p>
    <w:p>
      <w:r>
        <w:t xml:space="preserve">01:45:43   (Speaker K)  I hear that at least once or twice a day just walking through it. And I played again this past Tuesday with the and we got a damn fine course. Pardon the language, but I agree. Financials, July numbers, typical summer month. Same thing with June. We still finished up putting a lot of money into the back into the into the golf course. Golf had a $35,000 loss. Restaurant actually turned a $3,000 profit. So in total we lost 32,000 in July. Still puts us at 287,000 fiscal year. So it's going to be real close to our $250,000 annual goal. </w:t>
      </w:r>
    </w:p>
    <w:p>
      <w:r>
        <w:t xml:space="preserve">01:46:32   (Speaker G)  We're a little higher than 27, unless </w:t>
      </w:r>
    </w:p>
    <w:p>
      <w:r>
        <w:t xml:space="preserve">01:46:35   (Speaker K)  it was adjusted last time I looked. </w:t>
      </w:r>
    </w:p>
    <w:p>
      <w:r>
        <w:t xml:space="preserve">01:46:37   (Speaker G)  But there is that adjustment from some of the, the issues you were working on. Right. </w:t>
      </w:r>
    </w:p>
    <w:p>
      <w:r>
        <w:t xml:space="preserve">01:46:44   (Speaker K)  That won't, that won't be realized till next month as far as in the financials. </w:t>
      </w:r>
    </w:p>
    <w:p>
      <w:r>
        <w:t xml:space="preserve">01:46:49   (Speaker G)  Okay, I, I get what you're saying. All right. </w:t>
      </w:r>
    </w:p>
    <w:p>
      <w:r>
        <w:t xml:space="preserve">01:46:55   (Speaker O)  Yeah. </w:t>
      </w:r>
    </w:p>
    <w:p>
      <w:r>
        <w:t xml:space="preserve">01:46:55   (Speaker K)  So like I said, we just put it back into, into the golf course. So I think that with the improvements we made this year, we'll have a, a strong profitable year next year. As long as the El Nino weather patterns are, are in our favor and not flooding us out this, this season. </w:t>
      </w:r>
    </w:p>
    <w:p>
      <w:r>
        <w:t xml:space="preserve">01:47:13   (Speaker M)  Is that the first time the golf courses had a loss while the rush on how to profit. </w:t>
      </w:r>
    </w:p>
    <w:p>
      <w:r>
        <w:t xml:space="preserve">01:47:17   (Speaker B)  Because that should be celebrated. </w:t>
      </w:r>
    </w:p>
    <w:p>
      <w:r>
        <w:t xml:space="preserve">01:47:19   (Speaker H)  Right. </w:t>
      </w:r>
    </w:p>
    <w:p>
      <w:r>
        <w:t xml:space="preserve">01:47:23   (Speaker K)  I want to say yes. </w:t>
      </w:r>
    </w:p>
    <w:p>
      <w:r>
        <w:t xml:space="preserve">01:47:24   (Speaker D)  Look at the restaurant. </w:t>
      </w:r>
    </w:p>
    <w:p>
      <w:r>
        <w:t xml:space="preserve">01:47:26   (Speaker B)  That's a big deal. </w:t>
      </w:r>
    </w:p>
    <w:p>
      <w:r>
        <w:t xml:space="preserve">01:47:30   (Speaker K)  Yeah. So far this all. Exactly. Yeah. He's, he's, he's killing it. I mean, with, with the air vacation and the wetness. It was a ghost town in that restaurant. And there's, it was basically Ajay and Joe running by themselves. So, I mean, you can't get much more streamlined labor than that. </w:t>
      </w:r>
    </w:p>
    <w:p>
      <w:r>
        <w:t xml:space="preserve">01:47:48   (Speaker H)  So. </w:t>
      </w:r>
    </w:p>
    <w:p>
      <w:r>
        <w:t xml:space="preserve">01:47:50   (Speaker G)  And that is all we can add. That is something that's been bothering me for years. He's taking them all by the horns on that one. Yeah, you gotta keep the doors open. You gotta do it with the skeleton crew sometimes. But I'm proud of him for seeing that. And it, the whole trick to the August and the September months is managing your expenses and try not to lose as much as. </w:t>
      </w:r>
    </w:p>
    <w:p>
      <w:r>
        <w:t xml:space="preserve">01:48:19   (Speaker N)  Yeah. </w:t>
      </w:r>
    </w:p>
    <w:p>
      <w:r>
        <w:t xml:space="preserve">01:48:20   (Speaker K)  This weather pattern this week is kind of irritating because I was looking at last August and I'm like, yes, we're going to really make up some ground because this week last August we were closed three days for rain. And then we had. Yesterday we were close to rain. Today we're only open the, only able to open the back line. </w:t>
      </w:r>
    </w:p>
    <w:p>
      <w:r>
        <w:t xml:space="preserve">01:48:35   (Speaker D)  And then I was gonna ask that. Yeah, Yes, I know we were closed yesterday. </w:t>
      </w:r>
    </w:p>
    <w:p>
      <w:r>
        <w:t xml:space="preserve">01:48:40   (Speaker K)  Yeah. So we just had the back night open today. </w:t>
      </w:r>
    </w:p>
    <w:p>
      <w:r>
        <w:t xml:space="preserve">01:48:42   (Speaker M)  So will these rains help with the water situation that was being talked about here tonight, by the way? </w:t>
      </w:r>
    </w:p>
    <w:p>
      <w:r>
        <w:t xml:space="preserve">01:48:49   (Speaker K)  Yes, because it's, it's, it's like a parking lot. So as, as the water rises in this pond on the east side, everything just kind of Flows, Flows down. </w:t>
      </w:r>
    </w:p>
    <w:p>
      <w:r>
        <w:t xml:space="preserve">01:48:58   (Speaker J)  That's. </w:t>
      </w:r>
    </w:p>
    <w:p>
      <w:r>
        <w:t xml:space="preserve">01:48:58   (Speaker A)  We were talking about this at our, our office today because it's. Again, all of our districts are experiencing the same thing and people are saying, well, the lake's not moving. Well, each lake has a control structure that's designed at a certain height, so if the water doesn't get above that structure, it's. They're correct. It's not moving because it's, it's just staying there. So once it gets over the control, that's when it moves to the next part in the system. So until we get enough rain that everything here get our stuff, everything moves, moves through, then it is, they're right. It is just sitting there. And that's just the fact of how it's been this summer in almost all of our properties. We're having the same issue. </w:t>
      </w:r>
    </w:p>
    <w:p>
      <w:r>
        <w:t xml:space="preserve">01:49:36   (Speaker K)  We have no control over lake levels. We can't make the lakes rise and </w:t>
      </w:r>
    </w:p>
    <w:p>
      <w:r>
        <w:t xml:space="preserve">01:49:40   (Speaker A)  we can't make them drop. </w:t>
      </w:r>
    </w:p>
    <w:p>
      <w:r>
        <w:t xml:space="preserve">01:49:42   (Speaker G)  Is that worth a social media post or are we gonna get too beat up on it or. I don't know or what other. </w:t>
      </w:r>
    </w:p>
    <w:p>
      <w:r>
        <w:t xml:space="preserve">01:49:52   (Speaker A)  Typically, I think that's something that's good to put out if there's a hurricane coming. That's good before because that's when we get the calls that say, hey, can you, can you lower my lake? </w:t>
      </w:r>
    </w:p>
    <w:p>
      <w:r>
        <w:t xml:space="preserve">01:50:00   (Speaker G)  Yes, we still have that one. </w:t>
      </w:r>
    </w:p>
    <w:p>
      <w:r>
        <w:t xml:space="preserve">01:50:02   (Speaker L)  Yeah. </w:t>
      </w:r>
    </w:p>
    <w:p>
      <w:r>
        <w:t xml:space="preserve">01:50:03   (Speaker A)  So no, no, we can't do that. So I, I would say that's generally something that's good to put out in advance of anything, any major storm event. But when the lakes don't look very good, it's not, it's not really comforting to be. </w:t>
      </w:r>
    </w:p>
    <w:p>
      <w:r>
        <w:t xml:space="preserve">01:50:15   (Speaker G)  Well, there's only so much can do. Spray the stuff again. You can only spray it every couple weeks. </w:t>
      </w:r>
    </w:p>
    <w:p>
      <w:r>
        <w:t xml:space="preserve">01:50:23   (Speaker A)  And I will say to Jim's point, most of the pictures that we get, when I see the complaints in the email and then I look at the picture, it's not nearly as bad as the complaint would indicate based on what I've seen. </w:t>
      </w:r>
    </w:p>
    <w:p>
      <w:r>
        <w:t xml:space="preserve">01:50:38   (Speaker M)  In my experience, maybe the picture doesn't capture it. </w:t>
      </w:r>
    </w:p>
    <w:p>
      <w:r>
        <w:t xml:space="preserve">01:50:41   (Speaker A)  Well, I don't know. </w:t>
      </w:r>
    </w:p>
    <w:p>
      <w:r>
        <w:t xml:space="preserve">01:50:44   (Speaker M)  Eyes on in person is always better. </w:t>
      </w:r>
    </w:p>
    <w:p>
      <w:r>
        <w:t xml:space="preserve">01:50:48   (Speaker A)  But we really haven't heard about Grand </w:t>
      </w:r>
    </w:p>
    <w:p>
      <w:r>
        <w:t xml:space="preserve">01:50:50   (Speaker G)  Isle for a long time. </w:t>
      </w:r>
    </w:p>
    <w:p>
      <w:r>
        <w:t xml:space="preserve">01:50:51   (Speaker D)  And then they all come at once. </w:t>
      </w:r>
    </w:p>
    <w:p>
      <w:r>
        <w:t xml:space="preserve">01:50:54   (Speaker A)  Well, we did send Everybody. I mean, 4,000 people got a letter, </w:t>
      </w:r>
    </w:p>
    <w:p>
      <w:r>
        <w:t xml:space="preserve">01:50:57   (Speaker G)  so yes, yes, </w:t>
      </w:r>
    </w:p>
    <w:p>
      <w:r>
        <w:t xml:space="preserve">01:51:00   (Speaker A)  it's kind of to be expected. </w:t>
      </w:r>
    </w:p>
    <w:p>
      <w:r>
        <w:t xml:space="preserve">01:51:04   (Speaker K)  All right, so August numbers so far as of yesterday round revenue golf said 111. Last year this time we were at 100. So golf's up 11 grand over last August and food bearers at 54,000. Last year we were at 57. So Food Bears run about three grand behind last August. But again, I think we're controlling our labor and things like that when you're at a restaurant. So August is going to be another break even. They lose 10 to 20 grand. So we'll see how we go. But we're trying to really limit what we're doing. I know we had a request from golf operations on our fleet carts that we needed some tires. They're not May pops. They can last till October 1st. So October 1st we replaced some of the tires. I think there's like six or eight tires that need to be replaced. </w:t>
      </w:r>
    </w:p>
    <w:p>
      <w:r>
        <w:t xml:space="preserve">01:51:54   (Speaker L)  But </w:t>
      </w:r>
    </w:p>
    <w:p>
      <w:r>
        <w:t xml:space="preserve">01:51:56   (Speaker K)  again, if they were going to cause downtime on a cart and who would replace them? But since they can hand out that 40, 45 days, then we'll push that off because of the budget meeting, everything like that. I didn't, I didn't ask the guys for, for reports or anything like that. Just real quick, just golf operations. September 18th we have the Junior Achievement charity outing, which we've had a couple years now. It's a really good event, I think as the last, Last time I heard they were up to 136 players. So they'll probably be maxed out by the time that happens. We got the Dr. Horton September or October 22nd got to the bottom of it. YDR Hearn's having a golf tournament here. They love our course. There's. It's the Palm Bay office. This is their kind of appreciation to all their subcontractors and vendors and stuff like that. They eat the restaurant, they play golf. </w:t>
      </w:r>
    </w:p>
    <w:p>
      <w:r>
        <w:t xml:space="preserve">01:52:51   (Speaker G)  Which is why we need a bigger patio because we're starting to attract. </w:t>
      </w:r>
    </w:p>
    <w:p>
      <w:r>
        <w:t xml:space="preserve">01:52:54   (Speaker K)  I talked to, I talked to Larry. They came out today. I said, won't happen for the October tournament, but next year we can have everybody on the patio. We're like, oh my God, that's. That's great. </w:t>
      </w:r>
    </w:p>
    <w:p>
      <w:r>
        <w:t xml:space="preserve">01:53:03   (Speaker A)  That's great. </w:t>
      </w:r>
    </w:p>
    <w:p>
      <w:r>
        <w:t xml:space="preserve">01:53:04   (Speaker K)  So they might rent a tent and kind of do what the Shepherd's Men have done before in the past, but we're second. </w:t>
      </w:r>
    </w:p>
    <w:p>
      <w:r>
        <w:t xml:space="preserve">01:53:10   (Speaker G)  That's close to November 1st. </w:t>
      </w:r>
    </w:p>
    <w:p>
      <w:r>
        <w:t xml:space="preserve">01:53:12   (Speaker K)  Yeah, we pushed it. I'm not going to make any promises yet. </w:t>
      </w:r>
    </w:p>
    <w:p>
      <w:r>
        <w:t xml:space="preserve">01:53:15   (Speaker G)  You can't promise, but there's a chance. </w:t>
      </w:r>
    </w:p>
    <w:p>
      <w:r>
        <w:t xml:space="preserve">01:53:16   (Speaker F)  Chance. </w:t>
      </w:r>
    </w:p>
    <w:p>
      <w:r>
        <w:t xml:space="preserve">01:53:18   (Speaker K)  We have the Shepherd's Men in November. Then we have the superintendent event in November as well. Other than that, Sim room is still under Delays met with with Doug and Mike Seal, the, I want to say engineer, but is the architect on options to get around some of the issues that we're dealing with with the fire marshal. I think he has Some. Some answers. So I think Monday he's going to meet with the fire marshal and just see if our response is adequate to the passes. Has to do with the firewall, trusses and things like that. </w:t>
      </w:r>
    </w:p>
    <w:p>
      <w:r>
        <w:t xml:space="preserve">01:54:07   (Speaker G)  So not the overlapping issue that's been. </w:t>
      </w:r>
    </w:p>
    <w:p>
      <w:r>
        <w:t xml:space="preserve">01:54:10   (Speaker K)  That's been fixed. So basically we have a two hour firewall. Our firewall is built around the trusses. </w:t>
      </w:r>
    </w:p>
    <w:p>
      <w:r>
        <w:t xml:space="preserve">01:54:16   (Speaker G)  Right. </w:t>
      </w:r>
    </w:p>
    <w:p>
      <w:r>
        <w:t xml:space="preserve">01:54:17   (Speaker K)  Which can break through. But we only have a. </w:t>
      </w:r>
    </w:p>
    <w:p>
      <w:r>
        <w:t xml:space="preserve">01:54:21   (Speaker G)  But the same thing could be said. </w:t>
      </w:r>
    </w:p>
    <w:p>
      <w:r>
        <w:t xml:space="preserve">01:54:22   (Speaker K)  But we have a very small room less than 200ft away from the exit door. </w:t>
      </w:r>
    </w:p>
    <w:p>
      <w:r>
        <w:t xml:space="preserve">01:54:29   (Speaker L)  Right. </w:t>
      </w:r>
    </w:p>
    <w:p>
      <w:r>
        <w:t xml:space="preserve">01:54:31   (Speaker K)  I don't. There's no safety issues there. So he did find some things in the code that we can. Let's work around. I know we were trying to brainstorm him like wait, can we just treat the trusses with a fireproof material or some kind of. But anyway, I think he's come up with something. </w:t>
      </w:r>
    </w:p>
    <w:p>
      <w:r>
        <w:t xml:space="preserve">01:54:49   (Speaker G)  So the rest of the building doesn't have the firewall. I watched it when we did the renovation. It's silly. </w:t>
      </w:r>
    </w:p>
    <w:p>
      <w:r>
        <w:t xml:space="preserve">01:55:02   (Speaker K)  Please do not apply logic. That survey for the patio has been done. I know Doug submitted the permit to the county and I think he's just waiting to hear back on that. Talked about Ajay and how he controls labor. That's pretty much it in a nutshell. </w:t>
      </w:r>
    </w:p>
    <w:p>
      <w:r>
        <w:t xml:space="preserve">01:55:23   (Speaker G)  Does more than control the. We watched him work in his rear off tonight running food and expediting and </w:t>
      </w:r>
    </w:p>
    <w:p>
      <w:r>
        <w:t xml:space="preserve">01:55:30   (Speaker K)  Yeah, I mean he's come up with some great things. You know, he's working on the reverse, you know, the reverse budget to, you know, control costs in this way that controls your ordering. They got the par levels of what, what and when to order labor reports. He's watching labor on a daily weekly basis. So Yeah, I just know I talk about it every two weeks, so trying to. </w:t>
      </w:r>
    </w:p>
    <w:p>
      <w:r>
        <w:t xml:space="preserve">01:56:03   (Speaker D)  So I guess moving on to Jason. </w:t>
      </w:r>
    </w:p>
    <w:p>
      <w:r>
        <w:t xml:space="preserve">01:56:05   (Speaker N)  Yes. </w:t>
      </w:r>
    </w:p>
    <w:p>
      <w:r>
        <w:t xml:space="preserve">01:56:06   (Speaker A)  We've got a couple things for you tonight. More housekeeping items. So the first is just your meeting schedule for fiscal year 27. So we put basically the same type of schedule out. We have added a couple. Couple days on your workshops for the Hook and Eagle. So we presented that to you again. That doesn't mean you have to meet all those times, but they are. You are required to advertise an annual meeting schedule. So we would just look for a motion of the board to approve or take any changes that you'd like to see on that. That's on page 176 in here. </w:t>
      </w:r>
    </w:p>
    <w:p>
      <w:r>
        <w:t xml:space="preserve">01:56:34   (Speaker D)  Just try to get one. Yeah, but I noticed the one for Hook and Eagle is like January 5th. So these are the hook and eagle one on a Wednesday instead of a Thursday. </w:t>
      </w:r>
    </w:p>
    <w:p>
      <w:r>
        <w:t xml:space="preserve">01:56:43   (Speaker A)  Yeah, because I have conflicts. </w:t>
      </w:r>
    </w:p>
    <w:p>
      <w:r>
        <w:t xml:space="preserve">01:56:45   (Speaker D)  But then there was still a Thursday meeting on the. </w:t>
      </w:r>
    </w:p>
    <w:p>
      <w:r>
        <w:t xml:space="preserve">01:56:48   (Speaker A)  Yeah, we've done that every time. We've scheduled the same workshop, and then we just typically have canceled them. </w:t>
      </w:r>
    </w:p>
    <w:p>
      <w:r>
        <w:t xml:space="preserve">01:56:52   (Speaker M)  Use the bookmark icon. You can get right there. </w:t>
      </w:r>
    </w:p>
    <w:p>
      <w:r>
        <w:t xml:space="preserve">01:56:55   (Speaker D)  Oh, there it is. </w:t>
      </w:r>
    </w:p>
    <w:p>
      <w:r>
        <w:t xml:space="preserve">01:56:56   (Speaker M)  Yeah. </w:t>
      </w:r>
    </w:p>
    <w:p>
      <w:r>
        <w:t xml:space="preserve">01:56:56   (Speaker G)  Yep. </w:t>
      </w:r>
    </w:p>
    <w:p>
      <w:r>
        <w:t xml:space="preserve">01:56:56   (Speaker A)  It'll take it right there. </w:t>
      </w:r>
    </w:p>
    <w:p>
      <w:r>
        <w:t xml:space="preserve">01:56:57   (Speaker D)  All right, thank you. All right, so. Yeah, then we cancel the one. </w:t>
      </w:r>
    </w:p>
    <w:p>
      <w:r>
        <w:t xml:space="preserve">01:57:02   (Speaker G)  Yep. </w:t>
      </w:r>
    </w:p>
    <w:p>
      <w:r>
        <w:t xml:space="preserve">01:57:02   (Speaker D)  Okay. May 6th, and then what is the one we cancel? </w:t>
      </w:r>
    </w:p>
    <w:p>
      <w:r>
        <w:t xml:space="preserve">01:57:10   (Speaker A)  Oh, well, that would be the May 13th. Again, I've got. There's. Because of the way the. The meeting schedules fall. I would have a conflict on. Typically, your. Your workshop would be the 13th, but I can't. I have a conflict that Tuesday. You can't do it just depends on the schedule. </w:t>
      </w:r>
    </w:p>
    <w:p>
      <w:r>
        <w:t xml:space="preserve">01:57:25   (Speaker D)  Any other. Any comments on the meeting schedule? Don't need to vote on it or anything. </w:t>
      </w:r>
    </w:p>
    <w:p>
      <w:r>
        <w:t xml:space="preserve">01:57:31   (Speaker A)  We'd look for. Yeah, we have noticed. </w:t>
      </w:r>
    </w:p>
    <w:p>
      <w:r>
        <w:t xml:space="preserve">01:57:33   (Speaker D)  Okay, make a motion. </w:t>
      </w:r>
    </w:p>
    <w:p>
      <w:r>
        <w:t xml:space="preserve">01:57:34   (Speaker B)  I'll make a motion to approve. </w:t>
      </w:r>
    </w:p>
    <w:p>
      <w:r>
        <w:t xml:space="preserve">01:57:36   (Speaker D)  Okay, I'll second. All right. Any further discussion? All in favor? </w:t>
      </w:r>
    </w:p>
    <w:p>
      <w:r>
        <w:t xml:space="preserve">01:57:42   (Speaker M)  Aye. </w:t>
      </w:r>
    </w:p>
    <w:p>
      <w:r>
        <w:t xml:space="preserve">01:57:45   (Speaker A)  And then just behind that, obviously, a couple years ago, we were required to do goals and objectives for the district by the Florida legislature. So we prepared your fiscal year 27 goals. They match your 26 goals. We'll achieve all the 26 goals. These are all minimum. Minimum compliance requirements. So if the board's. Okay, we'd like to get a motion to approve the 27 goals and also to have the chair execute the 26 goals. </w:t>
      </w:r>
    </w:p>
    <w:p>
      <w:r>
        <w:t xml:space="preserve">01:58:12   (Speaker D)  To make a motion. </w:t>
      </w:r>
    </w:p>
    <w:p>
      <w:r>
        <w:t xml:space="preserve">01:58:14   (Speaker M)  I don't know how to say it, or I would make a motion. </w:t>
      </w:r>
    </w:p>
    <w:p>
      <w:r>
        <w:t xml:space="preserve">01:58:16   (Speaker F)  You say. </w:t>
      </w:r>
    </w:p>
    <w:p>
      <w:r>
        <w:t xml:space="preserve">01:58:16   (Speaker A)  So moved, huh? </w:t>
      </w:r>
    </w:p>
    <w:p>
      <w:r>
        <w:t xml:space="preserve">01:58:18   (Speaker M)  So moved. </w:t>
      </w:r>
    </w:p>
    <w:p>
      <w:r>
        <w:t xml:space="preserve">01:58:18   (Speaker N)  So moved. </w:t>
      </w:r>
    </w:p>
    <w:p>
      <w:r>
        <w:t xml:space="preserve">01:58:19   (Speaker M)  There you go. </w:t>
      </w:r>
    </w:p>
    <w:p>
      <w:r>
        <w:t xml:space="preserve">01:58:21   (Speaker G)  Second. </w:t>
      </w:r>
    </w:p>
    <w:p>
      <w:r>
        <w:t xml:space="preserve">01:58:22   (Speaker H)  Second. </w:t>
      </w:r>
    </w:p>
    <w:p>
      <w:r>
        <w:t xml:space="preserve">01:58:23   (Speaker J)  All right. </w:t>
      </w:r>
    </w:p>
    <w:p>
      <w:r>
        <w:t xml:space="preserve">01:58:24   (Speaker D)  All in favor. </w:t>
      </w:r>
    </w:p>
    <w:p>
      <w:r>
        <w:t xml:space="preserve">01:58:27   (Speaker A)  I know Christina hasn't been through this process yet, but these are required by the state. They don't really go anywhere. They just get posted on our website. So no one's really reviewing them other than people on our website. </w:t>
      </w:r>
    </w:p>
    <w:p>
      <w:r>
        <w:t xml:space="preserve">01:58:38   (Speaker D)  And they're all things that we just do anyway, Correct? </w:t>
      </w:r>
    </w:p>
    <w:p>
      <w:r>
        <w:t xml:space="preserve">01:58:41   (Speaker A)  Yeah. And these are the same ones we're using for all of our districts. Just because, again, we don't find a whole lot of value in making goals that you have a hard time achieving if they're not required. </w:t>
      </w:r>
    </w:p>
    <w:p>
      <w:r>
        <w:t xml:space="preserve">01:58:52   (Speaker B)  Makes sense. </w:t>
      </w:r>
    </w:p>
    <w:p>
      <w:r>
        <w:t xml:space="preserve">01:58:54   (Speaker A)  We've got lifestyle marketing. </w:t>
      </w:r>
    </w:p>
    <w:p>
      <w:r>
        <w:t xml:space="preserve">01:59:01   (Speaker F)  Well, I came. Was expecting to do different tonight, so I'm very happy that that was all that I had to do. So pop up market is this Saturday because we had all the vendors who wanted to but thought it was going to be a sunny Saturday on second or the second Saturday of the month. And I said there's no rain planned. At all until like 3 o' clock and 11:30. Amanda sent me a video of a downpour and so they're going to do a pop up market this Saturday. So go out there and do it, you know, support them. You might have seen Odie, my new blogger. I don't know if you've read her her blogs, but she's kind of humorous. I will say that ever since she started blogging, we have 4,000 viewers who don't normally follow us. Following us really. So whatever she's doing, she's bringing people to our page. </w:t>
      </w:r>
    </w:p>
    <w:p>
      <w:r>
        <w:t xml:space="preserve">01:59:50   (Speaker B)  That's awesome. </w:t>
      </w:r>
    </w:p>
    <w:p>
      <w:r>
        <w:t xml:space="preserve">01:59:52   (Speaker F)  The last seven days we've had over 7160 views. So that's up 37%. That's on the golf course page. Just that over the last 28 days it's been up 30,269. So that's up 145%. So it is bringing people to the page real quick. </w:t>
      </w:r>
    </w:p>
    <w:p>
      <w:r>
        <w:t xml:space="preserve">02:00:12   (Speaker G)  For the first couple years, the golf course page, like how many additional likes did we get? </w:t>
      </w:r>
    </w:p>
    <w:p>
      <w:r>
        <w:t xml:space="preserve">02:00:18   (Speaker F)  It didn't move it. </w:t>
      </w:r>
    </w:p>
    <w:p>
      <w:r>
        <w:t xml:space="preserve">02:00:19   (Speaker G)  It didn't budge at all. </w:t>
      </w:r>
    </w:p>
    <w:p>
      <w:r>
        <w:t xml:space="preserve">02:00:21   (Speaker F)  And then what's funny is like right now, the page, 69% who follow the page are non followers. So they're not our typical people. In our community following our page, only 31 are our followers. So that means that they're, you know, there's people out there watching, very eager and we get new people in. There's times when I walk in the Hook and Eagle for karaoke, I'm like, I don't know anybody in there except I don't know how to know any of these people. But before everybody would do. But now it's like all these new people. So it's, you know, when they want to know why the marketing ends up. Well, that's the way I look at marketing. So whatever we're putting up on the page and how the following is. And then I can see it in the restaurant. Those are all signs. Do they say, oh, is it because of your Facebook ad? Of course not. Of course we don't ask that question either. But I will tell you, even Amanda did a video last week. She had 11,503 views on that video. Within itself, the highest one so far in the last two months has been the Rain run off video. Oh, funny. </w:t>
      </w:r>
    </w:p>
    <w:p>
      <w:r>
        <w:t xml:space="preserve">02:01:27   (Speaker B)  Yeah. </w:t>
      </w:r>
    </w:p>
    <w:p>
      <w:r>
        <w:t xml:space="preserve">02:01:28   (Speaker F)  For 79,300. </w:t>
      </w:r>
    </w:p>
    <w:p>
      <w:r>
        <w:t xml:space="preserve">02:01:30   (Speaker D)  Oh my gosh. </w:t>
      </w:r>
    </w:p>
    <w:p>
      <w:r>
        <w:t xml:space="preserve">02:01:31   (Speaker G)  Like the one coming off all 80s. </w:t>
      </w:r>
    </w:p>
    <w:p>
      <w:r>
        <w:t xml:space="preserve">02:01:37   (Speaker D)  And the award goes to. </w:t>
      </w:r>
    </w:p>
    <w:p>
      <w:r>
        <w:t xml:space="preserve">02:01:41   (Speaker G)  That was my video. </w:t>
      </w:r>
    </w:p>
    <w:p>
      <w:r>
        <w:t xml:space="preserve">02:01:42   (Speaker F)  So, you know, this is what I watch on a daily basis. We put up posts, I look at them to see. So on average our increase on both, but it has gone up a lot more. So like I said, 145% increase over the last 28 days tells me that what we're doing with the videos and Odie's blogs and that are getting more people to pay attention to the page. Hook and Eagle, they've been always, they've always kind of had views 21,660 in the last seven days. So it's up 53% as well. Been on average over the last 28 days it was 63,580. So it's only at 4% over 28, 28 day period. Average views per post is around 1800, 1900. Burger night gets exceptional. They get like 2400 views. Trivia night winner got 2,800. So it just kind of tells you that these posts aren't just like 100, they are in the thousands. And even that page we have 68% non followers and only 32% followers. So that kind of tells you on our two main pages </w:t>
      </w:r>
    </w:p>
    <w:p>
      <w:r>
        <w:t xml:space="preserve">02:02:50   (Speaker E)  what we are. </w:t>
      </w:r>
    </w:p>
    <w:p>
      <w:r>
        <w:t xml:space="preserve">02:02:52   (Speaker F)  We're trying to do more new things, more fun things, especially serve summer just trying to get the movement and going. We did just finish the summer trivia. We had four teams that regularly came and very committed to coming. When we walked, I was expected to be packed and it was packed Tuesday night, which I'm so happy because it rained. And Wednesday we barely had anybody. So those are positive times when people say you have all these events. Well, the events sometimes cover when it's worse. So that's why I like we love the snouts, the great people. Everybody had fun. So I always liked coming in there to see our events that are very positive oriented. So we have a full. We have our music on a patio booked through December. So there's. I get constantly calls this Friday or this Saturday we have somebody new, Josh Keels. It took me a year and a half to get him, so I'm hoping he's really well because he's got a full schedule </w:t>
      </w:r>
    </w:p>
    <w:p>
      <w:r>
        <w:t xml:space="preserve">02:03:59   (Speaker M)  and I think that's it. </w:t>
      </w:r>
    </w:p>
    <w:p>
      <w:r>
        <w:t xml:space="preserve">02:04:02   (Speaker F)  Just Kind of give you a little bit of understanding of how things work a little bit. </w:t>
      </w:r>
    </w:p>
    <w:p>
      <w:r>
        <w:t xml:space="preserve">02:04:06   (Speaker B)  That's a lot. </w:t>
      </w:r>
    </w:p>
    <w:p>
      <w:r>
        <w:t xml:space="preserve">02:04:06   (Speaker M)  That's great. </w:t>
      </w:r>
    </w:p>
    <w:p>
      <w:r>
        <w:t xml:space="preserve">02:04:09   (Speaker G)  I predict Josh is going to be packed too. Like the guy that we were that was in the table behind us, Adam, who's actually, I didn't realize was on the Rockwood City Council, but he follows Josh and they're going to be there. He's like, yeah, we're coming for this one. </w:t>
      </w:r>
    </w:p>
    <w:p>
      <w:r>
        <w:t xml:space="preserve">02:04:26   (Speaker F)  He's very popular with a probably 30 to 40 age group that follow him around. So it might be a different type of people coming up. But like I said, it's taking me a year and a half to get them. </w:t>
      </w:r>
    </w:p>
    <w:p>
      <w:r>
        <w:t xml:space="preserve">02:04:38   (Speaker D)  Wow. </w:t>
      </w:r>
    </w:p>
    <w:p>
      <w:r>
        <w:t xml:space="preserve">02:04:39   (Speaker F)  So I'm looking forward to seeing him, hopefully. And then, so, like I said, you know, we're trying to bring energy, those that bring in a couple new people, trying to get them, bringing them in, weeding out some of the others that are just not our common. The ones that really bug me to come and do. I try to bring them out areas that are like, maybe have two big ones. And then down night, just for a staff. </w:t>
      </w:r>
    </w:p>
    <w:p>
      <w:r>
        <w:t xml:space="preserve">02:05:10   (Speaker D)  We have. </w:t>
      </w:r>
    </w:p>
    <w:p>
      <w:r>
        <w:t xml:space="preserve">02:05:11   (Speaker F)  We have a good lineup. </w:t>
      </w:r>
    </w:p>
    <w:p>
      <w:r>
        <w:t xml:space="preserve">02:05:12   (Speaker M)  So who manages the website for the restaurant? </w:t>
      </w:r>
    </w:p>
    <w:p>
      <w:r>
        <w:t xml:space="preserve">02:05:15   (Speaker F)  I do. </w:t>
      </w:r>
    </w:p>
    <w:p>
      <w:r>
        <w:t xml:space="preserve">02:05:16   (Speaker M)  You do? </w:t>
      </w:r>
    </w:p>
    <w:p>
      <w:r>
        <w:t xml:space="preserve">02:05:17   (Speaker F)  Yeah. </w:t>
      </w:r>
    </w:p>
    <w:p>
      <w:r>
        <w:t xml:space="preserve">02:05:18   (Speaker M)  I had a couple of things I noticed when I was on there. I was just on there looking at planning an event, you know, and there's just a couple of, like, maybe old times for karaoke. Like, it showed 6 to 11 instead of 6 to 10, so you may want to adjust that. And then I think there were just some old ads showing up somewhere. I'll have to find it again and </w:t>
      </w:r>
    </w:p>
    <w:p>
      <w:r>
        <w:t xml:space="preserve">02:05:45   (Speaker B)  show you what I was talking about. </w:t>
      </w:r>
    </w:p>
    <w:p>
      <w:r>
        <w:t xml:space="preserve">02:05:47   (Speaker F)  Well, some of them are repeated ones because, like, if it's trivia, I'm not. I go in and put trivia for six months out. </w:t>
      </w:r>
    </w:p>
    <w:p>
      <w:r>
        <w:t xml:space="preserve">02:05:57   (Speaker M)  Yeah. </w:t>
      </w:r>
    </w:p>
    <w:p>
      <w:r>
        <w:t xml:space="preserve">02:05:57   (Speaker F)  So it's just gonna be the same, like, real. So, yeah, it may look old, but maybe it's not. I mean, it's the same one, but. </w:t>
      </w:r>
    </w:p>
    <w:p>
      <w:r>
        <w:t xml:space="preserve">02:06:04   (Speaker M)  Yeah. Well, definitely look at the hours to make sure that's still accurate. </w:t>
      </w:r>
    </w:p>
    <w:p>
      <w:r>
        <w:t xml:space="preserve">02:06:11   (Speaker F)  Yeah, sometimes they'll catch those a little bit. </w:t>
      </w:r>
    </w:p>
    <w:p>
      <w:r>
        <w:t xml:space="preserve">02:06:14   (Speaker B)  Thank you. </w:t>
      </w:r>
    </w:p>
    <w:p>
      <w:r>
        <w:t xml:space="preserve">02:06:18   (Speaker D)  Anything else for Michelle? Okay, moving on to treasurer's report. Sure. </w:t>
      </w:r>
    </w:p>
    <w:p>
      <w:r>
        <w:t xml:space="preserve">02:06:25   (Speaker A)  We've got in your general fund checks 5979 through 6033, capital reserve check 225, and golf course checks 33785 through 33878, for a total of $413,704.43. And Jim and I can answer any questions you might have on those invoices. </w:t>
      </w:r>
    </w:p>
    <w:p>
      <w:r>
        <w:t xml:space="preserve">02:06:43   (Speaker D)  I have one question. I noticed that we paid. We had, like, four charges from Spectrum. They were on the region's bank, and they were added up to about $2,300. </w:t>
      </w:r>
    </w:p>
    <w:p>
      <w:r>
        <w:t xml:space="preserve">02:06:59   (Speaker M)  Was that like new phones? </w:t>
      </w:r>
    </w:p>
    <w:p>
      <w:r>
        <w:t xml:space="preserve">02:07:00   (Speaker D)  Was that. </w:t>
      </w:r>
    </w:p>
    <w:p>
      <w:r>
        <w:t xml:space="preserve">02:07:01   (Speaker G)  Yes. </w:t>
      </w:r>
    </w:p>
    <w:p>
      <w:r>
        <w:t xml:space="preserve">02:07:02   (Speaker K)  We got rid of Fusion. </w:t>
      </w:r>
    </w:p>
    <w:p>
      <w:r>
        <w:t xml:space="preserve">02:07:06   (Speaker D)  Okay. </w:t>
      </w:r>
    </w:p>
    <w:p>
      <w:r>
        <w:t xml:space="preserve">02:07:06   (Speaker K)  And we switched to Spectrum, and it's much cheaper. A month, I think, by the time we pay off the hardware, I think we pay off, like, six months. </w:t>
      </w:r>
    </w:p>
    <w:p>
      <w:r>
        <w:t xml:space="preserve">02:07:14   (Speaker D)  Okay, so those are hardware charges. </w:t>
      </w:r>
    </w:p>
    <w:p>
      <w:r>
        <w:t xml:space="preserve">02:07:17   (Speaker K)  It's hardware, yeah. Mostly phones, installation, things like that. </w:t>
      </w:r>
    </w:p>
    <w:p>
      <w:r>
        <w:t xml:space="preserve">02:07:20   (Speaker F)  Okay. </w:t>
      </w:r>
    </w:p>
    <w:p>
      <w:r>
        <w:t xml:space="preserve">02:07:22   (Speaker D)  New phones New wireless hardware, new phones. </w:t>
      </w:r>
    </w:p>
    <w:p>
      <w:r>
        <w:t xml:space="preserve">02:07:25   (Speaker K)  We got to get some switches. </w:t>
      </w:r>
    </w:p>
    <w:p>
      <w:r>
        <w:t xml:space="preserve">02:07:27   (Speaker L)  Yeah. </w:t>
      </w:r>
    </w:p>
    <w:p>
      <w:r>
        <w:t xml:space="preserve">02:07:27   (Speaker D)  We're gonna own it. </w:t>
      </w:r>
    </w:p>
    <w:p>
      <w:r>
        <w:t xml:space="preserve">02:07:28   (Speaker G)  So then that it's ours. </w:t>
      </w:r>
    </w:p>
    <w:p>
      <w:r>
        <w:t xml:space="preserve">02:07:29   (Speaker K)  Yeah, yeah. We had the option of buying it outright. We're paying X amount of dollars a month and like. </w:t>
      </w:r>
    </w:p>
    <w:p>
      <w:r>
        <w:t xml:space="preserve">02:07:37   (Speaker D)  Okay. I don't know. Well, hopefully they answer the good stuff. You know, I'm picky about my Internet equipment, so. </w:t>
      </w:r>
    </w:p>
    <w:p>
      <w:r>
        <w:t xml:space="preserve">02:07:45   (Speaker K)  Yes. </w:t>
      </w:r>
    </w:p>
    <w:p>
      <w:r>
        <w:t xml:space="preserve">02:07:46   (Speaker D)  So hopefully they got. </w:t>
      </w:r>
    </w:p>
    <w:p>
      <w:r>
        <w:t xml:space="preserve">02:07:47   (Speaker K)  Because we had some bugs in the beginning, but we got it all working. </w:t>
      </w:r>
    </w:p>
    <w:p>
      <w:r>
        <w:t xml:space="preserve">02:07:50   (Speaker G)  It was left over from 2006. That's what I'm saying. </w:t>
      </w:r>
    </w:p>
    <w:p>
      <w:r>
        <w:t xml:space="preserve">02:07:55   (Speaker D)  They don't usually give you the best stuff, so. And they're not the cheapest, so. </w:t>
      </w:r>
    </w:p>
    <w:p>
      <w:r>
        <w:t xml:space="preserve">02:08:03   (Speaker N)  But. </w:t>
      </w:r>
    </w:p>
    <w:p>
      <w:r>
        <w:t xml:space="preserve">02:08:04   (Speaker D)  Okay, got it. Thank you for answering. That's it for my questions. Anybody else have questions about the check register? </w:t>
      </w:r>
    </w:p>
    <w:p>
      <w:r>
        <w:t xml:space="preserve">02:08:15   (Speaker L)  No. </w:t>
      </w:r>
    </w:p>
    <w:p>
      <w:r>
        <w:t xml:space="preserve">02:08:15   (Speaker M)  Is this the check register that had the US bank issue or. No, that was the last one. </w:t>
      </w:r>
    </w:p>
    <w:p>
      <w:r>
        <w:t xml:space="preserve">02:08:20   (Speaker A)  I think that was the last one, yeah. </w:t>
      </w:r>
    </w:p>
    <w:p>
      <w:r>
        <w:t xml:space="preserve">02:08:23   (Speaker M)  Nothing's happened on that, Jason? </w:t>
      </w:r>
    </w:p>
    <w:p>
      <w:r>
        <w:t xml:space="preserve">02:08:25   (Speaker A)  No, not yet. </w:t>
      </w:r>
    </w:p>
    <w:p>
      <w:r>
        <w:t xml:space="preserve">02:08:27   (Speaker O)  No. </w:t>
      </w:r>
    </w:p>
    <w:p>
      <w:r>
        <w:t xml:space="preserve">02:08:30   (Speaker A)  Let me follow up on that. But yeah, they're supposed to issue us. The guy was requesting a credit. It was. I mean, it is a charge based on the bonds closing, which was allowable under the bond indenture </w:t>
      </w:r>
    </w:p>
    <w:p>
      <w:r>
        <w:t xml:space="preserve">02:08:43   (Speaker B)  last year. </w:t>
      </w:r>
    </w:p>
    <w:p>
      <w:r>
        <w:t xml:space="preserve">02:08:44   (Speaker D)  Thank you. </w:t>
      </w:r>
    </w:p>
    <w:p>
      <w:r>
        <w:t xml:space="preserve">02:08:45   (Speaker M)  Yeah. </w:t>
      </w:r>
    </w:p>
    <w:p>
      <w:r>
        <w:t xml:space="preserve">02:08:49   (Speaker A)  But I will find out again. </w:t>
      </w:r>
    </w:p>
    <w:p>
      <w:r>
        <w:t xml:space="preserve">02:08:50   (Speaker O)  Okay. </w:t>
      </w:r>
    </w:p>
    <w:p>
      <w:r>
        <w:t xml:space="preserve">02:08:52   (Speaker M)  We're hoping to recover a thousand dollars from U. S Bank, so we're following that. All right. </w:t>
      </w:r>
    </w:p>
    <w:p>
      <w:r>
        <w:t xml:space="preserve">02:09:03   (Speaker D)  If no further comments, a motion to approve the check register. </w:t>
      </w:r>
    </w:p>
    <w:p>
      <w:r>
        <w:t xml:space="preserve">02:09:07   (Speaker M)  I'd like the motion to approve the check register. </w:t>
      </w:r>
    </w:p>
    <w:p>
      <w:r>
        <w:t xml:space="preserve">02:09:10   (Speaker B)  I'll second. </w:t>
      </w:r>
    </w:p>
    <w:p>
      <w:r>
        <w:t xml:space="preserve">02:09:10   (Speaker D)  Okay. Any further discussion? All in favor? </w:t>
      </w:r>
    </w:p>
    <w:p>
      <w:r>
        <w:t xml:space="preserve">02:09:14   (Speaker A)  Aye, Just on the balance sheet and income statement. Again, no action required by the board. Everything's gone up pretty well. General fund, we're about 46,000. Better than budget to actual. So that's good. And then we are at 101% collected on our assessment, so great shape there. </w:t>
      </w:r>
    </w:p>
    <w:p>
      <w:r>
        <w:t xml:space="preserve">02:09:36   (Speaker G)  Just GLAD we're at 101 finally. </w:t>
      </w:r>
    </w:p>
    <w:p>
      <w:r>
        <w:t xml:space="preserve">02:09:40   (Speaker A)  And then with that, that's all we've got. So we've got supervisor requests. </w:t>
      </w:r>
    </w:p>
    <w:p>
      <w:r>
        <w:t xml:space="preserve">02:09:45   (Speaker D)  Denise, anything? Any supervisor request? </w:t>
      </w:r>
    </w:p>
    <w:p>
      <w:r>
        <w:t xml:space="preserve">02:09:49   (Speaker M)  Oh, no, thank you. </w:t>
      </w:r>
    </w:p>
    <w:p>
      <w:r>
        <w:t xml:space="preserve">02:09:52   (Speaker B)  I have a supervisor request. So I have been speaking with Terry Motts about these Stormwater Rangers purpose program, and I've also talked to Commissioner Feltner. </w:t>
      </w:r>
    </w:p>
    <w:p>
      <w:r>
        <w:t xml:space="preserve">02:10:04   (Speaker M)  He is more than happy to come </w:t>
      </w:r>
    </w:p>
    <w:p>
      <w:r>
        <w:t xml:space="preserve">02:10:05   (Speaker B)  and help out with that day. Now, I want to sit down with Ms. Mott and give her a call and just really see, because she is saying that there should be 75 guests coming to this event. And she has an invoice for us from Cora's island Cafe for $537 for juices and coffee and assorted mini pastries, three per person. And she has said that if the board does not wish to purchase this, if we don't want to cover, because she would like this to go in our name, us as the purchasers. But if not, if we don't want to cover it, she'd be happy to give Coors Island Cafe a check to be held in Escort, and then she'll get donations for the event. So I just. I'm just curious if she really expects 75 people to come to the event and otherwise are we paying $537 for. I mean, y' all can come up and we'll pass out pastries, but I'm just wondering exactly how many is she planning on rsvp? How many folks are going to come? She has the guest speakers for the VECDD Ranger program that she has. She also has an online education course that she would like us to consider having some of our maintenance people go through. </w:t>
      </w:r>
    </w:p>
    <w:p>
      <w:r>
        <w:t xml:space="preserve">02:11:33   (Speaker G)  What day is this again? </w:t>
      </w:r>
    </w:p>
    <w:p>
      <w:r>
        <w:t xml:space="preserve">02:11:35   (Speaker B)  This is October 24th. It's on a Saturday, 8:30am Ralph Williams Elementary. </w:t>
      </w:r>
    </w:p>
    <w:p>
      <w:r>
        <w:t xml:space="preserve">02:11:41   (Speaker G)  Michelle, isn't there something. </w:t>
      </w:r>
    </w:p>
    <w:p>
      <w:r>
        <w:t xml:space="preserve">02:11:48   (Speaker H)  Yes. </w:t>
      </w:r>
    </w:p>
    <w:p>
      <w:r>
        <w:t xml:space="preserve">02:11:48   (Speaker G)  Beer voice. The beer voice. The scarecrow stroll that they do every year. That's the date that the harvest. </w:t>
      </w:r>
    </w:p>
    <w:p>
      <w:r>
        <w:t xml:space="preserve">02:11:57   (Speaker B)  Is that October 24th? </w:t>
      </w:r>
    </w:p>
    <w:p>
      <w:r>
        <w:t xml:space="preserve">02:11:59   (Speaker G)  October 24th. </w:t>
      </w:r>
    </w:p>
    <w:p>
      <w:r>
        <w:t xml:space="preserve">02:12:00   (Speaker M)  Oh. </w:t>
      </w:r>
    </w:p>
    <w:p>
      <w:r>
        <w:t xml:space="preserve">02:12:02   (Speaker G)  Not that that affects this, absolutely, but something to consider. </w:t>
      </w:r>
    </w:p>
    <w:p>
      <w:r>
        <w:t xml:space="preserve">02:12:06   (Speaker A)  Two different crowds. </w:t>
      </w:r>
    </w:p>
    <w:p>
      <w:r>
        <w:t xml:space="preserve">02:12:08   (Speaker G)  I'm just saying we're gonna have a few plates in the air that day. </w:t>
      </w:r>
    </w:p>
    <w:p>
      <w:r>
        <w:t xml:space="preserve">02:12:11   (Speaker B)  Right. </w:t>
      </w:r>
    </w:p>
    <w:p>
      <w:r>
        <w:t xml:space="preserve">02:12:14   (Speaker D)  I would say that this board has generally said, no, we're not paying for. Okay, you can use our facilities. You can work with Christina. </w:t>
      </w:r>
    </w:p>
    <w:p>
      <w:r>
        <w:t xml:space="preserve">02:12:24   (Speaker B)  Happy to do so. </w:t>
      </w:r>
    </w:p>
    <w:p>
      <w:r>
        <w:t xml:space="preserve">02:12:26   (Speaker D)  But we generally are not paying for this. And even if we were, we have a restaurant, like, so I don't see any reason we would pay another restaurant. </w:t>
      </w:r>
    </w:p>
    <w:p>
      <w:r>
        <w:t xml:space="preserve">02:12:42   (Speaker B)  Okay, I will definitely relay that my answer. </w:t>
      </w:r>
    </w:p>
    <w:p>
      <w:r>
        <w:t xml:space="preserve">02:12:46   (Speaker D)  I don't know what the rest of the board thinks, but that's okay. Rob's giving me a high five. </w:t>
      </w:r>
    </w:p>
    <w:p>
      <w:r>
        <w:t xml:space="preserve">02:12:51   (Speaker M)  Well, I mean, if the restaurant were the vendor for her event, I mean, </w:t>
      </w:r>
    </w:p>
    <w:p>
      <w:r>
        <w:t xml:space="preserve">02:12:56   (Speaker D)  she could she raise donations for our restaurant to pay our restaurant and we'd give her the. I mean, I'm not willing to do it at cost for her. </w:t>
      </w:r>
    </w:p>
    <w:p>
      <w:r>
        <w:t xml:space="preserve">02:13:10   (Speaker B)  She seems very excited by Cora's Island Cafe for the Stormwater Rangers program. </w:t>
      </w:r>
    </w:p>
    <w:p>
      <w:r>
        <w:t xml:space="preserve">02:13:19   (Speaker K)  So this is kind of like what her and Pete have worked on for years. </w:t>
      </w:r>
    </w:p>
    <w:p>
      <w:r>
        <w:t xml:space="preserve">02:13:26   (Speaker M)  I don't have it in my budget this year. </w:t>
      </w:r>
    </w:p>
    <w:p>
      <w:r>
        <w:t xml:space="preserve">02:13:28   (Speaker K)  It's a great. </w:t>
      </w:r>
    </w:p>
    <w:p>
      <w:r>
        <w:t xml:space="preserve">02:13:30   (Speaker D)  No, no, we're not going to spend more. She would have to raise donations to pay for the. But generally speaking, the. We don't want to. </w:t>
      </w:r>
    </w:p>
    <w:p>
      <w:r>
        <w:t xml:space="preserve">02:13:39   (Speaker M)  Okay. </w:t>
      </w:r>
    </w:p>
    <w:p>
      <w:r>
        <w:t xml:space="preserve">02:13:40   (Speaker D)  Expend any of our budget for this restaurant. Chairman. Right. </w:t>
      </w:r>
    </w:p>
    <w:p>
      <w:r>
        <w:t xml:space="preserve">02:13:45   (Speaker G)  I. I Probably would. Well, I. No, they've got the location and everything. But in terms of it being extra work for Ajay, I mean, because we don't carry pastries and stuff like that. </w:t>
      </w:r>
    </w:p>
    <w:p>
      <w:r>
        <w:t xml:space="preserve">02:13:58   (Speaker D)  Okay, I get you. </w:t>
      </w:r>
    </w:p>
    <w:p>
      <w:r>
        <w:t xml:space="preserve">02:13:59   (Speaker B)  Yeah. </w:t>
      </w:r>
    </w:p>
    <w:p>
      <w:r>
        <w:t xml:space="preserve">02:14:00   (Speaker G)  I would probably not put Ajay through that. Just is going to create a lot of work for him. </w:t>
      </w:r>
    </w:p>
    <w:p>
      <w:r>
        <w:t xml:space="preserve">02:14:06   (Speaker B)  That's a lot of work if it's an expected 75, but that doesn't necessarily </w:t>
      </w:r>
    </w:p>
    <w:p>
      <w:r>
        <w:t xml:space="preserve">02:14:13   (Speaker M)  easily get pastries from Costco. Yeah, she doesn't need a vendor for </w:t>
      </w:r>
    </w:p>
    <w:p>
      <w:r>
        <w:t xml:space="preserve">02:14:18   (Speaker G)  those items, and that's all that Ajay would do. So. </w:t>
      </w:r>
    </w:p>
    <w:p>
      <w:r>
        <w:t xml:space="preserve">02:14:23   (Speaker B)  Yeah. </w:t>
      </w:r>
    </w:p>
    <w:p>
      <w:r>
        <w:t xml:space="preserve">02:14:23   (Speaker D)  Dunkin Donuts. </w:t>
      </w:r>
    </w:p>
    <w:p>
      <w:r>
        <w:t xml:space="preserve">02:14:24   (Speaker M)  Yeah, you can easily pick up muffins and stuff. </w:t>
      </w:r>
    </w:p>
    <w:p>
      <w:r>
        <w:t xml:space="preserve">02:14:27   (Speaker B)  Well, I mean, we've got coffee, we've got orange juice, we have mango juice and assorted pastries. </w:t>
      </w:r>
    </w:p>
    <w:p>
      <w:r>
        <w:t xml:space="preserve">02:14:34   (Speaker F)  It's going to be an event. </w:t>
      </w:r>
    </w:p>
    <w:p>
      <w:r>
        <w:t xml:space="preserve">02:14:35   (Speaker D)  Well, mango juice, orange juice, and assorted pastries can all come from Costco. </w:t>
      </w:r>
    </w:p>
    <w:p>
      <w:r>
        <w:t xml:space="preserve">02:14:40   (Speaker B)  I will relay the information. </w:t>
      </w:r>
    </w:p>
    <w:p>
      <w:r>
        <w:t xml:space="preserve">02:14:43   (Speaker D)  As far as, like, coffee, I think Dunkin Donuts have, like, these gallon thingies. </w:t>
      </w:r>
    </w:p>
    <w:p>
      <w:r>
        <w:t xml:space="preserve">02:14:48   (Speaker B)  They do, they do. </w:t>
      </w:r>
    </w:p>
    <w:p>
      <w:r>
        <w:t xml:space="preserve">02:14:51   (Speaker D)  But no, we're not out of our budget. </w:t>
      </w:r>
    </w:p>
    <w:p>
      <w:r>
        <w:t xml:space="preserve">02:14:53   (Speaker B)  Sounds good. </w:t>
      </w:r>
    </w:p>
    <w:p>
      <w:r>
        <w:t xml:space="preserve">02:14:54   (Speaker E)  Thank you. </w:t>
      </w:r>
    </w:p>
    <w:p>
      <w:r>
        <w:t xml:space="preserve">02:14:57   (Speaker D)  Anything else? </w:t>
      </w:r>
    </w:p>
    <w:p>
      <w:r>
        <w:t xml:space="preserve">02:14:58   (Speaker B)  That's all I have. </w:t>
      </w:r>
    </w:p>
    <w:p>
      <w:r>
        <w:t xml:space="preserve">02:14:59   (Speaker D)  Ron, do you have a supervisor? </w:t>
      </w:r>
    </w:p>
    <w:p>
      <w:r>
        <w:t xml:space="preserve">02:15:02   (Speaker G)  No, I'm fine. </w:t>
      </w:r>
    </w:p>
    <w:p>
      <w:r>
        <w:t xml:space="preserve">02:15:03   (Speaker D)  Okay. </w:t>
      </w:r>
    </w:p>
    <w:p>
      <w:r>
        <w:t xml:space="preserve">02:15:05   (Speaker G)  Rob, I got one thing that I </w:t>
      </w:r>
    </w:p>
    <w:p>
      <w:r>
        <w:t xml:space="preserve">02:15:08   (Speaker I)  wanted to go over. </w:t>
      </w:r>
    </w:p>
    <w:p>
      <w:r>
        <w:t xml:space="preserve">02:15:11   (Speaker G)  I just want to say after four or five months of doing all this budget work, that I appreciate this board. You guys spent a lot of time discussing stuff. We had some questions tonight. I actually enjoyed tonight. This is the first time we've had questions about stuff for a long time, and it was nice being able to tell people things face to face. So I thoroughly enjoyed that. But for all the work that you guys have done, I'm very appreciative. And for our staff, Jim, that's very sincere about how good the force is in shape right now. And Jace, I don't know how you do what you do, my friend. </w:t>
      </w:r>
    </w:p>
    <w:p>
      <w:r>
        <w:t xml:space="preserve">02:16:01   (Speaker A)  Things I don't even know 100%. </w:t>
      </w:r>
    </w:p>
    <w:p>
      <w:r>
        <w:t xml:space="preserve">02:16:03   (Speaker G)  I actually was talking. Talking to Jim about this the other day. I was like, how does Jason do it? He's got, like, dozens of these things, you know, appreciative. Thank you. </w:t>
      </w:r>
    </w:p>
    <w:p>
      <w:r>
        <w:t xml:space="preserve">02:16:14   (Speaker A)  I appreciate that. </w:t>
      </w:r>
    </w:p>
    <w:p>
      <w:r>
        <w:t xml:space="preserve">02:16:14   (Speaker G)  Thank you all. That's all I wanted to say. </w:t>
      </w:r>
    </w:p>
    <w:p>
      <w:r>
        <w:t xml:space="preserve">02:16:17   (Speaker F)  Can I say one thing before I know I'm not you guys. </w:t>
      </w:r>
    </w:p>
    <w:p>
      <w:r>
        <w:t xml:space="preserve">02:16:20   (Speaker D)  Wait. I know the supervisor. </w:t>
      </w:r>
    </w:p>
    <w:p>
      <w:r>
        <w:t xml:space="preserve">02:16:22   (Speaker F)  I know, but I don't think you heard the lady when she left. And I wanted to let you know because she told me that she appreciates this board, and she was very happy with the way you guys communicated tonight. And I said when I first walked in, and I said, well, when I walked in with 14 people here. I was a little worried. And she said, no, no, we love this board, so just let you know that this wasn't. </w:t>
      </w:r>
    </w:p>
    <w:p>
      <w:r>
        <w:t xml:space="preserve">02:16:47   (Speaker G)  No, no, that was. </w:t>
      </w:r>
    </w:p>
    <w:p>
      <w:r>
        <w:t xml:space="preserve">02:16:48   (Speaker B)  They were great. </w:t>
      </w:r>
    </w:p>
    <w:p>
      <w:r>
        <w:t xml:space="preserve">02:16:49   (Speaker G)  And I think that's where the majority of this district is. </w:t>
      </w:r>
    </w:p>
    <w:p>
      <w:r>
        <w:t xml:space="preserve">02:16:52   (Speaker B)  Yes. </w:t>
      </w:r>
    </w:p>
    <w:p>
      <w:r>
        <w:t xml:space="preserve">02:16:53   (Speaker F)  Yeah. I recommended you guys, so I know you didn't, because they were walking out and you guys were doing it. But I want to make sure that's on the record. I mean, thank the people that were here. 14 of them. There was 14 people. </w:t>
      </w:r>
    </w:p>
    <w:p>
      <w:r>
        <w:t xml:space="preserve">02:17:03   (Speaker A)  Very positive for the board's information. So we obviously sent out, you know, the 4200 letters. We got about 10 phone calls in our office, because I checked with everyone. And then you had the 14 people showing up today. So, again, that's. That's 99.8% of people who were either happy or not upset. What's happening here? </w:t>
      </w:r>
    </w:p>
    <w:p>
      <w:r>
        <w:t xml:space="preserve">02:17:27   (Speaker G)  Yeah. </w:t>
      </w:r>
    </w:p>
    <w:p>
      <w:r>
        <w:t xml:space="preserve">02:17:28   (Speaker A)  So, again, I think that's an indication of a good job. </w:t>
      </w:r>
    </w:p>
    <w:p>
      <w:r>
        <w:t xml:space="preserve">02:17:30   (Speaker F)  That's awesome. </w:t>
      </w:r>
    </w:p>
    <w:p>
      <w:r>
        <w:t xml:space="preserve">02:17:31   (Speaker G)  And the 10 calls, would you say the majority of them were. </w:t>
      </w:r>
    </w:p>
    <w:p>
      <w:r>
        <w:t xml:space="preserve">02:17:34   (Speaker A)  I would say eight of them were more just confusion, wanted clarification. And those are typical with those letters. They go, hey, is this an extra bill? How do I pay it? It's just kind of walk them through. </w:t>
      </w:r>
    </w:p>
    <w:p>
      <w:r>
        <w:t xml:space="preserve">02:17:45   (Speaker G)  Right. </w:t>
      </w:r>
    </w:p>
    <w:p>
      <w:r>
        <w:t xml:space="preserve">02:17:45   (Speaker A)  But they were mostly clarification, so really </w:t>
      </w:r>
    </w:p>
    <w:p>
      <w:r>
        <w:t xml:space="preserve">02:17:48   (Speaker G)  only a couple people. </w:t>
      </w:r>
    </w:p>
    <w:p>
      <w:r>
        <w:t xml:space="preserve">02:17:49   (Speaker A)  Only about two that were kind of people that were upset. </w:t>
      </w:r>
    </w:p>
    <w:p>
      <w:r>
        <w:t xml:space="preserve">02:17:51   (Speaker B)  Yeah. </w:t>
      </w:r>
    </w:p>
    <w:p>
      <w:r>
        <w:t xml:space="preserve">02:17:52   (Speaker G)  And I know who one of them is on my. On the commercial side. </w:t>
      </w:r>
    </w:p>
    <w:p>
      <w:r>
        <w:t xml:space="preserve">02:18:01   (Speaker D)  Well, I have only one, and it's moving into my next step. But I noticed the numbers weren't on the resolution for me to sign, so I want to make sure. When I saw the mint. Maybe they are now. I just want to make sure the numbers are on the resolution that you </w:t>
      </w:r>
    </w:p>
    <w:p>
      <w:r>
        <w:t xml:space="preserve">02:18:17   (Speaker L)  want me to see. </w:t>
      </w:r>
    </w:p>
    <w:p>
      <w:r>
        <w:t xml:space="preserve">02:18:18   (Speaker G)  Yeah, they're there. </w:t>
      </w:r>
    </w:p>
    <w:p>
      <w:r>
        <w:t xml:space="preserve">02:18:19   (Speaker D)  Okay. That's my only supervisory, so I'll take a motion to adjourn. </w:t>
      </w:r>
    </w:p>
    <w:p>
      <w:r>
        <w:t xml:space="preserve">02:18:24   (Speaker G)  I will make a motion to adjourn. </w:t>
      </w:r>
    </w:p>
    <w:p>
      <w:r>
        <w:t xml:space="preserve">02:18:26   (Speaker B)  I'll second. </w:t>
      </w:r>
    </w:p>
    <w:p>
      <w:r>
        <w:t xml:space="preserve">02:18:27   (Speaker D)  All in favor? </w:t>
      </w:r>
    </w:p>
    <w:p>
      <w:r>
        <w:t xml:space="preserve">02:18:28   (Speaker B)  Aye. </w:t>
      </w:r>
    </w:p>
    <w:p>
      <w:r>
        <w:br/>
        <w:br/>
        <w:b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r>
    </w:p>
    <w:p>
      <w:r>
        <w:t xml:space="preserve">&gt;&gt;&gt;&gt;&gt;&gt;&gt;&gt;&gt;&gt;&gt;&gt;&gt;  </w:t>
      </w:r>
      <w:r>
        <w:rPr>
          <w:b/>
          <w:color w:val="FF0000"/>
        </w:rPr>
        <w:t>GAT END OF FILE</w:t>
      </w:r>
      <w:r>
        <w:rPr>
          <w:b w:val="0"/>
          <w:color w:val="000000"/>
        </w:rPr>
        <w:t xml:space="preserve">  &gt;&gt;&gt;&gt;&gt;&gt;&gt;&gt;&gt;&gt;&gt;&gt;&gt;&gt;&gt;&gt;&gt;&gt;&gt;&gt;&gt;&gt;&gt;&gt;&gt;&gt;&gt;&gt;&gt;&gt;&gt;&gt;&gt;&gt;&gt;&gt;&gt;&gt;&gt;&gt;&gt;&gt;&gt;&gt;&gt;&gt;&gt;&gt;&gt;&gt;&gt;&gt;&gt;&gt;&gt;&gt;&gt;&gt;&gt;&gt;&gt;&gt;&gt;&gt;&gt;&gt;&gt;&gt;&gt;&gt;&gt;&gt;&gt;&gt;&gt;&gt;&gt;&gt;&gt;&gt;&gt;&gt;&gt;&gt;&gt;&gt;&gt;&gt;&gt;&gt;&gt;&gt;&gt;&gt;&gt;&gt;&gt;&gt;&gt;&gt;&gt;&gt;&gt;&gt;&gt;&gt;&gt;&gt;&gt;&gt;&gt;&gt;&gt;&gt;&gt;&gt;&gt;&gt;&gt;&gt;&gt;&gt;&gt;&gt;&gt;&gt;&gt;&gt;&gt;</w:t>
      </w:r>
    </w:p>
    <w:p>
      <w: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