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NPR</w:t>
        <w:br/>
        <w:br/>
        <w:br/>
      </w:r>
    </w:p>
    <w:p>
      <w:r>
        <w:t>START AND END TIME OF THE CDD MEETING FILE:</w:t>
      </w:r>
      <w:r>
        <w:rPr>
          <w:b/>
          <w:color w:val="FF0000"/>
        </w:rPr>
        <w:br/>
        <w:tab/>
        <w:tab/>
        <w:tab/>
        <w:tab/>
        <w:t xml:space="preserve"> August 21, 2026 at 10:00 AM</w:t>
      </w:r>
      <w:r>
        <w:rPr>
          <w:b/>
          <w:color w:val="FF0000"/>
        </w:rPr>
        <w:br/>
        <w:tab/>
        <w:tab/>
        <w:tab/>
        <w:tab/>
        <w:t xml:space="preserve"> August 21, 2026 at 10:36 AM</w:t>
        <w:br/>
        <w:br/>
        <w:br/>
      </w:r>
    </w:p>
    <w:p>
      <w:r>
        <w:t>AUDIO FILE NAME, FILE SIZE:</w:t>
      </w:r>
      <w:r>
        <w:rPr>
          <w:b/>
          <w:color w:val="FF0000"/>
        </w:rPr>
        <w:br/>
        <w:tab/>
        <w:tab/>
        <w:tab/>
        <w:tab/>
        <w:t xml:space="preserve"> TP_090126_Recording.mp3</w:t>
      </w:r>
      <w:r>
        <w:rPr>
          <w:b/>
          <w:color w:val="FF0000"/>
        </w:rPr>
        <w:br/>
        <w:tab/>
        <w:tab/>
        <w:tab/>
        <w:tab/>
        <w:t xml:space="preserve"> 71739808</w:t>
        <w:br/>
        <w:br/>
        <w:br/>
      </w:r>
    </w:p>
    <w:p>
      <w:r>
        <w:t>DATE AUDIO FILE SUBMITTED TO THE GAT SYSTEM:</w:t>
      </w:r>
      <w:r>
        <w:rPr>
          <w:b/>
          <w:color w:val="FF0000"/>
        </w:rPr>
        <w:br/>
        <w:tab/>
        <w:tab/>
        <w:tab/>
        <w:tab/>
        <w:t xml:space="preserve"> September 16, 2026 at 02:53 PM</w:t>
        <w:br/>
        <w:br/>
        <w:br/>
      </w:r>
    </w:p>
    <w:p>
      <w:r>
        <w:t>DATE AUDIO FILE COMPLETED BY THE GAT SYSTEM:</w:t>
      </w:r>
      <w:r>
        <w:rPr>
          <w:b/>
          <w:color w:val="FF0000"/>
        </w:rPr>
        <w:br/>
        <w:tab/>
        <w:tab/>
        <w:tab/>
        <w:tab/>
        <w:t xml:space="preserve"> September 16, 2026 at 02:53 PM</w:t>
      </w:r>
      <w:r>
        <w:rPr>
          <w:b/>
          <w:color w:val="FF0000"/>
        </w:rPr>
        <w:br/>
        <w:tab/>
        <w:tab/>
        <w:tab/>
        <w:tab/>
        <w:t xml:space="preserve"> 00:35 ELAPSED TIME</w:t>
        <w:br/>
        <w:br/>
        <w:br/>
      </w:r>
    </w:p>
    <w:p>
      <w:r>
        <w:t>MEETING AGENDA:</w:t>
      </w:r>
      <w:r>
        <w:rPr>
          <w:b/>
          <w:color w:val="FF0000"/>
        </w:rPr>
        <w:br/>
        <w:br/>
        <w:br/>
        <w:tab/>
        <w:tab/>
        <w:tab/>
        <w:tab/>
        <w:t xml:space="preserve">  </w:t>
        <w:br/>
        <w:br/>
        <w:br/>
      </w:r>
    </w:p>
    <w:p>
      <w:r>
        <w:t xml:space="preserve">00:00      (Speaker A)  Waiting be a board member. So it is. Hey. Good afternoon, Sabrina. I didn't know if you wanted to do an audio check before we start the meeting. Good afternoon. You turn this up. All right. We're going to call the meeting to order in just a moment. I'm going to mute on our side until we start. Sounds good. Exactly. Mr. Chairman, are you ready for me to call the meeting to order? It is 4 o'. Clock. </w:t>
      </w:r>
    </w:p>
    <w:p>
      <w:r>
        <w:t xml:space="preserve">02:12      (Speaker B)  Yes. </w:t>
      </w:r>
    </w:p>
    <w:p>
      <w:r>
        <w:t xml:space="preserve">02:13      (Speaker A)  All right. Good afternoon. We're calling to order Town Park Community Development District Board of Supervisors meeting. It is Tuesday, September 1, 2026. It is 4pm and we are at the Town Park Amenities center, number one on White Ibis Road. The first item on the agenda is roll call for the purpose of voice recognition software. If board members could kindly state your first and last name and note your present for the record. We'll start with the chair, Greg Jones. </w:t>
      </w:r>
    </w:p>
    <w:p>
      <w:r>
        <w:t xml:space="preserve">02:41      (Speaker B)  Here. </w:t>
      </w:r>
    </w:p>
    <w:p>
      <w:r>
        <w:t xml:space="preserve">02:44      (Speaker C)  Roger. </w:t>
      </w:r>
    </w:p>
    <w:p>
      <w:r>
        <w:t xml:space="preserve">02:51      (Speaker A)  Zabrina. Sides? Here. Let the record show we have five board members in attendance and we do have a quorum. The next item on the agenda is the public public comment period. This is an opportunity for any members of the public to make a statement to the Board of Supervisors. This can be in reference to any items that are on the agenda or any items that are not on the agenda. We do have citizens who are attending on Zoom. We also have citizens who are attending in person. Would anyone like to make a statement to the Board of Supervisors who's attending in person? All right. We don't see anyone here. Is there? If there's anyone attending on Zoom and you'd like to make a comment to the Board of Supervisors. If you can use the raise hand function will enable your audio controls and allow for public comment. I'll give you a moment. Board members. I do not see anyone on Zoom who has indicated an interest in making a public comment. So we'll close the public comment period and move to agenda item number three. Agenda item number three is approval of the minutes of the August 4, 2026 Board of Supervisors meeting. Board members, on page five of your agenda packet is a draft of the meeting minutes. If there's no corrections from the board, do we have a motion to approve as presented. And a second. All in favor of approval, say aye. Opposed? I not opposed. Sorry. No, you're good. Motion carries. Unanimous. Board members. The next item on the agenda is a review item. It came to the attention of staff as well as the chairman of the Board that there is a parking and towing sign at the Riverstone amenity on page 14. And that sign is depicted in your agenda packet. This relates to the adopted parking and towing rules. As we know, at Town park cdd, the district does not own the right of way, but the district does own certain real property, such as the amenity tracks, common areas, stormwater tracks. There is parking that's prohibited on many of the tracks at all times. But at the Amenity center, parking is allowed during the times when the Amenity center is open. But per your parking policies, there's no overnight parking allowed unless someone reaches out in advance and makes arrangements to have a vehicle parked overnight. So at both amenity centers, there are the appropriate and lawful tow away signs and a sign that says no overnight parking. At Amenities Center 2 or Riverstone, which you see depicted on page 14, there's an additional note that says 10pm to 6am so if you kind of enlarge that, you'll see that there's a reference to the time frame. This is not required to be on the sign, but it could be perceived to be helpful to vehicle drivers to understand the time frame for no overnight parking. At the Amenity center one, which is where we're having our meeting today, there's the appropriate lawful signs, but the sign does not include the definition of overnight parking being from 10pm to 6am a.m. so we did want to bring this to the board's attention. If the board would like to direct staff to replicate the kind of sign that's at Amenity Center 2 or the Riverstone amenity for Town Park Amenity, it would be a, you know, a minimal expense and you could simply direct staff to improve the sign, you know, in theory, for the purpose of improving communication with vehicle drivers. And Chairman Jones, did you have any discussion on this item or anything you wanted to include? </w:t>
      </w:r>
    </w:p>
    <w:p>
      <w:r>
        <w:t xml:space="preserve">07:01      (Speaker C)  Advice? I feel it would be good for the residents that way. It's saving a time so there's no misunderstanding. For any teacher, it's given good directive. I know. </w:t>
      </w:r>
    </w:p>
    <w:p>
      <w:r>
        <w:t xml:space="preserve">07:17      (Speaker B)  It still doesn't. </w:t>
      </w:r>
    </w:p>
    <w:p>
      <w:r>
        <w:t xml:space="preserve">07:18      (Speaker C)  Yeah, I know. It's in our. In. In some doctrine also that, you know, they need a pass to do it overnight, if that were the case, that it's in everybody's CDB documents as a resident. So I don't think we need to place that. But at least this is good direction as to the actual times and spelled out. So that's my opinion on that one. </w:t>
      </w:r>
    </w:p>
    <w:p>
      <w:r>
        <w:t xml:space="preserve">07:42      (Speaker D)  Yeah, I think that's a good idea. Okay. </w:t>
      </w:r>
    </w:p>
    <w:p>
      <w:r>
        <w:t xml:space="preserve">07:45      (Speaker A)  And I just wanted for to district Council, did we need a motion for this or can we take direction from staff to. </w:t>
      </w:r>
    </w:p>
    <w:p>
      <w:r>
        <w:t xml:space="preserve">07:51      (Speaker D)  That's fine. </w:t>
      </w:r>
    </w:p>
    <w:p>
      <w:r>
        <w:t xml:space="preserve">07:53      (Speaker A)  Okay. All right. So just for the record, there is consensus on the board to direct staff to in change out the signs for Amenity Center 1 to include the 10:00am 10:00pm to 6:00am yeah. </w:t>
      </w:r>
    </w:p>
    <w:p>
      <w:r>
        <w:t xml:space="preserve">08:10      (Speaker D)  Yeah. </w:t>
      </w:r>
    </w:p>
    <w:p>
      <w:r>
        <w:t xml:space="preserve">08:11      (Speaker A)  All right, board members, the next agenda items are staff reports and. And the first staff report is with attorney and Patrick Collins is here this afternoon. </w:t>
      </w:r>
    </w:p>
    <w:p>
      <w:r>
        <w:t xml:space="preserve">08:21      (Speaker D)  Hey everyone. I did not have anything to follow up from from the last meeting and I have nothing really new to report at this time. Everything seems to be operating smoothly. But happy to answer any questions the board may have. </w:t>
      </w:r>
    </w:p>
    <w:p>
      <w:r>
        <w:t xml:space="preserve">08:35      (Speaker A)  Are there any questions for Patrick? All right, we will move on to engineers report. As board members recall, at your last meeting it was brought to the attention of the board that there were some Eros areas that needed further investigation and potentially plans for repair. It was also brought to the board's attention that there was an encroachment at 5220 with Rushway, which we'll discuss under district manager's report. Alan Rail is here in person this afternoon to provide further information on those items as well as any other engineering matters. </w:t>
      </w:r>
    </w:p>
    <w:p>
      <w:r>
        <w:t xml:space="preserve">09:12      (Speaker D)  Good afternoon. As been stated, we had some areas of concern where we were seeing some erosion take place. Four locations of concern in bridge and beach there, six identified on wood thrush and two on Peregrine. We've gone out and, and looked at those locations and did not necessarily find for example, Britain beach, one that wasn't really concerned about, but there are three there I think we should address on Woodrush. Of the six, there was one not really concerned about, but there were three more than I was. So we have eight out of six. And then Peregrine, there were a couple of areas of erosion that deserve some treatment. We have. We've done this very similar type of repair work in other CBD communities where it's usually done with some dirt. So stabilizing turf reinforcement mat helps hold the slope and then sod that's pinned, it's all pinned down. So it has a chance to establish in these areas of road because there's usually focused surface flow coming through that area. So just putting back dirt, throwing some sod on, it's not going to have a chance to take and get established and pull those eroded areas in the banks where we, we measured up all these areas that I thought deserve some attention. We've got quantities of sod and volumes of dirt prepared and we're seeking quotes from contractors to do that work. We're doing two contractors and other communities to be done. So they're familiar with the process, they understand what needs to be done. No More than what needs to be done. I didn't have a chance to get quotes returned in time to present at the meeting. But I did communicate to the district manager that I thought if we wanted to authorize either an overall budget or a not to exceed repair location or something like that, that we could get these bids in. If we find a good responsive bid that meets that criteria that the board authorizes, I can get them underway instead of waiting another month for a meeting and then contractor schedule. So I want to present that for discussion. </w:t>
      </w:r>
    </w:p>
    <w:p>
      <w:r>
        <w:t xml:space="preserve">12:07      (Speaker A)  Board members, may I ask a question? So last month we also brought up Medulla as potentially needing erosion repair as well. Is that </w:t>
      </w:r>
    </w:p>
    <w:p>
      <w:r>
        <w:t xml:space="preserve">12:20      (Speaker B)  still </w:t>
      </w:r>
    </w:p>
    <w:p>
      <w:r>
        <w:t xml:space="preserve">12:22      (Speaker C)  can't even hit the dead end street anymore? </w:t>
      </w:r>
    </w:p>
    <w:p>
      <w:r>
        <w:t xml:space="preserve">12:25      (Speaker A)  Yeah, </w:t>
      </w:r>
    </w:p>
    <w:p>
      <w:r>
        <w:t xml:space="preserve">12:28      (Speaker C)  west side. </w:t>
      </w:r>
    </w:p>
    <w:p>
      <w:r>
        <w:t xml:space="preserve">12:30      (Speaker A)  So I you know just in. In terms of any action that the board takes would this would be for all four areas. The Woodrush, Britain Beach, Parag. </w:t>
      </w:r>
    </w:p>
    <w:p>
      <w:r>
        <w:t xml:space="preserve">12:40      (Speaker D)  And as far as Medulla goes, you know what's happening there is that and that's. That's a little bit different. It's actually like the Wood thrush area is a 100 year floodplain compensation area. Wood Thrush does not have an outlet but that adjacent wetland. So when it fills up it kind of spills in the wetland. The Medulla area is was everybody know was was constructed with a. With a spillway of. Of sand cement ripra bags. That that area would when it would fill up it was. It would sheet flow over that like a. Like a dam and then flow downstream to those cross drains that go under Medulla. Not have one that way though it has you know water can find its easiest way now in the floodplain storage areas it's created. It will channelize, it'll creek that runs through there. So all that water seems to be focusing and then it's hitting that spillway at one point southern end which we've already seen erode collapse once before. And what we did then was we ended up when it collapsed we had a stabilized base. Now that added some more on top of it hasn't collapsed again since then. But that channel wise flow is working its way around in. Now what we have at that end is we start to go up the slope to the multi use trail that goes by on the very sub for keeping that. As I said I didn't see any more degradation of that when I looked at it today when I saw it previously. I would recommend still though that we just continue to reinforce that area with the sand cement riprap and he would come up the bank just a little bit and. And you know try to get that water to, to spread back out and cheap low instead of generalized overflow. So okay, that's, that's kind of an easy thing to quantify. And if we can get a contractor that, that that we like that's going to do these erosion repairs we can easily say get another 50 bags of save some in your graft. We can, we can show exactly where to place that water dig down off. I, I wouldn't no because you know anything that hasn't arrived is is stabilized and it's holding tight. I wouldn't want to tear up any of the vegetation. The roots that are holding the soil right now I would just like to build on top of that. </w:t>
      </w:r>
    </w:p>
    <w:p>
      <w:r>
        <w:t xml:space="preserve">15:40      (Speaker C)  Yeah I do think I have to pick your one down because I know, I know the last time that it really blew up was a hurricane. So I get that was seen but I still think the water's hitting it not being able to go over it. I still think with it dam it's going to have to eventually have some type of penetrate to go in front of those bags so it doesn't keep undermining. That's what it seems like it wants to keep going is undermined this Mandy. </w:t>
      </w:r>
    </w:p>
    <w:p>
      <w:r>
        <w:t xml:space="preserve">16:09      (Speaker D)  Yeah. </w:t>
      </w:r>
    </w:p>
    <w:p>
      <w:r>
        <w:t xml:space="preserve">16:09      (Speaker C)  The good mandate for it right now. Touch the next biggest one would be the most cost effective for sure. And yeah definitely going up a little bit. It's almost curve around because it wants to keep sneaking around on the beach side or it's always one side. </w:t>
      </w:r>
    </w:p>
    <w:p>
      <w:r>
        <w:t xml:space="preserve">16:25      (Speaker D)  Yeah. </w:t>
      </w:r>
    </w:p>
    <w:p>
      <w:r>
        <w:t xml:space="preserve">16:25      (Speaker B)  The. Yeah. So it'll just be the judgment. </w:t>
      </w:r>
    </w:p>
    <w:p>
      <w:r>
        <w:t xml:space="preserve">16:28      (Speaker C)  Yeah. That time when we get into it to really look see where if you're </w:t>
      </w:r>
    </w:p>
    <w:p>
      <w:r>
        <w:t xml:space="preserve">16:33      (Speaker D)  going to do this. I mean if I was doing that from scratch back when the county was developed you would normally put a curtain wall there you go right three, four </w:t>
      </w:r>
    </w:p>
    <w:p>
      <w:r>
        <w:t xml:space="preserve">16:44      (Speaker C)  feet down and then. And now build the slow back behind that so then you back till this and then it can go over and </w:t>
      </w:r>
    </w:p>
    <w:p>
      <w:r>
        <w:t xml:space="preserve">16:51      (Speaker D)  so you know it's my hope that these tanks will just solidify </w:t>
      </w:r>
    </w:p>
    <w:p>
      <w:r>
        <w:t xml:space="preserve">16:57      (Speaker B)  and that </w:t>
      </w:r>
    </w:p>
    <w:p>
      <w:r>
        <w:t xml:space="preserve">16:59      (Speaker D)  that that keeps us. </w:t>
      </w:r>
    </w:p>
    <w:p>
      <w:r>
        <w:t xml:space="preserve">17:04      (Speaker C)  Definitely coming up and around a little bit will help. So okay, so in what direction? </w:t>
      </w:r>
    </w:p>
    <w:p>
      <w:r>
        <w:t xml:space="preserve">17:11      (Speaker B)  What do we need? </w:t>
      </w:r>
    </w:p>
    <w:p>
      <w:r>
        <w:t xml:space="preserve">17:12      (Speaker A)  So I think we need to probably have an understanding of what Allan is recommending as far as a not to exceed and then you know does the board want a priority? Is there going to be some cost efficiencies if all the repairs are done at once or could these be done in stages with priority repairs now and then monitor some of the others until the spring. </w:t>
      </w:r>
    </w:p>
    <w:p>
      <w:r>
        <w:t xml:space="preserve">17:33      (Speaker D)  Yeah. If all more at once. Yes. One location. No they're all really Pretty close to each other. So. </w:t>
      </w:r>
    </w:p>
    <w:p>
      <w:r>
        <w:t xml:space="preserve">17:42      (Speaker B)  Okay. </w:t>
      </w:r>
    </w:p>
    <w:p>
      <w:r>
        <w:t xml:space="preserve">17:43      (Speaker D)  You know, they're not going to demobilize and then be mobilized for one or two. </w:t>
      </w:r>
    </w:p>
    <w:p>
      <w:r>
        <w:t xml:space="preserve">17:48      (Speaker A)  Yeah. </w:t>
      </w:r>
    </w:p>
    <w:p>
      <w:r>
        <w:t xml:space="preserve">17:49      (Speaker B)  So. </w:t>
      </w:r>
    </w:p>
    <w:p>
      <w:r>
        <w:t xml:space="preserve">17:49      (Speaker A)  So there's some cost efficiency by getting them done at the same time. </w:t>
      </w:r>
    </w:p>
    <w:p>
      <w:r>
        <w:t xml:space="preserve">17:54      (Speaker B)  Okay. </w:t>
      </w:r>
    </w:p>
    <w:p>
      <w:r>
        <w:t xml:space="preserve">17:58      (Speaker C)  Two yards there, two yards here. So. Yeah, I think there would be as a community home. Yeah. </w:t>
      </w:r>
    </w:p>
    <w:p>
      <w:r>
        <w:t xml:space="preserve">18:05      (Speaker D)  So there's 13 total locations. </w:t>
      </w:r>
    </w:p>
    <w:p>
      <w:r>
        <w:t xml:space="preserve">18:08      (Speaker C)  Oh, so that many. </w:t>
      </w:r>
    </w:p>
    <w:p>
      <w:r>
        <w:t xml:space="preserve">18:11      (Speaker B)  Two on paragraph. </w:t>
      </w:r>
    </w:p>
    <w:p>
      <w:r>
        <w:t xml:space="preserve">18:13      (Speaker A)  Yeah, I did the math on that. </w:t>
      </w:r>
    </w:p>
    <w:p>
      <w:r>
        <w:t xml:space="preserve">18:15      (Speaker D)  And three on. Okay. So you know, if we wanted to select the, you know, the top third or the worst or however more we like to do it that we could start attacking them. </w:t>
      </w:r>
    </w:p>
    <w:p>
      <w:r>
        <w:t xml:space="preserve">18:31      (Speaker C)  How many you think there. There's hardly 13 of these. </w:t>
      </w:r>
    </w:p>
    <w:p>
      <w:r>
        <w:t xml:space="preserve">18:34      (Speaker B)  Yeah, well, there's you. We talked about first house. Regardless of late, they did do the soft Whitney. We really need to do that. </w:t>
      </w:r>
    </w:p>
    <w:p>
      <w:r>
        <w:t xml:space="preserve">18:44      (Speaker C)  Yeah. </w:t>
      </w:r>
    </w:p>
    <w:p>
      <w:r>
        <w:t xml:space="preserve">18:46      (Speaker B)  If we. What we did is we just need to fix this. </w:t>
      </w:r>
    </w:p>
    <w:p>
      <w:r>
        <w:t xml:space="preserve">18:49      (Speaker C)  It's getting worse. Yeah. And it just made a good stop </w:t>
      </w:r>
    </w:p>
    <w:p>
      <w:r>
        <w:t xml:space="preserve">18:54      (Speaker B)  to go with the rest behind him </w:t>
      </w:r>
    </w:p>
    <w:p>
      <w:r>
        <w:t xml:space="preserve">18:56      (Speaker D)  straight up and down right there, right? </w:t>
      </w:r>
    </w:p>
    <w:p>
      <w:r>
        <w:t xml:space="preserve">18:57      (Speaker B)  No, he is just more. See, he's put at one little speed. First section. They did put the sa. </w:t>
      </w:r>
    </w:p>
    <w:p>
      <w:r>
        <w:t xml:space="preserve">19:05      (Speaker C)  Yeah, yeah. </w:t>
      </w:r>
    </w:p>
    <w:p>
      <w:r>
        <w:t xml:space="preserve">19:07      (Speaker B)  The guy put the dock down there and his. His divorce guy. All we did was had to put sock everywhere else he complained about. So we just went and put sock </w:t>
      </w:r>
    </w:p>
    <w:p>
      <w:r>
        <w:t xml:space="preserve">19:17      (Speaker D)  on it at the right spot. </w:t>
      </w:r>
    </w:p>
    <w:p>
      <w:r>
        <w:t xml:space="preserve">19:20      (Speaker A)  And supervisor Runyon, just for the record and for tracking purposes, is there an approximate location or reference address that we could. Is it. Are you. Is he saying peregrine ways? </w:t>
      </w:r>
    </w:p>
    <w:p>
      <w:r>
        <w:t xml:space="preserve">19:37      (Speaker C)  Yes, here. Right where there's. </w:t>
      </w:r>
    </w:p>
    <w:p>
      <w:r>
        <w:t xml:space="preserve">19:43      (Speaker B)  Oh, yeah. </w:t>
      </w:r>
    </w:p>
    <w:p>
      <w:r>
        <w:t xml:space="preserve">19:49      (Speaker C)  Right. So that's 3/4 5203 white blue grit length approximately. </w:t>
      </w:r>
    </w:p>
    <w:p>
      <w:r>
        <w:t xml:space="preserve">19:57      (Speaker A)  Okay. Just for tracking purposes. So we can add it to the erosion. White 5203 White Egret is a reference. </w:t>
      </w:r>
    </w:p>
    <w:p>
      <w:r>
        <w:t xml:space="preserve">20:05      (Speaker D)  Okay. Okay. </w:t>
      </w:r>
    </w:p>
    <w:p>
      <w:r>
        <w:t xml:space="preserve">20:09      (Speaker B)  Should lead to. </w:t>
      </w:r>
    </w:p>
    <w:p>
      <w:r>
        <w:t xml:space="preserve">20:11      (Speaker C)  If you were to look at property freezer. I was going to say it's where cbd. We own the plate. </w:t>
      </w:r>
    </w:p>
    <w:p>
      <w:r>
        <w:t xml:space="preserve">20:20      (Speaker A)  Yeah, we'll have that parameter. </w:t>
      </w:r>
    </w:p>
    <w:p>
      <w:r>
        <w:t xml:space="preserve">20:22      (Speaker B)  Yeah. </w:t>
      </w:r>
    </w:p>
    <w:p>
      <w:r>
        <w:t xml:space="preserve">20:22      (Speaker C)  So we'll just show it's more so the HOA. </w:t>
      </w:r>
    </w:p>
    <w:p>
      <w:r>
        <w:t xml:space="preserve">20:27      (Speaker B)  What is the address? </w:t>
      </w:r>
    </w:p>
    <w:p>
      <w:r>
        <w:t xml:space="preserve">20:27      (Speaker C)  The two different HOAs start to stop. </w:t>
      </w:r>
    </w:p>
    <w:p>
      <w:r>
        <w:t xml:space="preserve">20:31      (Speaker A)  Oh, interesting. Okay. If it is. Let's. Why don't we investigate that and if </w:t>
      </w:r>
    </w:p>
    <w:p>
      <w:r>
        <w:t xml:space="preserve">20:42      (Speaker B)  that's maybe one of. </w:t>
      </w:r>
    </w:p>
    <w:p>
      <w:r>
        <w:t xml:space="preserve">20:44      (Speaker A)  Yeah, if the board is amenable. Can we bring back some information on that next month with a recommendation from Allan. Is that reasonable to the board? Okay, so we'll. We'll track that for an erosion. So Alan, did you mention to the board what you felt like was a good not to exceed per location and we can just do a multiplier 13 times. </w:t>
      </w:r>
    </w:p>
    <w:p>
      <w:r>
        <w:t xml:space="preserve">21:11      (Speaker D)  Yes, I think I mentioned going from My memory, I think it was 3,500. </w:t>
      </w:r>
    </w:p>
    <w:p>
      <w:r>
        <w:t xml:space="preserve">21:17      (Speaker A)  That's right. Yeah. </w:t>
      </w:r>
    </w:p>
    <w:p>
      <w:r>
        <w:t xml:space="preserve">21:19      (Speaker D)  Location would be a budget number. </w:t>
      </w:r>
    </w:p>
    <w:p>
      <w:r>
        <w:t xml:space="preserve">21:21      (Speaker A)  Yeah. </w:t>
      </w:r>
    </w:p>
    <w:p>
      <w:r>
        <w:t xml:space="preserve">21:21      (Speaker B)  And. </w:t>
      </w:r>
    </w:p>
    <w:p>
      <w:r>
        <w:t xml:space="preserve">21:22      (Speaker D)  And some, you know, some are. Are widespread but shallow. Others are very concentrated but deeper. So that's a ballpark. But I feel comfortable that should hit most of those as a upper limit. So. </w:t>
      </w:r>
    </w:p>
    <w:p>
      <w:r>
        <w:t xml:space="preserve">21:38      (Speaker A)  And this does not include the medulla spillway, reinforcement. So. So board just for those priority areas at Wood, Thrush, Peregrine and Breton, Brett, Britain beach, the not to exceed that we're looking at is 45. 45,500. So, you know, which brings us to the budget. So the board does not have a specific line for erosion repairs. We've been funding erosion repairs out of either contingency or general repairs and maintenance. There is a discrete amount of funding available, not 45,500. However, the board has done an excellent job controlling expenses. You do have the funding available in the bank. You have the cash available if you want to approve an amount that exceeds your current budget. Another consideration is, you know, today's September 1st. Your fiscal year ends September 30th. And, you know, by the time the work is actually done, we're probably looking at a new budget cycle. So, you know, just. Just some things to be aware of. It's probably going to be impactful for your budget that you just adopted. But the. The key point to remember is you do have the money available if you want to approve that entire amount. </w:t>
      </w:r>
    </w:p>
    <w:p>
      <w:r>
        <w:t xml:space="preserve">23:07      (Speaker C)  You. </w:t>
      </w:r>
    </w:p>
    <w:p>
      <w:r>
        <w:t xml:space="preserve">23:08      (Speaker A)  If you want to be more conservative financially and have the engineer prioritize, you know, areas. We, we. Whatever amount the board is comfortable worth, you know, staff can work within that parameter, but the engineer is recommending that those areas are addressed. </w:t>
      </w:r>
    </w:p>
    <w:p>
      <w:r>
        <w:t xml:space="preserve">23:30      (Speaker C)  Yeah. So to clarify, we should have in our excess capital funding. </w:t>
      </w:r>
    </w:p>
    <w:p>
      <w:r>
        <w:t xml:space="preserve">23:40      (Speaker A)  Well, not even looking at ca. I mean, that's always an option. Typically, erosion repairs would not be considered capital, but I think there could be an argument made that they are. But in your. So in your general fund, like if you go to page 42 of your agenda packet and you look at general repairs and maintenance, you budgeted $20,000. As of approximately now, you've spent 10,000. So there's, you know, 10,000 left in that line. And then in your contingency line, we've spent all of that. But if you look at your overall prorated amount and your actual amount, you see there's a variance to. To the district's favor of 9,375. We have even higher variances in administration and amenity. So if you look at your total variance, it's like $103,000. So you. That's why the board has been conservative. Yeah, conservative. And yeah, you've watched pennies and, and so you do have funding available. </w:t>
      </w:r>
    </w:p>
    <w:p>
      <w:r>
        <w:t xml:space="preserve">24:43      (Speaker B)  Yeah, we go to that. </w:t>
      </w:r>
    </w:p>
    <w:p>
      <w:r>
        <w:t xml:space="preserve">24:44      (Speaker C)  I would recommend people that route. I know these repairs are not going to be any plus and I think that's gonna. It's something that we have to do as a community for these backyards. It's our property. So yeah, I think we go that route at this point, keep everything else in check. Okay. What's needed then for us? Do we give? </w:t>
      </w:r>
    </w:p>
    <w:p>
      <w:r>
        <w:t xml:space="preserve">25:10      (Speaker A)  So I'm going to take a stab at it and then I'll let Patrick clean up my language. So I think we're looking for a motion, something like approval for erosion repairs not to exceed 40,045, 500. Delegating authority to the chair to approve the final proposal 50 and include medulla going once. </w:t>
      </w:r>
    </w:p>
    <w:p>
      <w:r>
        <w:t xml:space="preserve">25:39      (Speaker C)  Yeah, I don't think that. So motion then. All right. </w:t>
      </w:r>
    </w:p>
    <w:p>
      <w:r>
        <w:t xml:space="preserve">25:43      (Speaker A)  And do we need to restate anything other than we have a motion from the chair to approve $50,000 in erosion repairs. Not to exceed $50,000 for a erosion repairs and the. The chair would have the authority to approve the final form. </w:t>
      </w:r>
    </w:p>
    <w:p>
      <w:r>
        <w:t xml:space="preserve">26:00      (Speaker C)  By all means. I would want to work with, you know, if you're meeting out there or I don't know if you're going to be going to either one. Allen, I would love to walk with them as well so that if I have to approve it for our committee, then I want to make sure boots on the ground as well that need to walk in and make sure that everything's safe in the county, we're good with our neighbors. It's definitely going to have to be, you know, tiptoe through, but with everybody's yards and cleanups and things like that. </w:t>
      </w:r>
    </w:p>
    <w:p>
      <w:r>
        <w:t xml:space="preserve">26:36      (Speaker D)  Yeah, </w:t>
      </w:r>
    </w:p>
    <w:p>
      <w:r>
        <w:t xml:space="preserve">26:39      (Speaker A)  yeah, absolutely. So for the purposes of further discussion, do we have a second? All right. Any further discussion on this matter? All in favor of approval, say aye. Aye. Opposed? Motion carries unanimously. Chairman Jones, you just brought up a good point about either a pre con meeting with the contractor. We. We probably need to either do door notices or some form of notice to the property owners if we're going to be accessing the access easements that go through between homes or any of that. So we, I mean, we can do a blanket email notification. Sometimes when you have contractors going down the side of your house and you didn't see an email. </w:t>
      </w:r>
    </w:p>
    <w:p>
      <w:r>
        <w:t xml:space="preserve">27:28      (Speaker C)  Yeah, yeah. </w:t>
      </w:r>
    </w:p>
    <w:p>
      <w:r>
        <w:t xml:space="preserve">27:30      (Speaker A)  So I, I think based on. Yeah, based on inspection between Alan Rail, Alan Bailey and yourself, we can determine if there is, you know, mail notice required regarding access issues or any of those. </w:t>
      </w:r>
    </w:p>
    <w:p>
      <w:r>
        <w:t xml:space="preserve">27:46      (Speaker D)  So. </w:t>
      </w:r>
    </w:p>
    <w:p>
      <w:r>
        <w:t xml:space="preserve">27:46      (Speaker B)  Yeah. </w:t>
      </w:r>
    </w:p>
    <w:p>
      <w:r>
        <w:t xml:space="preserve">27:48      (Speaker A)  Yeah, yeah, yeah, yeah. All right. Any other discussion on the erosion repairs? </w:t>
      </w:r>
    </w:p>
    <w:p>
      <w:r>
        <w:t xml:space="preserve">27:58      (Speaker D)  Did we receive any response on the fence? </w:t>
      </w:r>
    </w:p>
    <w:p>
      <w:r>
        <w:t xml:space="preserve">28:02      (Speaker A)  No, I do have an update on that under district manager's report. But if you need to leave. Would. Would board members want to have the update on the. The fence encroachment nearby? 5220 with Rushway right now. Okay. Yeah. Since we're discussing in order to access the area of repair, there is a fence that is on either district pro property or district easement. There was a letter that was mailed to the property owner Aug 11 notifying the property owner that they must remove that encroachment by September 25, 2026. We have not, to my knowledge, we have not received any communication from the homeowner. And as of this meeting date, September 1st, the encroachment is still there. But they do have, you know, three more weeks. Yeah, yeah, yeah. </w:t>
      </w:r>
    </w:p>
    <w:p>
      <w:r>
        <w:t xml:space="preserve">28:57      (Speaker D)  I just wanted to note that two of those repairs we just group or on the other side. </w:t>
      </w:r>
    </w:p>
    <w:p>
      <w:r>
        <w:t xml:space="preserve">29:03      (Speaker C)  Yeah, the other side of it. So imperative. Yeah, we'll take an order. Yeah. We start at the worst one and work our way this way. </w:t>
      </w:r>
    </w:p>
    <w:p>
      <w:r>
        <w:t xml:space="preserve">29:12      (Speaker A)  Yeah. </w:t>
      </w:r>
    </w:p>
    <w:p>
      <w:r>
        <w:t xml:space="preserve">29:12      (Speaker C)  But then we'll. So then we just lean on legal at that time and we'll go from there. </w:t>
      </w:r>
    </w:p>
    <w:p>
      <w:r>
        <w:t xml:space="preserve">29:20      (Speaker A)  And would the board want to have any further information from district council about options or do we want to just kind of count hope for the best right now that the homeowner will comply? </w:t>
      </w:r>
    </w:p>
    <w:p>
      <w:r>
        <w:t xml:space="preserve">29:30      (Speaker C)  Yeah, yeah. Because. Yeah. We won't have any correspondence until after the. That we do. So. </w:t>
      </w:r>
    </w:p>
    <w:p>
      <w:r>
        <w:t xml:space="preserve">29:38      (Speaker B)  Yeah. </w:t>
      </w:r>
    </w:p>
    <w:p>
      <w:r>
        <w:t xml:space="preserve">29:39      (Speaker C)  Yeah. Council, what are we. </w:t>
      </w:r>
    </w:p>
    <w:p>
      <w:r>
        <w:t xml:space="preserve">29:40      (Speaker D)  You very rarely gets to this point. Yeah. Check set them. Actually that's not. Sending another final requiring letter would be our next step. If we don't get compliance within the 45 days. If we just sign another RXA. You have two more weeks to get this on or I'll tell you. </w:t>
      </w:r>
    </w:p>
    <w:p>
      <w:r>
        <w:t xml:space="preserve">30:00      (Speaker B)  Okay. </w:t>
      </w:r>
    </w:p>
    <w:p>
      <w:r>
        <w:t xml:space="preserve">30:02      (Speaker C)  Thank you. </w:t>
      </w:r>
    </w:p>
    <w:p>
      <w:r>
        <w:t xml:space="preserve">30:07      (Speaker D)  In that same vein, GMS field staff Alan contacted me about he received a email concern from a resident on for court fort. </w:t>
      </w:r>
    </w:p>
    <w:p>
      <w:r>
        <w:t xml:space="preserve">30:27      (Speaker A)  It is a tongue twister, has rear </w:t>
      </w:r>
    </w:p>
    <w:p>
      <w:r>
        <w:t xml:space="preserve">30:31      (Speaker D)  yard swale and 15 foot drainage easement. Yeah, we're going back to the Ke Springs. </w:t>
      </w:r>
    </w:p>
    <w:p>
      <w:r>
        <w:t xml:space="preserve">30:38      (Speaker B)  Exactly. </w:t>
      </w:r>
    </w:p>
    <w:p>
      <w:r>
        <w:t xml:space="preserve">30:40      (Speaker D)  And there are currently seven homes that have fences across that easement. That rear yard swale is extremely flat. Extremely flat. It's a point 2%. </w:t>
      </w:r>
    </w:p>
    <w:p>
      <w:r>
        <w:t xml:space="preserve">31:01      (Speaker B)  That's what I remember looking at. </w:t>
      </w:r>
    </w:p>
    <w:p>
      <w:r>
        <w:t xml:space="preserve">31:03      (Speaker C)  1%. Yeah, yeah. </w:t>
      </w:r>
    </w:p>
    <w:p>
      <w:r>
        <w:t xml:space="preserve">31:06      (Speaker D)  You shoot for 1%. </w:t>
      </w:r>
    </w:p>
    <w:p>
      <w:r>
        <w:t xml:space="preserve">31:07      (Speaker C)  Yeah. </w:t>
      </w:r>
    </w:p>
    <w:p>
      <w:r>
        <w:t xml:space="preserve">31:07      (Speaker D)  0.2%. Fingers crossed. You can. So it's not a. It's a very slow draining feature. It does make some exhibits that </w:t>
      </w:r>
    </w:p>
    <w:p>
      <w:r>
        <w:t xml:space="preserve">31:24      (Speaker A)  we can distribute those electronically. Yeah. </w:t>
      </w:r>
    </w:p>
    <w:p>
      <w:r>
        <w:t xml:space="preserve">31:28      (Speaker D)  This is quartz cord. This is the 15 foot hearing age easement. The flow and I think you all know there's some little access paths that go through there. All of this flow goes here to this end. Then it comes around and, and goes offside. What the plans. So you get all the way back to back here where you get to pumice before that flow changes direction that it's actually way back here. You have four lots on plumbers where flow goes this way. It's the swale still exists, but it's outside the lots here going around the curb and it goes into this weapon system. Okay. All these lot numbers that are highlighted in pink are the ones that have fences encroaching in. These provided the addresses of two gms. </w:t>
      </w:r>
    </w:p>
    <w:p>
      <w:r>
        <w:t xml:space="preserve">32:33      (Speaker B)  So </w:t>
      </w:r>
    </w:p>
    <w:p>
      <w:r>
        <w:t xml:space="preserve">32:36      (Speaker D)  the, the ditch, the, the swale is very overgrown this time of year. There's not a lot that can be done about that. It is the work being done in the water. But I would recommend we spend this time trying to get those fences out. And when we do see some drier time that we can get it mowed and possibly even see if it needs some maybe fine tuning, grading to make it flow. These things get disturbed during home building. You know, the home builder needs a little bit of dirt, he goes and gets it. So. And likewise, if they've got some excess, they'll throw the waste. You know, they waste it back in there. And now all of a sudden that could be blocking some flow because when the, when the development masquerading is done, that swale was created, then home building comes in and you don't know if it remains unaltered. But I don't think we can do anything about it in today's conditions. I had to jump across to get to the other side. But once we get to some, some drier times, if we've got those fences out of these months between now and then get some mowing down closely appearance, any, anything that's work as far as grading goes to at least put some positive hydraulic flow to it. Where there's not a high flow, water won't be held back. It may not move quickly, but if it's a straight line between A to B, it will eventually. </w:t>
      </w:r>
    </w:p>
    <w:p>
      <w:r>
        <w:t xml:space="preserve">34:13      (Speaker A)  And if board members are amenable. I did just. I found the email. It was sent yesterday afternoon. My apologies, I have not yet thoroughly gone through this. But we'll send the whole email notifying the district of the encroachments and the exhibit to the board. And if you would like, we'll add this to the agenda next month. It's not a time sensitive matter since everything is underwater and the board can review the exhibits and discuss them at next month's meeting and then provide direction to staff at that time. Okay. </w:t>
      </w:r>
    </w:p>
    <w:p>
      <w:r>
        <w:t xml:space="preserve">34:44      (Speaker D)  So was the. </w:t>
      </w:r>
    </w:p>
    <w:p>
      <w:r>
        <w:t xml:space="preserve">34:46      (Speaker B)  Some of the. </w:t>
      </w:r>
    </w:p>
    <w:p>
      <w:r>
        <w:t xml:space="preserve">34:50      (Speaker C)  Yeah, they both were. </w:t>
      </w:r>
    </w:p>
    <w:p>
      <w:r>
        <w:t xml:space="preserve">34:54      (Speaker D)  Oh yeah. Adjacent to one where the fences. </w:t>
      </w:r>
    </w:p>
    <w:p>
      <w:r>
        <w:t xml:space="preserve">34:57      (Speaker B)  Yeah, </w:t>
      </w:r>
    </w:p>
    <w:p>
      <w:r>
        <w:t xml:space="preserve">35:00      (Speaker D)  yeah. </w:t>
      </w:r>
    </w:p>
    <w:p>
      <w:r>
        <w:t xml:space="preserve">35:01      (Speaker C)  I mean it is a rainy season in Florida. </w:t>
      </w:r>
    </w:p>
    <w:p>
      <w:r>
        <w:t xml:space="preserve">35:04      (Speaker B)  Yeah. </w:t>
      </w:r>
    </w:p>
    <w:p>
      <w:r>
        <w:t xml:space="preserve">35:05      (Speaker C)  Yeah. Even my soya holds water in tired. This whole place. </w:t>
      </w:r>
    </w:p>
    <w:p>
      <w:r>
        <w:t xml:space="preserve">35:10      (Speaker D)  It's extremely wet back there. </w:t>
      </w:r>
    </w:p>
    <w:p>
      <w:r>
        <w:t xml:space="preserve">35:12      (Speaker C)  And again. Yeah. There's 6 inches of fish from 10 lots or something like that. 12 lots and it's like do that divided by. That's like. Yeah. A quarter inch every 100ft of. Of slope. </w:t>
      </w:r>
    </w:p>
    <w:p>
      <w:r>
        <w:t xml:space="preserve">35:27      (Speaker B)  So it give way for. </w:t>
      </w:r>
    </w:p>
    <w:p>
      <w:r>
        <w:t xml:space="preserve">35:30      (Speaker C)  And I know that grade back there when he said it is flat. </w:t>
      </w:r>
    </w:p>
    <w:p>
      <w:r>
        <w:t xml:space="preserve">35:35      (Speaker B)  But it borders two wetlands. </w:t>
      </w:r>
    </w:p>
    <w:p>
      <w:r>
        <w:t xml:space="preserve">35:38      (Speaker D)  Yes, yes. </w:t>
      </w:r>
    </w:p>
    <w:p>
      <w:r>
        <w:t xml:space="preserve">35:39      (Speaker C)  Houston and west. North and south maybe. Yeah, that's a tough one. </w:t>
      </w:r>
    </w:p>
    <w:p>
      <w:r>
        <w:t xml:space="preserve">35:48      (Speaker D)  It is. </w:t>
      </w:r>
    </w:p>
    <w:p>
      <w:r>
        <w:t xml:space="preserve">35:49      (Speaker C)  It would really wouldn't have been built as a high point where that little didn't have one crossing where the path goes. I guess that was maybe its high point. </w:t>
      </w:r>
    </w:p>
    <w:p>
      <w:r>
        <w:t xml:space="preserve">36:00      (Speaker D)  No, it's not actually. There's a pipe underneath it. </w:t>
      </w:r>
    </w:p>
    <w:p>
      <w:r>
        <w:t xml:space="preserve">36:03      (Speaker C)  Yeah. </w:t>
      </w:r>
    </w:p>
    <w:p>
      <w:r>
        <w:t xml:space="preserve">36:08      (Speaker D)  Well down the ditch all the way </w:t>
      </w:r>
    </w:p>
    <w:p>
      <w:r>
        <w:t xml:space="preserve">36:10      (Speaker C)  down to here and it's flowing. </w:t>
      </w:r>
    </w:p>
    <w:p>
      <w:r>
        <w:t xml:space="preserve">36:15      (Speaker B)  Yes. </w:t>
      </w:r>
    </w:p>
    <w:p>
      <w:r>
        <w:t xml:space="preserve">36:17      (Speaker D)  And it's. And so for example the flow line elevation here is 125.0. Flow line elevation down here is 122.4. So </w:t>
      </w:r>
    </w:p>
    <w:p>
      <w:r>
        <w:t xml:space="preserve">36:32      (Speaker C)  less than </w:t>
      </w:r>
    </w:p>
    <w:p>
      <w:r>
        <w:t xml:space="preserve">36:34      (Speaker B)  I know. </w:t>
      </w:r>
    </w:p>
    <w:p>
      <w:r>
        <w:t xml:space="preserve">36:34      (Speaker C)  Yeah. </w:t>
      </w:r>
    </w:p>
    <w:p>
      <w:r>
        <w:t xml:space="preserve">36:36      (Speaker B)  Couple football fields. </w:t>
      </w:r>
    </w:p>
    <w:p>
      <w:r>
        <w:t xml:space="preserve">36:38      (Speaker D)  Yeah. I. I can pass this around. I think I listed here and it </w:t>
      </w:r>
    </w:p>
    <w:p>
      <w:r>
        <w:t xml:space="preserve">36:44      (Speaker A)  will be distributed via email as well. </w:t>
      </w:r>
    </w:p>
    <w:p>
      <w:r>
        <w:t xml:space="preserve">36:47      (Speaker C)  Thank you for getting your feet wet. </w:t>
      </w:r>
    </w:p>
    <w:p>
      <w:r>
        <w:t xml:space="preserve">36:50      (Speaker D)  The one last thing I wanted to. To bring to the board was, you know, we seem to be running into this. Usually it's. It's brought to maybe Alan's attention or something. When these things come up and then we find their safe. Is there any appetite from the board to look across the community and proactive look at. </w:t>
      </w:r>
    </w:p>
    <w:p>
      <w:r>
        <w:t xml:space="preserve">37:20      (Speaker A)  Well, and let me just mention too there is a. There is a statutory requirement for a stormwater need needs analysis to be filed with the state of Florida. It actually goes to the county and they aggregate and send to the state every five years. So for Town park cdd, the next time that it's due is in the calendar year 2027 and it's due to be sent to the county by usually by June if the same deadlines are met. So if we'll be. Ultimately what the board can expect is a work authorization from the district engineer for that report. But maybe tying in the field inspection with maintenance notes to that report might be a cost effective Way to kill two birds with one stone. I don't know the purpose of it. I just know that we're required to file it every five years. </w:t>
      </w:r>
    </w:p>
    <w:p>
      <w:r>
        <w:t xml:space="preserve">38:20      (Speaker C)  Yeah. </w:t>
      </w:r>
    </w:p>
    <w:p>
      <w:r>
        <w:t xml:space="preserve">38:20      (Speaker A)  So do. Yeah. Review. Yeah. Yeah. </w:t>
      </w:r>
    </w:p>
    <w:p>
      <w:r>
        <w:t xml:space="preserve">38:27      (Speaker C)  Because we did work through this. I know we're working more closely with HOA because again they're the ones who authorize the fence to go in that and yeah. They didn't either take that as a note or these were installed as I can see I'm seeing seven of them here and it's like yeah. </w:t>
      </w:r>
    </w:p>
    <w:p>
      <w:r>
        <w:t xml:space="preserve">38:48      (Speaker B)  Okay. </w:t>
      </w:r>
    </w:p>
    <w:p>
      <w:r>
        <w:t xml:space="preserve">38:51      (Speaker A)  But some yeah. Boots on the ground for the entire storm water system to kind of take in the magnitude of any not only encroachments but just any erosion issues I think is the concern in the next </w:t>
      </w:r>
    </w:p>
    <w:p>
      <w:r>
        <w:t xml:space="preserve">39:04      (Speaker D)  fiscal year in the drier time. </w:t>
      </w:r>
    </w:p>
    <w:p>
      <w:r>
        <w:t xml:space="preserve">39:06      (Speaker A)  Yeah. I mean and you could we the board could entertain a work authorization as early as October. November, December. Get it you know teed up and then. Then Allan can do his field work at the you know give you lots of latitude for schedule. </w:t>
      </w:r>
    </w:p>
    <w:p>
      <w:r>
        <w:t xml:space="preserve">39:23      (Speaker C)  Yeah well I know budgets already adopted but yeah there if there is any needs then yeah we know that's next is budget year. </w:t>
      </w:r>
    </w:p>
    <w:p>
      <w:r>
        <w:t xml:space="preserve">39:31      (Speaker A)  Good point. Yeah we're budgeting things have to happen. </w:t>
      </w:r>
    </w:p>
    <w:p>
      <w:r>
        <w:t xml:space="preserve">39:36      (Speaker C)  That's all. </w:t>
      </w:r>
    </w:p>
    <w:p>
      <w:r>
        <w:t xml:space="preserve">39:36      (Speaker D)  We didn't use our head. </w:t>
      </w:r>
    </w:p>
    <w:p>
      <w:r>
        <w:t xml:space="preserve">39:41      (Speaker A)  Any questions for district engineer Allen board members? Would we like to excuse Allen for the remainder of the meeting or what board members prefer he stays for the rest of the meeting. All right. </w:t>
      </w:r>
    </w:p>
    <w:p>
      <w:r>
        <w:t xml:space="preserve">39:54      (Speaker C)  Thank you sir. </w:t>
      </w:r>
    </w:p>
    <w:p>
      <w:r>
        <w:t xml:space="preserve">39:55      (Speaker D)  Thank you. </w:t>
      </w:r>
    </w:p>
    <w:p>
      <w:r>
        <w:t xml:space="preserve">39:56      (Speaker A)  All right. Have a good afternoon. All right board members. The next item on the agenda under staff reports is field managers report and Alan Bailey is here for that report. There's also a report included in the agenda packet starting on page 19. </w:t>
      </w:r>
    </w:p>
    <w:p>
      <w:r>
        <w:t xml:space="preserve">40:12      (Speaker B)  Yes. This furniture damage along the boardwalk between Arlington and Silkstone one of the boards that a so we replace that just to avoid wood traffic. Back section ponds has been generally our landscape keeping up with our district as we are seeing FL rain looking much greater as we go along. Again our routine pool maintenance keeping up with our pools and the hybrid we're still warm. It's not yet contractors maintaining our restrooms in our dog and the dog park areas and then of course our leak maintenance is quite water levels again so again it's likely you might have seen algae and stuff come up and they're pretty responsive about nature ahead of time that that doesn't happen. Just a little bit of hydrolysium peptide they're aware of that. We're going to keep making sure they're on top. </w:t>
      </w:r>
    </w:p>
    <w:p>
      <w:r>
        <w:t xml:space="preserve">41:32      (Speaker D)  Somebody posted </w:t>
      </w:r>
    </w:p>
    <w:p>
      <w:r>
        <w:t xml:space="preserve">41:36      (Speaker B)  oh they hit a backyard. They got Yes. I I. Information for Brent. So when that happens, the. The resident and I reached out to </w:t>
      </w:r>
    </w:p>
    <w:p>
      <w:r>
        <w:t xml:space="preserve">41:51      (Speaker C)  the resident that I did make sure it was rectified as not to contact me. Prince is very responsive. Yeah. A lot of CDB board members on Facebook, believe it or not. Everybody. That's for the record. </w:t>
      </w:r>
    </w:p>
    <w:p>
      <w:r>
        <w:t xml:space="preserve">42:10      (Speaker B)  Yes. Appreciate. That. </w:t>
      </w:r>
    </w:p>
    <w:p>
      <w:r>
        <w:t xml:space="preserve">42:23      (Speaker C)  Something else I know I've got to add. This is the time now to add. </w:t>
      </w:r>
    </w:p>
    <w:p>
      <w:r>
        <w:t xml:space="preserve">42:31      (Speaker A)  Yeah. </w:t>
      </w:r>
    </w:p>
    <w:p>
      <w:r>
        <w:t xml:space="preserve">42:33      (Speaker C)  Down. I don't even know how to describe. But there past amenity to. There's a creek that runs underneath and there's kind of like a railing. It's the only railing. And on that side. Yeah. It's overgrown trees into the path. I don't know if we can reach out to Prince. You got so much. It's almost like it's a little church </w:t>
      </w:r>
    </w:p>
    <w:p>
      <w:r>
        <w:t xml:space="preserve">43:03      (Speaker D)  on the asphalt path. It's got. </w:t>
      </w:r>
    </w:p>
    <w:p>
      <w:r>
        <w:t xml:space="preserve">43:08      (Speaker B)  When I'm walking through Chesapeake, when you. </w:t>
      </w:r>
    </w:p>
    <w:p>
      <w:r>
        <w:t xml:space="preserve">43:14      (Speaker C)  Before. Before you get. </w:t>
      </w:r>
    </w:p>
    <w:p>
      <w:r>
        <w:t xml:space="preserve">43:19      (Speaker B)  Oh, this little brunch right here. </w:t>
      </w:r>
    </w:p>
    <w:p>
      <w:r>
        <w:t xml:space="preserve">43:20      (Speaker C)  Yeah. </w:t>
      </w:r>
    </w:p>
    <w:p>
      <w:r>
        <w:t xml:space="preserve">43:20      (Speaker B)  Oh, yeah. But yeah, it's culvert. I know what you're talking about. Yeah, not a problem. </w:t>
      </w:r>
    </w:p>
    <w:p>
      <w:r>
        <w:t xml:space="preserve">43:34      (Speaker D)  Even some of the bushes that are growing next to. To where they're mowing whatever the battery is is hanging over into the parking. So I don't know if they have some kind of dissolvable. There's. There's a lot of hanging down. Some of the. </w:t>
      </w:r>
    </w:p>
    <w:p>
      <w:r>
        <w:t xml:space="preserve">43:53      (Speaker B)  Along. Along the path. </w:t>
      </w:r>
    </w:p>
    <w:p>
      <w:r>
        <w:t xml:space="preserve">43:56      (Speaker C)  It's not even on pad. </w:t>
      </w:r>
    </w:p>
    <w:p>
      <w:r>
        <w:t xml:space="preserve">43:57      (Speaker D)  It's just the edit where they're mowing a lot of the bushes part. </w:t>
      </w:r>
    </w:p>
    <w:p>
      <w:r>
        <w:t xml:space="preserve">44:05      (Speaker B)  Oh, wait. We'll just generally ask them to. Okay. Specifically. </w:t>
      </w:r>
    </w:p>
    <w:p>
      <w:r>
        <w:t xml:space="preserve">44:24      (Speaker D)  Okay. </w:t>
      </w:r>
    </w:p>
    <w:p>
      <w:r>
        <w:t xml:space="preserve">44:25      (Speaker B)  Not a problem. Make sure that it's on there. </w:t>
      </w:r>
    </w:p>
    <w:p>
      <w:r>
        <w:t xml:space="preserve">44:27      (Speaker D)  There may not be. </w:t>
      </w:r>
    </w:p>
    <w:p>
      <w:r>
        <w:t xml:space="preserve">44:33      (Speaker B)  So for proposals, I have 3D bar expense proposals. All these vendors. Two vendors for the originals. And I had a third reach out to me called Corix. They. I wasn't familiar with them, but I think it references. I had a reference from another property management company. They use them a lot. They gave them brave reviews off okay. On what they do. So from there, from their reference stuff, like they do a lot of good work. First we have AJ Though this is what we're familiar with. They did confirm that that 1500 was an addition to the 6000. So we did only $6750 for them to do the whole work. I did make sure that all of them got the question about the T. Yeah. Sorry. Every six. </w:t>
      </w:r>
    </w:p>
    <w:p>
      <w:r>
        <w:t xml:space="preserve">45:23      (Speaker C)  Let's say we're gonna time. </w:t>
      </w:r>
    </w:p>
    <w:p>
      <w:r>
        <w:t xml:space="preserve">45:24      (Speaker B)  So everyone agreed to that concept. So we're running opposite. I want to say for. </w:t>
      </w:r>
    </w:p>
    <w:p>
      <w:r>
        <w:t xml:space="preserve">45:29      (Speaker D)  For reference. </w:t>
      </w:r>
    </w:p>
    <w:p>
      <w:r>
        <w:t xml:space="preserve">45:32      (Speaker B)  My defense. Same thing. The. The. The. The distance discrepancy they just round me we're including the entire fest which is 700 they were at 4385 confirmed the six link tie. That was the question. And then also your final one would be for Corex. They confirmed with me and reconfirmed me that they're doing the bottom ramp six link tie and they give 4,000 </w:t>
      </w:r>
    </w:p>
    <w:p>
      <w:r>
        <w:t xml:space="preserve">46:04      (Speaker A)  and it sounds like Corex had seen this item in the agenda so presumably they saw the other proposals. Yeah. Which you know that's a great way to get business. </w:t>
      </w:r>
    </w:p>
    <w:p>
      <w:r>
        <w:t xml:space="preserve">46:25      (Speaker C)  I love that we haven't. Anyway. It's not for the meeting but anyway. Yeah. </w:t>
      </w:r>
    </w:p>
    <w:p>
      <w:r>
        <w:t xml:space="preserve">46:33      (Speaker B)  Yeah okay. All right. </w:t>
      </w:r>
    </w:p>
    <w:p>
      <w:r>
        <w:t xml:space="preserve">46:35      (Speaker C)  Yeah I mean I did look over. Yeah. Board members have looked over this. I mean their scope of work is in here. It does make it clear that they're installing the bottom rail, doing the ties, resecuring. I don't think we need new fence. I know the other one of the companies you know was able to do 80ft of new fence. Don't we. There's nothing wrong with the fence you </w:t>
      </w:r>
    </w:p>
    <w:p>
      <w:r>
        <w:t xml:space="preserve">46:57      (Speaker B)  do but if it's happen you put </w:t>
      </w:r>
    </w:p>
    <w:p>
      <w:r>
        <w:t xml:space="preserve">46:59      (Speaker C)  a bottom on it should be good tension it adjust things it said perform on your game adjustments is what they did and then hard work clean up and away they go. </w:t>
      </w:r>
    </w:p>
    <w:p>
      <w:r>
        <w:t xml:space="preserve">47:11      (Speaker A)  And they are the low bidder. </w:t>
      </w:r>
    </w:p>
    <w:p>
      <w:r>
        <w:t xml:space="preserve">47:12      (Speaker B)  Yeah, they own the low bidder. Correct. </w:t>
      </w:r>
    </w:p>
    <w:p>
      <w:r>
        <w:t xml:space="preserve">47:15      (Speaker C)  I mean yeah again I again might and that this work needs to happen. I know a lot of people have talks but yeah I actually use it a lot and it makes work. It makes work. The dog. </w:t>
      </w:r>
    </w:p>
    <w:p>
      <w:r>
        <w:t xml:space="preserve">47:31      (Speaker D)  Yeah. </w:t>
      </w:r>
    </w:p>
    <w:p>
      <w:r>
        <w:t xml:space="preserve">47:34      (Speaker A)  Is that a motion to approve the proposal? </w:t>
      </w:r>
    </w:p>
    <w:p>
      <w:r>
        <w:t xml:space="preserve">47:37      (Speaker B)  The board member. </w:t>
      </w:r>
    </w:p>
    <w:p>
      <w:r>
        <w:t xml:space="preserve">47:37      (Speaker C)  Other board members have any discussion about the Danes that you know don't want to spend that whatever. </w:t>
      </w:r>
    </w:p>
    <w:p>
      <w:r>
        <w:t xml:space="preserve">47:42      (Speaker A)  But it is an amenity that the CDD owns and maintains. </w:t>
      </w:r>
    </w:p>
    <w:p>
      <w:r>
        <w:t xml:space="preserve">47:47      (Speaker C)  Yeah. My motion is to approve the the work order for from Forex entry for </w:t>
      </w:r>
    </w:p>
    <w:p>
      <w:r>
        <w:t xml:space="preserve">47:53      (Speaker A)  the purpose of discussion. Was that a second from supervisor Tidwell? Okay. And as per usual approval of a proposal is implicit of district council preparing a form of agreement with all of the protections for the district. Any further discussion just let me know when. All right. </w:t>
      </w:r>
    </w:p>
    <w:p>
      <w:r>
        <w:t xml:space="preserve">48:13      (Speaker C)  Know when they're going to do it. </w:t>
      </w:r>
    </w:p>
    <w:p>
      <w:r>
        <w:t xml:space="preserve">48:16      (Speaker A)  We'll probably need to notify to close the dog park. They said one day so yeah they probably don't want little doggies in there while they're working on the fence. </w:t>
      </w:r>
    </w:p>
    <w:p>
      <w:r>
        <w:t xml:space="preserve">48:25      (Speaker D)  Just trying. </w:t>
      </w:r>
    </w:p>
    <w:p>
      <w:r>
        <w:t xml:space="preserve">48:28      (Speaker B)  So once we get the agreement up and send it over to the final. </w:t>
      </w:r>
    </w:p>
    <w:p>
      <w:r>
        <w:t xml:space="preserve">48:34      (Speaker C)  Thank you. </w:t>
      </w:r>
    </w:p>
    <w:p>
      <w:r>
        <w:t xml:space="preserve">48:35      (Speaker A)  I'm going to go ahead and call the question. All in favor of approval of the proposal for 4000 say II motion carries unanimously. Any other discussion regarding field Maintenance items. </w:t>
      </w:r>
    </w:p>
    <w:p>
      <w:r>
        <w:t xml:space="preserve">48:49      (Speaker B)  No. </w:t>
      </w:r>
    </w:p>
    <w:p>
      <w:r>
        <w:t xml:space="preserve">48:50      (Speaker C)  Just to again reiterate on, you guys have done a wonderful job. Thank you for seeing benefit. We as board members don't see all the time. So thank you guys for being proactive for the community and fixing things and cleaning things as needed. There is that one missing corner. I did just notice the song. Yeah, it's already on your radar. So we appreciate you guys. </w:t>
      </w:r>
    </w:p>
    <w:p>
      <w:r>
        <w:t xml:space="preserve">49:14      (Speaker A)  Thank you so much on this board also does a great job of notifying Alan when you see issues out and about. So that that goes both ways. Ways that open lines of communication are really helpful. Under district managers report, one item for board action on page 31 is the check register from July 19 to August 22, 2026. The total amount is $93,872.62. Happy to answer any questions. If there are no questions, do we have a motion to approve as presented? And a second. All in favor of approval say aye. Aye. Motion carries unanimously. And then board members, we do have your unaudited financials through the end of July. Included in your agenda packet on page 40 is your combined balance sheet. And the what we really monitor in your general fund is that unassigned balance. Those are the monies that we have on hand to operate the district until additional tax receipts are received in the fall. And then the next few pages show your current budget, your adopted budget for the current fiscal year. How much is prorated for revenues or expenses as well as your actuals if there's a variance between those dollar figures, you see that amount in the last column of note, you're, you know, 100% collected for the current fiscal year. And as I mentioned before, the board has done a good job controlling expenses. I don't have anything to bring to the board's attention. Your financials are provided for informational purposes only and no board action is required. District council, did you have a comment? Okay. Oh, okay. </w:t>
      </w:r>
    </w:p>
    <w:p>
      <w:r>
        <w:t xml:space="preserve">51:07      (Speaker B)  To make a reference for the lunch. </w:t>
      </w:r>
    </w:p>
    <w:p>
      <w:r>
        <w:t xml:space="preserve">51:08      (Speaker A)  Oh, no, go ahead. They don't have to. The board doesn't have to do anything on the financials if you have no questions. </w:t>
      </w:r>
    </w:p>
    <w:p>
      <w:r>
        <w:t xml:space="preserve">51:16      (Speaker B)  Just to keep up with what's going on for holiday lighting we did A lot of companies like to talk how to do this. This is a vendor with. I know a lot of times since. Since we've been there. GMS does the lighting, but I wanted to give the give an option if the board is interested in trying to outsource it at all. Dust and Will is a very good vendor. We use him in multiple districts that don't have us doing it. I gave him. I gave him a basic rundown of what we normally do so he could try to match it with what he has. The first one came in Both were at 5,000 but for different reasons. The first one is the tenants to try and use what materials. We already have both the lights and no grease. The blue one is him using his materials that he can quantity and allow them to repair. That's why he made note if we're using our materials he can't warranty guarantee it. He would just install take it down. But if something goes out that would cost to try to repair it or he would have to come outside repair it. Whereas blue is using his material. The blue option within 5,000 rent options of 5,000. Now the one thing he didn't get in there was reefs because I know we normally just have five reefs, one on each. One on each monument, two down here and then one up here on the little kitchen area which would be about another $225. I think it was to. To get to get re from him to be put up. </w:t>
      </w:r>
    </w:p>
    <w:p>
      <w:r>
        <w:t xml:space="preserve">52:52      (Speaker A)  And board members, if you'd like we can add this to the agenda for consideration it your next meeting. The board meets the first Tuesday in October. So I think we have time if you want to have time to review it in the agenda packet. Okay, we'll add that to the agenda. </w:t>
      </w:r>
    </w:p>
    <w:p>
      <w:r>
        <w:t xml:space="preserve">53:09      (Speaker B)  I will note generally what we what GMS does at least cheaper than this. I don't have the exact numbers for it but it's usually cheap than this for us to do. But I want to make sure there is options out there for for holiday lighting. If you wanted to expand eventually you get into a larger. The thing we did speak about is the interest in REBA expanded. Obviously this point where it starts to so expanded we would be able to handle it that someone like this man opties bigger types of things and items that this would be something we would look at. </w:t>
      </w:r>
    </w:p>
    <w:p>
      <w:r>
        <w:t xml:space="preserve">53:47      (Speaker A)  And perhaps you could have both proposals for the agenda next month. The one from GMS as well as a comparative proposal. You did budget for fiscal year 2027. $5,000 for holiday decorations. Your hands are not tied by that exact amount. </w:t>
      </w:r>
    </w:p>
    <w:p>
      <w:r>
        <w:t xml:space="preserve">54:04      (Speaker C)  But I know science was asking last year to try to do something better. </w:t>
      </w:r>
    </w:p>
    <w:p>
      <w:r>
        <w:t xml:space="preserve">54:13      (Speaker A)  Elevate. Yeah, elevate. </w:t>
      </w:r>
    </w:p>
    <w:p>
      <w:r>
        <w:t xml:space="preserve">54:16      (Speaker B)  Yeah. </w:t>
      </w:r>
    </w:p>
    <w:p>
      <w:r>
        <w:t xml:space="preserve">54:16      (Speaker A)  We need some elevation, that's for sure. And there is a different. Yeah, </w:t>
      </w:r>
    </w:p>
    <w:p>
      <w:r>
        <w:t xml:space="preserve">54:36      (Speaker C)  But yeah, so yeah, thank you. But it was. Yeah. Looking at church I don't know if there is more lights something that could do in the front. I don't know. </w:t>
      </w:r>
    </w:p>
    <w:p>
      <w:r>
        <w:t xml:space="preserve">54:44      (Speaker A)  I don't know More lights or if there's like a way we could do like bows or something like that like around. Like down medulla. I don't know. So there, there may be. Are you talking about attaching to the light poles the street light poles? Yeah. Those are not the CDDs. Okay. That's what I was thinking before. So you have to have permission from the utility company. Well we'll add this to the agenda for next month and that way there's still time for ideas. Yeah. </w:t>
      </w:r>
    </w:p>
    <w:p>
      <w:r>
        <w:t xml:space="preserve">55:40      (Speaker C)  Run it through AI </w:t>
      </w:r>
    </w:p>
    <w:p>
      <w:r>
        <w:t xml:space="preserve">55:43      (Speaker B)  and. </w:t>
      </w:r>
    </w:p>
    <w:p>
      <w:r>
        <w:t xml:space="preserve">55:52      (Speaker A)  Well I. I've got a. I have a lot of information about that if you. Yeah. So our insurance. Your insurance company does require if you're going to utilize volunteers for that type of effort a workers comp Policy if there is an injury because there's no other provision that would cover a volunteer who's injured in the course of doing work that's directed the board lawyers. Yes. Well insurance company. Yes. All of these. Yeah. Statutes. Yeah. So I mean it's. I'm not saying it's not possible. Yeah, yeah yeah, </w:t>
      </w:r>
    </w:p>
    <w:p>
      <w:r>
        <w:t xml:space="preserve">56:34      (Speaker C)  yeah. So you said September 1st. It's right. </w:t>
      </w:r>
    </w:p>
    <w:p>
      <w:r>
        <w:t xml:space="preserve">56:38      (Speaker A)  That's right. </w:t>
      </w:r>
    </w:p>
    <w:p>
      <w:r>
        <w:t xml:space="preserve">56:39      (Speaker C)  That's right. </w:t>
      </w:r>
    </w:p>
    <w:p>
      <w:r>
        <w:t xml:space="preserve">56:42      (Speaker A)  Alan, did you have anything else for the. </w:t>
      </w:r>
    </w:p>
    <w:p>
      <w:r>
        <w:t xml:space="preserve">56:44      (Speaker B)  No. Unless you have something that's very specific. We already have. I'm going to be basing this off of our general what we do when the new GMS proposal here obviously if you want to look something in the future. </w:t>
      </w:r>
    </w:p>
    <w:p>
      <w:r>
        <w:t xml:space="preserve">57:01      (Speaker A)  You had what we a GMS last </w:t>
      </w:r>
    </w:p>
    <w:p>
      <w:r>
        <w:t xml:space="preserve">57:03      (Speaker B)  year not around the top. There's two parts. There's the worth it. </w:t>
      </w:r>
    </w:p>
    <w:p>
      <w:r>
        <w:t xml:space="preserve">57:07      (Speaker A)  Yeah. </w:t>
      </w:r>
    </w:p>
    <w:p>
      <w:r>
        <w:t xml:space="preserve">57:07      (Speaker B)  Put it up so many just man hours really. It's not material materials. </w:t>
      </w:r>
    </w:p>
    <w:p>
      <w:r>
        <w:t xml:space="preserve">57:14      (Speaker C)  Did we do too last year we </w:t>
      </w:r>
    </w:p>
    <w:p>
      <w:r>
        <w:t xml:space="preserve">57:17      (Speaker B)  put the amenity with the two reefs below the lights and then the lights that go around. Yeah. Like around here much more than we </w:t>
      </w:r>
    </w:p>
    <w:p>
      <w:r>
        <w:t xml:space="preserve">57:25      (Speaker C)  do on this side but even amenity too. Yeah, we can do that. </w:t>
      </w:r>
    </w:p>
    <w:p>
      <w:r>
        <w:t xml:space="preserve">57:29      (Speaker B)  Okay. Around the front. </w:t>
      </w:r>
    </w:p>
    <w:p>
      <w:r>
        <w:t xml:space="preserve">57:40      (Speaker A)  The CDD could accept donations again if the CDD wants to accept donations. Yeah. </w:t>
      </w:r>
    </w:p>
    <w:p>
      <w:r>
        <w:t xml:space="preserve">57:49      (Speaker B)  There's other districts that have accepted donation to the white and then usually we try to get something that's consistent. </w:t>
      </w:r>
    </w:p>
    <w:p>
      <w:r>
        <w:t xml:space="preserve">57:57      (Speaker C)  Yeah, yeah. </w:t>
      </w:r>
    </w:p>
    <w:p>
      <w:r>
        <w:t xml:space="preserve">57:58      (Speaker B)  And then. And kind of have an idea obviously we get like one snowman. We can't really put up one still bit somewhere but like there's kind of a plan and obviously the more materials increase the hours of time it has to be done obviously doable but again like I said there is a. There would be a breaking point obviously at some point where the job is so big to be on. </w:t>
      </w:r>
    </w:p>
    <w:p>
      <w:r>
        <w:t xml:space="preserve">58:22      (Speaker D)  Okay. </w:t>
      </w:r>
    </w:p>
    <w:p>
      <w:r>
        <w:t xml:space="preserve">58:23      (Speaker B)  All right. Thank you. </w:t>
      </w:r>
    </w:p>
    <w:p>
      <w:r>
        <w:t xml:space="preserve">58:26      (Speaker A)  Anything else for the board Allan Board members do you have any supervisor requests first? </w:t>
      </w:r>
    </w:p>
    <w:p>
      <w:r>
        <w:t xml:space="preserve">58:34      (Speaker D)  Yes. The last meeting we talked about, </w:t>
      </w:r>
    </w:p>
    <w:p>
      <w:r>
        <w:t xml:space="preserve">58:40      (Speaker B)  we sent that to ask them why it occurred to me. </w:t>
      </w:r>
    </w:p>
    <w:p>
      <w:r>
        <w:t xml:space="preserve">58:45      (Speaker D)  I don't know if we just. When you talked, wasn't anywhere else. </w:t>
      </w:r>
    </w:p>
    <w:p>
      <w:r>
        <w:t xml:space="preserve">58:52      (Speaker B)  Yeah, there's a triple checking their. </w:t>
      </w:r>
    </w:p>
    <w:p>
      <w:r>
        <w:t xml:space="preserve">58:55      (Speaker D)  Their contract. I don't think it's once a year or something. </w:t>
      </w:r>
    </w:p>
    <w:p>
      <w:r>
        <w:t xml:space="preserve">59:00      (Speaker A)  Yeah. </w:t>
      </w:r>
    </w:p>
    <w:p>
      <w:r>
        <w:t xml:space="preserve">59:00      (Speaker D)  If it's needed, </w:t>
      </w:r>
    </w:p>
    <w:p>
      <w:r>
        <w:t xml:space="preserve">59:03      (Speaker B)  I'll. I'll brush it. </w:t>
      </w:r>
    </w:p>
    <w:p>
      <w:r>
        <w:t xml:space="preserve">59:08      (Speaker A)  I wasn't sure if you were looking at the Palms to look for holiday lights to. Yeah, Right. Yes. Yeah. What other supervisor requests do we have? Motion to adjourn. And a second all in favor of adjourning, say aye. Aye. That was unanimous. We are adjourned. It is 4:58pm Bye, everyone. </w:t>
      </w:r>
    </w:p>
    <w:p>
      <w:r>
        <w:t xml:space="preserve">59:40      (Speaker C)  Bye. </w:t>
      </w:r>
    </w:p>
    <w:p>
      <w:r>
        <w:t xml:space="preserve">59:40      (Speaker A)  Have a good night. You too. I'm signing off to do.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