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 xml:space="preserve">                                                                            Transcript                                                                          </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BEGINNING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br/>
        <w:br/>
        <w:br/>
      </w:r>
    </w:p>
    <w:p>
      <w:r>
        <w:t>CDD NAME:</w:t>
      </w:r>
      <w:r>
        <w:rPr>
          <w:b/>
          <w:color w:val="FF0000"/>
        </w:rPr>
        <w:br/>
        <w:tab/>
        <w:tab/>
        <w:tab/>
        <w:tab/>
        <w:t xml:space="preserve"> Towne park</w:t>
        <w:br/>
        <w:br/>
        <w:br/>
      </w:r>
    </w:p>
    <w:p>
      <w:r>
        <w:t>START AND END TIME OF THE CDD MEETING FILE:</w:t>
      </w:r>
      <w:r>
        <w:rPr>
          <w:b/>
          <w:color w:val="FF0000"/>
        </w:rPr>
        <w:br/>
        <w:tab/>
        <w:tab/>
        <w:tab/>
        <w:tab/>
        <w:t xml:space="preserve"> August 04, 2026 at 09:00 AM</w:t>
      </w:r>
      <w:r>
        <w:rPr>
          <w:b/>
          <w:color w:val="FF0000"/>
        </w:rPr>
        <w:br/>
        <w:tab/>
        <w:tab/>
        <w:tab/>
        <w:tab/>
        <w:t xml:space="preserve"> August 04, 2026 at 11:06 AM</w:t>
        <w:br/>
        <w:br/>
        <w:br/>
      </w:r>
    </w:p>
    <w:p>
      <w:r>
        <w:t>AUDIO FILE NAME, FILE SIZE:</w:t>
      </w:r>
      <w:r>
        <w:rPr>
          <w:b/>
          <w:color w:val="FF0000"/>
        </w:rPr>
        <w:br/>
        <w:tab/>
        <w:tab/>
        <w:tab/>
        <w:tab/>
        <w:t xml:space="preserve"> Six_Mile_Creek_8_12_26.MP3</w:t>
      </w:r>
      <w:r>
        <w:rPr>
          <w:b/>
          <w:color w:val="FF0000"/>
        </w:rPr>
        <w:br/>
        <w:tab/>
        <w:tab/>
        <w:tab/>
        <w:tab/>
        <w:t xml:space="preserve"> 188681686</w:t>
        <w:br/>
        <w:br/>
        <w:br/>
      </w:r>
    </w:p>
    <w:p>
      <w:r>
        <w:t>DATE AUDIO FILE SUBMITTED TO THE GAT SYSTEM:</w:t>
      </w:r>
      <w:r>
        <w:rPr>
          <w:b/>
          <w:color w:val="FF0000"/>
        </w:rPr>
        <w:br/>
        <w:tab/>
        <w:tab/>
        <w:tab/>
        <w:tab/>
        <w:t xml:space="preserve"> August 27, 2026 at 10:19 AM</w:t>
        <w:br/>
        <w:br/>
        <w:br/>
      </w:r>
    </w:p>
    <w:p>
      <w:r>
        <w:t>DATE AUDIO FILE COMPLETED BY THE GAT SYSTEM:</w:t>
      </w:r>
      <w:r>
        <w:rPr>
          <w:b/>
          <w:color w:val="FF0000"/>
        </w:rPr>
        <w:br/>
        <w:tab/>
        <w:tab/>
        <w:tab/>
        <w:tab/>
        <w:t xml:space="preserve"> August 27, 2026 at 10:22 AM</w:t>
      </w:r>
      <w:r>
        <w:rPr>
          <w:b/>
          <w:color w:val="FF0000"/>
        </w:rPr>
        <w:br/>
        <w:tab/>
        <w:tab/>
        <w:tab/>
        <w:tab/>
        <w:t xml:space="preserve"> 02:21 ELAPSED TIME</w:t>
        <w:br/>
        <w:br/>
        <w:br/>
      </w:r>
    </w:p>
    <w:p>
      <w:r>
        <w:t>MEETING AGENDA:</w:t>
      </w:r>
      <w:r>
        <w:rPr>
          <w:b/>
          <w:color w:val="FF0000"/>
        </w:rPr>
        <w:br/>
        <w:br/>
        <w:br/>
        <w:tab/>
        <w:tab/>
        <w:tab/>
        <w:tab/>
        <w:t xml:space="preserve"> Towne Park Community Development District Meeting Agenda  Tuesday                                                                                                                   Amenity Center #1 August 4, 2026                                                                                                       3883 White Ibis Road 6:00 P.M.                                                                                                               Lakeland, FL 33811  Board of Supervisors Meeting  1. Roll Call Greg Jones, Chair Jennifer Tidwell, Vice Chair via Zoom Tom Zimmerman Roger Runyon Zabrina Sides  Tricia Adams, District Manager Patrick Collins, District Counsel Alan Rayl, District Engineer Allen Bailey, Field Services Manager  2. Public Comment Period 3. Approval of Minutes of the June 2, 2026, Board of Supervisors Meeting GJ, TZ - AIF 4. Public Hearing open GJ, RR -AIF Close GJ, RR - AIF       A.  Consideration of Resolution 2026-09 Adopting Fiscal Year 2027 Approved             Budget and Appropriating Funds GJ, RR -  AIF       B.  Consideration of Resolution 2026-10 Imposing Fiscal 2027 Special Assessments              and Certifying Assessment Roll GJ, ZS - AIF 5. Consideration of Resolution 2026-11 Declaring Seat No. 2 Board Vacancy GJ, TZ - AIF 6. Ratification of Addendum to Agreement for Security Equipment Installation TZ, ZS - AIF 7. Presentation of Fiscal Year 2025 Financial Audit GJ, RR - AIF        8.   Staff Reports A. Attorney B. Engineer         i.  Review of Wood Thrush, Britton Beach Erosion, Peregrine Way and Medulla erosion        ii.  Approval of Work Authorization 2026-03 -  C. Field Manager’s Report          i.  Consideration of Proposals for Dog Park Fence – no board action                     a.  AJ Fence Inc.                     b.  My Fence Co.        ii.  Consideration of Proposal for Pool Filter Replacement GJ, TZ - AIF       iii.  Consideration of Proposal for Soil Treatment – no board action       iv.  Consideration of Proposals for Pool Resurfacing- Amenity 1 &amp; 2 – no board action                     a.  ASP- America’s Swimming Pool Co.- Paver Work                     b.  NV Pools LLC                     c.  Pulexa                      d.  Arinton         v.  Resident Request for Pool Umbrellas – Board confirmed they are declining to budget for pool umbrellas                    D.  District Manager’s Report                                  i.  Approval of Check Register GJ, RR - AIF                                 ii.  Balance Sheet &amp; Income Statement •                                iii.  Approval of Fiscal Year 2027 Meeting Schedule - FY2027 Meeting Schedule: All 12 meetings set at 4 p.m., first Tuesday of each month; evening meetings eliminated.  ZS, GJ - AIF                                iv.  District Goals and Objectives                                              a.  Adoption of the Fiscal Year 2027 Goals &amp; Objectives GJ, RR - AIF                                              b.  Review of Approved Fiscal Year 2026 Goals &amp; Objectives                                                     Authorizing Chair to Execute Final Form  ZS, TZ - AIF        9.   Supervisors Requests      10.   Closed Security Session      11.   Board Action Related to Security Services – Approval of Current Demands proposal for $3505.62 (one time) and $160 monthly service Board directed staff to facilitate palm trimming      12.   Adjournment GJ, RR - AIF   Brittany – this item as under ER with no back up – please determine if it needs to be on a future agenda:        ii.  Approval of Work Authorization 2026-03  Action Items • Brittany – note change to FY 27 meeting schedule • Tricia: Send 45-day notice to homeowner at 5220 Wood Thrush to remove/relocate fence encroaching into district access easement. • District Engineer (Alan): Return next meeting with erosion repair measurements and contractor pricing for Britton Beach, Wood Thrush, Peregrine Way, and Medulla. • Field Manager (Allen): Clarify fence repair proposals (tie spacing, linear footage, pricing breakdown) and bring back for board approval.  • Tricia / Chair: Work with Current Demands to produce camera placement schematic for Towne Park pool; chair to approve final proposal. Patrick agreement needed when final. • Field Manager (Allen): Monitor playground gate access; escalate to mechanical lock solution if issues recur.  • Field Manager: Follow up with Solitude on exposed erosion sock repair at the main lake.    </w:t>
        <w:br/>
        <w:br/>
        <w:br/>
      </w:r>
    </w:p>
    <w:p>
      <w:r>
        <w:t xml:space="preserve">00:04      (Speaker A)  All right. </w:t>
      </w:r>
    </w:p>
    <w:p>
      <w:r>
        <w:t xml:space="preserve">00:05      (Speaker B)  Good afternoon. This is the six mile creek redevelopment district board of supervisor meeting. Today is Wednesday, august 12, 2026. It's 1:02pm we're at the good news church, 573 west twin court trail, st. Augustine, florida. First item on the agenda is roll call. If we could have the board state their name, then we'll get staff and then we'll get staff on the phone. </w:t>
      </w:r>
    </w:p>
    <w:p>
      <w:r>
        <w:t xml:space="preserve">00:22      (Speaker C)  Michelle sutton, jake dunn, wendy hartley, ninja galeman. </w:t>
      </w:r>
    </w:p>
    <w:p>
      <w:r>
        <w:t xml:space="preserve">00:26      (Speaker D)  Jerry walter. </w:t>
      </w:r>
    </w:p>
    <w:p>
      <w:r>
        <w:t xml:space="preserve">00:27      (Speaker E)  Elena barron, gms dan wright, gms jennifer </w:t>
      </w:r>
    </w:p>
    <w:p>
      <w:r>
        <w:t xml:space="preserve">00:31      (Speaker F)  tellzer, first service, nicole jameson, first service, sarah br service. </w:t>
      </w:r>
    </w:p>
    <w:p>
      <w:r>
        <w:t xml:space="preserve">00:36      (Speaker G)  Lou calhoun, </w:t>
      </w:r>
    </w:p>
    <w:p>
      <w:r>
        <w:t xml:space="preserve">00:40      (Speaker A)  steve, my boy, br. </w:t>
      </w:r>
    </w:p>
    <w:p>
      <w:r>
        <w:t xml:space="preserve">00:42      (Speaker H)  Mike silver, steam gulfstream engineering. </w:t>
      </w:r>
    </w:p>
    <w:p>
      <w:r>
        <w:t xml:space="preserve">00:44      (Speaker B)  Sarah sweeting, gms daniel laughlin, gms and staff on the phone. West hayward district council. Next, we have invocation by pastor quince. Now let's break. </w:t>
      </w:r>
    </w:p>
    <w:p>
      <w:r>
        <w:t xml:space="preserve">01:05      (Speaker I)  Heavenly Father, thank you for bringing us together today. We ask for your guidance and your </w:t>
      </w:r>
    </w:p>
    <w:p>
      <w:r>
        <w:t xml:space="preserve">01:09      (Speaker B)  wisdom to make sound decisions as we </w:t>
      </w:r>
    </w:p>
    <w:p>
      <w:r>
        <w:t xml:space="preserve">01:11      (Speaker I)  discuss the affairs of our community. Please grant us the spirit of understanding, patience, respect for one another, even in the disagreement. </w:t>
      </w:r>
    </w:p>
    <w:p>
      <w:r>
        <w:t xml:space="preserve">01:18      (Speaker B)  Help us to make decisions that promote </w:t>
      </w:r>
    </w:p>
    <w:p>
      <w:r>
        <w:t xml:space="preserve">01:20      (Speaker I)  peace and safety and harmony for all of our neighbors. Give us patience to listen and the spirit of cooperation to work together to strengthen and serve those in our community. Amen. </w:t>
      </w:r>
    </w:p>
    <w:p>
      <w:r>
        <w:t xml:space="preserve">01:33      (Speaker B)  Next we have the Pledge of Allegiance, Public religious stance. </w:t>
      </w:r>
    </w:p>
    <w:p>
      <w:r>
        <w:t xml:space="preserve">01:45      (Speaker J)  One nation under God, indivisible, with liberty </w:t>
      </w:r>
    </w:p>
    <w:p>
      <w:r>
        <w:t xml:space="preserve">01:49      (Speaker C)  and justice for all. </w:t>
      </w:r>
    </w:p>
    <w:p>
      <w:r>
        <w:t xml:space="preserve">01:57      (Speaker B)  Next we have audience comments. This is audience comments regarding any of the agenda items listed on the agenda today. We will also have a public hearing specifically for the budget. So if you do have comments on the budget adoption itself, there will be a time before that to SPE speak. So is there any other. Any other audience comments on any of the agenda items that are listed here today? </w:t>
      </w:r>
    </w:p>
    <w:p>
      <w:r>
        <w:t xml:space="preserve">02:20      (Speaker G)  No. </w:t>
      </w:r>
    </w:p>
    <w:p>
      <w:r>
        <w:t xml:space="preserve">02:22      (Speaker B)  All right, we're going to move on then. All right, so that brings us into our landscape and lake maintenance updates. We'll start with Bright View for trailer. </w:t>
      </w:r>
    </w:p>
    <w:p>
      <w:r>
        <w:t xml:space="preserve">02:34      (Speaker I)  Thanks. </w:t>
      </w:r>
    </w:p>
    <w:p>
      <w:r>
        <w:t xml:space="preserve">02:34      (Speaker D)  Good afternoon. </w:t>
      </w:r>
    </w:p>
    <w:p>
      <w:r>
        <w:t xml:space="preserve">02:35      (Speaker K)  Hi. </w:t>
      </w:r>
    </w:p>
    <w:p>
      <w:r>
        <w:t xml:space="preserve">02:37      (Speaker I)  Right now we got started on. </w:t>
      </w:r>
    </w:p>
    <w:p>
      <w:r>
        <w:t xml:space="preserve">02:40      (Speaker C)  We can't hear anything. </w:t>
      </w:r>
    </w:p>
    <w:p>
      <w:r>
        <w:t xml:space="preserve">02:43      (Speaker B)  Can you hear me now? </w:t>
      </w:r>
    </w:p>
    <w:p>
      <w:r>
        <w:t xml:space="preserve">02:43      (Speaker C)  Okay. </w:t>
      </w:r>
    </w:p>
    <w:p>
      <w:r>
        <w:t xml:space="preserve">02:49      (Speaker I)  Last week we got started on our tree elevations. We're trying to concentrate along the walkways right now, and then we'll move along to the other common areas. But we got started at the entrance and got to the dock park, so we're gonna move on down trail, Mark Garage and a few other areas like on Tabby Lane and on Toperry Island. We're going to work on those next week. We're starting to get ahead on the weed control. People are a little bit behind due to the weather, but we're trying to switch things up and watch the Radar daily to compensate on when we spray in the afternoon or in the mornings. So we seem to be getting some ground on that. Everything else is on schedule. </w:t>
      </w:r>
    </w:p>
    <w:p>
      <w:r>
        <w:t xml:space="preserve">03:29      (Speaker C)  I don't have anything. </w:t>
      </w:r>
    </w:p>
    <w:p>
      <w:r>
        <w:t xml:space="preserve">03:30      (Speaker B)  Any questions for the board regarding landscaping? </w:t>
      </w:r>
    </w:p>
    <w:p>
      <w:r>
        <w:t xml:space="preserve">03:34      (Speaker A)  No. </w:t>
      </w:r>
    </w:p>
    <w:p>
      <w:r>
        <w:t xml:space="preserve">03:35      (Speaker B)  So we have a couple proposals. First, we have a proposal for plantless restore. This was due to. There was a fire by the community center. We looked to see. We weren't able to identify a cause. The fire department thinks it was either a loot cigarette or maybe somebody's. Exactly. </w:t>
      </w:r>
    </w:p>
    <w:p>
      <w:r>
        <w:t xml:space="preserve">03:54      (Speaker G)  Exhaust. </w:t>
      </w:r>
    </w:p>
    <w:p>
      <w:r>
        <w:t xml:space="preserve">03:55      (Speaker B)  But that's about all the information we have to go. </w:t>
      </w:r>
    </w:p>
    <w:p>
      <w:r>
        <w:t xml:space="preserve">03:58      (Speaker A)  Good job on putting that out, by the way. </w:t>
      </w:r>
    </w:p>
    <w:p>
      <w:r>
        <w:t xml:space="preserve">04:00      (Speaker D)  Quickly. </w:t>
      </w:r>
    </w:p>
    <w:p>
      <w:r>
        <w:t xml:space="preserve">04:06      (Speaker L)  Okay. </w:t>
      </w:r>
    </w:p>
    <w:p>
      <w:r>
        <w:t xml:space="preserve">04:08      (Speaker F)  It was a group effort. </w:t>
      </w:r>
    </w:p>
    <w:p>
      <w:r>
        <w:t xml:space="preserve">04:11      (Speaker B)  So we do have the proposal in here. It's a new agenda package to move and dispose of the damaged plant material, install 7 gallon of the plant, restore it, and then bales pine straw and deliver it for a total of $2,124. </w:t>
      </w:r>
    </w:p>
    <w:p>
      <w:r>
        <w:t xml:space="preserve">04:28      (Speaker K)  Ouch. </w:t>
      </w:r>
    </w:p>
    <w:p>
      <w:r>
        <w:t xml:space="preserve">04:30      (Speaker C)  Steve, they're bushes, dude. </w:t>
      </w:r>
    </w:p>
    <w:p>
      <w:r>
        <w:t xml:space="preserve">04:32      (Speaker L)  Yeah. </w:t>
      </w:r>
    </w:p>
    <w:p>
      <w:r>
        <w:t xml:space="preserve">04:32      (Speaker I)  Seven gallons. </w:t>
      </w:r>
    </w:p>
    <w:p>
      <w:r>
        <w:t xml:space="preserve">04:35      (Speaker C)  Yeah. Can we get some smaller ones? </w:t>
      </w:r>
    </w:p>
    <w:p>
      <w:r>
        <w:t xml:space="preserve">04:37      (Speaker I)  You can get smaller ones, but. So the size right now are about here. The 3 gallons are like small balls like that. The only problem with the shillings is the. They're very slow growers. So it probably take two years to get up to that same point. But we can do either one. </w:t>
      </w:r>
    </w:p>
    <w:p>
      <w:r>
        <w:t xml:space="preserve">04:52      (Speaker C)  I mean, I just feel like that's literally for that little area. That's a lot of money is my personal opinion. </w:t>
      </w:r>
    </w:p>
    <w:p>
      <w:r>
        <w:t xml:space="preserve">05:02      (Speaker M)  What's the price difference for small. </w:t>
      </w:r>
    </w:p>
    <w:p>
      <w:r>
        <w:t xml:space="preserve">05:11      (Speaker B)  What would be the price difference? </w:t>
      </w:r>
    </w:p>
    <w:p>
      <w:r>
        <w:t xml:space="preserve">05:13      (Speaker I)  Probably 5 or 600 cheaper. Just guessing. </w:t>
      </w:r>
    </w:p>
    <w:p>
      <w:r>
        <w:t xml:space="preserve">05:20      (Speaker C)  I mean, I think that it. Can we. I mean, my proposal to the rest of the board would be that we have them removed and then Steve comes back next month with a. Some cheaper options for us. I just feel like that's a lot of money for that little. </w:t>
      </w:r>
    </w:p>
    <w:p>
      <w:r>
        <w:t xml:space="preserve">05:36      (Speaker A)  What could we do, like flowers right there instead? </w:t>
      </w:r>
    </w:p>
    <w:p>
      <w:r>
        <w:t xml:space="preserve">05:39      (Speaker I)  You could do a different plant with material. </w:t>
      </w:r>
    </w:p>
    <w:p>
      <w:r>
        <w:t xml:space="preserve">05:43      (Speaker C)  Yeah, but you got to change them out all the time. </w:t>
      </w:r>
    </w:p>
    <w:p>
      <w:r>
        <w:t xml:space="preserve">05:45      (Speaker I)  You could go. You could go with a different plant material in that front. Just add a little bit of color to it. </w:t>
      </w:r>
    </w:p>
    <w:p>
      <w:r>
        <w:t xml:space="preserve">05:51      (Speaker A)  That's what I'm saying. I'm like kind of looking at it. </w:t>
      </w:r>
    </w:p>
    <w:p>
      <w:r>
        <w:t xml:space="preserve">05:52      (Speaker C)  What about azaleas? Those are pretty. And they're pretty cheap, aren't they? </w:t>
      </w:r>
    </w:p>
    <w:p>
      <w:r>
        <w:t xml:space="preserve">05:56      (Speaker H)  All right, hang on. </w:t>
      </w:r>
    </w:p>
    <w:p>
      <w:r>
        <w:t xml:space="preserve">05:57      (Speaker E)  I'm sorry. </w:t>
      </w:r>
    </w:p>
    <w:p>
      <w:r>
        <w:t xml:space="preserve">05:59      (Speaker B)  Are those perennials? </w:t>
      </w:r>
    </w:p>
    <w:p>
      <w:r>
        <w:t xml:space="preserve">06:00      (Speaker C)  No, no. </w:t>
      </w:r>
    </w:p>
    <w:p>
      <w:r>
        <w:t xml:space="preserve">06:01      (Speaker M)  So they have to be swapped at. </w:t>
      </w:r>
    </w:p>
    <w:p>
      <w:r>
        <w:t xml:space="preserve">06:03      (Speaker H)  Oh, a. </w:t>
      </w:r>
    </w:p>
    <w:p>
      <w:r>
        <w:t xml:space="preserve">06:04      (Speaker N)  No, not aelias. </w:t>
      </w:r>
    </w:p>
    <w:p>
      <w:r>
        <w:t xml:space="preserve">06:07      (Speaker C)  Yeah. </w:t>
      </w:r>
    </w:p>
    <w:p>
      <w:r>
        <w:t xml:space="preserve">06:07      (Speaker I)  I could put something together for. For next meeting. </w:t>
      </w:r>
    </w:p>
    <w:p>
      <w:r>
        <w:t xml:space="preserve">06:09      (Speaker J)  Yeah. </w:t>
      </w:r>
    </w:p>
    <w:p>
      <w:r>
        <w:t xml:space="preserve">06:10      (Speaker C)  Maybe just some cheaper options. Yeah. And just get rid of the dead for now. </w:t>
      </w:r>
    </w:p>
    <w:p>
      <w:r>
        <w:t xml:space="preserve">06:14      (Speaker B)  Sure. </w:t>
      </w:r>
    </w:p>
    <w:p>
      <w:r>
        <w:t xml:space="preserve">06:14      (Speaker C)  Does that sound good to everybody? </w:t>
      </w:r>
    </w:p>
    <w:p>
      <w:r>
        <w:t xml:space="preserve">06:16      (Speaker A)  Yeah. </w:t>
      </w:r>
    </w:p>
    <w:p>
      <w:r>
        <w:t xml:space="preserve">06:17      (Speaker J)  Yeah. That's A lot of money. </w:t>
      </w:r>
    </w:p>
    <w:p>
      <w:r>
        <w:t xml:space="preserve">06:19      (Speaker C)  All right, what's the next proposal? </w:t>
      </w:r>
    </w:p>
    <w:p>
      <w:r>
        <w:t xml:space="preserve">06:21      (Speaker D)  Is there any way that we could ensure that the plants that we put in there are more frost resistant than even. </w:t>
      </w:r>
    </w:p>
    <w:p>
      <w:r>
        <w:t xml:space="preserve">06:28      (Speaker I)  Yeah, I'm trying to steer away from anything and be standing across from here. </w:t>
      </w:r>
    </w:p>
    <w:p>
      <w:r>
        <w:t xml:space="preserve">06:32      (Speaker A)  Yeah. </w:t>
      </w:r>
    </w:p>
    <w:p>
      <w:r>
        <w:t xml:space="preserve">06:33      (Speaker J)  So can I ask another question? So these are bushes. </w:t>
      </w:r>
    </w:p>
    <w:p>
      <w:r>
        <w:t xml:space="preserve">06:36      (Speaker E)  Right. </w:t>
      </w:r>
    </w:p>
    <w:p>
      <w:r>
        <w:t xml:space="preserve">06:37      (Speaker J)  They don't have to be flowering, am I right? Okay. So we have some in our front yard that never dies. And they're beautiful. They start off kind of a limey green, and then they get a little darker in the summer. You do just have to. You just have to, you know, shape </w:t>
      </w:r>
    </w:p>
    <w:p>
      <w:r>
        <w:t xml:space="preserve">06:51      (Speaker C)  them a little bit. </w:t>
      </w:r>
    </w:p>
    <w:p>
      <w:r>
        <w:t xml:space="preserve">06:54      (Speaker B)  I know for a fact they don't </w:t>
      </w:r>
    </w:p>
    <w:p>
      <w:r>
        <w:t xml:space="preserve">06:55      (Speaker J)  cost $600 because we wouldn't have much money for them, so. Yeah, I don't know, because azaleas are not attractive when they're not in bloom. They are not an attractive bush. </w:t>
      </w:r>
    </w:p>
    <w:p>
      <w:r>
        <w:t xml:space="preserve">07:07      (Speaker C)  It's a bush just like those. </w:t>
      </w:r>
    </w:p>
    <w:p>
      <w:r>
        <w:t xml:space="preserve">07:09      (Speaker J)  No, there's nice bushes, though, that are not $600. I'm just saying. </w:t>
      </w:r>
    </w:p>
    <w:p>
      <w:r>
        <w:t xml:space="preserve">07:15      (Speaker C)  Just other options, please. Okay, Moving on to your expensive tree proposal here. </w:t>
      </w:r>
    </w:p>
    <w:p>
      <w:r>
        <w:t xml:space="preserve">07:21      (Speaker I)  Yeah. So there's. The last time I count, I think </w:t>
      </w:r>
    </w:p>
    <w:p>
      <w:r>
        <w:t xml:space="preserve">07:24      (Speaker B)  there's a few more. </w:t>
      </w:r>
    </w:p>
    <w:p>
      <w:r>
        <w:t xml:space="preserve">07:25      (Speaker I)  Fizzling out was 18 count. That averages up to probably 260 something a tree. I've worked that out with the vendor. If they do a group, if they price it separately, it'd be a lot more. But if they do a day rate and squeeze all that in in one spot, they can do a discount, and that's what came down. </w:t>
      </w:r>
    </w:p>
    <w:p>
      <w:r>
        <w:t xml:space="preserve">07:44      (Speaker C)  Is it still the beetles that are causing this? </w:t>
      </w:r>
    </w:p>
    <w:p>
      <w:r>
        <w:t xml:space="preserve">07:47      (Speaker I)  Yeah, for the most part. There's a couple that were damaged by a storm of, I would say 75% damage. </w:t>
      </w:r>
    </w:p>
    <w:p>
      <w:r>
        <w:t xml:space="preserve">07:53      (Speaker A)  And how many did we remove last year? </w:t>
      </w:r>
    </w:p>
    <w:p>
      <w:r>
        <w:t xml:space="preserve">07:56      (Speaker I)  I don't have that counted. </w:t>
      </w:r>
    </w:p>
    <w:p>
      <w:r>
        <w:t xml:space="preserve">07:58      (Speaker A)  Quite a few. </w:t>
      </w:r>
    </w:p>
    <w:p>
      <w:r>
        <w:t xml:space="preserve">07:59      (Speaker C)  I feel like it was like probably </w:t>
      </w:r>
    </w:p>
    <w:p>
      <w:r>
        <w:t xml:space="preserve">08:00      (Speaker I)  up to 90, 80 to 100 trees last year. This is. This year's been a little bit. </w:t>
      </w:r>
    </w:p>
    <w:p>
      <w:r>
        <w:t xml:space="preserve">08:07      (Speaker A)  My question is, like, we're going to start running out trees soon, so is there something that we can do to combat that? </w:t>
      </w:r>
    </w:p>
    <w:p>
      <w:r>
        <w:t xml:space="preserve">08:15      (Speaker I)  Most of the trees, I would say 95% of the trees were pine trees, and those are more apt for disease or lightning. So, I mean, we go with different trees, but they're probably twice as much as replacing pines. So pine trees are pretty cheap. </w:t>
      </w:r>
    </w:p>
    <w:p>
      <w:r>
        <w:t xml:space="preserve">08:30      (Speaker C)  Yeah. Unfortunately, there's nothing you can do about those beetles. </w:t>
      </w:r>
    </w:p>
    <w:p>
      <w:r>
        <w:t xml:space="preserve">08:33      (Speaker E)  Right. </w:t>
      </w:r>
    </w:p>
    <w:p>
      <w:r>
        <w:t xml:space="preserve">08:34      (Speaker C)  Because we talked about that the last time, too. </w:t>
      </w:r>
    </w:p>
    <w:p>
      <w:r>
        <w:t xml:space="preserve">08:37      (Speaker K)  All right. </w:t>
      </w:r>
    </w:p>
    <w:p>
      <w:r>
        <w:t xml:space="preserve">08:38      (Speaker C)  I'd like to make a motion to approve the tree proposal for $4,857.14. </w:t>
      </w:r>
    </w:p>
    <w:p>
      <w:r>
        <w:t xml:space="preserve">08:49      (Speaker A)  I'll second. I do have Another question about it afterwards. </w:t>
      </w:r>
    </w:p>
    <w:p>
      <w:r>
        <w:t xml:space="preserve">08:57      (Speaker C)  All in favor? </w:t>
      </w:r>
    </w:p>
    <w:p>
      <w:r>
        <w:t xml:space="preserve">08:57      (Speaker A)  Oh, yeah. All in favor? </w:t>
      </w:r>
    </w:p>
    <w:p>
      <w:r>
        <w:t xml:space="preserve">08:58      (Speaker M)  Aye. </w:t>
      </w:r>
    </w:p>
    <w:p>
      <w:r>
        <w:t xml:space="preserve">08:59      (Speaker B)  Any opposed hearing that? Motion passing? </w:t>
      </w:r>
    </w:p>
    <w:p>
      <w:r>
        <w:t xml:space="preserve">09:05      (Speaker C)  No, ma'. </w:t>
      </w:r>
    </w:p>
    <w:p>
      <w:r>
        <w:t xml:space="preserve">09:05      (Speaker J)  Am. </w:t>
      </w:r>
    </w:p>
    <w:p>
      <w:r>
        <w:t xml:space="preserve">09:06      (Speaker C)  There was a comment section at the front and there'll be one at the end. </w:t>
      </w:r>
    </w:p>
    <w:p>
      <w:r>
        <w:t xml:space="preserve">09:10      (Speaker A)  So question is, moving forward, is there a way for us to test or know instead of them getting into one tree and time going by and then spreading to others? Is there a way for us to catch this quicker? </w:t>
      </w:r>
    </w:p>
    <w:p>
      <w:r>
        <w:t xml:space="preserve">09:28      (Speaker I)  I mean, as long as you catch them, I would say like at least </w:t>
      </w:r>
    </w:p>
    <w:p>
      <w:r>
        <w:t xml:space="preserve">09:33      (Speaker B)  three weeks at a time. </w:t>
      </w:r>
    </w:p>
    <w:p>
      <w:r>
        <w:t xml:space="preserve">09:34      (Speaker I)  Once they start declining, that's. And I send some pictures over to my vendor. They can tell me it's this or that. But the sooner you get them down, the better. So I would probably come every meeting with a proposal to remove some. </w:t>
      </w:r>
    </w:p>
    <w:p>
      <w:r>
        <w:t xml:space="preserve">09:50      (Speaker B)  And then we have a proposal for annuals which is passed out here for you. This is contractual. This is something we do every quarter. Same as we've done in the past. </w:t>
      </w:r>
    </w:p>
    <w:p>
      <w:r>
        <w:t xml:space="preserve">10:01      (Speaker G)  Yeah. </w:t>
      </w:r>
    </w:p>
    <w:p>
      <w:r>
        <w:t xml:space="preserve">10:02      (Speaker I)  This is outside of contract. </w:t>
      </w:r>
    </w:p>
    <w:p>
      <w:r>
        <w:t xml:space="preserve">10:03      (Speaker B)  Oh, I'm sorry. </w:t>
      </w:r>
    </w:p>
    <w:p>
      <w:r>
        <w:t xml:space="preserve">10:03      (Speaker I)  Yes. </w:t>
      </w:r>
    </w:p>
    <w:p>
      <w:r>
        <w:t xml:space="preserve">10:04      (Speaker B)  My apologies. I was wrong. </w:t>
      </w:r>
    </w:p>
    <w:p>
      <w:r>
        <w:t xml:space="preserve">10:08      (Speaker C)  So this is just our normal. Yeah, this is fall flowers. When is. When are we talking about doing this? </w:t>
      </w:r>
    </w:p>
    <w:p>
      <w:r>
        <w:t xml:space="preserve">10:13      (Speaker I)  Probably mid September. </w:t>
      </w:r>
    </w:p>
    <w:p>
      <w:r>
        <w:t xml:space="preserve">10:15      (Speaker C)  Do we need a motion for this? All right, I'll make a motion to approve the annual flower install for $2,234.32. </w:t>
      </w:r>
    </w:p>
    <w:p>
      <w:r>
        <w:t xml:space="preserve">10:25      (Speaker B)  Second motion and a second. </w:t>
      </w:r>
    </w:p>
    <w:p>
      <w:r>
        <w:t xml:space="preserve">10:27      (Speaker A)  All in favor say aye. </w:t>
      </w:r>
    </w:p>
    <w:p>
      <w:r>
        <w:t xml:space="preserve">10:30      (Speaker B)  Any opposed? Hearing none. Motion passes. Any other questions on the trail mark side? </w:t>
      </w:r>
    </w:p>
    <w:p>
      <w:r>
        <w:t xml:space="preserve">10:37      (Speaker A)  No. </w:t>
      </w:r>
    </w:p>
    <w:p>
      <w:r>
        <w:t xml:space="preserve">10:38      (Speaker B)  Move on to the Reverie report. </w:t>
      </w:r>
    </w:p>
    <w:p>
      <w:r>
        <w:t xml:space="preserve">10:40      (Speaker I)  So we finally got some steady water running over there now. </w:t>
      </w:r>
    </w:p>
    <w:p>
      <w:r>
        <w:t xml:space="preserve">10:45      (Speaker D)  Yay. </w:t>
      </w:r>
    </w:p>
    <w:p>
      <w:r>
        <w:t xml:space="preserve">10:45      (Speaker I)  Everything's starting to turn around pretty quickly. We still need a few more turf applications to get that turned around a little bit. We did install some floor tan at that install that we did by the mailbox and that already looks a lot better than the Vista. So moving forward, I would suggest putting that in where we can. Flowers were installed a couple weeks ago. They look great. We're going to do a fertilizer application on those next week and start with our over the top selectives and some of like the juniper beds, some of the shrubs. There's a little bit of hand points needs to be done, but we're getting. It looks a lot better than last month. </w:t>
      </w:r>
    </w:p>
    <w:p>
      <w:r>
        <w:t xml:space="preserve">11:20      (Speaker B)  So we're getting that. </w:t>
      </w:r>
    </w:p>
    <w:p>
      <w:r>
        <w:t xml:space="preserve">11:23      (Speaker I)  Everything else is on rotation and we're up to speed. </w:t>
      </w:r>
    </w:p>
    <w:p>
      <w:r>
        <w:t xml:space="preserve">11:27      (Speaker M)  Are there still plans for more sod replacement? </w:t>
      </w:r>
    </w:p>
    <w:p>
      <w:r>
        <w:t xml:space="preserve">11:31      (Speaker I)  I assume proposal that we're probably going to go over today for the entrance? </w:t>
      </w:r>
    </w:p>
    <w:p>
      <w:r>
        <w:t xml:space="preserve">11:34      (Speaker B)  Yeah, that'll be the next item. Any other questions on the services? </w:t>
      </w:r>
    </w:p>
    <w:p>
      <w:r>
        <w:t xml:space="preserve">11:40      (Speaker M)  Irrigation? </w:t>
      </w:r>
    </w:p>
    <w:p>
      <w:r>
        <w:t xml:space="preserve">11:42      (Speaker H)  Yes. </w:t>
      </w:r>
    </w:p>
    <w:p>
      <w:r>
        <w:t xml:space="preserve">11:45      (Speaker B)  Then we'll move on to the proposal for entry sod install. </w:t>
      </w:r>
    </w:p>
    <w:p>
      <w:r>
        <w:t xml:space="preserve">11:49      (Speaker I)  So I Broke it down into three sections. The first is the bed as you're coming in at the entrance that is completely dead. I would definitely do that right now. The second one, there's a couple small islands that probably I would go for as well. The third is the big island in the middle which could wait a little longer. But while we're doing it it's probably cheaper to do it all in one shot. </w:t>
      </w:r>
    </w:p>
    <w:p>
      <w:r>
        <w:t xml:space="preserve">12:12      (Speaker M)  Which island is that? </w:t>
      </w:r>
    </w:p>
    <w:p>
      <w:r>
        <w:t xml:space="preserve">12:15      (Speaker I)  The bigger island is number one. </w:t>
      </w:r>
    </w:p>
    <w:p>
      <w:r>
        <w:t xml:space="preserve">12:18      (Speaker B)  There's a little map in here if you go just after the proposal it'll show the different areas. </w:t>
      </w:r>
    </w:p>
    <w:p>
      <w:r>
        <w:t xml:space="preserve">12:26      (Speaker C)  Yes Louie. </w:t>
      </w:r>
    </w:p>
    <w:p>
      <w:r>
        <w:t xml:space="preserve">12:28      (Speaker G)  I've looked at these areas. Louis Calvin Tree Finder Homes I've looked at these areas. He's correct. At the yuri on the right hand side by the entry needs to be totally replaced. Walk the rest of the area calculated it's going to be probably another 400 to 500 square foot of turf that we replaced. Yes. Replacing with floor tame or wall would probably be the best option. But for cost savings I think we replace what's damaged now and just do those and let the floor dam back in some of the the islands in there. So I would say probably not to exceeded like $3,000 to do this square footage wise by their pricing square footage. We should drop that proposal down quite a bit. </w:t>
      </w:r>
    </w:p>
    <w:p>
      <w:r>
        <w:t xml:space="preserve">13:15      (Speaker I)  Yeah, we can do that and piece it in. I'm just saying look, the last discussion that we had if you're moving towards going to Flor Tam later in the future that's what you may want to go with instead of piecing it in and then redoing it later. But it's whatever decided if it, it </w:t>
      </w:r>
    </w:p>
    <w:p>
      <w:r>
        <w:t xml:space="preserve">13:30      (Speaker M)  has to be redone again later. That doesn't make sense. </w:t>
      </w:r>
    </w:p>
    <w:p>
      <w:r>
        <w:t xml:space="preserve">13:35      (Speaker I)  We're trying to move away from the Prov vista is what we're we're talking about. </w:t>
      </w:r>
    </w:p>
    <w:p>
      <w:r>
        <w:t xml:space="preserve">13:39      (Speaker C)  So I think what the discussion was prior Mindy was that Kevin was really pushing to get rid of the Provista because it failed there. And I mean we don't know really if the previous landscaper </w:t>
      </w:r>
    </w:p>
    <w:p>
      <w:r>
        <w:t xml:space="preserve">14:00      (Speaker M)  had. </w:t>
      </w:r>
    </w:p>
    <w:p>
      <w:r>
        <w:t xml:space="preserve">14:00      (Speaker C)  You know they literally told me that they put fertilizer on it and didn't have water to it. So they basically burnt it up. So I think Louis has a good point for cost savings that we could just stick with the Provista instead of trying to replace all of that sod. </w:t>
      </w:r>
    </w:p>
    <w:p>
      <w:r>
        <w:t xml:space="preserve">14:22      (Speaker M)  But you're not replacing everything, it's just the very specific areas. </w:t>
      </w:r>
    </w:p>
    <w:p>
      <w:r>
        <w:t xml:space="preserve">14:27      (Speaker I)  Well you could like I said the, the front corner as you're coming in the entrance definitely would do floor tan there and then those two islands as well, now the bigger island, which is island one, there's not as much dead in there. So if you wanted to patch that into Provista, that would save a lot of money. Instead of repeating placing both sides of that first island. </w:t>
      </w:r>
    </w:p>
    <w:p>
      <w:r>
        <w:t xml:space="preserve">14:51      (Speaker A)  So if we piece them. If we pieced in area one and then just Redid Island 1, 2, 3. </w:t>
      </w:r>
    </w:p>
    <w:p>
      <w:r>
        <w:t xml:space="preserve">15:04      (Speaker C)  So say that again. So Area 1, we would. We would replace. We would take the provista out and replace with Flora Tan and I would </w:t>
      </w:r>
    </w:p>
    <w:p>
      <w:r>
        <w:t xml:space="preserve">15:11      (Speaker I)  do the same with 2 and 3. But then just piece in what is needed for Island 1 and Priority 3. At the bottom line. I can go re measure that. I mean that's. That's not as nowhere near as bad shape as the other islands. </w:t>
      </w:r>
    </w:p>
    <w:p>
      <w:r>
        <w:t xml:space="preserve">15:26      (Speaker A)  Okay. </w:t>
      </w:r>
    </w:p>
    <w:p>
      <w:r>
        <w:t xml:space="preserve">15:27      (Speaker M)  But even along the sidewall, even coming in on the skyline on the left side. </w:t>
      </w:r>
    </w:p>
    <w:p>
      <w:r>
        <w:t xml:space="preserve">15:34      (Speaker I)  Yeah. There's a lot of areas that are. </w:t>
      </w:r>
    </w:p>
    <w:p>
      <w:r>
        <w:t xml:space="preserve">15:36      (Speaker M)  That. I mean, I don't know if you plan to replace that or that whole airdance. </w:t>
      </w:r>
    </w:p>
    <w:p>
      <w:r>
        <w:t xml:space="preserve">15:41      (Speaker A)  Yeah. </w:t>
      </w:r>
    </w:p>
    <w:p>
      <w:r>
        <w:t xml:space="preserve">15:42      (Speaker I)  I can address as we're moving into it. </w:t>
      </w:r>
    </w:p>
    <w:p>
      <w:r>
        <w:t xml:space="preserve">15:44      (Speaker C)  Yeah, he can give us a quote on that. But as far as this quote that we're giving right now, I think that, that. So how much of a cost savings </w:t>
      </w:r>
    </w:p>
    <w:p>
      <w:r>
        <w:t xml:space="preserve">15:55      (Speaker I)  do you think if you want, we can just cross off priority three altogether because that's not quite as bad a shape. Do the first two priorities and then I can bring something different to the next meeting. </w:t>
      </w:r>
    </w:p>
    <w:p>
      <w:r>
        <w:t xml:space="preserve">16:09      (Speaker A)  Five grand instead of seven. </w:t>
      </w:r>
    </w:p>
    <w:p>
      <w:r>
        <w:t xml:space="preserve">16:18      (Speaker M)  I figured at least you have to do more too. I mean that. Because we're going to have to wind up doing it again later. Then it's just going to foster again later. So bite the bullet, pay the price. </w:t>
      </w:r>
    </w:p>
    <w:p>
      <w:r>
        <w:t xml:space="preserve">16:39      (Speaker H)  I mean, would it. </w:t>
      </w:r>
    </w:p>
    <w:p>
      <w:r>
        <w:t xml:space="preserve">16:41      (Speaker A)  Would the Flor Tam take over? </w:t>
      </w:r>
    </w:p>
    <w:p>
      <w:r>
        <w:t xml:space="preserve">16:44      (Speaker G)  It's. </w:t>
      </w:r>
    </w:p>
    <w:p>
      <w:r>
        <w:t xml:space="preserve">16:45      (Speaker I)  It's in areas where it won't spread. It's not butting up to another turf. </w:t>
      </w:r>
    </w:p>
    <w:p>
      <w:r>
        <w:t xml:space="preserve">16:49      (Speaker A)  Okay. </w:t>
      </w:r>
    </w:p>
    <w:p>
      <w:r>
        <w:t xml:space="preserve">16:51      (Speaker I)  St. Augustine won't spread that way before it can. </w:t>
      </w:r>
    </w:p>
    <w:p>
      <w:r>
        <w:t xml:space="preserve">16:55      (Speaker M)  We don't want to run this into next year's budget again. The problem happened this year, unfortunately. There's a lot of damage that has occurred in a year. This year. I don't want to see it playing into next year. </w:t>
      </w:r>
    </w:p>
    <w:p>
      <w:r>
        <w:t xml:space="preserve">17:18      (Speaker A)  I mean, I like the option of taken off to priority two and three. I mean three </w:t>
      </w:r>
    </w:p>
    <w:p>
      <w:r>
        <w:t xml:space="preserve">17:26      (Speaker M)  and then come back with another quote on what to do with that. I tend to agree with that. I'm not just looking to throw money. </w:t>
      </w:r>
    </w:p>
    <w:p>
      <w:r>
        <w:t xml:space="preserve">17:39      (Speaker A)  Yeah. But I mean it doesn't look good at all. What was that chinch box? </w:t>
      </w:r>
    </w:p>
    <w:p>
      <w:r>
        <w:t xml:space="preserve">17:46      (Speaker I)  It was a mixture. There could have been chinch. It was definitely lack of water. Mostly drought out. </w:t>
      </w:r>
    </w:p>
    <w:p>
      <w:r>
        <w:t xml:space="preserve">17:51      (Speaker C)  Yeah, it was the water. And then the previous Landscaper threw fertilizer on it when we didn't have water to it. Burnt it all up. He literally told me that they did that. All right, we'd be looking for a motion here. Mindy, you sound pretty. </w:t>
      </w:r>
    </w:p>
    <w:p>
      <w:r>
        <w:t xml:space="preserve">18:16      (Speaker M)  Yeah. </w:t>
      </w:r>
    </w:p>
    <w:p>
      <w:r>
        <w:t xml:space="preserve">18:16      (Speaker C)  Okay, you go. </w:t>
      </w:r>
    </w:p>
    <w:p>
      <w:r>
        <w:t xml:space="preserve">18:18      (Speaker B)  There's a motion to approve the full proposal? </w:t>
      </w:r>
    </w:p>
    <w:p>
      <w:r>
        <w:t xml:space="preserve">18:20      (Speaker A)  Yes. </w:t>
      </w:r>
    </w:p>
    <w:p>
      <w:r>
        <w:t xml:space="preserve">18:21      (Speaker B)  Is there a second? </w:t>
      </w:r>
    </w:p>
    <w:p>
      <w:r>
        <w:t xml:space="preserve">18:22      (Speaker D)  I'll second. </w:t>
      </w:r>
    </w:p>
    <w:p>
      <w:r>
        <w:t xml:space="preserve">18:23      (Speaker B)  Motion and a second. All in favor say aye. </w:t>
      </w:r>
    </w:p>
    <w:p>
      <w:r>
        <w:t xml:space="preserve">18:27      (Speaker C)  Aye. </w:t>
      </w:r>
    </w:p>
    <w:p>
      <w:r>
        <w:t xml:space="preserve">18:28      (Speaker B)  Any opposed hearing? None. Motion passes. Any other questions on irrigation? </w:t>
      </w:r>
    </w:p>
    <w:p>
      <w:r>
        <w:t xml:space="preserve">18:40      (Speaker C)  Yes. Hi. What all did we fix in that during. In between last meeting and this meeting? There was some emergent needs on irrigation that I approved. So I'd like to know what all was done there. </w:t>
      </w:r>
    </w:p>
    <w:p>
      <w:r>
        <w:t xml:space="preserve">19:02      (Speaker D)  So we're still working through it right now. It's a lightning damage. So we're still going through that process. We should be done by the end of this week. </w:t>
      </w:r>
    </w:p>
    <w:p>
      <w:r>
        <w:t xml:space="preserve">19:10      (Speaker C)  Okay, but what all was it? </w:t>
      </w:r>
    </w:p>
    <w:p>
      <w:r>
        <w:t xml:space="preserve">19:13      (Speaker D)  What have we found so far? We found that we got a valve just passed split over on that trail mark that's stuck on. We still trying to find it, but it won't be any extra charge in that valve. And then river, we got some lightning there as well. So we got the risk involved of rounding rods that are going to hit the ground. But it's in between every 500ft. So we're going through just cutting these out and finding. </w:t>
      </w:r>
    </w:p>
    <w:p>
      <w:r>
        <w:t xml:space="preserve">19:41      (Speaker C)  So that thing that the invoice that I approved to get fixed was related to the lightning damage? </w:t>
      </w:r>
    </w:p>
    <w:p>
      <w:r>
        <w:t xml:space="preserve">19:48      (Speaker M)  Yes, ma'. </w:t>
      </w:r>
    </w:p>
    <w:p>
      <w:r>
        <w:t xml:space="preserve">19:48      (Speaker E)  Am. </w:t>
      </w:r>
    </w:p>
    <w:p>
      <w:r>
        <w:t xml:space="preserve">19:49      (Speaker A)  Okay. </w:t>
      </w:r>
    </w:p>
    <w:p>
      <w:r>
        <w:t xml:space="preserve">19:49      (Speaker C)  That's all right. So that. </w:t>
      </w:r>
    </w:p>
    <w:p>
      <w:r>
        <w:t xml:space="preserve">19:51      (Speaker D)  So we're doing everything we can to bring that for you. So as we go through and get everything done, it will be cause savings to you guys on the bank. So it's more of a natural scene. </w:t>
      </w:r>
    </w:p>
    <w:p>
      <w:r>
        <w:t xml:space="preserve">20:02      (Speaker C)  Yeah, I was just worried that things were gonna die. </w:t>
      </w:r>
    </w:p>
    <w:p>
      <w:r>
        <w:t xml:space="preserve">20:04      (Speaker D)  I got you. Gotcha. We're getting stuff back up. </w:t>
      </w:r>
    </w:p>
    <w:p>
      <w:r>
        <w:t xml:space="preserve">20:07      (Speaker F)  Okay. </w:t>
      </w:r>
    </w:p>
    <w:p>
      <w:r>
        <w:t xml:space="preserve">20:08      (Speaker D)  We'll have it done by the end of this. </w:t>
      </w:r>
    </w:p>
    <w:p>
      <w:r>
        <w:t xml:space="preserve">20:10      (Speaker C)  Okay, perfect. Thank you. </w:t>
      </w:r>
    </w:p>
    <w:p>
      <w:r>
        <w:t xml:space="preserve">20:12      (Speaker D)  Any other question? </w:t>
      </w:r>
    </w:p>
    <w:p>
      <w:r>
        <w:t xml:space="preserve">20:14      (Speaker B)  Thank you guys. </w:t>
      </w:r>
    </w:p>
    <w:p>
      <w:r>
        <w:t xml:space="preserve">20:15      (Speaker A)  Thank you. </w:t>
      </w:r>
    </w:p>
    <w:p>
      <w:r>
        <w:t xml:space="preserve">20:18      (Speaker B)  Next we have the Florida water raiser. Do you have anybody at the Florida waterways? Jim, anything to report? No big updates. I know there's a couple of cons </w:t>
      </w:r>
    </w:p>
    <w:p>
      <w:r>
        <w:t xml:space="preserve">20:27      (Speaker L)  that we've heard about, some algae issues. So I've had them do a four retreats at the end of tri or bluegrass area. Other than that, I don't think anything else has come up there. </w:t>
      </w:r>
    </w:p>
    <w:p>
      <w:r>
        <w:t xml:space="preserve">20:37      (Speaker B)  Some of the new pumps, they took </w:t>
      </w:r>
    </w:p>
    <w:p>
      <w:r>
        <w:t xml:space="preserve">20:38      (Speaker L)  over towards the back of the community. They just start spraying the cattails. A lot of those ponds have them. So we're going to be working on that. And then as we discussed on the </w:t>
      </w:r>
    </w:p>
    <w:p>
      <w:r>
        <w:t xml:space="preserve">20:46      (Speaker B)  agenda call as well. </w:t>
      </w:r>
    </w:p>
    <w:p>
      <w:r>
        <w:t xml:space="preserve">20:47      (Speaker L)  I know we're going to start back with the stock and the carp and the carp barriers within the next few </w:t>
      </w:r>
    </w:p>
    <w:p>
      <w:r>
        <w:t xml:space="preserve">20:52      (Speaker B)  months when the weather turns. </w:t>
      </w:r>
    </w:p>
    <w:p>
      <w:r>
        <w:t xml:space="preserve">20:54      (Speaker L)  So other than that, I'm going to take any questions, </w:t>
      </w:r>
    </w:p>
    <w:p>
      <w:r>
        <w:t xml:space="preserve">20:58      (Speaker B)  any questions on the Lake Maintenance </w:t>
      </w:r>
    </w:p>
    <w:p>
      <w:r>
        <w:t xml:space="preserve">21:01      (Speaker M)  river race. </w:t>
      </w:r>
    </w:p>
    <w:p>
      <w:r>
        <w:t xml:space="preserve">21:02      (Speaker D)  Yeah. Thank you. Go ahead. </w:t>
      </w:r>
    </w:p>
    <w:p>
      <w:r>
        <w:t xml:space="preserve">21:04      (Speaker M)  On our pond maven, do we have any reports on what's happening with our ponds? </w:t>
      </w:r>
    </w:p>
    <w:p>
      <w:r>
        <w:t xml:space="preserve">21:08      (Speaker F)  So we don't have any thinker before. I know that were included in the board practice with everything else, right? </w:t>
      </w:r>
    </w:p>
    <w:p>
      <w:r>
        <w:t xml:space="preserve">21:17      (Speaker B)  Yeah, yeah, yeah. </w:t>
      </w:r>
    </w:p>
    <w:p>
      <w:r>
        <w:t xml:space="preserve">21:19      (Speaker F)  But I know that you and I had talked about it and we sent you some resources and some things. We had a chance to take a look. </w:t>
      </w:r>
    </w:p>
    <w:p>
      <w:r>
        <w:t xml:space="preserve">21:26      (Speaker D)  But I mean if you, if you look at the, the reports from the ponds and Reverie, I mean there's all kinds of stuff, algae and seeds and </w:t>
      </w:r>
    </w:p>
    <w:p>
      <w:r>
        <w:t xml:space="preserve">21:38      (Speaker F)  which are being treated. </w:t>
      </w:r>
    </w:p>
    <w:p>
      <w:r>
        <w:t xml:space="preserve">21:40      (Speaker B)  I think probably would be a good </w:t>
      </w:r>
    </w:p>
    <w:p>
      <w:r>
        <w:t xml:space="preserve">21:41      (Speaker F)  idea to meet with Toby like we talked about. </w:t>
      </w:r>
    </w:p>
    <w:p>
      <w:r>
        <w:t xml:space="preserve">21:55      (Speaker B)  Yeah, there is. This is, this is also a pretty common issue I'm seeing in all my districts right now with the, you know, the extreme heat. We had that drought for a long time. We're just now getting water. All those nutrients are flushing into the ponds. They are only allowed to treat per log so many times and use so much amount of chemicals. So they can't just come out and just keep treating and treating until it goes away. They have to wait a few weeks depending on the chemical. And then sometimes those treatments can take a week or two for the plant material to actually die and sink to the bottom. </w:t>
      </w:r>
    </w:p>
    <w:p>
      <w:r>
        <w:t xml:space="preserve">22:25      (Speaker D)  If you look at the reports, the trail mark looks. I'm sure that they're not perfect, but in terms of algae and other things, trail mark looks like they're pretty good. Now those are more mature ponds and I guess that has a lot to do with it as well. </w:t>
      </w:r>
    </w:p>
    <w:p>
      <w:r>
        <w:t xml:space="preserve">22:42      (Speaker J)  Our canal is horrible. </w:t>
      </w:r>
    </w:p>
    <w:p>
      <w:r>
        <w:t xml:space="preserve">22:44      (Speaker C)  Have you ever seen our canal? </w:t>
      </w:r>
    </w:p>
    <w:p>
      <w:r>
        <w:t xml:space="preserve">22:47      (Speaker D)  That's not. The canal's an exception. </w:t>
      </w:r>
    </w:p>
    <w:p>
      <w:r>
        <w:t xml:space="preserve">22:51      (Speaker J)  Yeah. </w:t>
      </w:r>
    </w:p>
    <w:p>
      <w:r>
        <w:t xml:space="preserve">22:51      (Speaker C)  Now there are some similar. Like if you look at the trail mark reports, there's some similar ponds that have some of the algae, if that's what you're talking about. The algae blooms. Like look at pond 23 in here. That looks awful. Have we asked Jim about doing additional treatments in any other ponds? Jennifer? </w:t>
      </w:r>
    </w:p>
    <w:p>
      <w:r>
        <w:t xml:space="preserve">23:11      (Speaker F)  I can't say that I've met with him. </w:t>
      </w:r>
    </w:p>
    <w:p>
      <w:r>
        <w:t xml:space="preserve">23:14      (Speaker C)  Okay. If you could just reach out to him and see what the options are for additional treatments or what he would suggest to assist with the algae blooms in the Reverie ponds, that'd be great. </w:t>
      </w:r>
    </w:p>
    <w:p>
      <w:r>
        <w:t xml:space="preserve">23:27      (Speaker F)  I'll talk to Toby too because I know when he comes out they talk. He does talk. And I can check with Toby. What they've had conversations about. But again, I really, like we had talked about, I think it's a good idea for you to also meet with </w:t>
      </w:r>
    </w:p>
    <w:p>
      <w:r>
        <w:t xml:space="preserve">23:38      (Speaker C)  them to talk about like some of </w:t>
      </w:r>
    </w:p>
    <w:p>
      <w:r>
        <w:t xml:space="preserve">23:39      (Speaker F)  the things that Daniel has talked about, but also just understanding like what the season's bring, what the conditions are, things like that. So. And I know that from what I can recall, there has been. We talk to the landscapers about blowing grass into it when you're doing the ponds, things like that. </w:t>
      </w:r>
    </w:p>
    <w:p>
      <w:r>
        <w:t xml:space="preserve">24:01      (Speaker C)  So. </w:t>
      </w:r>
    </w:p>
    <w:p>
      <w:r>
        <w:t xml:space="preserve">24:02      (Speaker F)  But let's meet, let's get you up to speed and everything. </w:t>
      </w:r>
    </w:p>
    <w:p>
      <w:r>
        <w:t xml:space="preserve">24:06      (Speaker N)  And Sarah has an update. </w:t>
      </w:r>
    </w:p>
    <w:p>
      <w:r>
        <w:t xml:space="preserve">24:09      (Speaker F)  Sarah has an update. Sarah's a new manager. </w:t>
      </w:r>
    </w:p>
    <w:p>
      <w:r>
        <w:t xml:space="preserve">24:13      (Speaker C)  Hi, Sarah. </w:t>
      </w:r>
    </w:p>
    <w:p>
      <w:r>
        <w:t xml:space="preserve">24:29      (Speaker D)  Saying that mature ponds tend to do better than. </w:t>
      </w:r>
    </w:p>
    <w:p>
      <w:r>
        <w:t xml:space="preserve">24:32      (Speaker B)  Yeah, I mean, mature to a point, and then once they get really old, they can also start to have problems again. I mean, it really comes down to the ecosystem of the podcast pond, the nutrients, the nitrogen, all these different things. So, like the grass carp, for instance, are going to help a lot once we get that because they eat all that vegetation that normally would just die and rot in the pond. They'll eat that before it lets it release all that in. So that's typically one of the better things we see. But yeah, no, your newer ponds, very new ponds usually are fine. Then they can have some trouble and they kind of will balance out a little bit. But I mean, I've had a couple ponds in my time that just. We had like fish kills out of nowhere. You never know, like just completely natural causes. </w:t>
      </w:r>
    </w:p>
    <w:p>
      <w:r>
        <w:t xml:space="preserve">25:09      (Speaker C)  So the other thing, I don't think that we approved any carp for Reverie. Right. </w:t>
      </w:r>
    </w:p>
    <w:p>
      <w:r>
        <w:t xml:space="preserve">25:14      (Speaker B)  I thought they were working on the barriers there. </w:t>
      </w:r>
    </w:p>
    <w:p>
      <w:r>
        <w:t xml:space="preserve">25:17      (Speaker C)  Can you check on that, Sarah? Can you check with Jim? And if you're gonna meet with Jim too, that would be the next question. I know that we approved and we're getting carp ready for some of the more problem ponds in side of trail. Mark. I'm not 100% that we did that for Reverie. So we need to check with Jim to see if not. If not, we need to go ahead and do that because we're coming into the cooler months where that's the time to put them in. So we can already get all that ball rolling to get that done. But that's basically the only thing that really will help with the algae for </w:t>
      </w:r>
    </w:p>
    <w:p>
      <w:r>
        <w:t xml:space="preserve">25:59      (Speaker M)  years. </w:t>
      </w:r>
    </w:p>
    <w:p>
      <w:r>
        <w:t xml:space="preserve">25:59      (Speaker C)  But unfortunately, algae blooms are a constant battle. </w:t>
      </w:r>
    </w:p>
    <w:p>
      <w:r>
        <w:t xml:space="preserve">26:05      (Speaker B)  Everything goes into it. Like, you know, the residents fertilize their yards. That all washes in. So some people have get a ton of fertilization and that creates algae blooms when it gets to the farm. </w:t>
      </w:r>
    </w:p>
    <w:p>
      <w:r>
        <w:t xml:space="preserve">26:15      (Speaker D)  We had this discussion. The board had a discussion maybe last year about it's a catch 22 and a lot of the rest. Residents don't want to see growth by the pond. But that would help. </w:t>
      </w:r>
    </w:p>
    <w:p>
      <w:r>
        <w:t xml:space="preserve">26:29      (Speaker B)  It would, yeah. I mean, I've seen some districts where they grow the cattails on purpose along the edge because it does filter coming in. One of the biggest complaints I get overall is long grass in the ponds. </w:t>
      </w:r>
    </w:p>
    <w:p>
      <w:r>
        <w:t xml:space="preserve">26:42      (Speaker D)  But I think that's a great idea to explore what we need to fish. What are the other options? </w:t>
      </w:r>
    </w:p>
    <w:p>
      <w:r>
        <w:t xml:space="preserve">26:52      (Speaker A)  So everything. </w:t>
      </w:r>
    </w:p>
    <w:p>
      <w:r>
        <w:t xml:space="preserve">26:53      (Speaker H)  Most of the data set is accurate. The algae blooms are related to your lawn maintenance clippings getting into the pond. That's what they're there to do is to filter out your nitrogens that are in your lawn fertilizers. This time of year, it's common for them to start to show. But from what I've seen in the neighborhood, they have kind of. </w:t>
      </w:r>
    </w:p>
    <w:p>
      <w:r>
        <w:t xml:space="preserve">27:15      (Speaker A)  With the rain events that we're having, </w:t>
      </w:r>
    </w:p>
    <w:p>
      <w:r>
        <w:t xml:space="preserve">27:17      (Speaker H)  you don't get rain. Like we're coming out of a long, long drought. In the winter. The water just sits in the pond and it's not cycling. So now that we're getting regular rains, the water is starting to cycle in and out of the pond. It'll reduce your algae blooms. If we leave those natural vegetative like buffers along the bank, it will help. So going through and spraying them down with the. </w:t>
      </w:r>
    </w:p>
    <w:p>
      <w:r>
        <w:t xml:space="preserve">27:40      (Speaker D)  Whatever the. </w:t>
      </w:r>
    </w:p>
    <w:p>
      <w:r>
        <w:t xml:space="preserve">27:40      (Speaker H)  Those chemicals are that meet, like the vegetation, it'll kind of take care of itself along with this grass. </w:t>
      </w:r>
    </w:p>
    <w:p>
      <w:r>
        <w:t xml:space="preserve">27:48      (Speaker B)  Carpenter. </w:t>
      </w:r>
    </w:p>
    <w:p>
      <w:r>
        <w:t xml:space="preserve">27:49      (Speaker H)  I was actually at a pond this morning and there must have been a thousand dead fish sitting in it. I don't know what could have caused it. You can have the water tested to see. </w:t>
      </w:r>
    </w:p>
    <w:p>
      <w:r>
        <w:t xml:space="preserve">27:58      (Speaker J)  Not in our neighborhood. </w:t>
      </w:r>
    </w:p>
    <w:p>
      <w:r>
        <w:t xml:space="preserve">27:59      (Speaker H)  In our neighborhood, really. 32 the bluegrass I know my pond </w:t>
      </w:r>
    </w:p>
    <w:p>
      <w:r>
        <w:t xml:space="preserve">28:10      (Speaker J)  was smelling the other day and I looked for fish. I didn't see any. </w:t>
      </w:r>
    </w:p>
    <w:p>
      <w:r>
        <w:t xml:space="preserve">28:13      (Speaker H)  Yeah, that's a very recognizable like. </w:t>
      </w:r>
    </w:p>
    <w:p>
      <w:r>
        <w:t xml:space="preserve">28:15      (Speaker K)  Oh, gosh. </w:t>
      </w:r>
    </w:p>
    <w:p>
      <w:r>
        <w:t xml:space="preserve">28:17      (Speaker L)  Jim's aware of it. He's going to be out Thursday or tomorrow to take a look. He thinks it might be because of the heat levels, because the fish could be the heat. So he thinks it's that. But they're going to test the levels </w:t>
      </w:r>
    </w:p>
    <w:p>
      <w:r>
        <w:t xml:space="preserve">28:26      (Speaker A)  and make sure everything there. </w:t>
      </w:r>
    </w:p>
    <w:p>
      <w:r>
        <w:t xml:space="preserve">28:28      (Speaker J)  Yes. </w:t>
      </w:r>
    </w:p>
    <w:p>
      <w:r>
        <w:t xml:space="preserve">28:28      (Speaker H)  So the deeper the ponds are, the better they'll respond to temperature changes. That specific pond on the drawings is very deep. So I don't know if that's probably happening. </w:t>
      </w:r>
    </w:p>
    <w:p>
      <w:r>
        <w:t xml:space="preserve">28:40      (Speaker B)  What they call it, there's like a. Something flipped. Where essentially there's like hotter, less oxygenated water on the top and there's cold or More oxygenated in the water. And it's a natural occurrence where this will flip and the fish will actually basically suffocate. And that's what causes. It can cause a big fish kill that can issue. </w:t>
      </w:r>
    </w:p>
    <w:p>
      <w:r>
        <w:t xml:space="preserve">28:57      (Speaker H)  So, like the fish that were dead or fish that are common to see up closer to the bank. </w:t>
      </w:r>
    </w:p>
    <w:p>
      <w:r>
        <w:t xml:space="preserve">29:03      (Speaker A)  Just pipe them all out. Are we going to have to replace the carp now, too? </w:t>
      </w:r>
    </w:p>
    <w:p>
      <w:r>
        <w:t xml:space="preserve">29:06      (Speaker H)  No, these aren't carp, and carp will find their way to deep water. These are like little sunfish. It was all the same species of </w:t>
      </w:r>
    </w:p>
    <w:p>
      <w:r>
        <w:t xml:space="preserve">29:13      (Speaker B)  fish that were dead. </w:t>
      </w:r>
    </w:p>
    <w:p>
      <w:r>
        <w:t xml:space="preserve">29:14      (Speaker D)  That's. </w:t>
      </w:r>
    </w:p>
    <w:p>
      <w:r>
        <w:t xml:space="preserve">29:15      (Speaker B)  That's usually lack of oxygen. </w:t>
      </w:r>
    </w:p>
    <w:p>
      <w:r>
        <w:t xml:space="preserve">29:16      (Speaker A)  Yeah, got it. Okay. We didn't lose money. </w:t>
      </w:r>
    </w:p>
    <w:p>
      <w:r>
        <w:t xml:space="preserve">29:18      (Speaker B)  The caro. </w:t>
      </w:r>
    </w:p>
    <w:p>
      <w:r>
        <w:t xml:space="preserve">29:19      (Speaker A)  No, no, no. </w:t>
      </w:r>
    </w:p>
    <w:p>
      <w:r>
        <w:t xml:space="preserve">29:20      (Speaker H)  The carp will survive </w:t>
      </w:r>
    </w:p>
    <w:p>
      <w:r>
        <w:t xml:space="preserve">29:23      (Speaker D)  option would also include installation of gates and. </w:t>
      </w:r>
    </w:p>
    <w:p>
      <w:r>
        <w:t xml:space="preserve">29:27      (Speaker H)  Yeah, there's all the permitting process. </w:t>
      </w:r>
    </w:p>
    <w:p>
      <w:r>
        <w:t xml:space="preserve">29:29      (Speaker J)  They're surprisingly cheap. Yeah, the barriers are not expensive. </w:t>
      </w:r>
    </w:p>
    <w:p>
      <w:r>
        <w:t xml:space="preserve">29:33      (Speaker B)  They just take time. They're more time consuming than anything. So you can fabricate them for each. </w:t>
      </w:r>
    </w:p>
    <w:p>
      <w:r>
        <w:t xml:space="preserve">29:40      (Speaker C)  All right, moving on. </w:t>
      </w:r>
    </w:p>
    <w:p>
      <w:r>
        <w:t xml:space="preserve">29:42      (Speaker B)  All right, next we have consideration of community requests. The first one we have is Medicare Maze educational program. Do we have anyone on the phone for that? I didn't hear a beep in, so I don't think anybody's on the phone for it. </w:t>
      </w:r>
    </w:p>
    <w:p>
      <w:r>
        <w:t xml:space="preserve">30:07      (Speaker M)  Well, I mean, I can talk to it. Go for it. He's actually come to Reverie quite a few times and he's been very helpful. He's not necessarily selling anything, but he's letting all the residents understand the different options that are available for Medicare Advantage supplement, the different types of supplements. And trying to help the people that live there navigate through Medicare has been very, very helpful. </w:t>
      </w:r>
    </w:p>
    <w:p>
      <w:r>
        <w:t xml:space="preserve">30:38      (Speaker C)  Two thirds he sells insurance. </w:t>
      </w:r>
    </w:p>
    <w:p>
      <w:r>
        <w:t xml:space="preserve">30:42      (Speaker K)  That's. </w:t>
      </w:r>
    </w:p>
    <w:p>
      <w:r>
        <w:t xml:space="preserve">30:43      (Speaker C)  That's my only thing is he's selling a service because we have in the past denied other people the use of our amenity center for sales like purposes like real estate agents and such like that. So that would be my only issue is that even though he's not actively selling, he does, you know, have a business doing this. </w:t>
      </w:r>
    </w:p>
    <w:p>
      <w:r>
        <w:t xml:space="preserve">31:09      (Speaker M)  Well, there's a lot of people that have a business doing it that people know about in the neighborhood. He's not advertising. Call me and sign up with me. </w:t>
      </w:r>
    </w:p>
    <w:p>
      <w:r>
        <w:t xml:space="preserve">31:20      (Speaker C)  I mean, I think as long as he's not doing that, then it would be all right. If he's just doing like a presentation and this. Oh, so. So we want this two to three times a year. </w:t>
      </w:r>
    </w:p>
    <w:p>
      <w:r>
        <w:t xml:space="preserve">31:36      (Speaker M)  At least twice a year would be helpful. Or at least once before Medicare before the signing. </w:t>
      </w:r>
    </w:p>
    <w:p>
      <w:r>
        <w:t xml:space="preserve">31:43      (Speaker J)  November before. </w:t>
      </w:r>
    </w:p>
    <w:p>
      <w:r>
        <w:t xml:space="preserve">31:43      (Speaker M)  Like November. </w:t>
      </w:r>
    </w:p>
    <w:p>
      <w:r>
        <w:t xml:space="preserve">31:44      (Speaker A)  Yeah. </w:t>
      </w:r>
    </w:p>
    <w:p>
      <w:r>
        <w:t xml:space="preserve">31:45      (Speaker M)  So in the fall, he at least had it once a year. He is very informative. </w:t>
      </w:r>
    </w:p>
    <w:p>
      <w:r>
        <w:t xml:space="preserve">31:51      (Speaker A)  He does have in here it says that these are purely informational workshops. Presenters explain basics of Medicare. Parts A, B, C and D are federally prohibited from mentioning specific plan names, comparing carriers or distributing enrollment applications. </w:t>
      </w:r>
    </w:p>
    <w:p>
      <w:r>
        <w:t xml:space="preserve">32:08      (Speaker M)  Right. </w:t>
      </w:r>
    </w:p>
    <w:p>
      <w:r>
        <w:t xml:space="preserve">32:09      (Speaker C)  I mean, and then again, here's the other thing I'm going to bring up is that I thought we were shying away from having residents resident led anything after the thing that happened before. And so here we have another resident led event going on. </w:t>
      </w:r>
    </w:p>
    <w:p>
      <w:r>
        <w:t xml:space="preserve">32:25      (Speaker M)  I wasn't aware of trying away from. As long as they conform to our rules and regulations. I don't think if there's somebody that can provide a service that they should be turned away as long as they're not actively selling anything or creating a club group type of thing. Somebody just coming in and providing much needed information, I think would be a good thing. </w:t>
      </w:r>
    </w:p>
    <w:p>
      <w:r>
        <w:t xml:space="preserve">33:02      (Speaker J)  Has he done it here before? </w:t>
      </w:r>
    </w:p>
    <w:p>
      <w:r>
        <w:t xml:space="preserve">33:04      (Speaker M)  Yes, many times. </w:t>
      </w:r>
    </w:p>
    <w:p>
      <w:r>
        <w:t xml:space="preserve">33:05      (Speaker J)  Where? </w:t>
      </w:r>
    </w:p>
    <w:p>
      <w:r>
        <w:t xml:space="preserve">33:06      (Speaker M)  At our Reverie Amenity Center, I guess </w:t>
      </w:r>
    </w:p>
    <w:p>
      <w:r>
        <w:t xml:space="preserve">33:11      (Speaker C)  without the board's knowledge. </w:t>
      </w:r>
    </w:p>
    <w:p>
      <w:r>
        <w:t xml:space="preserve">33:13      (Speaker A)  So he was just doing it with. </w:t>
      </w:r>
    </w:p>
    <w:p>
      <w:r>
        <w:t xml:space="preserve">33:14      (Speaker J)  So he was just doing. </w:t>
      </w:r>
    </w:p>
    <w:p>
      <w:r>
        <w:t xml:space="preserve">33:16      (Speaker M)  Well, this is like two years ago. People didn't get a lot. I mean, he went through whoever was running the amenities center at that point. He didn't just walk in and set up, you know, a workshop. </w:t>
      </w:r>
    </w:p>
    <w:p>
      <w:r>
        <w:t xml:space="preserve">33:30      (Speaker C)  Jerry, what do you think? </w:t>
      </w:r>
    </w:p>
    <w:p>
      <w:r>
        <w:t xml:space="preserve">33:31      (Speaker M)  But last year he was told no because of that issue with other people selling things. The perception of him was that he was trying to sell services, which is not what he's doing. </w:t>
      </w:r>
    </w:p>
    <w:p>
      <w:r>
        <w:t xml:space="preserve">33:48      (Speaker D)  I would have to agree with you all. He's not retired now. I just looked, I thought I read somewhere that he was retired, but he's still an active. Active in the business. And there's a. So the residents would go, oh, I've got a face and a name and a number. Even though he's not actively advertising. And I think it opens the door for other things. </w:t>
      </w:r>
    </w:p>
    <w:p>
      <w:r>
        <w:t xml:space="preserve">34:26      (Speaker C)  Yeah, it's just like I said, when it came to a real estate agent that we turned away, she was wanting to provide food, do an educational type thing. It's not that she was selling real estate and saying, come, come with me. It's just she was using our facilities to hold something and same thing. She wasn't actively selling, but it was the same situation. </w:t>
      </w:r>
    </w:p>
    <w:p>
      <w:r>
        <w:t xml:space="preserve">34:48      (Speaker D)  If there's another way to do this, I mean, without using the facilities. I think it's a great idea. </w:t>
      </w:r>
    </w:p>
    <w:p>
      <w:r>
        <w:t xml:space="preserve">34:54      (Speaker J)  I think Everybody that's over 65, myself included, we all went, we all went on the phone and talked to whoever we chose to walk us through Medicare. It was free. We got a lot of good information. We got information about all the different companies that are out There and then we chose and it's not that far. </w:t>
      </w:r>
    </w:p>
    <w:p>
      <w:r>
        <w:t xml:space="preserve">35:15      (Speaker M)  Let me ask you something. You went through all that. Do you know what happens if you have plan F or plan G and you change your mind midstream that you want to change? </w:t>
      </w:r>
    </w:p>
    <w:p>
      <w:r>
        <w:t xml:space="preserve">35:26      (Speaker J)  You can't. </w:t>
      </w:r>
    </w:p>
    <w:p>
      <w:r>
        <w:t xml:space="preserve">35:27      (Speaker M)  Yeah, you can, but you have to go through a medical evaluation. Right. There's a lot of if, ands and buts when it comes to the Medicare rules. And that's why I say it is so helpful to have somebody that you can ask these questions. </w:t>
      </w:r>
    </w:p>
    <w:p>
      <w:r>
        <w:t xml:space="preserve">35:42      (Speaker A)  I think it's good intention here. I just think there's a. To Jerry's point, I think it's just a conflict of interest with him being selling insurance already. Like, I understand the intent behind it. I know he's federally bound to it, but he's. </w:t>
      </w:r>
    </w:p>
    <w:p>
      <w:r>
        <w:t xml:space="preserve">36:02      (Speaker B)  I mean, he's. </w:t>
      </w:r>
    </w:p>
    <w:p>
      <w:r>
        <w:t xml:space="preserve">36:03      (Speaker D)  Does he have a local office? </w:t>
      </w:r>
    </w:p>
    <w:p>
      <w:r>
        <w:t xml:space="preserve">36:05      (Speaker M)  No, his office is in Ohio. </w:t>
      </w:r>
    </w:p>
    <w:p>
      <w:r>
        <w:t xml:space="preserve">36:07      (Speaker A)  I'm just saying. I also think he doesn't work here. It kind of reopens up the Pandora's box that we just had to close. </w:t>
      </w:r>
    </w:p>
    <w:p>
      <w:r>
        <w:t xml:space="preserve">36:16      (Speaker K)  I agree. </w:t>
      </w:r>
    </w:p>
    <w:p>
      <w:r>
        <w:t xml:space="preserve">36:18      (Speaker J)  Don't they have these things at the library all the time anyway? </w:t>
      </w:r>
    </w:p>
    <w:p>
      <w:r>
        <w:t xml:space="preserve">36:22      (Speaker B)  Yeah, I mean, maybe. </w:t>
      </w:r>
    </w:p>
    <w:p>
      <w:r>
        <w:t xml:space="preserve">36:23      (Speaker C)  Like I'm sure people could reach out and get his phone number, talk to him on the phone. </w:t>
      </w:r>
    </w:p>
    <w:p>
      <w:r>
        <w:t xml:space="preserve">36:29      (Speaker A)  Just don't want to say it's the best platform. </w:t>
      </w:r>
    </w:p>
    <w:p>
      <w:r>
        <w:t xml:space="preserve">36:31      (Speaker C)  Yeah, me either. And I. I just don't want to start over again. And like I said, it will open the door for other things like real estate agents or whomever has a business to come, do educational type things. </w:t>
      </w:r>
    </w:p>
    <w:p>
      <w:r>
        <w:t xml:space="preserve">36:45      (Speaker A)  Mental health. </w:t>
      </w:r>
    </w:p>
    <w:p>
      <w:r>
        <w:t xml:space="preserve">36:46      (Speaker M)  When we do trail market and we have private individuals that live in the community and they're selling their wares at our. At the Reverie. They do a Reverie. We just did one like a Minnesota. We don't all have people that come into the immigrant center to show things that they're providing. </w:t>
      </w:r>
    </w:p>
    <w:p>
      <w:r>
        <w:t xml:space="preserve">37:09      (Speaker J)  We don't know about it. </w:t>
      </w:r>
    </w:p>
    <w:p>
      <w:r>
        <w:t xml:space="preserve">37:11      (Speaker M)  You know, I'm talking about Jennifer. You just did it like a week ago. Well, I didn't. </w:t>
      </w:r>
    </w:p>
    <w:p>
      <w:r>
        <w:t xml:space="preserve">37:16      (Speaker B)  I would have been there. </w:t>
      </w:r>
    </w:p>
    <w:p>
      <w:r>
        <w:t xml:space="preserve">37:18      (Speaker N)  Was it ran through lifestyle? </w:t>
      </w:r>
    </w:p>
    <w:p>
      <w:r>
        <w:t xml:space="preserve">37:21      (Speaker C)  Was it ran through lifestyle? </w:t>
      </w:r>
    </w:p>
    <w:p>
      <w:r>
        <w:t xml:space="preserve">37:22      (Speaker J)  It wasn't through lifestyle. </w:t>
      </w:r>
    </w:p>
    <w:p>
      <w:r>
        <w:t xml:space="preserve">37:23      (Speaker M)  No, no, it's through. They have an event. </w:t>
      </w:r>
    </w:p>
    <w:p>
      <w:r>
        <w:t xml:space="preserve">37:28      (Speaker B)  Who's they? </w:t>
      </w:r>
    </w:p>
    <w:p>
      <w:r>
        <w:t xml:space="preserve">37:29      (Speaker M)  They in the amenity center have an event. And there are just the different. </w:t>
      </w:r>
    </w:p>
    <w:p>
      <w:r>
        <w:t xml:space="preserve">37:36      (Speaker J)  We would have heard about it at this meeting ahead of time. </w:t>
      </w:r>
    </w:p>
    <w:p>
      <w:r>
        <w:t xml:space="preserve">37:41      (Speaker D)  Well, the showcase was the club. </w:t>
      </w:r>
    </w:p>
    <w:p>
      <w:r>
        <w:t xml:space="preserve">37:46      (Speaker J)  It's a club run thing. </w:t>
      </w:r>
    </w:p>
    <w:p>
      <w:r>
        <w:t xml:space="preserve">37:48      (Speaker A)  Is there just as an option, is there a way that we could have like a health and wellness seminar or something through lifestyle? </w:t>
      </w:r>
    </w:p>
    <w:p>
      <w:r>
        <w:t xml:space="preserve">38:00      (Speaker C)  Yeah. </w:t>
      </w:r>
    </w:p>
    <w:p>
      <w:r>
        <w:t xml:space="preserve">38:00      (Speaker A)  Maybe just invite the guy. </w:t>
      </w:r>
    </w:p>
    <w:p>
      <w:r>
        <w:t xml:space="preserve">38:02      (Speaker J)  Yeah. </w:t>
      </w:r>
    </w:p>
    <w:p>
      <w:r>
        <w:t xml:space="preserve">38:04      (Speaker C)  Yeah. So I'd like to Make a motion to deny this request. </w:t>
      </w:r>
    </w:p>
    <w:p>
      <w:r>
        <w:t xml:space="preserve">38:09      (Speaker B)  We could just take no action. </w:t>
      </w:r>
    </w:p>
    <w:p>
      <w:r>
        <w:t xml:space="preserve">38:10      (Speaker C)  Oh, okay. </w:t>
      </w:r>
    </w:p>
    <w:p>
      <w:r>
        <w:t xml:space="preserve">38:12      (Speaker B)  Really be. If you wanted to make a motion, it might not pass. Or we could just take no action. </w:t>
      </w:r>
    </w:p>
    <w:p>
      <w:r>
        <w:t xml:space="preserve">38:17      (Speaker M)  Same thing. </w:t>
      </w:r>
    </w:p>
    <w:p>
      <w:r>
        <w:t xml:space="preserve">38:17      (Speaker A)  I think that may be a good option. </w:t>
      </w:r>
    </w:p>
    <w:p>
      <w:r>
        <w:t xml:space="preserve">38:19      (Speaker M)  I think that's a good option. </w:t>
      </w:r>
    </w:p>
    <w:p>
      <w:r>
        <w:t xml:space="preserve">38:20      (Speaker A)  Provide that as like, hey, we do making through lifestyles. Puts on a health and wellness type. </w:t>
      </w:r>
    </w:p>
    <w:p>
      <w:r>
        <w:t xml:space="preserve">38:26      (Speaker J)  Invite a lot of people. </w:t>
      </w:r>
    </w:p>
    <w:p>
      <w:r>
        <w:t xml:space="preserve">38:27      (Speaker A)  Invite different. Yeah, different. I mean, it could be mental health, it could be cardio health. It could be. </w:t>
      </w:r>
    </w:p>
    <w:p>
      <w:r>
        <w:t xml:space="preserve">38:34      (Speaker C)  Maybe there's a chiropractor in the neighborhood, whoever. Massage therapist. </w:t>
      </w:r>
    </w:p>
    <w:p>
      <w:r>
        <w:t xml:space="preserve">38:40      (Speaker J)  She wanted to set up a trailer </w:t>
      </w:r>
    </w:p>
    <w:p>
      <w:r>
        <w:t xml:space="preserve">38:41      (Speaker C)  with the real estate agent. I mean, everybody. Yeah. All right, moving on. </w:t>
      </w:r>
    </w:p>
    <w:p>
      <w:r>
        <w:t xml:space="preserve">38:47      (Speaker B)  All right, so next week, I don't think we need explosion speak about the same word. The request for the event that you were looking to have. </w:t>
      </w:r>
    </w:p>
    <w:p>
      <w:r>
        <w:t xml:space="preserve">38:53      (Speaker M)  No, that's been presented to Lifestyle. We were getting a band together privately in the community. For the whole community, though. It wasn't just a small group of people. And we ran it past Vanya and she said that she's going to look into doing the event through lifestyle. Okay, so I don't need to bring it. </w:t>
      </w:r>
    </w:p>
    <w:p>
      <w:r>
        <w:t xml:space="preserve">39:15      (Speaker B)  We'll go ahead then. Then move on to consideration of fence measement encroachment requests for lot 122. So this is. I know it's kind of newer. We actually had this discussion on the our agenda call about processes. You know, the district has around certain ponds. Sometimes even if it is a wetland, the district will have easement access to to get to those. If we need to make repairs for the ponds, that we be mowing the pond banks, maintaining the ponds. But it does happen that either the HOA is not aware or the homeowner just has a fence installed. Where they'll put a fence within the district easement and it blocks our access. So the appropriate process is that when the HOA receives a request for a fence installation, they should flag that. If there's a CDD easement there and that resident reaches out to me, which is brought to the board, the board has the ability to approve the installation. And if they do, there is an agreement that's drafted, signed by the district and the resident, stating essentially that the district is allowing the fence to be there. But if we need that easement, they have to move the fence at their expense. And that agreement is recorded with the property. So if it sells, the new homeowners know that's the case. So we do have something that we're going to be working on. We discussed is doing an assessment of the whole community Seeing where areas have been blocked because there have been blocks that have occurred, whether the HOA approved it, not knowing there was an easement there. There are fences. So beyond that I did get this request from a resident. He is looking to install a fence on his property and you'll see it's like page 78 after all the pictures. There's a survey in there and you'll see how he wants the. The red line is where he's looking to install it. So that would be essentially cutting off the entire 15 foot access easement on the side as well as the easement on the back of the pond. Because there's an eight foot easement in case we need to do like pond bank repair and heavy equipment needs to get through. And then I did get rich with speak with Dan just to confirm. Typically when they design these there's usually multiple easements around certain ponds so they're not using the same yard every time. In this case there's only one other. Two of the other places are blocked which is something we're going to look into and we'll come back to you with options on what to do after that. There was one area currently that is a home in an empty lot and there is an easement between them and that easement is open. So there is that access point but that would be the last access point if this is approved. There are options too about if. If he's blocking. If you in the 15 foot easement portion putting in a gate so we could get through. That is also an option. </w:t>
      </w:r>
    </w:p>
    <w:p>
      <w:r>
        <w:t xml:space="preserve">41:59      (Speaker A)  That's what I was thinking. </w:t>
      </w:r>
    </w:p>
    <w:p>
      <w:r>
        <w:t xml:space="preserve">42:01      (Speaker B)  What's the like what you said average gate size you would want. </w:t>
      </w:r>
    </w:p>
    <w:p>
      <w:r>
        <w:t xml:space="preserve">42:05      (Speaker H)  You probably want to try and get something close to 54 to 60 inches. It depends on the material like what they're getting through there. But for bank maintenance like for long equipment because there's before most resident gates before they just have to put one at the entrance to the yard and then one out of the back of the. </w:t>
      </w:r>
    </w:p>
    <w:p>
      <w:r>
        <w:t xml:space="preserve">42:23      (Speaker A)  What's the. I guess you could probably custom build with. On. On that. </w:t>
      </w:r>
    </w:p>
    <w:p>
      <w:r>
        <w:t xml:space="preserve">42:29      (Speaker C)  So can you speak to what the district is looking at when we're allowing fences in the easements? </w:t>
      </w:r>
    </w:p>
    <w:p>
      <w:r>
        <w:t xml:space="preserve">42:38      (Speaker A)  So we went long term. </w:t>
      </w:r>
    </w:p>
    <w:p>
      <w:r>
        <w:t xml:space="preserve">42:40      (Speaker H)  Yeah. Off of the agenda call. I actually just handed Sarah a flash drive. We went through the drawings we received from ETM this past month and highlighted all of your easement areas. So it's an easier reference for you </w:t>
      </w:r>
    </w:p>
    <w:p>
      <w:r>
        <w:t xml:space="preserve">42:51      (Speaker A)  guys that's on a flash drive that GMS has now. </w:t>
      </w:r>
    </w:p>
    <w:p>
      <w:r>
        <w:t xml:space="preserve">42:54      (Speaker H)  But if so the top of your bank is supposed to be a flat Maintenance area, that easement, the backside of that eight foot is a typical width. That backside of that easement. I would advise not placing the fence encroaching into them because that's where these guys have the issue with. They're only stuck riding their equipment on the actual bank. So if you. Can see, these lots are all here. Right. This is a pond at the top of the bank. Inside side of the property line is part of that access easement. </w:t>
      </w:r>
    </w:p>
    <w:p>
      <w:r>
        <w:t xml:space="preserve">43:35      (Speaker C)  Right. </w:t>
      </w:r>
    </w:p>
    <w:p>
      <w:r>
        <w:t xml:space="preserve">43:36      (Speaker H)  So if you set the fence, assuming the pond was built correctly, with that bank more or less flat on the back or on the home side of the easement, then you should be. So you're just telling them they can't have the use of the entire yard to the grade break. It has to come back in. So we have a flat tier space. Like you'd have to get a surveyor to stake that out when they do their fencing so you can make that requirement. </w:t>
      </w:r>
    </w:p>
    <w:p>
      <w:r>
        <w:t xml:space="preserve">44:04      (Speaker C)  And then other than that, is there other issues long term that the district would look at with the easements, not only for maintenance purposes, but does it affect drainage? What, what kind of things? </w:t>
      </w:r>
    </w:p>
    <w:p>
      <w:r>
        <w:t xml:space="preserve">44:19      (Speaker H)  Yeah. </w:t>
      </w:r>
    </w:p>
    <w:p>
      <w:r>
        <w:t xml:space="preserve">44:20      (Speaker C)  So everybody's educated on what we're approving here. </w:t>
      </w:r>
    </w:p>
    <w:p>
      <w:r>
        <w:t xml:space="preserve">44:22      (Speaker H)  It is case by case basis. I have seen in other districts where you have homes on smaller setbacks, about 5 foot to 10 foot side yard setbacks that also have roof gutters and downspouts where they're both point discharging water to that property line swale, and it's very close and then it rides down the fence line. So in those scenarios we see more pond bank failure where you have more space between the homes. We don't see it as much. So if they are able to control their water, it would really be a case by case basis. But you have to see what their roof conditions are, how close the homes are to each other. Is it one of those black aluminum fences? Is it a PVC fence? We see it more often, often with the PVC fence posts. It could be related to when they bury the fence post back, that they're not compacting that soil and really stabilizing it back to its original condition. So it's loose around the post. And as that water is running and getting turbulent around the post, it starts to over time just loosen and let go. And sometimes, I don't know, you know, you really see much evidence of it starting until like you can put a car in it sometimes. So it really, it depends on the scenario. </w:t>
      </w:r>
    </w:p>
    <w:p>
      <w:r>
        <w:t xml:space="preserve">45:52      (Speaker B)  I do want to mention too, to correct my original statement, they're requesting seven and a half feet into the 15 foot easement. So there still would be seven and a half feet open. </w:t>
      </w:r>
    </w:p>
    <w:p>
      <w:r>
        <w:t xml:space="preserve">46:02      (Speaker H)  Well, so it depends. Yeah. So the set, these are 30 footers, most of them. And then from that center you have the unobstructed seven and a half in each direction. So if they're requesting to put the fence to the property lines, this one </w:t>
      </w:r>
    </w:p>
    <w:p>
      <w:r>
        <w:t xml:space="preserve">46:16      (Speaker B)  is a 15 on each side. </w:t>
      </w:r>
    </w:p>
    <w:p>
      <w:r>
        <w:t xml:space="preserve">46:18      (Speaker H)  Oh, so they're gonna leave a gap. So then that would be fine. And that's plenty of space for equipment, even heavy equipment, if we had to get in there to restore bank. </w:t>
      </w:r>
    </w:p>
    <w:p>
      <w:r>
        <w:t xml:space="preserve">46:28      (Speaker D)  Two things about his request is it looks like the. As he says, the. The reason is so he can have access to his air conditioning unit. </w:t>
      </w:r>
    </w:p>
    <w:p>
      <w:r>
        <w:t xml:space="preserve">46:40      (Speaker B)  Yeah, well, so, yeah, if you were to install the fence outside with. Outside of the easement, which wouldn't have to go through the cvd, it would just be HOA then. Yeah, it would be. You could see like the dotted line on the. There's a little box there. I mean, the fence, the easement basically goes up to like a foot or two from his AC unit. So if you were to put a fence in outside of the easement, it would only be about a little bit between the fence and the AC unit. He also did when I spoke with them, you know, he wants to be able to let his dog out and things like that. </w:t>
      </w:r>
    </w:p>
    <w:p>
      <w:r>
        <w:t xml:space="preserve">47:09      (Speaker D)  The other issue in our issue, it's an HOA issue, is he describes it as not being a permanent fence. That's something that's consistent with hoa. </w:t>
      </w:r>
    </w:p>
    <w:p>
      <w:r>
        <w:t xml:space="preserve">47:23      (Speaker H)  Yeah. I mean, if you're not in the center of that swale, the issues I'm speaking on don't typically occur. The water is flowing through that center line. So if you're up into the bank of that property line, swale, then I don't see. </w:t>
      </w:r>
    </w:p>
    <w:p>
      <w:r>
        <w:t xml:space="preserve">47:38      (Speaker A)  Yeah. </w:t>
      </w:r>
    </w:p>
    <w:p>
      <w:r>
        <w:t xml:space="preserve">47:39      (Speaker B)  Sorry, real quick. Is the phone working now? I just realized the speaker disconnected. Can you hear it? </w:t>
      </w:r>
    </w:p>
    <w:p>
      <w:r>
        <w:t xml:space="preserve">47:44      (Speaker J)  It went down and then it went up. </w:t>
      </w:r>
    </w:p>
    <w:p>
      <w:r>
        <w:t xml:space="preserve">47:45      (Speaker L)  So I don't. </w:t>
      </w:r>
    </w:p>
    <w:p>
      <w:r>
        <w:t xml:space="preserve">47:49      (Speaker B)  I can hear you. Okay. </w:t>
      </w:r>
    </w:p>
    <w:p>
      <w:r>
        <w:t xml:space="preserve">47:52      (Speaker J)  When it goes down. </w:t>
      </w:r>
    </w:p>
    <w:p>
      <w:r>
        <w:t xml:space="preserve">47:53      (Speaker B)  Yeah. And obviously the request, you know, we probably wouldn't want to give them the eight feet on the back. </w:t>
      </w:r>
    </w:p>
    <w:p>
      <w:r>
        <w:t xml:space="preserve">47:57      (Speaker C)  Yeah, that's what I was thinking. I'm. I'm okay with a 7.5 to the side, but the back easement shouldn't be blocked. </w:t>
      </w:r>
    </w:p>
    <w:p>
      <w:r>
        <w:t xml:space="preserve">48:08      (Speaker H)  And again, that even depends on, like if the flat maintenance firm is there. Some of these ponds get built and it just breaks at 4 to 1 and then turns into the grade of the house and there is no flat space. </w:t>
      </w:r>
    </w:p>
    <w:p>
      <w:r>
        <w:t xml:space="preserve">48:21      (Speaker C)  I mean, we're seeing pictures, so it looks like there is yeah, yeah. </w:t>
      </w:r>
    </w:p>
    <w:p>
      <w:r>
        <w:t xml:space="preserve">48:25      (Speaker J)  It's kind of flat, actually. </w:t>
      </w:r>
    </w:p>
    <w:p>
      <w:r>
        <w:t xml:space="preserve">48:27      (Speaker C)  It's weird. </w:t>
      </w:r>
    </w:p>
    <w:p>
      <w:r>
        <w:t xml:space="preserve">48:29      (Speaker A)  It's great. </w:t>
      </w:r>
    </w:p>
    <w:p>
      <w:r>
        <w:t xml:space="preserve">48:30      (Speaker C)  So do we need a motion? </w:t>
      </w:r>
    </w:p>
    <w:p>
      <w:r>
        <w:t xml:space="preserve">48:31      (Speaker B)  So it'd be. Yeah, the board should make a motion to approve the request, but only for the side easement, not for the backing. </w:t>
      </w:r>
    </w:p>
    <w:p>
      <w:r>
        <w:t xml:space="preserve">48:38      (Speaker K)  All right. </w:t>
      </w:r>
    </w:p>
    <w:p>
      <w:r>
        <w:t xml:space="preserve">48:38      (Speaker C)  I'd like to make. Make a motion to approve this request. Do I need to say the address? </w:t>
      </w:r>
    </w:p>
    <w:p>
      <w:r>
        <w:t xml:space="preserve">48:46      (Speaker J)  No. </w:t>
      </w:r>
    </w:p>
    <w:p>
      <w:r>
        <w:t xml:space="preserve">48:46      (Speaker C)  Okay. Allowing for the seven and a half foot into the easement, but not approving the going back. What is that? Into the maintenance easement. </w:t>
      </w:r>
    </w:p>
    <w:p>
      <w:r>
        <w:t xml:space="preserve">49:02      (Speaker B)  There's a motion. Is there a second motion? And a second. All in favor say aye. Any opposed hearing None. Motion passes. All right, so I'll get with council to get the agreement and take care of the rest of that. Great. Next we have consideration of proposals. We just have two proposals. Unless there's anything. Were there any pronounced Stan or Helena. So we'll move on to the Reverie proposals. The first is for comparison commercial fitness products for preventative maintenance for the gym equipment. </w:t>
      </w:r>
    </w:p>
    <w:p>
      <w:r>
        <w:t xml:space="preserve">49:36      (Speaker F)  So I believe everyone knows that the agreement or the fitness equipment will release will be paid next year. And so part of that agreement includes maintenance. And so once that concludes, you're going to want to continue with the maintenance of the equipment. So that's what the proposal is. And it's 375 per visit four times a year. </w:t>
      </w:r>
    </w:p>
    <w:p>
      <w:r>
        <w:t xml:space="preserve">50:02      (Speaker B)  It is. </w:t>
      </w:r>
    </w:p>
    <w:p>
      <w:r>
        <w:t xml:space="preserve">50:03      (Speaker D)  It's. </w:t>
      </w:r>
    </w:p>
    <w:p>
      <w:r>
        <w:t xml:space="preserve">50:03      (Speaker B)  It's pretty important. The insurance company obviously wants us to do it. They make sure nothing's broken and they fix things as needed service. </w:t>
      </w:r>
    </w:p>
    <w:p>
      <w:r>
        <w:t xml:space="preserve">50:09      (Speaker A)  We're doing this at trail mark too? </w:t>
      </w:r>
    </w:p>
    <w:p>
      <w:r>
        <w:t xml:space="preserve">50:11      (Speaker B)  Yeah, we have to have it because they're leased. </w:t>
      </w:r>
    </w:p>
    <w:p>
      <w:r>
        <w:t xml:space="preserve">50:13      (Speaker D)  But once. </w:t>
      </w:r>
    </w:p>
    <w:p>
      <w:r>
        <w:t xml:space="preserve">50:14      (Speaker B)  Yeah, like she said, once the lease ends, sometimes you lose that. So this will bring it under our many reasons. </w:t>
      </w:r>
    </w:p>
    <w:p>
      <w:r>
        <w:t xml:space="preserve">50:21      (Speaker M)  There's a motion, a motion to approve. </w:t>
      </w:r>
    </w:p>
    <w:p>
      <w:r>
        <w:t xml:space="preserve">50:24      (Speaker B)  I'll second motion. And a second. All in favor say aye. Any opposed? Hearing none. Motion passes. And then we have one for the integrated access solutions for the entry gate. Preventative maintenance. </w:t>
      </w:r>
    </w:p>
    <w:p>
      <w:r>
        <w:t xml:space="preserve">50:40      (Speaker F)  So we found that IAS has been quite effective with helping us with gates. I think that we had a good run for the last four or five months and then we had an incident. Oh, please. Then we had an incident on Monday where the gate got stuck open. And what we found is working now as of half an hour ago. And the word is there was a power outage over the weekend and that not only sort of offset, but it also knocked the pool pumps out. So I know this because I had to postpone my lunch so Toby can go reset the pool on Sunday. And so Monday we had to open up the gates. And then IIS came out today and said that when there's a power outage, it will offset the gates and then eventually one will get stuck open. So he has shown Toby how to reset it and then they can work on, you know, dealing with any kind of a power outage prevention. So we just found IAS to be a better choice for the maintenance. And we have confirmed that there is no problem with the previous company and their agreement. </w:t>
      </w:r>
    </w:p>
    <w:p>
      <w:r>
        <w:t xml:space="preserve">52:01      (Speaker C)  Like there's a termination. We. Do we have to terminate it? </w:t>
      </w:r>
    </w:p>
    <w:p>
      <w:r>
        <w:t xml:space="preserve">52:05      (Speaker M)  No. So this eliminates. </w:t>
      </w:r>
    </w:p>
    <w:p>
      <w:r>
        <w:t xml:space="preserve">52:09      (Speaker F)  Yes. </w:t>
      </w:r>
    </w:p>
    <w:p>
      <w:r>
        <w:t xml:space="preserve">52:13      (Speaker M)  And this event would have been covered under the. Under the contract. </w:t>
      </w:r>
    </w:p>
    <w:p>
      <w:r>
        <w:t xml:space="preserve">52:19      (Speaker F)  Yes. </w:t>
      </w:r>
    </w:p>
    <w:p>
      <w:r>
        <w:t xml:space="preserve">52:21      (Speaker C)  I'll make a motion. </w:t>
      </w:r>
    </w:p>
    <w:p>
      <w:r>
        <w:t xml:space="preserve">52:23      (Speaker B)  I noticed there's three. Three plans in here. </w:t>
      </w:r>
    </w:p>
    <w:p>
      <w:r>
        <w:t xml:space="preserve">52:25      (Speaker F)  Yeah. So I think that the. The premium plan to be sufficient. It is 300 per gate system. So that's 600 </w:t>
      </w:r>
    </w:p>
    <w:p>
      <w:r>
        <w:t xml:space="preserve">52:40      (Speaker M)  for the in and out. That's two gate systems. </w:t>
      </w:r>
    </w:p>
    <w:p>
      <w:r>
        <w:t xml:space="preserve">52:44      (Speaker C)  So I think we went with the middle road plan for Sun Belt. So we could stick with that and </w:t>
      </w:r>
    </w:p>
    <w:p>
      <w:r>
        <w:t xml:space="preserve">52:55      (Speaker D)  just hope this is. Don't have to answer. </w:t>
      </w:r>
    </w:p>
    <w:p>
      <w:r>
        <w:t xml:space="preserve">52:58      (Speaker C)  Oh, this isn't the last you're gonna hear about this gate. I hate to break the news to you on that, but. But if there's a better gate company than Sunbelt. Hey, I'm, I'm all. I'm all for that. </w:t>
      </w:r>
    </w:p>
    <w:p>
      <w:r>
        <w:t xml:space="preserve">53:11      (Speaker A)  What were we paying a month with Sunbelt? It's 3,600 bucks a year. </w:t>
      </w:r>
    </w:p>
    <w:p>
      <w:r>
        <w:t xml:space="preserve">53:17      (Speaker M)  How much? </w:t>
      </w:r>
    </w:p>
    <w:p>
      <w:r>
        <w:t xml:space="preserve">53:19      (Speaker A)  3,600 a year. </w:t>
      </w:r>
    </w:p>
    <w:p>
      <w:r>
        <w:t xml:space="preserve">53:23      (Speaker C)  Are we going with the 300? Yeah, but it's times 200 a year. </w:t>
      </w:r>
    </w:p>
    <w:p>
      <w:r>
        <w:t xml:space="preserve">53:30      (Speaker A)  Oh, 7,200. </w:t>
      </w:r>
    </w:p>
    <w:p>
      <w:r>
        <w:t xml:space="preserve">53:34      (Speaker B)  We have the Sun Belt in there. We had the Sun Belt in there. So that amount we have. This is a little bit more, though. </w:t>
      </w:r>
    </w:p>
    <w:p>
      <w:r>
        <w:t xml:space="preserve">53:50      (Speaker D)  Jennifer, have you had any personal experience? </w:t>
      </w:r>
    </w:p>
    <w:p>
      <w:r>
        <w:t xml:space="preserve">53:53      (Speaker F)  Yes, they've actually. They came out five months ago or so and they went through the system and found the issues that were occurring and they fixed them and we hadn't had a problem. It has been very big. </w:t>
      </w:r>
    </w:p>
    <w:p>
      <w:r>
        <w:t xml:space="preserve">54:09      (Speaker B)  Yeah, it was 7.95 quarterly is what it was. Sun Belt is. </w:t>
      </w:r>
    </w:p>
    <w:p>
      <w:r>
        <w:t xml:space="preserve">54:13      (Speaker C)  I have 1594. </w:t>
      </w:r>
    </w:p>
    <w:p>
      <w:r>
        <w:t xml:space="preserve">54:15      (Speaker A)  600. </w:t>
      </w:r>
    </w:p>
    <w:p>
      <w:r>
        <w:t xml:space="preserve">54:19      (Speaker C)  But there's two. </w:t>
      </w:r>
    </w:p>
    <w:p>
      <w:r>
        <w:t xml:space="preserve">54:20      (Speaker M)  Two. </w:t>
      </w:r>
    </w:p>
    <w:p>
      <w:r>
        <w:t xml:space="preserve">54:20      (Speaker B)  So yeah, we were. We were paying for two of them. </w:t>
      </w:r>
    </w:p>
    <w:p>
      <w:r>
        <w:t xml:space="preserve">54:23      (Speaker C)  Oh, okay, then that's. </w:t>
      </w:r>
    </w:p>
    <w:p>
      <w:r>
        <w:t xml:space="preserve">54:24      (Speaker B)  So it's actually cheaper. It's about half. More than half the price. </w:t>
      </w:r>
    </w:p>
    <w:p>
      <w:r>
        <w:t xml:space="preserve">54:29      (Speaker C)  No, it's about. </w:t>
      </w:r>
    </w:p>
    <w:p>
      <w:r>
        <w:t xml:space="preserve">54:30      (Speaker A)  Wait, this is 300 each. Each, right. </w:t>
      </w:r>
    </w:p>
    <w:p>
      <w:r>
        <w:t xml:space="preserve">54:34      (Speaker B)  Was 7.95. </w:t>
      </w:r>
    </w:p>
    <w:p>
      <w:r>
        <w:t xml:space="preserve">54:36      (Speaker A)  That was. You said 3162. </w:t>
      </w:r>
    </w:p>
    <w:p>
      <w:r>
        <w:t xml:space="preserve">54:39      (Speaker C)  You said 3180 per quarter or no, what you say? 795 per quarter times four times two is 6360. So this is going to be a little Bit more, but nothing material. </w:t>
      </w:r>
    </w:p>
    <w:p>
      <w:r>
        <w:t xml:space="preserve">54:54      (Speaker B)  This is wet. </w:t>
      </w:r>
    </w:p>
    <w:p>
      <w:r>
        <w:t xml:space="preserve">54:55      (Speaker L)  Yes, the phone line has become difficult to hear. I think it may be someone else on the line who's not off mute </w:t>
      </w:r>
    </w:p>
    <w:p>
      <w:r>
        <w:t xml:space="preserve">55:03      (Speaker B)  because I hear a lot of wind </w:t>
      </w:r>
    </w:p>
    <w:p>
      <w:r>
        <w:t xml:space="preserve">55:04      (Speaker L)  noise or background noise. If anyone on the line can put their phone on mute, it may make </w:t>
      </w:r>
    </w:p>
    <w:p>
      <w:r>
        <w:t xml:space="preserve">55:09      (Speaker B)  it easier to hear the meeting. </w:t>
      </w:r>
    </w:p>
    <w:p>
      <w:r>
        <w:t xml:space="preserve">55:12      (Speaker C)  Who else would be on the line? </w:t>
      </w:r>
    </w:p>
    <w:p>
      <w:r>
        <w:t xml:space="preserve">55:14      (Speaker B)  Maybe the fence guy. Is that better? Wes? I heard that pretty well. </w:t>
      </w:r>
    </w:p>
    <w:p>
      <w:r>
        <w:t xml:space="preserve">55:26      (Speaker J)  I think that's the top five. </w:t>
      </w:r>
    </w:p>
    <w:p>
      <w:r>
        <w:t xml:space="preserve">55:28      (Speaker B)  Yeah. So the. The current one was 5:30amonth. So it's with sun balance. So it's about. It's not that much. About $70 more a month for both kids. </w:t>
      </w:r>
    </w:p>
    <w:p>
      <w:r>
        <w:t xml:space="preserve">55:35      (Speaker M)  I motion. </w:t>
      </w:r>
    </w:p>
    <w:p>
      <w:r>
        <w:t xml:space="preserve">55:36      (Speaker B)  Thank you for the premium plan. </w:t>
      </w:r>
    </w:p>
    <w:p>
      <w:r>
        <w:t xml:space="preserve">55:40      (Speaker C)  I'll second motion. </w:t>
      </w:r>
    </w:p>
    <w:p>
      <w:r>
        <w:t xml:space="preserve">55:41      (Speaker B)  And a second. All in favor say aye. </w:t>
      </w:r>
    </w:p>
    <w:p>
      <w:r>
        <w:t xml:space="preserve">55:43      (Speaker C)  Aye. </w:t>
      </w:r>
    </w:p>
    <w:p>
      <w:r>
        <w:t xml:space="preserve">55:45      (Speaker N)  Thank you. </w:t>
      </w:r>
    </w:p>
    <w:p>
      <w:r>
        <w:t xml:space="preserve">55:45      (Speaker B)  Any opposed hearing? </w:t>
      </w:r>
    </w:p>
    <w:p>
      <w:r>
        <w:t xml:space="preserve">55:47      (Speaker J)  None. </w:t>
      </w:r>
    </w:p>
    <w:p>
      <w:r>
        <w:t xml:space="preserve">55:48      (Speaker B)  Motion passes. All right. Next we'll move on to the public public hearings for the purpose of adopting the budget. So just kind of a quick overview on this. I know everybody. The letters that were received, we approved the budget was approved at the May meeting. That approval sets the high expenditure mark. We can't go any higher than what that was approved at this time. The board can either adopt as is or reduce the amount. As far as there's the two different funds. There's the Fund for Trail Mark and there's the Fund for Reverie. The trail Mark fund was proposing a $61 increase. And that was the purpose of that was a increase to the capital reserve of $300,000. As the pool needs to be resurfaced this year. It's in real bad condition. May need a new expansion joint. So as far as the actual expenditure increases on the trail mark side, there really was nothing beyond just kind of normal inflationary increases or contracts actual increases. The bulk, almost all of that increase is from the increased capital reserve contribution to cover the pool. As far as the Revery, there was. I know that the letter that went out. What's. What was in the initial approved budget was a very high increase, which I don't know. Lou, if you want. If you've heard anything further on this. When we did have our previous meetings when Kevin was here, we had discussion that when. Let me backtrack. When the budget was approved, we had no developer contributions committed at that time. So what was approved and what went out in the letter was the residents paying full 100% of the assessment expenses. In the past, Dreamfinders has developer given developer contributions to the revenues to help offset expenses since when Kevin had spoke, they were going to be contributing. Contributing enough to make the increase $120 on the Reverie side. I don't know if anything's changed or if we need to have. I don't have any changes. So the budget that we have here and what is in the agenda package, it does show the developer contributions. Overall, there really isn't much expenditures. The O and M portion of </w:t>
      </w:r>
    </w:p>
    <w:p>
      <w:r>
        <w:t xml:space="preserve">58:00      (Speaker I)  that, </w:t>
      </w:r>
    </w:p>
    <w:p>
      <w:r>
        <w:t xml:space="preserve">58:01      (Speaker B)  the amenity area actually reduced and same with the total for the. So the total expenditures are right about the same. We do have $100,000 being put in the capital reserve for Reverie, which. That is really great. Typically you don't get that until later further on. So what the increase for Reverie would look like with the developer contributions would be the $120 increase plus the $61 increase for from the Trelmark side. So the total revenue increase would be 100 is what we're looking to adopt currently right now. So with that being said, I don't know if the board, if you guys want to have any discussion first, then we can open the public hearing. </w:t>
      </w:r>
    </w:p>
    <w:p>
      <w:r>
        <w:t xml:space="preserve">58:37      (Speaker M)  I do. Okay. So I did deep dive going back like six years, and I can pass this over to </w:t>
      </w:r>
    </w:p>
    <w:p>
      <w:r>
        <w:t xml:space="preserve">58:47      (Speaker B)  my other board </w:t>
      </w:r>
    </w:p>
    <w:p>
      <w:r>
        <w:t xml:space="preserve">58:52      (Speaker M)  that there's been net excess risk revenue over expense for the past. For the past six years. </w:t>
      </w:r>
    </w:p>
    <w:p>
      <w:r>
        <w:t xml:space="preserve">59:03      (Speaker C)  I'm sorry to clarify, are we speaking on the trail mark budget or are we speaking on the Revery. </w:t>
      </w:r>
    </w:p>
    <w:p>
      <w:r>
        <w:t xml:space="preserve">59:08      (Speaker M)  On the trail mark budget, not Reverie. I wish we were saying that for Reverie, but no, on the trail mark budget over the past five years, there's been about $900,000 in net revenue in excess of expense. Now there's a certain portion of that that has to be maintained because of the cash flow. We don't get the cash from the county until like November, December. So we have to have some reserve in there to make payments to vendors. When I took all of the cash flow over the past six years moved in what we currently. Our current status of what we're spending, what we need to spend, there is still an excess balance of over 170,000, which should be used, in my opinion, to offset the increase that's planned for trail marking basically to zero. I looked at this with Daniel and we looked at it with Jim, and I don't think there was any objection on that side. </w:t>
      </w:r>
    </w:p>
    <w:p>
      <w:r>
        <w:t xml:space="preserve">01:00:22   (Speaker B)  It could definitely be done. </w:t>
      </w:r>
    </w:p>
    <w:p>
      <w:r>
        <w:t xml:space="preserve">01:00:23   (Speaker M)  That it could be done. And there's no reason to increase the contributions for trail mark that could be maintained flat. </w:t>
      </w:r>
    </w:p>
    <w:p>
      <w:r>
        <w:t xml:space="preserve">01:00:32   (Speaker A)  So we have this money now. </w:t>
      </w:r>
    </w:p>
    <w:p>
      <w:r>
        <w:t xml:space="preserve">01:00:34   (Speaker E)  Yes. </w:t>
      </w:r>
    </w:p>
    <w:p>
      <w:r>
        <w:t xml:space="preserve">01:00:35   (Speaker A)  And we could move this to. </w:t>
      </w:r>
    </w:p>
    <w:p>
      <w:r>
        <w:t xml:space="preserve">01:00:37   (Speaker B)  So currently we have 877,000 in unassigned cash that is to get us through from July through September and then October and that we have been receiving. You know, we never know when people are going to pay their tax bills, but we have been seeing a trend where we're getting more payments in November than we used to get. So that 870,000 needs to cover from July 1st to at least October 31st. </w:t>
      </w:r>
    </w:p>
    <w:p>
      <w:r>
        <w:t xml:space="preserve">01:01:02   (Speaker M)  Right. So what I did in this schedule was estimate the expenses based on the current budget to get us from July to October. And with that, if you see the balance December 1, 2026, which is well beyond November, we have 170,000 </w:t>
      </w:r>
    </w:p>
    <w:p>
      <w:r>
        <w:t xml:space="preserve">01:01:27   (Speaker A)  after. </w:t>
      </w:r>
    </w:p>
    <w:p>
      <w:r>
        <w:t xml:space="preserve">01:01:29   (Speaker M)  After expenses as of November 1, we would have 195,000. So there's more than sufficient funds to </w:t>
      </w:r>
    </w:p>
    <w:p>
      <w:r>
        <w:t xml:space="preserve">01:01:42   (Speaker A)  carry us that almost cover the cost of the pool repair. </w:t>
      </w:r>
    </w:p>
    <w:p>
      <w:r>
        <w:t xml:space="preserve">01:01:47   (Speaker M)  The pool repair isn't going to happen </w:t>
      </w:r>
    </w:p>
    <w:p>
      <w:r>
        <w:t xml:space="preserve">01:01:48   (Speaker B)  until looking for about December, January, probably January by the time we get the money. That's. I mean last we got was about 350,000. So that was at the end of last year. So we're not, we're still not positive what it'll come out to be. </w:t>
      </w:r>
    </w:p>
    <w:p>
      <w:r>
        <w:t xml:space="preserve">01:02:00   (Speaker C)  She's talking about 170,000. </w:t>
      </w:r>
    </w:p>
    <w:p>
      <w:r>
        <w:t xml:space="preserve">01:02:02   (Speaker A)  Not correct. </w:t>
      </w:r>
    </w:p>
    <w:p>
      <w:r>
        <w:t xml:space="preserve">01:02:03   (Speaker J)  The full repair will be 150ish. </w:t>
      </w:r>
    </w:p>
    <w:p>
      <w:r>
        <w:t xml:space="preserve">01:02:06   (Speaker B)  Yeah, we do have, we have about like, I think it's like 150 or 180,000 in capital currently. Again, I would, I would never recommend just completely exhausting your capital in one go. We always want to have something, but </w:t>
      </w:r>
    </w:p>
    <w:p>
      <w:r>
        <w:t xml:space="preserve">01:02:15   (Speaker J)  if we had this. </w:t>
      </w:r>
    </w:p>
    <w:p>
      <w:r>
        <w:t xml:space="preserve">01:02:17   (Speaker B)  So I mean we would keep essentially. Mindy, correct me if I'm wrong, we wouldn't be changing anything in the actual budget as far as the amounts, but we would be looking at basically a carry forward surplus into the revenue section. So it'll be increasing our revenue and reducing the assessment. </w:t>
      </w:r>
    </w:p>
    <w:p>
      <w:r>
        <w:t xml:space="preserve">01:02:34   (Speaker M)  Exactly. So the capital funding of 300,000 would still occur. </w:t>
      </w:r>
    </w:p>
    <w:p>
      <w:r>
        <w:t xml:space="preserve">01:02:38   (Speaker C)  It's just risky because it's gonna make it super tight. </w:t>
      </w:r>
    </w:p>
    <w:p>
      <w:r>
        <w:t xml:space="preserve">01:02:41   (Speaker A)  I know worry about the storm season. I mean, I know have a small or supposed to have a low storm activity for us hurricane wise. But like let's say we do have something. The budget's going to be. </w:t>
      </w:r>
    </w:p>
    <w:p>
      <w:r>
        <w:t xml:space="preserve">01:02:56   (Speaker C)  You're just making the real tight is what will happen. </w:t>
      </w:r>
    </w:p>
    <w:p>
      <w:r>
        <w:t xml:space="preserve">01:03:01   (Speaker M)  This is not really tight because this is. You will have excess even for the current year. </w:t>
      </w:r>
    </w:p>
    <w:p>
      <w:r>
        <w:t xml:space="preserve">01:03:08   (Speaker C)  The way you can't guarantee that. Mindy. Yeah. You're saying it like it's factual. That's not, it's not you. You don't know. This is your guesstimation on it. Yeah. It's your projection. </w:t>
      </w:r>
    </w:p>
    <w:p>
      <w:r>
        <w:t xml:space="preserve">01:03:21   (Speaker M)  More than sufficient funds to carry us even through November. First is almost $200,000 of excess funds. </w:t>
      </w:r>
    </w:p>
    <w:p>
      <w:r>
        <w:t xml:space="preserve">01:03:31   (Speaker C)  It's 170 is what your projection is. </w:t>
      </w:r>
    </w:p>
    <w:p>
      <w:r>
        <w:t xml:space="preserve">01:03:33   (Speaker B)  I will say December 1st to balance out to where it be zero increase could be the difference between last year's assessments and this year's assessments is 314,000. </w:t>
      </w:r>
    </w:p>
    <w:p>
      <w:r>
        <w:t xml:space="preserve">01:03:40   (Speaker C)  Yeah. </w:t>
      </w:r>
    </w:p>
    <w:p>
      <w:r>
        <w:t xml:space="preserve">01:03:41   (Speaker B)  So we would have to add that much in cap and carry forward at this point to have a zero increase. </w:t>
      </w:r>
    </w:p>
    <w:p>
      <w:r>
        <w:t xml:space="preserve">01:03:47   (Speaker C)  What is. We did that reserve. </w:t>
      </w:r>
    </w:p>
    <w:p>
      <w:r>
        <w:t xml:space="preserve">01:03:51   (Speaker B)  I'm sorry, it wasn't that much. </w:t>
      </w:r>
    </w:p>
    <w:p>
      <w:r>
        <w:t xml:space="preserve">01:03:51   (Speaker M)  I'm sorry, it was not that much. </w:t>
      </w:r>
    </w:p>
    <w:p>
      <w:r>
        <w:t xml:space="preserve">01:03:53   (Speaker B)  Yeah, sorry. Hit the wrong button here. Sorry. Go. </w:t>
      </w:r>
    </w:p>
    <w:p>
      <w:r>
        <w:t xml:space="preserve">01:03:56   (Speaker C)  We did a reserve study a couple years ago. What is the reserve study telling us? That we need to save for 2027 because clearly we've put. We're putting more into the reserves than probably what that reserve study says. But I would just like to know what exactly the reserve study is telling us to put away by the end of this school year. </w:t>
      </w:r>
    </w:p>
    <w:p>
      <w:r>
        <w:t xml:space="preserve">01:04:26   (Speaker B)  That's telling us to put. Well, that's our. It's saying it should be 130, 141,567. But that would be. If there was. That would give us. Leave us with. They have an annual expenditure of 336,000. So this, the. Currently the schedule is beefed up on if we had more in reserves. We, we haven't gotten caught up to that point to where we're level with the reserve study. So they're telling us an annual contribution of 141,000 and then our ending balance to be 497,000, which is really what we would be here with what we're doing. But we're going to lose about 300, 350,000 of that to the pool resurfacing. </w:t>
      </w:r>
    </w:p>
    <w:p>
      <w:r>
        <w:t xml:space="preserve">01:05:13   (Speaker C)  So instead of doing what Mindy is talking about, what we should be doing is taking that surplus and putting it into our reserve fund. Because we're underfunded in the reserves. </w:t>
      </w:r>
    </w:p>
    <w:p>
      <w:r>
        <w:t xml:space="preserve">01:05:26   (Speaker B)  Yeah, that's who the. Because the reserve study isn't showing an expenditure for this year. </w:t>
      </w:r>
    </w:p>
    <w:p>
      <w:r>
        <w:t xml:space="preserve">01:05:30   (Speaker M)  So that's also not really underfunded. It's just that the timing of our expenditure is sooner than what the plan was calling for. So we're not underfunded. </w:t>
      </w:r>
    </w:p>
    <w:p>
      <w:r>
        <w:t xml:space="preserve">01:05:41   (Speaker C)  No, I think that that's exactly what he said that we're under. </w:t>
      </w:r>
    </w:p>
    <w:p>
      <w:r>
        <w:t xml:space="preserve">01:05:45   (Speaker M)  Correct. </w:t>
      </w:r>
    </w:p>
    <w:p>
      <w:r>
        <w:t xml:space="preserve">01:05:46   (Speaker B)  Well, we are currently underfunded as is with the 300,000 because, you know, we've been putting away. Historically it's been about 100,000, 95,000 being put away. </w:t>
      </w:r>
    </w:p>
    <w:p>
      <w:r>
        <w:t xml:space="preserve">01:05:55   (Speaker M)  Right. </w:t>
      </w:r>
    </w:p>
    <w:p>
      <w:r>
        <w:t xml:space="preserve">01:05:55   (Speaker B)  This 300,000 is a huge jump to get us caught there. Caught up there. </w:t>
      </w:r>
    </w:p>
    <w:p>
      <w:r>
        <w:t xml:space="preserve">01:05:58   (Speaker M)  Well, would that get us caught up. </w:t>
      </w:r>
    </w:p>
    <w:p>
      <w:r>
        <w:t xml:space="preserve">01:06:00   (Speaker B)  But so, I mean, it is, I will say it is a little unfunded because they're not showing the expense this year, but they're showing for next year $336,000 expense, which may be the pool would have to look into it deeper, but they're showing that. That there's also 145,000 going next year. So the ending balance next year after the $336,000 expenditure would be about $317,000. So we won't be there once we do the pool. We'll be back down to about 100 right now as it is. </w:t>
      </w:r>
    </w:p>
    <w:p>
      <w:r>
        <w:t xml:space="preserve">01:06:28   (Speaker C)  I think that, Mindy, as much as I would love to keep assessments the same, trust me, I would. We have to look long term for the future of the community. We are unfortunately having to pay a large expense that we really shouldn't be having to pay this early on into a development. However, we are faced with having to do that. So I think it would be wiser for us to use any surplus to fund the reserves. </w:t>
      </w:r>
    </w:p>
    <w:p>
      <w:r>
        <w:t xml:space="preserve">01:06:58   (Speaker M)  So are we making a motion to end? </w:t>
      </w:r>
    </w:p>
    <w:p>
      <w:r>
        <w:t xml:space="preserve">01:07:00   (Speaker J)  Well, no. </w:t>
      </w:r>
    </w:p>
    <w:p>
      <w:r>
        <w:t xml:space="preserve">01:07:00   (Speaker B)  So we have to have the public hearing first. So if you guys are okay, we could open the public hearing, let the residents make their comments, and then the board can continue their discussion after the public hearing and we'll take any action after that. </w:t>
      </w:r>
    </w:p>
    <w:p>
      <w:r>
        <w:t xml:space="preserve">01:07:11   (Speaker M)  I just want to clarify. So your recommendation, Michelle, is to, instead of reducing the amount of the resident contribution, is increase the capital contribution. </w:t>
      </w:r>
    </w:p>
    <w:p>
      <w:r>
        <w:t xml:space="preserve">01:07:25   (Speaker C)  My suggestion is to use the surplus that it will be left over in the bank account at the end of the year to fund the reserves so that we can have. So that we can have appropriate amount of funding for the repairs that are required and not put us into a situation where we're constantly playing catch up to match our reserve study. We paid good money for that reserve study, so we should be following what it says. </w:t>
      </w:r>
    </w:p>
    <w:p>
      <w:r>
        <w:t xml:space="preserve">01:07:53   (Speaker M)  So enough work. Like I was just saying, we add the revenue on the top, but then we also make additional contribution to the capital fund. That's where it's getting moved. </w:t>
      </w:r>
    </w:p>
    <w:p>
      <w:r>
        <w:t xml:space="preserve">01:08:04   (Speaker C)  That's how you view the 0 to the reserve fund. </w:t>
      </w:r>
    </w:p>
    <w:p>
      <w:r>
        <w:t xml:space="preserve">01:08:07   (Speaker M)  To the reserve fund, yeah. </w:t>
      </w:r>
    </w:p>
    <w:p>
      <w:r>
        <w:t xml:space="preserve">01:08:08   (Speaker K)  That's what. </w:t>
      </w:r>
    </w:p>
    <w:p>
      <w:r>
        <w:t xml:space="preserve">01:08:09   (Speaker M)  To the capital reserve fund. </w:t>
      </w:r>
    </w:p>
    <w:p>
      <w:r>
        <w:t xml:space="preserve">01:08:10   (Speaker J)  That's what it says to the capital expenditures. </w:t>
      </w:r>
    </w:p>
    <w:p>
      <w:r>
        <w:t xml:space="preserve">01:08:15   (Speaker B)  So is the board. Okay, we just need a motion to open the public hearing. This one is the public hearing for Resolution 2026 13, which is relating to the annual appropriations and adopting the budget for fiscal year 27. That be public hear hash a motion to open it. </w:t>
      </w:r>
    </w:p>
    <w:p>
      <w:r>
        <w:t xml:space="preserve">01:08:29   (Speaker C)  I'll motion </w:t>
      </w:r>
    </w:p>
    <w:p>
      <w:r>
        <w:t xml:space="preserve">01:08:33   (Speaker B)  second. I'll second motion And a second. All in favor say aye. All right, the public hearing is open. If you could just state your name for the record and address. </w:t>
      </w:r>
    </w:p>
    <w:p>
      <w:r>
        <w:t xml:space="preserve">01:08:43   (Speaker K)  Is there a tie? </w:t>
      </w:r>
    </w:p>
    <w:p>
      <w:r>
        <w:t xml:space="preserve">01:08:44   (Speaker B)  Yes. </w:t>
      </w:r>
    </w:p>
    <w:p>
      <w:r>
        <w:t xml:space="preserve">01:08:46   (Speaker K)  I have a couple questions. I guess I'll just say them all. I see on page 15, developer contributions are going down from $317,000 to 260,000, 262,000, which is approximately $40,000. And that is for the revenue fund. And then if I turn the page and I go to the next page, I see our staff salary increases. The lifestyle director goes up 12%, administration salary up 18%, maintenance supervisor up 11% and the CAM manager up is 12%, which equals about $40,000. So that us paying the difference of what the developer is now no longer paying for. And then I'm curious of the lifestyle director salary going up 12% and seeing if you're also on page 16. Our special events, our budget went from $35,000 a year to $25,000 a year. So we have less events or the residents now paying the difference of $10,000 in events per event or what's happening. So why do we need a $90,000 salary for a $25,000 budget? Then I'm also questioning. Why on page 18 specifically all I'm looking at is the R ST for this point. Why are we paying certain lights in the budget? Why is the CBD paying for certain light fixtures? </w:t>
      </w:r>
    </w:p>
    <w:p>
      <w:r>
        <w:t xml:space="preserve">01:10:39   (Speaker M)  Not all of them. </w:t>
      </w:r>
    </w:p>
    <w:p>
      <w:r>
        <w:t xml:space="preserve">01:10:42   (Speaker K)  I see certain addresses listed here. </w:t>
      </w:r>
    </w:p>
    <w:p>
      <w:r>
        <w:t xml:space="preserve">01:10:45   (Speaker C)  Not all of them </w:t>
      </w:r>
    </w:p>
    <w:p>
      <w:r>
        <w:t xml:space="preserve">01:10:49   (Speaker A)  talked about. </w:t>
      </w:r>
    </w:p>
    <w:p>
      <w:r>
        <w:t xml:space="preserve">01:10:51   (Speaker B)  It's just the comment section. So just for you to make. I can speak with you. I can speak with you afterwards. So I do have all the answers. </w:t>
      </w:r>
    </w:p>
    <w:p>
      <w:r>
        <w:t xml:space="preserve">01:10:57   (Speaker M)  Okay. </w:t>
      </w:r>
    </w:p>
    <w:p>
      <w:r>
        <w:t xml:space="preserve">01:10:58   (Speaker B)  Is that all right? Thank you. I mean it's a comment section. It's not a question answer. </w:t>
      </w:r>
    </w:p>
    <w:p>
      <w:r>
        <w:t xml:space="preserve">01:11:06   (Speaker M)  Well, I just wanted to make sure everybody understands that the developed contribution, that's up to three parts. It's not mandatory. So that number will fluctuate based on what they want want to contribute. We don't have any control over that. The all in just everybody's aware of the all in expense is much higher and eventually we're going to be paying that as Dreamfinder is going to reduce the amount that their defunding every year and that that is the way it is. </w:t>
      </w:r>
    </w:p>
    <w:p>
      <w:r>
        <w:t xml:space="preserve">01:11:44   (Speaker K)  But we have a. </w:t>
      </w:r>
    </w:p>
    <w:p>
      <w:r>
        <w:t xml:space="preserve">01:11:52   (Speaker C)  Okay, thank you, Robin. This, this is not. Yeah, thank you, Mindy. But this isn't a back and forth. So does anybody else have any comments, </w:t>
      </w:r>
    </w:p>
    <w:p>
      <w:r>
        <w:t xml:space="preserve">01:12:05   (Speaker B)  Any other comments on the budget trail? Our court reference </w:t>
      </w:r>
    </w:p>
    <w:p>
      <w:r>
        <w:t xml:space="preserve">01:12:13   (Speaker F)  Julienix 183Amberwood is the </w:t>
      </w:r>
    </w:p>
    <w:p>
      <w:r>
        <w:t xml:space="preserve">01:12:17   (Speaker B)  proposed increase </w:t>
      </w:r>
    </w:p>
    <w:p>
      <w:r>
        <w:t xml:space="preserve">01:12:19   (Speaker N)  set since the developer's contribution </w:t>
      </w:r>
    </w:p>
    <w:p>
      <w:r>
        <w:t xml:space="preserve">01:12:23   (Speaker M)  can vary for next year for Reverie. </w:t>
      </w:r>
    </w:p>
    <w:p>
      <w:r>
        <w:t xml:space="preserve">01:12:26   (Speaker N)  Is it only going to be $181? </w:t>
      </w:r>
    </w:p>
    <w:p>
      <w:r>
        <w:t xml:space="preserve">01:12:28   (Speaker C)  Is that a for sure? </w:t>
      </w:r>
    </w:p>
    <w:p>
      <w:r>
        <w:t xml:space="preserve">01:12:29   (Speaker B)  If we adopt. Yes. If it's adopted as is. Yes, they can back out of what Kevin Anderson the next items on the agreement or on the agenda are the funding agreement. So we'll get to that. Any other audience comments? All right, there's no other comments. So we just need a motion to close the public hearing. </w:t>
      </w:r>
    </w:p>
    <w:p>
      <w:r>
        <w:t xml:space="preserve">01:12:55   (Speaker C)  I'll motion. </w:t>
      </w:r>
    </w:p>
    <w:p>
      <w:r>
        <w:t xml:space="preserve">01:12:56   (Speaker A)  Second. </w:t>
      </w:r>
    </w:p>
    <w:p>
      <w:r>
        <w:t xml:space="preserve">01:12:58   (Speaker B)  Motion and a second. All in favor say aye. </w:t>
      </w:r>
    </w:p>
    <w:p>
      <w:r>
        <w:t xml:space="preserve">01:13:00   (Speaker C)  Aye. </w:t>
      </w:r>
    </w:p>
    <w:p>
      <w:r>
        <w:t xml:space="preserve">01:13:02   (Speaker B)  Any opposed hearing? None. Motion passes. </w:t>
      </w:r>
    </w:p>
    <w:p>
      <w:r>
        <w:t xml:space="preserve">01:13:07   (Speaker J)  All right. </w:t>
      </w:r>
    </w:p>
    <w:p>
      <w:r>
        <w:t xml:space="preserve">01:13:07   (Speaker B)  So now it's open to the board if you guys want to have any more discussions. The final outcome would be with unless there's any changes, it would be a motion to approve resolution 2026-13. </w:t>
      </w:r>
    </w:p>
    <w:p>
      <w:r>
        <w:t xml:space="preserve">01:13:20   (Speaker C)  So I do have some questions. I think the first one on my list is six security. So where am I at? Yes, this is the trail mark budget I did have. What. What is our surplus but we've already established and discussed that. So next I have about security patrol. So we went up from 55,000 to 90,000. Is there a reason for that? </w:t>
      </w:r>
    </w:p>
    <w:p>
      <w:r>
        <w:t xml:space="preserve">01:13:51   (Speaker B)  Yeah, we could relabel that. </w:t>
      </w:r>
    </w:p>
    <w:p>
      <w:r>
        <w:t xml:space="preserve">01:13:54   (Speaker C)  What is that? </w:t>
      </w:r>
    </w:p>
    <w:p>
      <w:r>
        <w:t xml:space="preserve">01:13:55   (Speaker B)  So that initially. So that includes the security guard that we now have. </w:t>
      </w:r>
    </w:p>
    <w:p>
      <w:r>
        <w:t xml:space="preserve">01:13:59   (Speaker C)  But we were paying much higher prices with the police officer. Ma'. Am. Okay. All right, I'll try to talk louder. Thank you. So anyways, what is coming out of there? So it was my understanding we were paying a police officer which was more expensive. So what we intended to do was to hire the security guard for a cheaper version. </w:t>
      </w:r>
    </w:p>
    <w:p>
      <w:r>
        <w:t xml:space="preserve">01:14:28   (Speaker B)  Yeah. So this it was just the police officer which that was more of patrolling that wasn't securing the amenities center. We had all those issues. The board approved the full time security guard. So yes, it went up and this we, we also do have money in there for us to continue doing some of the patrols. We went down from the multiple that they were doing a week down to like one a week I think it was. But this, yes, it's more money because it is a lesser rate. But we get. We're getting way more hours than we got before. </w:t>
      </w:r>
    </w:p>
    <w:p>
      <w:r>
        <w:t xml:space="preserve">01:14:59   (Speaker C)  So is this per contract or this is per the contract of the security officer with addition of the St. John's county officer. </w:t>
      </w:r>
    </w:p>
    <w:p>
      <w:r>
        <w:t xml:space="preserve">01:15:09   (Speaker A)  Correct. </w:t>
      </w:r>
    </w:p>
    <w:p>
      <w:r>
        <w:t xml:space="preserve">01:15:09   (Speaker C)  Is where this mighty goes. </w:t>
      </w:r>
    </w:p>
    <w:p>
      <w:r>
        <w:t xml:space="preserve">01:15:10   (Speaker B)  So it's the contract price for the security and then it is so many hours per month for patrols. </w:t>
      </w:r>
    </w:p>
    <w:p>
      <w:r>
        <w:t xml:space="preserve">01:15:16   (Speaker C)  Okay. </w:t>
      </w:r>
    </w:p>
    <w:p>
      <w:r>
        <w:t xml:space="preserve">01:15:17   (Speaker L)  Eight hours a week for the. </w:t>
      </w:r>
    </w:p>
    <w:p>
      <w:r>
        <w:t xml:space="preserve">01:15:20   (Speaker C)  For the police officer and then on our staff as well. We have, we have gone up for everything per GMS's contract is there an annual increase. So we have facilities management went up from 104 to 110 field guests. I mean, they all increased. All of our staffing costs increased. </w:t>
      </w:r>
    </w:p>
    <w:p>
      <w:r>
        <w:t xml:space="preserve">01:15:46   (Speaker B)  Yeah, that was all contractual, which, when GMS was selected, they provided. It was three years, I believe, of pricing. So this is year two with the pricing that's in the contract. </w:t>
      </w:r>
    </w:p>
    <w:p>
      <w:r>
        <w:t xml:space="preserve">01:15:57   (Speaker A)  Was that the kayak launch maintenance too? That part of that? </w:t>
      </w:r>
    </w:p>
    <w:p>
      <w:r>
        <w:t xml:space="preserve">01:16:01   (Speaker B)  No, that. That just. That was always there and I was there for a while. That's for maintaining the kayak launch. Any repairs that are needed there. </w:t>
      </w:r>
    </w:p>
    <w:p>
      <w:r>
        <w:t xml:space="preserve">01:16:08   (Speaker C)  So you're saying, per GMS's contract, that in 2027 there will be a price increase because that will be the third year. </w:t>
      </w:r>
    </w:p>
    <w:p>
      <w:r>
        <w:t xml:space="preserve">01:16:17   (Speaker B)  Well, this is 2027 that we're proving here. </w:t>
      </w:r>
    </w:p>
    <w:p>
      <w:r>
        <w:t xml:space="preserve">01:16:19   (Speaker C)  Yeah. </w:t>
      </w:r>
    </w:p>
    <w:p>
      <w:r>
        <w:t xml:space="preserve">01:16:19   (Speaker B)  So, yeah, the 110 from the 104 is what the contractual increase is for this year, which is in the agreement. So we have. I can't remember. I think it's three years of pricing. Okay, I can tell you what next. Like, I can tell you what 2028 would be, too. </w:t>
      </w:r>
    </w:p>
    <w:p>
      <w:r>
        <w:t xml:space="preserve">01:16:33   (Speaker C)  It's fine. I don't need to know. I just. I'm trying to just see what. What's going on here. So then next we have pool maintenance. Is it full maintenance or full attendance? </w:t>
      </w:r>
    </w:p>
    <w:p>
      <w:r>
        <w:t xml:space="preserve">01:16:47   (Speaker J)  It's the same. </w:t>
      </w:r>
    </w:p>
    <w:p>
      <w:r>
        <w:t xml:space="preserve">01:16:48   (Speaker C)  The same increase because it's coming from the same. And the same with Janitorial because it's the same company. So then our fitness equipment lease went down. But I know the board is. And I know that the reason is probably because we're. Our lease is up, but I know the board is looking at getting new equipment, so I don't know if we should be going down that well, but I'm assuming that's why. Why we went down that low. </w:t>
      </w:r>
    </w:p>
    <w:p>
      <w:r>
        <w:t xml:space="preserve">01:17:18   (Speaker B)  That is why it was approved that way. Yeah. That is the amount that's budgeted for the next year is enough to cover the remaining amount of lease in that year. So it would really depend on if the board was looking to do like a huge overhaul and lease more new equipment. There's also the option to kind of purchase. Actually purchase the pieces of equipment, like throughout time. So I don't, you know, I don't think everything needs to be replaced at this time. </w:t>
      </w:r>
    </w:p>
    <w:p>
      <w:r>
        <w:t xml:space="preserve">01:17:42   (Speaker C)  No. But a good, I mean, a good chunk of it really does. </w:t>
      </w:r>
    </w:p>
    <w:p>
      <w:r>
        <w:t xml:space="preserve">01:17:46   (Speaker B)  So we could, you know, we could move money around. </w:t>
      </w:r>
    </w:p>
    <w:p>
      <w:r>
        <w:t xml:space="preserve">01:17:49   (Speaker C)  Yeah, but we could also do that like mid year if or whenever we decide that we're going to do it. If we needed to move money from one line item to another. </w:t>
      </w:r>
    </w:p>
    <w:p>
      <w:r>
        <w:t xml:space="preserve">01:17:59   (Speaker B)  Yeah, so if we did, the board did decide to go into another lease and that we would still code it to that line. And so what happened is we would go over in that line. We would have a budget amendment at the end of the year and that would move money from underfunded lines that weren't used into that line. So we balanced at the end of the year. So yeah, we would just need to be conscious that we're under our overall expenditures. </w:t>
      </w:r>
    </w:p>
    <w:p>
      <w:r>
        <w:t xml:space="preserve">01:18:21   (Speaker C)  All right. And then special events. I'm assuming that's lifestyles. Yes, we did go up a little bit, but I'm okay with that. I know Wendy, you probably are as well. Looks like somebody's real happy to there. All right. And then back to again. What we already discussed was the capital per the reserve study, but we established that that is underfunded. </w:t>
      </w:r>
    </w:p>
    <w:p>
      <w:r>
        <w:t xml:space="preserve">01:18:48   (Speaker B)  Yeah, that's kind of like, you know, especially boards coming from a developer board because typically you don't get contributions when they have control. So usually the first few years it is kind of a struggle for resident boards to get caught up to that point. But the. That is the goal that you know we get there and then we can maintain that reserve study level going forward. </w:t>
      </w:r>
    </w:p>
    <w:p>
      <w:r>
        <w:t xml:space="preserve">01:19:07   (Speaker C)  All right, moving. Does anybody else have anything on the trail Mark Budget? </w:t>
      </w:r>
    </w:p>
    <w:p>
      <w:r>
        <w:t xml:space="preserve">01:19:12   (Speaker J)  No, we kind of hashed it out. </w:t>
      </w:r>
    </w:p>
    <w:p>
      <w:r>
        <w:t xml:space="preserve">01:19:14   (Speaker C)  Okay, then the only other things that I have moving to the reverie budget is that landscape. Is that per our contract? </w:t>
      </w:r>
    </w:p>
    <w:p>
      <w:r>
        <w:t xml:space="preserve">01:19:27   (Speaker L)  Yes. </w:t>
      </w:r>
    </w:p>
    <w:p>
      <w:r>
        <w:t xml:space="preserve">01:19:28   (Speaker C)  All right. Dog maintenance. Why did we go up </w:t>
      </w:r>
    </w:p>
    <w:p>
      <w:r>
        <w:t xml:space="preserve">01:19:35   (Speaker L)  that. </w:t>
      </w:r>
    </w:p>
    <w:p>
      <w:r>
        <w:t xml:space="preserve">01:19:35   (Speaker B)  I know there was something I think that's just based off. Yeah, we probably could keep that one down a little bit. </w:t>
      </w:r>
    </w:p>
    <w:p>
      <w:r>
        <w:t xml:space="preserve">01:19:47   (Speaker C)  Yeah, let's, let's. I mean I don't know what's going on in that dog park. </w:t>
      </w:r>
    </w:p>
    <w:p>
      <w:r>
        <w:t xml:space="preserve">01:19:54   (Speaker B)  There was numbers that Kevin had sent over that we plugged in. I don't think he would have done that. So let me. We can reduce, keep, keep the dog part the same either. </w:t>
      </w:r>
    </w:p>
    <w:p>
      <w:r>
        <w:t xml:space="preserve">01:20:02   (Speaker C)  I mean I can't even believe that we've spent $5,000 in that dog park. </w:t>
      </w:r>
    </w:p>
    <w:p>
      <w:r>
        <w:t xml:space="preserve">01:20:07   (Speaker B)  The bags are expensive. </w:t>
      </w:r>
    </w:p>
    <w:p>
      <w:r>
        <w:t xml:space="preserve">01:20:10   (Speaker C)  Okay, well is that including the dog waste removal? Is that the line item we're using for that? </w:t>
      </w:r>
    </w:p>
    <w:p>
      <w:r>
        <w:t xml:space="preserve">01:20:17   (Speaker J)  But, but do they remove. </w:t>
      </w:r>
    </w:p>
    <w:p>
      <w:r>
        <w:t xml:space="preserve">01:20:23   (Speaker C)  Yeah. </w:t>
      </w:r>
    </w:p>
    <w:p>
      <w:r>
        <w:t xml:space="preserve">01:20:23   (Speaker B)  So that, that would be because they are under contract there which I don't know how long do we know if </w:t>
      </w:r>
    </w:p>
    <w:p>
      <w:r>
        <w:t xml:space="preserve">01:20:27   (Speaker J)  they repair side there? Because we don't do that in tr. </w:t>
      </w:r>
    </w:p>
    <w:p>
      <w:r>
        <w:t xml:space="preserve">01:20:30   (Speaker B)  Do they do that there? I mean that it's maintained by Brightview. </w:t>
      </w:r>
    </w:p>
    <w:p>
      <w:r>
        <w:t xml:space="preserve">01:20:34   (Speaker C)  So we would have a. </w:t>
      </w:r>
    </w:p>
    <w:p>
      <w:r>
        <w:t xml:space="preserve">01:20:35   (Speaker B)  Be just like anything else. Like if it dies for no cause of theirs and they would provide a proposal to replace it if it dies because of something they did. </w:t>
      </w:r>
    </w:p>
    <w:p>
      <w:r>
        <w:t xml:space="preserve">01:20:43   (Speaker M)  Right. </w:t>
      </w:r>
    </w:p>
    <w:p>
      <w:r>
        <w:t xml:space="preserve">01:20:43   (Speaker B)  Safety, </w:t>
      </w:r>
    </w:p>
    <w:p>
      <w:r>
        <w:t xml:space="preserve">01:20:46   (Speaker C)  this entry gate, access control, what all is in that? Because I do see that we went up on that. But I do see obviously our actuals are high because of all of the struggles that we've had. I'm assuming that that's where that's being coded to. </w:t>
      </w:r>
    </w:p>
    <w:p>
      <w:r>
        <w:t xml:space="preserve">01:21:06   (Speaker M)  That's the new. </w:t>
      </w:r>
    </w:p>
    <w:p>
      <w:r>
        <w:t xml:space="preserve">01:21:07   (Speaker B)  Yeah, we got the new contract which is less than, which is lower. </w:t>
      </w:r>
    </w:p>
    <w:p>
      <w:r>
        <w:t xml:space="preserve">01:21:12   (Speaker C)  So when we say new contract is this, that we're in Vera. So this is in Vera is going under here too? </w:t>
      </w:r>
    </w:p>
    <w:p>
      <w:r>
        <w:t xml:space="preserve">01:21:20   (Speaker L)  Yes. </w:t>
      </w:r>
    </w:p>
    <w:p>
      <w:r>
        <w:t xml:space="preserve">01:21:22   (Speaker C)  Okay, so this is in Vera. And then the new company that we just approved will go under there as well. </w:t>
      </w:r>
    </w:p>
    <w:p>
      <w:r>
        <w:t xml:space="preserve">01:21:33   (Speaker B)  Yeah, the very first bottom above miscellaneous. </w:t>
      </w:r>
    </w:p>
    <w:p>
      <w:r>
        <w:t xml:space="preserve">01:21:36   (Speaker C)  Okay, so this is per contract then telephone. We went up on that. But I thought that we had signed something that was going to be a cheaper option. Did we ever enter into that contract? Cuz I know we were going back and forth. </w:t>
      </w:r>
    </w:p>
    <w:p>
      <w:r>
        <w:t xml:space="preserve">01:21:57   (Speaker B)  Yeah, we're doing, we're looking to do the month to month. Wow. </w:t>
      </w:r>
    </w:p>
    <w:p>
      <w:r>
        <w:t xml:space="preserve">01:22:00   (Speaker L)  No. </w:t>
      </w:r>
    </w:p>
    <w:p>
      <w:r>
        <w:t xml:space="preserve">01:22:01   (Speaker B)  And this again, this number is in here because this is what at the time we were just doing what was current since been approved to go into </w:t>
      </w:r>
    </w:p>
    <w:p>
      <w:r>
        <w:t xml:space="preserve">01:22:06   (Speaker M)  the month to month on the month to month. </w:t>
      </w:r>
    </w:p>
    <w:p>
      <w:r>
        <w:t xml:space="preserve">01:22:08   (Speaker C)  So can we drop that number? I mean I know I'm not trying to pick nickel and dime us here, but also I know the residents are looking for any cost savings that we could possibly do. So </w:t>
      </w:r>
    </w:p>
    <w:p>
      <w:r>
        <w:t xml:space="preserve">01:22:22   (Speaker A)  I was going to say about like the access cards. </w:t>
      </w:r>
    </w:p>
    <w:p>
      <w:r>
        <w:t xml:space="preserve">01:22:25   (Speaker C)  Yep, I got that. </w:t>
      </w:r>
    </w:p>
    <w:p>
      <w:r>
        <w:t xml:space="preserve">01:22:26   (Speaker A)  Why are we spending $1500 more on access cards? </w:t>
      </w:r>
    </w:p>
    <w:p>
      <w:r>
        <w:t xml:space="preserve">01:22:29   (Speaker C)  And we might have been in the beginning, but that's good. </w:t>
      </w:r>
    </w:p>
    <w:p>
      <w:r>
        <w:t xml:space="preserve">01:22:35   (Speaker B)  Usually you spend more early on. </w:t>
      </w:r>
    </w:p>
    <w:p>
      <w:r>
        <w:t xml:space="preserve">01:22:36   (Speaker C)  Yeah, I was like, wow, we could probably decrease. </w:t>
      </w:r>
    </w:p>
    <w:p>
      <w:r>
        <w:t xml:space="preserve">01:22:39   (Speaker B)  Well they do have, I mean part of it. They have a lot of houses still coming in Reverie. So there are going to be. </w:t>
      </w:r>
    </w:p>
    <w:p>
      <w:r>
        <w:t xml:space="preserve">01:22:44   (Speaker C)  They're coming real slow. </w:t>
      </w:r>
    </w:p>
    <w:p>
      <w:r>
        <w:t xml:space="preserve">01:22:46   (Speaker A)  Yeah, well see that was my point with the content. I mean the reserve stuff. Home sales are slowing down. Interest rates have gone back up. Like things are going to come slower to a halt as prices drop. Why go and spend that money when we can get at least a little caught up while home sales are down? </w:t>
      </w:r>
    </w:p>
    <w:p>
      <w:r>
        <w:t xml:space="preserve">01:23:10   (Speaker B)  Yeah, it is. I mean we did lower that by $2,000. We went from 5,000 down to 3,000. </w:t>
      </w:r>
    </w:p>
    <w:p>
      <w:r>
        <w:t xml:space="preserve">01:23:17   (Speaker C)  So going back to the phone thing, can we lower that to whatever our new contract is? Okay. Have that amount. I thought we could still have both done until we make. </w:t>
      </w:r>
    </w:p>
    <w:p>
      <w:r>
        <w:t xml:space="preserve">01:23:27   (Speaker F)  Until we assure the ring central is working properly with the amenity center. </w:t>
      </w:r>
    </w:p>
    <w:p>
      <w:r>
        <w:t xml:space="preserve">01:23:34   (Speaker C)  Jennifer, do we have both phone services going right now? No, no, we got rid of it. We got the ring only right now. </w:t>
      </w:r>
    </w:p>
    <w:p>
      <w:r>
        <w:t xml:space="preserve">01:23:41   (Speaker F)  We're still trying to get that set up. </w:t>
      </w:r>
    </w:p>
    <w:p>
      <w:r>
        <w:t xml:space="preserve">01:23:44   (Speaker C)  Oh, the ring situation set up. </w:t>
      </w:r>
    </w:p>
    <w:p>
      <w:r>
        <w:t xml:space="preserve">01:23:45   (Speaker N)  And just for context, this does have the Internet and it's rolled into that deal. </w:t>
      </w:r>
    </w:p>
    <w:p>
      <w:r>
        <w:t xml:space="preserve">01:23:52   (Speaker C)  The telephone is also the Internet. Gl. </w:t>
      </w:r>
    </w:p>
    <w:p>
      <w:r>
        <w:t xml:space="preserve">01:23:55   (Speaker A)  Yeah, yeah, yeah, it is. Okay. </w:t>
      </w:r>
    </w:p>
    <w:p>
      <w:r>
        <w:t xml:space="preserve">01:23:59   (Speaker C)  Okay. </w:t>
      </w:r>
    </w:p>
    <w:p>
      <w:r>
        <w:t xml:space="preserve">01:24:00   (Speaker N)  That's also probably affecting the cost. </w:t>
      </w:r>
    </w:p>
    <w:p>
      <w:r>
        <w:t xml:space="preserve">01:24:03   (Speaker C)  Okay, then we just need to leave that alone then if that's the case, and then moving on to the access card cards, I think we could go more towards. Well, I guess you already did lower it, so that's fine. And then lifestyles. I have the same questions about all of our. All of our contracts are going up for all of our staff. So is that per contract they have increases. </w:t>
      </w:r>
    </w:p>
    <w:p>
      <w:r>
        <w:t xml:space="preserve">01:24:32   (Speaker B)  So that is what was provided. So, I mean, the board does have some say. You know, they can give pushback, but that's historically. He'll send each year what the salaries would be for those. Those are in the budget for the board to approve. </w:t>
      </w:r>
    </w:p>
    <w:p>
      <w:r>
        <w:t xml:space="preserve">01:24:47   (Speaker M)  Do we have the actual salaries for these positions now? Because I tried finding it. </w:t>
      </w:r>
    </w:p>
    <w:p>
      <w:r>
        <w:t xml:space="preserve">01:24:51   (Speaker B)  No. So we have our agreement with the HOA for management is paying the H or paying the HOA per the service. It's not what the salary is, is. It's what we pay them per our contract. </w:t>
      </w:r>
    </w:p>
    <w:p>
      <w:r>
        <w:t xml:space="preserve">01:25:02   (Speaker N)  Right. </w:t>
      </w:r>
    </w:p>
    <w:p>
      <w:r>
        <w:t xml:space="preserve">01:25:03   (Speaker B)  So their salary is. Yeah, that would be either an hoa. </w:t>
      </w:r>
    </w:p>
    <w:p>
      <w:r>
        <w:t xml:space="preserve">01:25:09   (Speaker C)  So our contract has a flat rate. Is that correct? </w:t>
      </w:r>
    </w:p>
    <w:p>
      <w:r>
        <w:t xml:space="preserve">01:25:13   (Speaker L)  Yes. </w:t>
      </w:r>
    </w:p>
    <w:p>
      <w:r>
        <w:t xml:space="preserve">01:25:13   (Speaker B)  And that is too. We also have on here, which I will probably end up having to push it. I know there's been discussion, but we have consideration of the agreement with r homeowners association. And that's, you know, last year we renewed it and that'll be the same each year. </w:t>
      </w:r>
    </w:p>
    <w:p>
      <w:r>
        <w:t xml:space="preserve">01:25:25   (Speaker A)  So remind me, last year was the first year we actually gave an increase to the lifestyles position. Correct. And in quite a while, I'd have </w:t>
      </w:r>
    </w:p>
    <w:p>
      <w:r>
        <w:t xml:space="preserve">01:25:36   (Speaker B)  to look back on my head. </w:t>
      </w:r>
    </w:p>
    <w:p>
      <w:r>
        <w:t xml:space="preserve">01:25:38   (Speaker M)  That's the first time we actually just gave an increase as opposed to like a yearly. </w:t>
      </w:r>
    </w:p>
    <w:p>
      <w:r>
        <w:t xml:space="preserve">01:25:43   (Speaker A)  Like a yearly merit increase. </w:t>
      </w:r>
    </w:p>
    <w:p>
      <w:r>
        <w:t xml:space="preserve">01:25:46   (Speaker M)  But I would like to know what the salaries actually are. </w:t>
      </w:r>
    </w:p>
    <w:p>
      <w:r>
        <w:t xml:space="preserve">01:25:50   (Speaker C)  So that would be something that the HOA would have to provide to deal because that's. </w:t>
      </w:r>
    </w:p>
    <w:p>
      <w:r>
        <w:t xml:space="preserve">01:25:57   (Speaker D)  That'll be part of the agreement with Dreamfinders. </w:t>
      </w:r>
    </w:p>
    <w:p>
      <w:r>
        <w:t xml:space="preserve">01:26:04   (Speaker B)  The CDD has a management agreement with the hoa. It's not with Dreamfinders, it's with the hoa. And that is just. It's, you know, provide a maintenance tech for $80,000 a year. That's. And that's what we pay the HOA. It's not. We don't see the salary, you know, just like how you hire us or you hire any other vendor. You pay like maintenance, you know, X amount a year. </w:t>
      </w:r>
    </w:p>
    <w:p>
      <w:r>
        <w:t xml:space="preserve">01:26:27   (Speaker J)  And then you guys. </w:t>
      </w:r>
    </w:p>
    <w:p>
      <w:r>
        <w:t xml:space="preserve">01:26:27   (Speaker B)  And they. They handle. Pay the salary and everything internally, their </w:t>
      </w:r>
    </w:p>
    <w:p>
      <w:r>
        <w:t xml:space="preserve">01:26:31   (Speaker A)  salary info is between their employer and them. </w:t>
      </w:r>
    </w:p>
    <w:p>
      <w:r>
        <w:t xml:space="preserve">01:26:34   (Speaker D)  Correct. I understand. Yeah, I understand that. So. But when you look at the. At the management agreement, there's spots for how much you're going to pay for each position. How is that decided? </w:t>
      </w:r>
    </w:p>
    <w:p>
      <w:r>
        <w:t xml:space="preserve">01:26:52   (Speaker J)  You would have to go to your HOA board meeting and ask that question. </w:t>
      </w:r>
    </w:p>
    <w:p>
      <w:r>
        <w:t xml:space="preserve">01:26:55   (Speaker M)  In prior years, probably Kevin would provide that information. </w:t>
      </w:r>
    </w:p>
    <w:p>
      <w:r>
        <w:t xml:space="preserve">01:27:02   (Speaker A)  We just need to know how many. </w:t>
      </w:r>
    </w:p>
    <w:p>
      <w:r>
        <w:t xml:space="preserve">01:27:03   (Speaker B)  And that's what I. So for this, same as last year is he sends the email for the. What they're looking to budget for those lines. </w:t>
      </w:r>
    </w:p>
    <w:p>
      <w:r>
        <w:t xml:space="preserve">01:27:11   (Speaker C)  So I would be looking to change that to be whatever we are contractually obligated to pay the association. Instead of going up on all of these, you know, the lifestyle, the cam, all of these things, or I don't even know why we have CAM in here. </w:t>
      </w:r>
    </w:p>
    <w:p>
      <w:r>
        <w:t xml:space="preserve">01:27:33   (Speaker B)  So there would be. I mean, that's something that we're going to discuss. Discuss. Because we haven't. We haven't finalized the 27 funding agreement or the HOA agreement yet because we. We kind of still have all this going on with the transition from Kevin to. This is so the maintenance tech. So we. Yeah, so we do have. The maintenance tech is 3830 an hour. Administrative assistant, 2653. Lifestyle management manager, $49.53. No, that's facility manager. </w:t>
      </w:r>
    </w:p>
    <w:p>
      <w:r>
        <w:t xml:space="preserve">01:28:05   (Speaker G)  I'm sorry. </w:t>
      </w:r>
    </w:p>
    <w:p>
      <w:r>
        <w:t xml:space="preserve">01:28:05   (Speaker B)  Facility manager and lifestyle is $38.64. That was last. That's the current one. That's the current one we're in right now. </w:t>
      </w:r>
    </w:p>
    <w:p>
      <w:r>
        <w:t xml:space="preserve">01:28:13   (Speaker M)  All right, so if we calculate that out to be a yearly salary plus the 25% load, which is what these companies add, does that equate to what we have next? </w:t>
      </w:r>
    </w:p>
    <w:p>
      <w:r>
        <w:t xml:space="preserve">01:28:28   (Speaker B)  I'd have to do that. </w:t>
      </w:r>
    </w:p>
    <w:p>
      <w:r>
        <w:t xml:space="preserve">01:28:29   (Speaker C)  Yeah, you'd have to. Somebody's gonna have to bust out a calculator. Mindy. Daniel, can you do that in your head, please? Spit us out of numbers, Daniel. You didn't know your math ways. So to my point here is that I think that we. We should leave the numbers the same. Same for the staff. Unless we're going. Unless our new agreement that we're getting into with the association has different numbers </w:t>
      </w:r>
    </w:p>
    <w:p>
      <w:r>
        <w:t xml:space="preserve">01:29:04   (Speaker B)  that we have not settled. </w:t>
      </w:r>
    </w:p>
    <w:p>
      <w:r>
        <w:t xml:space="preserve">01:29:07   (Speaker C)  I know, but we pay by the preliminary. I mean, I could skip down here in the agenda. Is it in here? </w:t>
      </w:r>
    </w:p>
    <w:p>
      <w:r>
        <w:t xml:space="preserve">01:29:13   (Speaker B)  No, it's a burnout. So. Because we haven't been able to finalize it yet with the transition from. </w:t>
      </w:r>
    </w:p>
    <w:p>
      <w:r>
        <w:t xml:space="preserve">01:29:19   (Speaker C)  Is it the same numbers, though? </w:t>
      </w:r>
    </w:p>
    <w:p>
      <w:r>
        <w:t xml:space="preserve">01:29:22   (Speaker B)  It's just blanks. </w:t>
      </w:r>
    </w:p>
    <w:p>
      <w:r>
        <w:t xml:space="preserve">01:29:23   (Speaker M)  Right now. </w:t>
      </w:r>
    </w:p>
    <w:p>
      <w:r>
        <w:t xml:space="preserve">01:29:23   (Speaker B)  Oh, that's what we were going to talk. </w:t>
      </w:r>
    </w:p>
    <w:p>
      <w:r>
        <w:t xml:space="preserve">01:29:25   (Speaker C)  Okay, so then I think that we should leave the numbers the same. I mean in my opinion, I think that we should leave the staffing amounts the same. Our agreement with the association, the numbers should stay the same. If we're going to be going into this agreement. </w:t>
      </w:r>
    </w:p>
    <w:p>
      <w:r>
        <w:t xml:space="preserve">01:29:46   (Speaker B)  Do you guys have any comments? </w:t>
      </w:r>
    </w:p>
    <w:p>
      <w:r>
        <w:t xml:space="preserve">01:29:47   (Speaker G)  I don't have enough information to hurt </w:t>
      </w:r>
    </w:p>
    <w:p>
      <w:r>
        <w:t xml:space="preserve">01:29:50   (Speaker B)  me one way or another right now. </w:t>
      </w:r>
    </w:p>
    <w:p>
      <w:r>
        <w:t xml:space="preserve">01:29:52   (Speaker G)  I haven't seen any of those contracts. </w:t>
      </w:r>
    </w:p>
    <w:p>
      <w:r>
        <w:t xml:space="preserve">01:29:55   (Speaker C)  We haven't either. And that's the part that we, you know, it's hard to make a decision based on our budget and cost the homeowners increase when we don't know what the contract is. And honestly as this entity, you know that's kind of a contract that's between the HOA and the management companies. So I'm assuming that maybe Kevin submitted these numbers based on increases to salaries. </w:t>
      </w:r>
    </w:p>
    <w:p>
      <w:r>
        <w:t xml:space="preserve">01:30:27   (Speaker N)  These are. So there is that staff has not received. But there are staff members. The few that have remained. There have not been increase in two years to their. To the salary being paid to the employee. So this is encompassing of that. </w:t>
      </w:r>
    </w:p>
    <w:p>
      <w:r>
        <w:t xml:space="preserve">01:30:43   (Speaker C)  And by the staff members that have been there, you mean Toby. </w:t>
      </w:r>
    </w:p>
    <w:p>
      <w:r>
        <w:t xml:space="preserve">01:30:47   (Speaker N)  Right. </w:t>
      </w:r>
    </w:p>
    <w:p>
      <w:r>
        <w:t xml:space="preserve">01:30:49   (Speaker C)  So we're talking one. We're one maintenance guy is what you're saying. </w:t>
      </w:r>
    </w:p>
    <w:p>
      <w:r>
        <w:t xml:space="preserve">01:30:57   (Speaker N)  Right. Which is what, what. Why this discussion is happening. So Toby hasn't received an increase in two years. The other positions are market value based on the research provided for those positions. </w:t>
      </w:r>
    </w:p>
    <w:p>
      <w:r>
        <w:t xml:space="preserve">01:31:09   (Speaker J)  Toby's been there two years. </w:t>
      </w:r>
    </w:p>
    <w:p>
      <w:r>
        <w:t xml:space="preserve">01:31:13   (Speaker D)  So help me understand. So let's use $100,000 as an example. We're paying the cam $100,000 is First Services paying money </w:t>
      </w:r>
    </w:p>
    <w:p>
      <w:r>
        <w:t xml:space="preserve">01:31:35   (Speaker C)  association manager. </w:t>
      </w:r>
    </w:p>
    <w:p>
      <w:r>
        <w:t xml:space="preserve">01:31:38   (Speaker N)  So there's going to be a burn rate just like you see anywhere else. So whatever the salary is, then there's a burden break. </w:t>
      </w:r>
    </w:p>
    <w:p>
      <w:r>
        <w:t xml:space="preserve">01:31:43   (Speaker C)  What is that? The amenity management. Is it the lifestyle person? There's one that says lifestyle Lifestyle director and the other one says lifestyle community association manager. So the community association manager is the manager of an hoa. So it just to me seems like. </w:t>
      </w:r>
    </w:p>
    <w:p>
      <w:r>
        <w:t xml:space="preserve">01:32:07   (Speaker D)  Vacation where we're paying health insurance. </w:t>
      </w:r>
    </w:p>
    <w:p>
      <w:r>
        <w:t xml:space="preserve">01:32:15   (Speaker H)  It goes into the number, </w:t>
      </w:r>
    </w:p>
    <w:p>
      <w:r>
        <w:t xml:space="preserve">01:32:21   (Speaker B)  he's funded it through deficit fund. </w:t>
      </w:r>
    </w:p>
    <w:p>
      <w:r>
        <w:t xml:space="preserve">01:32:24   (Speaker N)  They pay that curve of just what the salary is. There's not an extra charge if somebody's working a 40 hour week and they take a day off. </w:t>
      </w:r>
    </w:p>
    <w:p>
      <w:r>
        <w:t xml:space="preserve">01:32:35   (Speaker D)  But the agreement, the agreement says. </w:t>
      </w:r>
    </w:p>
    <w:p>
      <w:r>
        <w:t xml:space="preserve">01:32:36   (Speaker N)  But it is all that is all how the contract is written. </w:t>
      </w:r>
    </w:p>
    <w:p>
      <w:r>
        <w:t xml:space="preserve">01:32:39   (Speaker D)  The agreement says that the CDD pays for hours of work, actual hours to work. And it doesn't include anything about covering health insurance, Automobile coverage. </w:t>
      </w:r>
    </w:p>
    <w:p>
      <w:r>
        <w:t xml:space="preserve">01:32:59   (Speaker N)  This is Actually the first one between the CDD and the association, like this is personality. So our agreement between the association, </w:t>
      </w:r>
    </w:p>
    <w:p>
      <w:r>
        <w:t xml:space="preserve">01:33:11   (Speaker E)  so </w:t>
      </w:r>
    </w:p>
    <w:p>
      <w:r>
        <w:t xml:space="preserve">01:33:11   (Speaker N)  I can speak to contractually what that says as far as where those misalign. I have not had an opportunity to </w:t>
      </w:r>
    </w:p>
    <w:p>
      <w:r>
        <w:t xml:space="preserve">01:33:19   (Speaker B)  look at who runs. </w:t>
      </w:r>
    </w:p>
    <w:p>
      <w:r>
        <w:t xml:space="preserve">01:33:24   (Speaker D)  And I think we're kind of putting the carpet full, of course in this fact that we need to know. So we do have what the demands are going to be as far as the salary checks are going to. </w:t>
      </w:r>
    </w:p>
    <w:p>
      <w:r>
        <w:t xml:space="preserve">01:33:34   (Speaker B)  And we did. We do have the ability to. We have to have the budget adopted by September 15. So we could push this to the next meeting because it's September 10th. Not that that's ideal, but you know, we're just kind of. We're working with what we had at the time with transitioning and everything that's happened. </w:t>
      </w:r>
    </w:p>
    <w:p>
      <w:r>
        <w:t xml:space="preserve">01:33:49   (Speaker A)  Just a question for head headcount, like for what we pay for. Like so like on the line item, I'm looking at like lifestyle, community associate, association manager. The budget for that went up quite a lot. And do we get more headcount out of that or is that just. </w:t>
      </w:r>
    </w:p>
    <w:p>
      <w:r>
        <w:t xml:space="preserve">01:34:12   (Speaker N)  Yeah, so those are all position based. So right now there's admin, there's three staff members, there's your admin, front desk, the maintenance supervisor. And then. </w:t>
      </w:r>
    </w:p>
    <w:p>
      <w:r>
        <w:t xml:space="preserve">01:34:24   (Speaker F)  Is this separate? I'm just. </w:t>
      </w:r>
    </w:p>
    <w:p>
      <w:r>
        <w:t xml:space="preserve">01:34:26   (Speaker A)  Those are all full time employees too, correct? </w:t>
      </w:r>
    </w:p>
    <w:p>
      <w:r>
        <w:t xml:space="preserve">01:34:29   (Speaker N)  Yes, they're all full time. </w:t>
      </w:r>
    </w:p>
    <w:p>
      <w:r>
        <w:t xml:space="preserve">01:34:31   (Speaker C)  So I have a problem with this community association manager. The CDD should not be paying for this. So I want to get that removed altogether. A community association manager is someone who manages an hoa. So that should be coming out of the HOA budget, not our budget. The agreement that we have with the association. The HOA is to pay for staff to run the amenity center, not to manage the hoa. </w:t>
      </w:r>
    </w:p>
    <w:p>
      <w:r>
        <w:t xml:space="preserve">01:35:09   (Speaker N)  So facilities versus hoa. So I understand what you're saying. I think there were conversations before I was even in the picture about this </w:t>
      </w:r>
    </w:p>
    <w:p>
      <w:r>
        <w:t xml:space="preserve">01:35:16   (Speaker F)  thing where there was a time where </w:t>
      </w:r>
    </w:p>
    <w:p>
      <w:r>
        <w:t xml:space="preserve">01:35:17   (Speaker N)  it was on the other side and then it was moved. I'm not privy exactly with those conversations, but I can and I do understand splitting that. You know, you're having one person do the facilities maintenance and the HOA maintenance. Splitting that salary in a way where that makes sense for facilities versus hoa. I know those conversations took place at some point. </w:t>
      </w:r>
    </w:p>
    <w:p>
      <w:r>
        <w:t xml:space="preserve">01:35:40   (Speaker C)  Yeah, I was here for it. But I don't know that I fully recognize, recognized that we were in fact including a community association manager salary. So it is my opinion that that needs to be removed altogether, that we shouldn't be paying for that. And in our agreement it doesn't say that we should be paying for that. Right now. </w:t>
      </w:r>
    </w:p>
    <w:p>
      <w:r>
        <w:t xml:space="preserve">01:36:06   (Speaker B)  The agreement list of maintenance stack at 40, 40 hours, administrative assistant of 40 hours, facility manager at 4 hours per week, and a lifestyle manager at 40 hours per week. </w:t>
      </w:r>
    </w:p>
    <w:p>
      <w:r>
        <w:t xml:space="preserve">01:36:19   (Speaker C)  Yeah. And nowhere does it say anything about a community association manager. So I want to get that removed. </w:t>
      </w:r>
    </w:p>
    <w:p>
      <w:r>
        <w:t xml:space="preserve">01:36:26   (Speaker J)  So. </w:t>
      </w:r>
    </w:p>
    <w:p>
      <w:r>
        <w:t xml:space="preserve">01:36:26   (Speaker M)  All right, little history. So two years ago, there were certain positions here that were on the HOA budget. And I think it was community manager. It was. I think even the lifestyle director. It was on the HOA budget and Kevin moved everything, I guess for simplicity. </w:t>
      </w:r>
    </w:p>
    <w:p>
      <w:r>
        <w:t xml:space="preserve">01:36:47   (Speaker C)  But it should not be that way. No, he didn't do it for simplicity, but it should not be that way. The community association manager salary should be on the HoA budget, not on our budget, and it's not in our agreement. </w:t>
      </w:r>
    </w:p>
    <w:p>
      <w:r>
        <w:t xml:space="preserve">01:37:01   (Speaker M)  So the manager, the person that manages, oversees the landscaping and the hoa, not the hoa. This is the person that manages the </w:t>
      </w:r>
    </w:p>
    <w:p>
      <w:r>
        <w:t xml:space="preserve">01:37:13   (Speaker C)  facilities manager should be managing the facility. That's what we're paying for. </w:t>
      </w:r>
    </w:p>
    <w:p>
      <w:r>
        <w:t xml:space="preserve">01:37:18   (Speaker A)  We have a line item. We have a line item for admin and facility management. </w:t>
      </w:r>
    </w:p>
    <w:p>
      <w:r>
        <w:t xml:space="preserve">01:37:23   (Speaker M)  The facility manager. </w:t>
      </w:r>
    </w:p>
    <w:p>
      <w:r>
        <w:t xml:space="preserve">01:37:26   (Speaker A)  Correct. We have a line item for administration, admin, Facility manager. </w:t>
      </w:r>
    </w:p>
    <w:p>
      <w:r>
        <w:t xml:space="preserve">01:37:33   (Speaker C)  Then who's the b. Who's the maintenance person? </w:t>
      </w:r>
    </w:p>
    <w:p>
      <w:r>
        <w:t xml:space="preserve">01:37:35   (Speaker D)  Who's the maintenance tech? </w:t>
      </w:r>
    </w:p>
    <w:p>
      <w:r>
        <w:t xml:space="preserve">01:37:37   (Speaker F)  Right. </w:t>
      </w:r>
    </w:p>
    <w:p>
      <w:r>
        <w:t xml:space="preserve">01:37:37   (Speaker N)  So Toby. Toby is your maintenance person. </w:t>
      </w:r>
    </w:p>
    <w:p>
      <w:r>
        <w:t xml:space="preserve">01:37:40   (Speaker M)  Okay. </w:t>
      </w:r>
    </w:p>
    <w:p>
      <w:r>
        <w:t xml:space="preserve">01:37:40   (Speaker N)  So right now you have a community association manager who is essentially functioning as both. They're your facilities manager and your community association manager. </w:t>
      </w:r>
    </w:p>
    <w:p>
      <w:r>
        <w:t xml:space="preserve">01:37:47   (Speaker C)  So we're paying. </w:t>
      </w:r>
    </w:p>
    <w:p>
      <w:r>
        <w:t xml:space="preserve">01:37:48   (Speaker F)  We're. </w:t>
      </w:r>
    </w:p>
    <w:p>
      <w:r>
        <w:t xml:space="preserve">01:37:48   (Speaker C)  We're paying double for one person is what is happening. </w:t>
      </w:r>
    </w:p>
    <w:p>
      <w:r>
        <w:t xml:space="preserve">01:37:52   (Speaker J)  So we have a building maintenance super and admin facility management. Is that the same person? </w:t>
      </w:r>
    </w:p>
    <w:p>
      <w:r>
        <w:t xml:space="preserve">01:37:59   (Speaker E)  Yeah. </w:t>
      </w:r>
    </w:p>
    <w:p>
      <w:r>
        <w:t xml:space="preserve">01:37:59   (Speaker N)  So the way it's, it's the way it's worded in here. So you have a front desk admin person position, a maintenance supervisor position, and then you have somebody who is doing CAM functioning or you know, in the HOA sense of violations and architectural review </w:t>
      </w:r>
    </w:p>
    <w:p>
      <w:r>
        <w:t xml:space="preserve">01:38:16   (Speaker C)  and those sort of things. Which is an hoa. </w:t>
      </w:r>
    </w:p>
    <w:p>
      <w:r>
        <w:t xml:space="preserve">01:38:19   (Speaker A)  Roger. </w:t>
      </w:r>
    </w:p>
    <w:p>
      <w:r>
        <w:t xml:space="preserve">01:38:20   (Speaker E)  Hoa, which are. </w:t>
      </w:r>
    </w:p>
    <w:p>
      <w:r>
        <w:t xml:space="preserve">01:38:21   (Speaker C)  Hoa, which has nothing to do with this district. </w:t>
      </w:r>
    </w:p>
    <w:p>
      <w:r>
        <w:t xml:space="preserve">01:38:23   (Speaker N)  Correct. </w:t>
      </w:r>
    </w:p>
    <w:p>
      <w:r>
        <w:t xml:space="preserve">01:38:24   (Speaker M)  But that one person. </w:t>
      </w:r>
    </w:p>
    <w:p>
      <w:r>
        <w:t xml:space="preserve">01:38:25   (Speaker N)  I hear what you're saying. I think it makes a lot of sense that at a minimum, that salary is split facilities manager versus hoa. </w:t>
      </w:r>
    </w:p>
    <w:p>
      <w:r>
        <w:t xml:space="preserve">01:38:31   (Speaker C)  But we have a line item for facilities manager. We're paying a salary for facilities manager at $55,000 a year and a proposed increase to $65,000 a year. </w:t>
      </w:r>
    </w:p>
    <w:p>
      <w:r>
        <w:t xml:space="preserve">01:38:41   (Speaker N)  That's the administrative system. </w:t>
      </w:r>
    </w:p>
    <w:p>
      <w:r>
        <w:t xml:space="preserve">01:38:43   (Speaker A)  Yeah, but we also have a. We also have a building maintenance super field manager. </w:t>
      </w:r>
    </w:p>
    <w:p>
      <w:r>
        <w:t xml:space="preserve">01:38:49   (Speaker H)  So. </w:t>
      </w:r>
    </w:p>
    <w:p>
      <w:r>
        <w:t xml:space="preserve">01:38:51   (Speaker A)  So we have. We have. </w:t>
      </w:r>
    </w:p>
    <w:p>
      <w:r>
        <w:t xml:space="preserve">01:38:52   (Speaker E)  Hold on. </w:t>
      </w:r>
    </w:p>
    <w:p>
      <w:r>
        <w:t xml:space="preserve">01:38:53   (Speaker A)  We have an admin facility management we have building maintenance, super field management. We have Lifestyle Community association manager and lifestyle director. </w:t>
      </w:r>
    </w:p>
    <w:p>
      <w:r>
        <w:t xml:space="preserve">01:39:12   (Speaker D)  The CDD and the HOA agreement was for this fiscal year four years ago. And the CDD said we're going to pay for a maintenance tech 40 hours a week. We're going to pay for an administrative assistant 40 hours a week. We're going to pay for a facilities manager minimum of four hours a week and then a lifestyles manager 40, 40 hours a week. And we're gonna, according to that agreement that was signed by everybody, we're gonna pay a certain amount of money for hours work towards that. </w:t>
      </w:r>
    </w:p>
    <w:p>
      <w:r>
        <w:t xml:space="preserve">01:39:50   (Speaker J)  So the first. </w:t>
      </w:r>
    </w:p>
    <w:p>
      <w:r>
        <w:t xml:space="preserve">01:39:51   (Speaker C)  Yeah. So in not in that agreement is this Lifestyles Community association manager. So I would like to see that removed from our budget. </w:t>
      </w:r>
    </w:p>
    <w:p>
      <w:r>
        <w:t xml:space="preserve">01:39:59   (Speaker A)  Yeah, because basically you said we have 3.2 FTE working for us and we have four line items for that we're paying for. So we're not even paying for a whole person. </w:t>
      </w:r>
    </w:p>
    <w:p>
      <w:r>
        <w:t xml:space="preserve">01:40:13   (Speaker D)  But then we're gonna, then we're gonna face a practical issue that Kevin was, was very active when he was here. From what I understand, Mr. Smith is going to be the new HOA board president. Is he going to be that active as Kevin was in the day to day functioning of referee or is that going to be. What's the right word? Abrogated for the, for the camp? </w:t>
      </w:r>
    </w:p>
    <w:p>
      <w:r>
        <w:t xml:space="preserve">01:40:47   (Speaker C)  I mean the, the, the biggest point here, the biggest takeaway, okay is that contractually our, our contract, contract with the association does not include this line item Lifestyle Community Association Manager. Therefore it should be removed for, from our budget. </w:t>
      </w:r>
    </w:p>
    <w:p>
      <w:r>
        <w:t xml:space="preserve">01:41:04   (Speaker M)  And therefore they add that to the hoa. </w:t>
      </w:r>
    </w:p>
    <w:p>
      <w:r>
        <w:t xml:space="preserve">01:41:06   (Speaker C)  Correct. </w:t>
      </w:r>
    </w:p>
    <w:p>
      <w:r>
        <w:t xml:space="preserve">01:41:08   (Speaker B)  I have the numbers for the items now. So the hourly rates. So for the maintenance stack at the 40 hours per the rate in the agreement is 79 $664 marked up by the 25%. The overhead is 99,580. For the maintenance deck. </w:t>
      </w:r>
    </w:p>
    <w:p>
      <w:r>
        <w:t xml:space="preserve">01:41:24   (Speaker M)  Which position is that? </w:t>
      </w:r>
    </w:p>
    <w:p>
      <w:r>
        <w:t xml:space="preserve">01:41:26   (Speaker B)  Maintenance. That's what they're saying. There's, that's what's so just, just a flat hourly rate for the maintenance tech is 79 $664 for 40 hours a week at the amounting agreement. Administrative assistant 55 $182.40. Facility manager 10,302. That one's tough because that's a minimum. That's not a 40 hour week one. </w:t>
      </w:r>
    </w:p>
    <w:p>
      <w:r>
        <w:t xml:space="preserve">01:41:48   (Speaker J)  Right. </w:t>
      </w:r>
    </w:p>
    <w:p>
      <w:r>
        <w:t xml:space="preserve">01:41:49   (Speaker B)  And then lifestyle manager of $80,371.20. That's without any overhead. Last year's budget, that's what we had per the previous agreement. The agreement we're currently in right now so which, which was the one that. </w:t>
      </w:r>
    </w:p>
    <w:p>
      <w:r>
        <w:t xml:space="preserve">01:42:02   (Speaker A)  And we haven't signed any. </w:t>
      </w:r>
    </w:p>
    <w:p>
      <w:r>
        <w:t xml:space="preserve">01:42:04   (Speaker B)  I would assume it would. </w:t>
      </w:r>
    </w:p>
    <w:p>
      <w:r>
        <w:t xml:space="preserve">01:42:05   (Speaker L)  Yeah. </w:t>
      </w:r>
    </w:p>
    <w:p>
      <w:r>
        <w:t xml:space="preserve">01:42:06   (Speaker M)  Right. So that's the current. </w:t>
      </w:r>
    </w:p>
    <w:p>
      <w:r>
        <w:t xml:space="preserve">01:42:08   (Speaker D)  But the other thing that makes this sort of sloppy is the fact that this is a pass through that if you look at the budget, how much checks that we write each month, we're paying that money directly to the person. So wouldn't it be a lot cleaner if we say, okay, we agree to pay $50 an hour for a particular position and they're going to work 40 hours a week, which is $2,000. Right, whatever. $2,000 a week. Instead of that going through a pass through where we pay that person directly. </w:t>
      </w:r>
    </w:p>
    <w:p>
      <w:r>
        <w:t xml:space="preserve">01:42:51   (Speaker L)  Yeah. </w:t>
      </w:r>
    </w:p>
    <w:p>
      <w:r>
        <w:t xml:space="preserve">01:42:51   (Speaker B)  And that's, that's just the way. So that is, that's like, that's how GMS's agreement is for the onsite trail mark. It's X amount for the year. It's paid the same amount. I believe you guys are on a cost plus basis. Is that what that is? And that's, you know, the, the other company that had bid for on site at trail mark, they wanted to do the cost plus too. And that's kind of how that turns out. With it, it's more of a pass through than just, just a straight contractual price. </w:t>
      </w:r>
    </w:p>
    <w:p>
      <w:r>
        <w:t xml:space="preserve">01:43:14   (Speaker D)  But you know, and I look to the future, those houses are going to be sold in what, two, three years depending on what the market is. Is this, is this agreement going to continue? Is this board going to say, okay, Reverie hoa, which is now going to be resident control, we want to maintain this agreement. </w:t>
      </w:r>
    </w:p>
    <w:p>
      <w:r>
        <w:t xml:space="preserve">01:43:39   (Speaker B)  It's always up to the board. There was discussion last year of getting out of that agreement. I mean it was discussed by the board. </w:t>
      </w:r>
    </w:p>
    <w:p>
      <w:r>
        <w:t xml:space="preserve">01:43:46   (Speaker D)  I mean, I'm sure that nobody on this board wants to be blindsided three years from now when this comes, comes up. </w:t>
      </w:r>
    </w:p>
    <w:p>
      <w:r>
        <w:t xml:space="preserve">01:43:56   (Speaker C)  We have it built. We have it built. Yeah, we have it built into the budget to, you know, obviously have these positions. So in the event that we don't carry through with our agreement with the association, we would still budgetarily be able to staff the amenities center. Basically the agreement is given, giving control to the HoA to manage our facilities. And I honestly believe it was so that Kevin could hire. It was it was for, for them to be able to hire First Service because First Service contract the CDD would not agree to because of what was it there. Oh, there was language in there that if, oh there </w:t>
      </w:r>
    </w:p>
    <w:p>
      <w:r>
        <w:t xml:space="preserve">01:44:47   (Speaker J)  they couldn't come, they couldn't stay working in the building. Yeah. </w:t>
      </w:r>
    </w:p>
    <w:p>
      <w:r>
        <w:t xml:space="preserve">01:44:51   (Speaker C)  Unless we paid $60,000. And that was what this Blackmail. In my opinion, that was what this board decided was not going to happen. So as a workaround in order to get First Service employed in your community, we or Greg suggested this agreement. So that's how the agreement came about. So it's up to us whether or not we want to continue that agreement or not. </w:t>
      </w:r>
    </w:p>
    <w:p>
      <w:r>
        <w:t xml:space="preserve">01:45:22   (Speaker M)  But if we didn't, what would be the downside to it? </w:t>
      </w:r>
    </w:p>
    <w:p>
      <w:r>
        <w:t xml:space="preserve">01:45:27   (Speaker J)  The other side, the flip side would be GMS kind of a thing, you know, where you hire one company to do all of it and you have eyes on you. </w:t>
      </w:r>
    </w:p>
    <w:p>
      <w:r>
        <w:t xml:space="preserve">01:45:37   (Speaker C)  You wouldn't have to change any of your staffing if you so choose. I mean, if you so choose, you could still. But. But then we go back to would First Service be willing to take that verbiage out of their contract? They were pretty steadfast in the fact that they weren't going to, which means </w:t>
      </w:r>
    </w:p>
    <w:p>
      <w:r>
        <w:t xml:space="preserve">01:45:53   (Speaker D)  if they wouldn't, in that case, it </w:t>
      </w:r>
    </w:p>
    <w:p>
      <w:r>
        <w:t xml:space="preserve">01:45:56   (Speaker N)  was before my time. What was the contractual language? </w:t>
      </w:r>
    </w:p>
    <w:p>
      <w:r>
        <w:t xml:space="preserve">01:45:59   (Speaker C)  Basically, if. If staff wanted, if you guys left and staff wanted to stay there, that the district would have to pay $60,000. </w:t>
      </w:r>
    </w:p>
    <w:p>
      <w:r>
        <w:t xml:space="preserve">01:46:10   (Speaker J)  So when Trail Mark switched theirs, we were blindsided. Our board was blindsided by that. And there was a person, a couple persons we wanted to keep on, and they said they wouldn't allow that to happen unless we paid $60,000. So he wanted your company to be there, and so it was easier for him to say, let's just set up an hoa and then we just pay the HOA and then they do the thing. But we don't. </w:t>
      </w:r>
    </w:p>
    <w:p>
      <w:r>
        <w:t xml:space="preserve">01:46:38   (Speaker N)  We. </w:t>
      </w:r>
    </w:p>
    <w:p>
      <w:r>
        <w:t xml:space="preserve">01:46:38   (Speaker J)  Like when I used to come over and talk to Cassie, I think I told you this many times, I could never just talk to Cassie. I had to talk to Cassie and Sammy had to be there and somebody else had to be there and Kevin had to be there. And all I wanted to know was, </w:t>
      </w:r>
    </w:p>
    <w:p>
      <w:r>
        <w:t xml:space="preserve">01:46:54   (Speaker C)  what's going on in lifestyle? </w:t>
      </w:r>
    </w:p>
    <w:p>
      <w:r>
        <w:t xml:space="preserve">01:46:55   (Speaker J)  What are you up to? </w:t>
      </w:r>
    </w:p>
    <w:p>
      <w:r>
        <w:t xml:space="preserve">01:46:56   (Speaker A)  What. </w:t>
      </w:r>
    </w:p>
    <w:p>
      <w:r>
        <w:t xml:space="preserve">01:46:56   (Speaker F)  What, you know, what do you need from me? </w:t>
      </w:r>
    </w:p>
    <w:p>
      <w:r>
        <w:t xml:space="preserve">01:46:58   (Speaker C)  Kind of thing. </w:t>
      </w:r>
    </w:p>
    <w:p>
      <w:r>
        <w:t xml:space="preserve">01:47:00   (Speaker J)  And there was. There was a lot of. In my opinion, I just felt like it was just an odd situation because I could sit and talk to. I sit and talk to these people all the time. And it was no, you know, it was just kind of like, what's happening? </w:t>
      </w:r>
    </w:p>
    <w:p>
      <w:r>
        <w:t xml:space="preserve">01:47:15   (Speaker N)  Or I can't speak to that part because that's lifestyle and completely separate. </w:t>
      </w:r>
    </w:p>
    <w:p>
      <w:r>
        <w:t xml:space="preserve">01:47:19   (Speaker E)  Right. </w:t>
      </w:r>
    </w:p>
    <w:p>
      <w:r>
        <w:t xml:space="preserve">01:47:20   (Speaker C)  Yeah. He also wanted on these. So that's, you know, the other thing </w:t>
      </w:r>
    </w:p>
    <w:p>
      <w:r>
        <w:t xml:space="preserve">01:47:24   (Speaker D)  to consider is, though, although it's not black and white, I understand there's sort of a agreement that the management is tied to the developer's contribution. Now, it's not black and white, but that's sort of what I. The impression that it. </w:t>
      </w:r>
    </w:p>
    <w:p>
      <w:r>
        <w:t xml:space="preserve">01:47:45   (Speaker C)  That was what Kevin would use. Yeah. That if we. If we didn't go forward with that agreement that he would pull deficit funding. </w:t>
      </w:r>
    </w:p>
    <w:p>
      <w:r>
        <w:t xml:space="preserve">01:47:55   (Speaker D)  None of the documents. </w:t>
      </w:r>
    </w:p>
    <w:p>
      <w:r>
        <w:t xml:space="preserve">01:47:57   (Speaker C)  Oh, no. It was never written anywhere. It was never written anywhere. </w:t>
      </w:r>
    </w:p>
    <w:p>
      <w:r>
        <w:t xml:space="preserve">01:48:02   (Speaker D)  So we're being held hostage. </w:t>
      </w:r>
    </w:p>
    <w:p>
      <w:r>
        <w:t xml:space="preserve">01:48:06   (Speaker C)  Listen, Kevin is no longer with Dreamfinders. Kevin's no longer here. We have Luke, Louie, Lewis, Cowling. So what was said, we can't consider that. Right. And I know Mindy likes to keep Dreamfinders funding, and I get why, but at some point, your residents are going to have to face what it actually costs to run the community. </w:t>
      </w:r>
    </w:p>
    <w:p>
      <w:r>
        <w:t xml:space="preserve">01:48:33   (Speaker M)  And then we'll also have more control over what it costs. Cost to run the community. </w:t>
      </w:r>
    </w:p>
    <w:p>
      <w:r>
        <w:t xml:space="preserve">01:48:37   (Speaker C)  We have control right now locked into. </w:t>
      </w:r>
    </w:p>
    <w:p>
      <w:r>
        <w:t xml:space="preserve">01:48:41   (Speaker M)  Well, we have certain contracts that we use because those are what Dreamfinders wants us to use. </w:t>
      </w:r>
    </w:p>
    <w:p>
      <w:r>
        <w:t xml:space="preserve">01:48:46   (Speaker A)  And that didn't work out well for us either. </w:t>
      </w:r>
    </w:p>
    <w:p>
      <w:r>
        <w:t xml:space="preserve">01:48:51   (Speaker M)  Well, I'm the same, but this is what it is. All right, so. And nothing against First Residential or on the. But perhaps we want a totally different management let go to GMS for everything. So those are things that we'll control when we take over running everything for Reverie. But right now we don't. And the hoa. And the hoa. I'll tell you, I have a couple of issues with the whole hoa. And I know this is about the cdd, not about the hoa, but the fact that Kevin is no longer there. We have David Smith who's on the HOA board. As far as we know, that's it. And Jerry, they don't have meetings quarterly, so we have no input. We're assigning control and responsibility to the HOA board for managing the amenity center and all this stuff, but we have no input into what's going on. </w:t>
      </w:r>
    </w:p>
    <w:p>
      <w:r>
        <w:t xml:space="preserve">01:49:49   (Speaker J)  And that can affect us, you guys, because we're giving. We're funding it. </w:t>
      </w:r>
    </w:p>
    <w:p>
      <w:r>
        <w:t xml:space="preserve">01:49:53   (Speaker M)  That's my point. I know this is not. </w:t>
      </w:r>
    </w:p>
    <w:p>
      <w:r>
        <w:t xml:space="preserve">01:49:56   (Speaker C)  All right, okay, let's. </w:t>
      </w:r>
    </w:p>
    <w:p>
      <w:r>
        <w:t xml:space="preserve">01:49:57   (Speaker K)  Let's. </w:t>
      </w:r>
    </w:p>
    <w:p>
      <w:r>
        <w:t xml:space="preserve">01:49:58   (Speaker C)  Let's circle back, okay? </w:t>
      </w:r>
    </w:p>
    <w:p>
      <w:r>
        <w:t xml:space="preserve">01:50:00   (Speaker M)  Let's. </w:t>
      </w:r>
    </w:p>
    <w:p>
      <w:r>
        <w:t xml:space="preserve">01:50:00   (Speaker C)  Let's get through this budget so we can approve this budget and move on. Okay? So basically </w:t>
      </w:r>
    </w:p>
    <w:p>
      <w:r>
        <w:t xml:space="preserve">01:50:09   (Speaker M)  with everybody else's, why is it going up that significantly? If those are the right salaries from the current year budget and that's what we're spending, why are we getting 10 and 12 and 15% increase? </w:t>
      </w:r>
    </w:p>
    <w:p>
      <w:r>
        <w:t xml:space="preserve">01:50:22   (Speaker A)  Well, it's not the same salary as last year and we're paying for people that aren't fully here. </w:t>
      </w:r>
    </w:p>
    <w:p>
      <w:r>
        <w:t xml:space="preserve">01:50:29   (Speaker C)  Okay, so is everyone in agreement that we are removing this lifestyles community association manager salary from our budget. </w:t>
      </w:r>
    </w:p>
    <w:p>
      <w:r>
        <w:t xml:space="preserve">01:50:37   (Speaker M)  I think you have to keep the four hours that's in the agreement we have. </w:t>
      </w:r>
    </w:p>
    <w:p>
      <w:r>
        <w:t xml:space="preserve">01:50:43   (Speaker C)  We have no community association manager in the agreement. So we need to have this salary removed. </w:t>
      </w:r>
    </w:p>
    <w:p>
      <w:r>
        <w:t xml:space="preserve">01:50:51   (Speaker A)  Falls building manager. </w:t>
      </w:r>
    </w:p>
    <w:p>
      <w:r>
        <w:t xml:space="preserve">01:50:53   (Speaker B)  Facility manager is a minimum for different name. </w:t>
      </w:r>
    </w:p>
    <w:p>
      <w:r>
        <w:t xml:space="preserve">01:50:57   (Speaker M)  But okay. </w:t>
      </w:r>
    </w:p>
    <w:p>
      <w:r>
        <w:t xml:space="preserve">01:50:59   (Speaker B)  Well we have two. We have a lifestyle director budgeted and there's a lifestyle community association. </w:t>
      </w:r>
    </w:p>
    <w:p>
      <w:r>
        <w:t xml:space="preserve">01:51:06   (Speaker D)  And I agree that under these facilities manager, the rate that we were going to pay was $49 this year. Is that consistent with. That would seem to me that that would be a rate that you would pay at camp. </w:t>
      </w:r>
    </w:p>
    <w:p>
      <w:r>
        <w:t xml:space="preserve">01:51:23   (Speaker A)  I don't think we need to get into like. </w:t>
      </w:r>
    </w:p>
    <w:p>
      <w:r>
        <w:t xml:space="preserve">01:51:25   (Speaker B)  And that one's tough because. Because the grieving is a minimum of four hours. So it's harder for us to track that they could be doing, you know, 10 hours a week. </w:t>
      </w:r>
    </w:p>
    <w:p>
      <w:r>
        <w:t xml:space="preserve">01:51:34   (Speaker G)  I got any other questions? So in the agreement, there's no operation operational line item in that contract. </w:t>
      </w:r>
    </w:p>
    <w:p>
      <w:r>
        <w:t xml:space="preserve">01:51:43   (Speaker A)  So we have a building maintenance super field management. </w:t>
      </w:r>
    </w:p>
    <w:p>
      <w:r>
        <w:t xml:space="preserve">01:51:46   (Speaker B)  Yeah. There's a maintenance tech, an administrative assistant, a facility manager and a lifestyle manager. Or the four items. </w:t>
      </w:r>
    </w:p>
    <w:p>
      <w:r>
        <w:t xml:space="preserve">01:51:54   (Speaker C)  There's no community association manager. But somehow that made it. </w:t>
      </w:r>
    </w:p>
    <w:p>
      <w:r>
        <w:t xml:space="preserve">01:51:57   (Speaker G)  I'm just thinking that might be just the language they put in there for that position. Well, there's an operations. Just like the city has an operations line item that an operational line item. Or is that really truly a cam? </w:t>
      </w:r>
    </w:p>
    <w:p>
      <w:r>
        <w:t xml:space="preserve">01:52:10   (Speaker C)  It's paying the cam, I believe. </w:t>
      </w:r>
    </w:p>
    <w:p>
      <w:r>
        <w:t xml:space="preserve">01:52:14   (Speaker N)  I think so the CAM is doing two jobs. The CAM is also the facilities maintenance person. They're the person, you know, the operations. The operations of the amenities and all the common areas. They're running it as if the C didn't exist. </w:t>
      </w:r>
    </w:p>
    <w:p>
      <w:r>
        <w:t xml:space="preserve">01:52:27   (Speaker E)  Right. </w:t>
      </w:r>
    </w:p>
    <w:p>
      <w:r>
        <w:t xml:space="preserve">01:52:28   (Speaker N)  They're doing all the things that a CAM would do had Divinity center existed and belong fully to Referee association. So it's set up as a standard community in that typically that CAM would serve as general manager </w:t>
      </w:r>
    </w:p>
    <w:p>
      <w:r>
        <w:t xml:space="preserve">01:52:43   (Speaker D)  from what the documents say. </w:t>
      </w:r>
    </w:p>
    <w:p>
      <w:r>
        <w:t xml:space="preserve">01:52:45   (Speaker B)  And I think I kind of recall last year, I don't know if many of you had this conversation with Kevin about bringing the cam. So he essentially definitely deficit funded. I mean that was his. </w:t>
      </w:r>
    </w:p>
    <w:p>
      <w:r>
        <w:t xml:space="preserve">01:52:54   (Speaker M)  That was part. </w:t>
      </w:r>
    </w:p>
    <w:p>
      <w:r>
        <w:t xml:space="preserve">01:52:55   (Speaker E)  Yes. </w:t>
      </w:r>
    </w:p>
    <w:p>
      <w:r>
        <w:t xml:space="preserve">01:52:56   (Speaker B)  Yeah. So like. Because I guess I don't know if they can deficit fund the hoa. So they can. So they wanted to move it to the CDD and pay it by Dreamfinders through the cdd. </w:t>
      </w:r>
    </w:p>
    <w:p>
      <w:r>
        <w:t xml:space="preserve">01:53:07   (Speaker M)  But this is the operations manner. We're getting hung up on the naming conventions. There are four people. There's a. </w:t>
      </w:r>
    </w:p>
    <w:p>
      <w:r>
        <w:t xml:space="preserve">01:53:13   (Speaker C)  We're not getting hung up on the name. The person that is in the role is doing the job of two people. So basically, if we remove this from this line item from this budget, somebody still has to pay that CAM salary. So it will just go onto your HOA budget, which therefore will probably raise the cost of your HOA dues in </w:t>
      </w:r>
    </w:p>
    <w:p>
      <w:r>
        <w:t xml:space="preserve">01:53:36   (Speaker M)  addition to what we're. </w:t>
      </w:r>
    </w:p>
    <w:p>
      <w:r>
        <w:t xml:space="preserve">01:53:37   (Speaker D)  Which is going to be inevitable anyway once things switch over. The job description for facilities manager is keep a list of product warranties, maintain maintenance logs, document vendors that have provided service, track dates for required maintenance, follow up to ensure corrections. I think that would be our function a lot less than what a CAM does. </w:t>
      </w:r>
    </w:p>
    <w:p>
      <w:r>
        <w:t xml:space="preserve">01:54:05   (Speaker B)  Yeah, I think it would. Because the actual definition in the budget for the lifestyle community is association manager is to provide a lifestyle community association manager to oversee all maintenance related contracts for the amenities center in common common area as well as repairs. So I do think that lifestyle community association Manager is not a good title for this because in the description it has nothing to do with that. So we could just change that to operations manager, which is typically what that. </w:t>
      </w:r>
    </w:p>
    <w:p>
      <w:r>
        <w:t xml:space="preserve">01:54:38   (Speaker D)  And why was that? Why was the document said it was 48. Four hours a week minimum. Four hours a week. Was that a typo or was that. That's all we expected out of that person was a minimum of four hours a week not to be there every hour, every day manage the facility. </w:t>
      </w:r>
    </w:p>
    <w:p>
      <w:r>
        <w:t xml:space="preserve">01:54:57   (Speaker B)  Wes, I don't know if you could speak on that. I know a lot of the negotiation was between council because council to tried drafts the agreement and dream funders and then it was brought back to the board for approval. </w:t>
      </w:r>
    </w:p>
    <w:p>
      <w:r>
        <w:t xml:space="preserve">01:55:09   (Speaker D)  I agree with you, Shelby. You can't let the budget just simmer. We've got to make a decision. But clearly there is not a position on this agreement that we had that we have in hand. </w:t>
      </w:r>
    </w:p>
    <w:p>
      <w:r>
        <w:t xml:space="preserve">01:55:31   (Speaker C)  We're gonna have to update the agreement. But. So what do we have? What do we have in trail, Mark? Okay, we have operations Manager, Amenities Manager, </w:t>
      </w:r>
    </w:p>
    <w:p>
      <w:r>
        <w:t xml:space="preserve">01:55:41   (Speaker J)  and Jordan and Patrick. And I don't know what their titles are. </w:t>
      </w:r>
    </w:p>
    <w:p>
      <w:r>
        <w:t xml:space="preserve">01:55:45   (Speaker F)  Facility attendant, Maintenance. </w:t>
      </w:r>
    </w:p>
    <w:p>
      <w:r>
        <w:t xml:space="preserve">01:55:47   (Speaker C)  So what I'm saying is what Part time. What we're paying. So what we're paying for or at Trailmark is exactly what we should be paying for at Reverie to run the facility. </w:t>
      </w:r>
    </w:p>
    <w:p>
      <w:r>
        <w:t xml:space="preserve">01:56:02   (Speaker J)  Yep. </w:t>
      </w:r>
    </w:p>
    <w:p>
      <w:r>
        <w:t xml:space="preserve">01:56:02   (Speaker M)  That's what we. </w:t>
      </w:r>
    </w:p>
    <w:p>
      <w:r>
        <w:t xml:space="preserve">01:56:11   (Speaker C)  No, Elena does all of that. So we have. We have Amenity manager, which I'm. I obviously want that CAM removed. We have Amenity. It would be an amenities manager is what the title would be. And then we have field Manager. Is that what you are, Dan? </w:t>
      </w:r>
    </w:p>
    <w:p>
      <w:r>
        <w:t xml:space="preserve">01:56:33   (Speaker A)  Yes, Facility management. Field management. </w:t>
      </w:r>
    </w:p>
    <w:p>
      <w:r>
        <w:t xml:space="preserve">01:56:35   (Speaker C)  And then facility management would be those other people that you just talked about. And then lifestyles. But we don't have a lifestyle. We. Well, we do. Elena is our lifestyles person too, so. </w:t>
      </w:r>
    </w:p>
    <w:p>
      <w:r>
        <w:t xml:space="preserve">01:56:52   (Speaker J)  And then we have Patrick part time. </w:t>
      </w:r>
    </w:p>
    <w:p>
      <w:r>
        <w:t xml:space="preserve">01:56:55   (Speaker C)  I just think that also if we're going to continue this agreement that we need to. We shouldn't be paying for a cam, period. End of story. I don't care that the cam's doing two jobs. </w:t>
      </w:r>
    </w:p>
    <w:p>
      <w:r>
        <w:t xml:space="preserve">01:57:11   (Speaker L)  I agree. </w:t>
      </w:r>
    </w:p>
    <w:p>
      <w:r>
        <w:t xml:space="preserve">01:57:11   (Speaker G)  I think, I think that should be separated out. </w:t>
      </w:r>
    </w:p>
    <w:p>
      <w:r>
        <w:t xml:space="preserve">01:57:13   (Speaker C)  Yeah. Yeah. Because if tomorrow or you know, next year or whatever, we. Or if we decide not to sign this agreement, we're still going to need money in our budget if we were not to continue utilizing for service. Nothing against you guys, really. </w:t>
      </w:r>
    </w:p>
    <w:p>
      <w:r>
        <w:t xml:space="preserve">01:57:36   (Speaker J)  Yeah. </w:t>
      </w:r>
    </w:p>
    <w:p>
      <w:r>
        <w:t xml:space="preserve">01:57:36   (Speaker C)  We're not trying to get rid of you. We're just trying to do what's best for the community long term is to </w:t>
      </w:r>
    </w:p>
    <w:p>
      <w:r>
        <w:t xml:space="preserve">01:57:42   (Speaker N)  decide on what, you know, like that amenities manager. Because I mean, frankly, yes, they are licensed cam, but as far as cam, things that actually exist for that property. </w:t>
      </w:r>
    </w:p>
    <w:p>
      <w:r>
        <w:t xml:space="preserve">01:57:56   (Speaker C)  But they're still. Yeah, but they could have a portfolio cam and that could be fully on the HOA side. And then we can. Could hire an amenities manager and just have an amenities manager. </w:t>
      </w:r>
    </w:p>
    <w:p>
      <w:r>
        <w:t xml:space="preserve">01:58:04   (Speaker B)  Right, but you're still going to pay </w:t>
      </w:r>
    </w:p>
    <w:p>
      <w:r>
        <w:t xml:space="preserve">01:58:06   (Speaker N)  a full time person facilities manager. </w:t>
      </w:r>
    </w:p>
    <w:p>
      <w:r>
        <w:t xml:space="preserve">01:58:08   (Speaker C)  Yeah. </w:t>
      </w:r>
    </w:p>
    <w:p>
      <w:r>
        <w:t xml:space="preserve">01:58:09   (Speaker N)  So that's like. I mean, you're essentially getting both for one salary. Understood. It should be separated. </w:t>
      </w:r>
    </w:p>
    <w:p>
      <w:r>
        <w:t xml:space="preserve">01:58:14   (Speaker C)  Yeah. </w:t>
      </w:r>
    </w:p>
    <w:p>
      <w:r>
        <w:t xml:space="preserve">01:58:14   (Speaker N)  Just for clarity and keeping those two entities separate from what a can does versus what an amenities manager, facilities manager does, that makes it like. I do understand the cleanliness of that and how that does separate it. But you're. You're going to hire that facilities maintenance facilities manager regardless of whether they are licensed cam, non licensed CAM doing anything else. </w:t>
      </w:r>
    </w:p>
    <w:p>
      <w:r>
        <w:t xml:space="preserve">01:58:36   (Speaker C)  I guess the question, you know, obviously we are going to have to discuss the agreement and no matter what, the agreement is going to change. I don't think that we should be voting on that because the verbiage and everything needs to change in there. But I guess the question is whether we're keeping this full amount of the $115,000 in here or if we're going to split that amount in half because we are. We shouldn't be paying for a cam. </w:t>
      </w:r>
    </w:p>
    <w:p>
      <w:r>
        <w:t xml:space="preserve">01:59:08   (Speaker M)  How many hours does the cam. </w:t>
      </w:r>
    </w:p>
    <w:p>
      <w:r>
        <w:t xml:space="preserve">01:59:10   (Speaker J)  40. </w:t>
      </w:r>
    </w:p>
    <w:p>
      <w:r>
        <w:t xml:space="preserve">01:59:10   (Speaker A)  40. </w:t>
      </w:r>
    </w:p>
    <w:p>
      <w:r>
        <w:t xml:space="preserve">01:59:11   (Speaker M)  No. How much should it be? I'm not. The position is 40 hours managing. Overseeing the whole amenity manager. That's a full composition. </w:t>
      </w:r>
    </w:p>
    <w:p>
      <w:r>
        <w:t xml:space="preserve">01:59:20   (Speaker N)  So you're so like if we were to do this on a roll where we were just managing the homeowner association, it had nothing to do with the facilities. Correct question. </w:t>
      </w:r>
    </w:p>
    <w:p>
      <w:r>
        <w:t xml:space="preserve">01:59:29   (Speaker J)  Correct. </w:t>
      </w:r>
    </w:p>
    <w:p>
      <w:r>
        <w:t xml:space="preserve">01:59:30   (Speaker N)  I mean, it's hard to quote you numbers or anything like this. I mean typically it would be done on a portfolio, probably in a portfolio model. And you've got a little over what 250 homes that now. Something like that. 300 somewhere in that area. So we would probably do that on one of our 10 to 15 hour contracts. So like close to exact numbers. I mean those are typ. Because they're based on units predicted total closed units and all that. Like I can't spit out a number for you. I can tell you it would be kind of a 40 hour camp who had other properties and 10 or 15 of those hours will be assigned to you. </w:t>
      </w:r>
    </w:p>
    <w:p>
      <w:r>
        <w:t xml:space="preserve">02:00:14   (Speaker M)  So the original agreement had four hours. </w:t>
      </w:r>
    </w:p>
    <w:p>
      <w:r>
        <w:t xml:space="preserve">02:00:19   (Speaker N)  That makes zero sense to me. </w:t>
      </w:r>
    </w:p>
    <w:p>
      <w:r>
        <w:t xml:space="preserve">02:00:22   (Speaker D)  It wasn't for camp. </w:t>
      </w:r>
    </w:p>
    <w:p>
      <w:r>
        <w:t xml:space="preserve">02:00:23   (Speaker B)  That was a facility manager. It's a. It says minimum of 4. I did check the older agreement but even before that one. And that also was four hours minimum. </w:t>
      </w:r>
    </w:p>
    <w:p>
      <w:r>
        <w:t xml:space="preserve">02:00:32   (Speaker N)  Yes. </w:t>
      </w:r>
    </w:p>
    <w:p>
      <w:r>
        <w:t xml:space="preserve">02:00:32   (Speaker B)  So I don't know if it was a typo. I think that's just what was agreed. But I also don't like. And you don't normally see in agreements minimum of. Because even the other ones say minimum of 40 hours. Usually it's just 40 hours. And so I do think that that is something to work on in the agreement. Not having that minimum out. Have what's expected. </w:t>
      </w:r>
    </w:p>
    <w:p>
      <w:r>
        <w:t xml:space="preserve">02:00:49   (Speaker E)  Right. </w:t>
      </w:r>
    </w:p>
    <w:p>
      <w:r>
        <w:t xml:space="preserve">02:00:49   (Speaker N)  Let's just put something in there. It just doesn't like that you're not managing this. </w:t>
      </w:r>
    </w:p>
    <w:p>
      <w:r>
        <w:t xml:space="preserve">02:00:54   (Speaker M)  Yeah, but there's a cam portion that we're saying should be on the HOA budget and not in the CBD budget. I think that's what we want. </w:t>
      </w:r>
    </w:p>
    <w:p>
      <w:r>
        <w:t xml:space="preserve">02:01:00   (Speaker B)  I do want to. I do just want to make sure. </w:t>
      </w:r>
    </w:p>
    <w:p>
      <w:r>
        <w:t xml:space="preserve">02:01:02   (Speaker M)  Yes, but the amenity manager portion needs to be on. </w:t>
      </w:r>
    </w:p>
    <w:p>
      <w:r>
        <w:t xml:space="preserve">02:01:08   (Speaker B)  I do want to. Just to make sure it's clear that it does say cam on there. But the actual description of the work is essentially an operations manager. So you know, we have contracted four items in the agreement. There are four items on here. There's the lifestyle director, the facility manager, the field manager and the lifestyle cam. So I think it would be better to be. The lifestyle manager would be the lifestyle director. The admin. The facility manager would be the facility manager. The building maintenance would be the maintenance tech and then the lifestyle community manager. Community association manager really would be amenity manager. The field manager. </w:t>
      </w:r>
    </w:p>
    <w:p>
      <w:r>
        <w:t xml:space="preserve">02:01:54   (Speaker C)  Yeah. Can you make those updates? Yeah, </w:t>
      </w:r>
    </w:p>
    <w:p>
      <w:r>
        <w:t xml:space="preserve">02:01:59   (Speaker B)  so I think that that would clear it up. </w:t>
      </w:r>
    </w:p>
    <w:p>
      <w:r>
        <w:t xml:space="preserve">02:02:00   (Speaker C)  Why is there a front desk person that will paint at the front desk? </w:t>
      </w:r>
    </w:p>
    <w:p>
      <w:r>
        <w:t xml:space="preserve">02:02:04   (Speaker M)  Why is there one? </w:t>
      </w:r>
    </w:p>
    <w:p>
      <w:r>
        <w:t xml:space="preserve">02:02:05   (Speaker A)  Dream finders. </w:t>
      </w:r>
    </w:p>
    <w:p>
      <w:r>
        <w:t xml:space="preserve">02:02:06   (Speaker J)  Oh, it's a dream finders. The lady at the gal that works </w:t>
      </w:r>
    </w:p>
    <w:p>
      <w:r>
        <w:t xml:space="preserve">02:02:10   (Speaker C)  at the front desk. </w:t>
      </w:r>
    </w:p>
    <w:p>
      <w:r>
        <w:t xml:space="preserve">02:02:11   (Speaker M)  Well, you have one person that's serving both. </w:t>
      </w:r>
    </w:p>
    <w:p>
      <w:r>
        <w:t xml:space="preserve">02:02:14   (Speaker J)  What else does she do? </w:t>
      </w:r>
    </w:p>
    <w:p>
      <w:r>
        <w:t xml:space="preserve">02:02:16   (Speaker M)  No, I'm saying in Tramock. Elena. She does lifestyle. </w:t>
      </w:r>
    </w:p>
    <w:p>
      <w:r>
        <w:t xml:space="preserve">02:02:29   (Speaker C)  All right, so I guess as it stands right now, we'll keep. We'll keep it in here, but we're going to call it amenities manager in case we, you know. </w:t>
      </w:r>
    </w:p>
    <w:p>
      <w:r>
        <w:t xml:space="preserve">02:02:44   (Speaker B)  Yeah. </w:t>
      </w:r>
    </w:p>
    <w:p>
      <w:r>
        <w:t xml:space="preserve">02:02:44   (Speaker C)  That situation. </w:t>
      </w:r>
    </w:p>
    <w:p>
      <w:r>
        <w:t xml:space="preserve">02:02:45   (Speaker B)  Amenity of field. We could kind of combine amenity field. </w:t>
      </w:r>
    </w:p>
    <w:p>
      <w:r>
        <w:t xml:space="preserve">02:02:48   (Speaker C)  There you go. </w:t>
      </w:r>
    </w:p>
    <w:p>
      <w:r>
        <w:t xml:space="preserve">02:02:48   (Speaker B)  And then that would be the building </w:t>
      </w:r>
    </w:p>
    <w:p>
      <w:r>
        <w:t xml:space="preserve">02:02:50   (Speaker D)  instead of Cam, Correct? </w:t>
      </w:r>
    </w:p>
    <w:p>
      <w:r>
        <w:t xml:space="preserve">02:02:52   (Speaker B)  Yeah, instead of Cam. It'd be amenity slash field manager. And then the building maintenance would be the maintenance stack. </w:t>
      </w:r>
    </w:p>
    <w:p>
      <w:r>
        <w:t xml:space="preserve">02:03:00   (Speaker C)  I still don't think that we should be going up as much though, on all of these salaries either. I agree. </w:t>
      </w:r>
    </w:p>
    <w:p>
      <w:r>
        <w:t xml:space="preserve">02:03:07   (Speaker B)  Listen to the Lord. </w:t>
      </w:r>
    </w:p>
    <w:p>
      <w:r>
        <w:t xml:space="preserve">02:03:09   (Speaker K)  So. </w:t>
      </w:r>
    </w:p>
    <w:p>
      <w:r>
        <w:t xml:space="preserve">02:03:09   (Speaker C)  So let's just keep all the salaries the same as they were for 20, 26. Do you guys agree? </w:t>
      </w:r>
    </w:p>
    <w:p>
      <w:r>
        <w:t xml:space="preserve">02:03:19   (Speaker A)  Does that take away from. </w:t>
      </w:r>
    </w:p>
    <w:p>
      <w:r>
        <w:t xml:space="preserve">02:03:23   (Speaker M)  Can we put a simple. </w:t>
      </w:r>
    </w:p>
    <w:p>
      <w:r>
        <w:t xml:space="preserve">02:03:27   (Speaker C)  For all of the positions. </w:t>
      </w:r>
    </w:p>
    <w:p>
      <w:r>
        <w:t xml:space="preserve">02:03:32   (Speaker A)  That's what I was saying. </w:t>
      </w:r>
    </w:p>
    <w:p>
      <w:r>
        <w:t xml:space="preserve">02:03:33   (Speaker B)  They do deserve raises. </w:t>
      </w:r>
    </w:p>
    <w:p>
      <w:r>
        <w:t xml:space="preserve">02:03:34   (Speaker A)  Just a merit increase. </w:t>
      </w:r>
    </w:p>
    <w:p>
      <w:r>
        <w:t xml:space="preserve">02:03:38   (Speaker C)  Okay, </w:t>
      </w:r>
    </w:p>
    <w:p>
      <w:r>
        <w:t xml:space="preserve">02:03:41   (Speaker J)  that's enough. </w:t>
      </w:r>
    </w:p>
    <w:p>
      <w:r>
        <w:t xml:space="preserve">02:03:42   (Speaker C)  Because that's a. That's a very. I mean, this is like 10% increase. </w:t>
      </w:r>
    </w:p>
    <w:p>
      <w:r>
        <w:t xml:space="preserve">02:03:46   (Speaker A)  The average. I mean. </w:t>
      </w:r>
    </w:p>
    <w:p>
      <w:r>
        <w:t xml:space="preserve">02:03:50   (Speaker C)  Yeah, like 10 to 12%. </w:t>
      </w:r>
    </w:p>
    <w:p>
      <w:r>
        <w:t xml:space="preserve">02:03:53   (Speaker A)  My point too is like, are we direct paying or are we paying vendor </w:t>
      </w:r>
    </w:p>
    <w:p>
      <w:r>
        <w:t xml:space="preserve">02:03:58   (Speaker N)  who then takes their cut budget if you want to. </w:t>
      </w:r>
    </w:p>
    <w:p>
      <w:r>
        <w:t xml:space="preserve">02:04:01   (Speaker C)  Just like. </w:t>
      </w:r>
    </w:p>
    <w:p>
      <w:r>
        <w:t xml:space="preserve">02:04:03   (Speaker N)  Like the insurance would be the pain, but not the. </w:t>
      </w:r>
    </w:p>
    <w:p>
      <w:r>
        <w:t xml:space="preserve">02:04:05   (Speaker C)  Was not in the budget. </w:t>
      </w:r>
    </w:p>
    <w:p>
      <w:r>
        <w:t xml:space="preserve">02:04:07   (Speaker N)  So that's going to account for most. The majority of what you're seeing increase. </w:t>
      </w:r>
    </w:p>
    <w:p>
      <w:r>
        <w:t xml:space="preserve">02:04:13   (Speaker J)  So we have to hold this over </w:t>
      </w:r>
    </w:p>
    <w:p>
      <w:r>
        <w:t xml:space="preserve">02:04:15   (Speaker K)  this part till we figure out. </w:t>
      </w:r>
    </w:p>
    <w:p>
      <w:r>
        <w:t xml:space="preserve">02:04:18   (Speaker B)  I mean, we technically could push this on till September. We have to have it adopted if </w:t>
      </w:r>
    </w:p>
    <w:p>
      <w:r>
        <w:t xml:space="preserve">02:04:22   (Speaker J)  we get everything else taken. </w:t>
      </w:r>
    </w:p>
    <w:p>
      <w:r>
        <w:t xml:space="preserve">02:04:23   (Speaker C)  We're almost dying. Can we just bust this out? </w:t>
      </w:r>
    </w:p>
    <w:p>
      <w:r>
        <w:t xml:space="preserve">02:04:26   (Speaker J)  Yeah. </w:t>
      </w:r>
    </w:p>
    <w:p>
      <w:r>
        <w:t xml:space="preserve">02:04:27   (Speaker N)  Okay. </w:t>
      </w:r>
    </w:p>
    <w:p>
      <w:r>
        <w:t xml:space="preserve">02:04:27   (Speaker C)  All right, let's keep moving. So is everybody good with doing a 3% increase on the. On the staff? </w:t>
      </w:r>
    </w:p>
    <w:p>
      <w:r>
        <w:t xml:space="preserve">02:04:34   (Speaker D)  I'm sorry. I'm sorry. </w:t>
      </w:r>
    </w:p>
    <w:p>
      <w:r>
        <w:t xml:space="preserve">02:04:35   (Speaker C)  A 3% increase on the staff? </w:t>
      </w:r>
    </w:p>
    <w:p>
      <w:r>
        <w:t xml:space="preserve">02:04:38   (Speaker M)  Yes. </w:t>
      </w:r>
    </w:p>
    <w:p>
      <w:r>
        <w:t xml:space="preserve">02:04:38   (Speaker C)  Okay. All right, moving on. My only other question was about the pool maintenance. We jumped up from 25,000 to 46. </w:t>
      </w:r>
    </w:p>
    <w:p>
      <w:r>
        <w:t xml:space="preserve">02:04:53   (Speaker M)  I asked Kevin about that. He said he had a new contract with a new company and it was </w:t>
      </w:r>
    </w:p>
    <w:p>
      <w:r>
        <w:t xml:space="preserve">02:04:57   (Speaker B)  a lot more expensive and a lot better. </w:t>
      </w:r>
    </w:p>
    <w:p>
      <w:r>
        <w:t xml:space="preserve">02:05:01   (Speaker C)  So is he. The pool contracts through us. Right. </w:t>
      </w:r>
    </w:p>
    <w:p>
      <w:r>
        <w:t xml:space="preserve">02:05:05   (Speaker J)  It should be just like the landscape, </w:t>
      </w:r>
    </w:p>
    <w:p>
      <w:r>
        <w:t xml:space="preserve">02:05:07   (Speaker C)  but they don't give us. </w:t>
      </w:r>
    </w:p>
    <w:p>
      <w:r>
        <w:t xml:space="preserve">02:05:08   (Speaker B)  Well, I think part of the response. </w:t>
      </w:r>
    </w:p>
    <w:p>
      <w:r>
        <w:t xml:space="preserve">02:05:12   (Speaker C)  What do you mean? We don't have that, Kevin. They change them and they don't tell us. </w:t>
      </w:r>
    </w:p>
    <w:p>
      <w:r>
        <w:t xml:space="preserve">02:05:16   (Speaker K)  Yeah. </w:t>
      </w:r>
    </w:p>
    <w:p>
      <w:r>
        <w:t xml:space="preserve">02:05:17   (Speaker C)  So is it through the. Is it through the hoa? </w:t>
      </w:r>
    </w:p>
    <w:p>
      <w:r>
        <w:t xml:space="preserve">02:05:20   (Speaker B)  It should be. The agreement should be through the CDD and the pool contractor and the HOA manager on site should be the one making sure everything's done for the contract. </w:t>
      </w:r>
    </w:p>
    <w:p>
      <w:r>
        <w:t xml:space="preserve">02:05:31   (Speaker C)  But we don't have the contract. </w:t>
      </w:r>
    </w:p>
    <w:p>
      <w:r>
        <w:t xml:space="preserve">02:05:32   (Speaker J)  But we don't have one. </w:t>
      </w:r>
    </w:p>
    <w:p>
      <w:r>
        <w:t xml:space="preserve">02:05:34   (Speaker F)  We have one. </w:t>
      </w:r>
    </w:p>
    <w:p>
      <w:r>
        <w:t xml:space="preserve">02:05:34   (Speaker H)  It's with the old company. </w:t>
      </w:r>
    </w:p>
    <w:p>
      <w:r>
        <w:t xml:space="preserve">02:05:39   (Speaker C)  Who are we using? </w:t>
      </w:r>
    </w:p>
    <w:p>
      <w:r>
        <w:t xml:space="preserve">02:05:42   (Speaker F)  Where did. </w:t>
      </w:r>
    </w:p>
    <w:p>
      <w:r>
        <w:t xml:space="preserve">02:05:42   (Speaker C)  Could you pull the contract, please? Okay, so I have the proposal from 25 for CBUS was from October of 25. But did he change it since then? </w:t>
      </w:r>
    </w:p>
    <w:p>
      <w:r>
        <w:t xml:space="preserve">02:06:26   (Speaker B)  So I think. I think part of that as well is that. And this is potentially something we could lower. We've spent. Our budget was to 25,000 for the year. We spent 29 already because we've had a ton of those pool problems. So trending for the rest of the year, we're projecting 44,000 to be spent. </w:t>
      </w:r>
    </w:p>
    <w:p>
      <w:r>
        <w:t xml:space="preserve">02:06:44   (Speaker C)  But we had. We have a pool repairs line item. So that should. This should just be the maintenance contract. </w:t>
      </w:r>
    </w:p>
    <w:p>
      <w:r>
        <w:t xml:space="preserve">02:06:52   (Speaker B)  Which we were over on the pool repairs as well. But no, I mean I think we can. That also. That does also include full chemicals because the contract is just for the maintenance. Yes, chemicals are built separately but still built to that line item which fluctuate. But I don't think we need that much of an increase. </w:t>
      </w:r>
    </w:p>
    <w:p>
      <w:r>
        <w:t xml:space="preserve">02:07:11   (Speaker C)  Yeah, I think I've seen like a. Did you find the contract? Do you have a contract from Seabus? </w:t>
      </w:r>
    </w:p>
    <w:p>
      <w:r>
        <w:t xml:space="preserve">02:07:43   (Speaker B)  We have The C bus 1, which is the current one we're under right now. </w:t>
      </w:r>
    </w:p>
    <w:p>
      <w:r>
        <w:t xml:space="preserve">02:07:45   (Speaker F)  Yeah. </w:t>
      </w:r>
    </w:p>
    <w:p>
      <w:r>
        <w:t xml:space="preserve">02:07:45   (Speaker B)  Which is $2,500 per month. </w:t>
      </w:r>
    </w:p>
    <w:p>
      <w:r>
        <w:t xml:space="preserve">02:07:48   (Speaker A)  Like our 2500 </w:t>
      </w:r>
    </w:p>
    <w:p>
      <w:r>
        <w:t xml:space="preserve">02:07:51   (Speaker C)  marks 30. </w:t>
      </w:r>
    </w:p>
    <w:p>
      <w:r>
        <w:t xml:space="preserve">02:07:52   (Speaker B)  So plus that there's. We've been seeing about a 4% increase from him. </w:t>
      </w:r>
    </w:p>
    <w:p>
      <w:r>
        <w:t xml:space="preserve">02:07:56   (Speaker C)  Can we do 35? </w:t>
      </w:r>
    </w:p>
    <w:p>
      <w:r>
        <w:t xml:space="preserve">02:07:59   (Speaker B)  But it also does include include pool chemicals. Pool chemicals are not included in that 2500 loan. </w:t>
      </w:r>
    </w:p>
    <w:p>
      <w:r>
        <w:t xml:space="preserve">02:08:05   (Speaker M)  Are you sure? </w:t>
      </w:r>
    </w:p>
    <w:p>
      <w:r>
        <w:t xml:space="preserve">02:08:06   (Speaker B)  It says. It says in bold chemicals not included. So that's. I, I do honestly think 45 is about the right number because pool chemicals are not cheap. </w:t>
      </w:r>
    </w:p>
    <w:p>
      <w:r>
        <w:t xml:space="preserve">02:08:15   (Speaker C)  This says extra service. </w:t>
      </w:r>
    </w:p>
    <w:p>
      <w:r>
        <w:t xml:space="preserve">02:08:17   (Speaker A)  Well, the good thing is if we go with it, we can monitor it too for next. </w:t>
      </w:r>
    </w:p>
    <w:p>
      <w:r>
        <w:t xml:space="preserve">02:08:27   (Speaker C)  That's all I have if we're. </w:t>
      </w:r>
    </w:p>
    <w:p>
      <w:r>
        <w:t xml:space="preserve">02:08:34   (Speaker F)  All right. </w:t>
      </w:r>
    </w:p>
    <w:p>
      <w:r>
        <w:t xml:space="preserve">02:08:34   (Speaker C)  I didn't realize that the chemicals weren't included. Normally his contracts do for a while </w:t>
      </w:r>
    </w:p>
    <w:p>
      <w:r>
        <w:t xml:space="preserve">02:08:41   (Speaker J)  was just find them off the. </w:t>
      </w:r>
    </w:p>
    <w:p>
      <w:r>
        <w:t xml:space="preserve">02:08:43   (Speaker C)  You know, just going the black market. </w:t>
      </w:r>
    </w:p>
    <w:p>
      <w:r>
        <w:t xml:space="preserve">02:08:47   (Speaker J)  Yeah. </w:t>
      </w:r>
    </w:p>
    <w:p>
      <w:r>
        <w:t xml:space="preserve">02:08:51   (Speaker M)  2500 for the contract and 1350amonth. Chemicals. </w:t>
      </w:r>
    </w:p>
    <w:p>
      <w:r>
        <w:t xml:space="preserve">02:08:54   (Speaker J)  Chemical. </w:t>
      </w:r>
    </w:p>
    <w:p>
      <w:r>
        <w:t xml:space="preserve">02:08:55   (Speaker L)  It's almost like $700 a month on. </w:t>
      </w:r>
    </w:p>
    <w:p>
      <w:r>
        <w:t xml:space="preserve">02:08:58   (Speaker B)  I know almost $700 a month. </w:t>
      </w:r>
    </w:p>
    <w:p>
      <w:r>
        <w:t xml:space="preserve">02:09:01   (Speaker C)  So we don't buy chemicals on our side either. His contract doesn't include chemicals. </w:t>
      </w:r>
    </w:p>
    <w:p>
      <w:r>
        <w:t xml:space="preserve">02:09:05   (Speaker L)  No, we do. We have a separate one. But that's just what he brings in. So we get like the bigger. I think it's Hawkins for Some of the cool chemicals, like the chlorine stuff, but he brings in like tile, soap phosphate and we need that tricolor. </w:t>
      </w:r>
    </w:p>
    <w:p>
      <w:r>
        <w:t xml:space="preserve">02:09:18   (Speaker B)  Like there's different things to use and sometimes we. It does need to be purchased beyond it. Like some summers when it's extra hot, less rain, we might go through more chlorine. Like Dan would have to go and get some. </w:t>
      </w:r>
    </w:p>
    <w:p>
      <w:r>
        <w:t xml:space="preserve">02:09:29   (Speaker C)  All right, those are all the things that I had. Does anybody have anything else? Can we move forward with a motion to approve these budgets? </w:t>
      </w:r>
    </w:p>
    <w:p>
      <w:r>
        <w:t xml:space="preserve">02:09:44   (Speaker A)  Yeah, let me. </w:t>
      </w:r>
    </w:p>
    <w:p>
      <w:r>
        <w:t xml:space="preserve">02:09:44   (Speaker B)  I can. I have the Excel here. </w:t>
      </w:r>
    </w:p>
    <w:p>
      <w:r>
        <w:t xml:space="preserve">02:09:46   (Speaker J)  What are we changing the pool to anything? </w:t>
      </w:r>
    </w:p>
    <w:p>
      <w:r>
        <w:t xml:space="preserve">02:09:48   (Speaker C)  No, I think we go with Daniel's recommendation because of the lack of chemicals included in the contract. </w:t>
      </w:r>
    </w:p>
    <w:p>
      <w:r>
        <w:t xml:space="preserve">02:09:54   (Speaker J)  Going from 25. 5 to 46. </w:t>
      </w:r>
    </w:p>
    <w:p>
      <w:r>
        <w:t xml:space="preserve">02:09:57   (Speaker E)  2. </w:t>
      </w:r>
    </w:p>
    <w:p>
      <w:r>
        <w:t xml:space="preserve">02:09:58   (Speaker C)  We're gonna do that. I think the only changes that we. We're making is the titling of the staff. </w:t>
      </w:r>
    </w:p>
    <w:p>
      <w:r>
        <w:t xml:space="preserve">02:10:04   (Speaker M)  Sure, sure. </w:t>
      </w:r>
    </w:p>
    <w:p>
      <w:r>
        <w:t xml:space="preserve">02:10:05   (Speaker J)  And giving it. </w:t>
      </w:r>
    </w:p>
    <w:p>
      <w:r>
        <w:t xml:space="preserve">02:10:06   (Speaker C)  And the salaries. </w:t>
      </w:r>
    </w:p>
    <w:p>
      <w:r>
        <w:t xml:space="preserve">02:10:07   (Speaker J)  Yes. </w:t>
      </w:r>
    </w:p>
    <w:p>
      <w:r>
        <w:t xml:space="preserve">02:10:08   (Speaker C)  And we're also. There was something else that we were going to change. Oh yeah, the dog park. </w:t>
      </w:r>
    </w:p>
    <w:p>
      <w:r>
        <w:t xml:space="preserve">02:10:17   (Speaker B)  We do have the dog duty caddy, which is like a couple hundred bucks a month. </w:t>
      </w:r>
    </w:p>
    <w:p>
      <w:r>
        <w:t xml:space="preserve">02:10:21   (Speaker C)  Okay, </w:t>
      </w:r>
    </w:p>
    <w:p>
      <w:r>
        <w:t xml:space="preserve">02:10:26   (Speaker D)  I'm good. </w:t>
      </w:r>
    </w:p>
    <w:p>
      <w:r>
        <w:t xml:space="preserve">02:10:32   (Speaker B)  So changing the staff salary to the 3% increase with what was there. I didn't change it. Sorry. I thought this Excel was tied in. </w:t>
      </w:r>
    </w:p>
    <w:p>
      <w:r>
        <w:t xml:space="preserve">02:10:52   (Speaker M)  It. </w:t>
      </w:r>
    </w:p>
    <w:p>
      <w:r>
        <w:t xml:space="preserve">02:11:28   (Speaker B)  It's $33,200 decrease overall. And that's by 578 homes. So it's roughly $57 decrease. </w:t>
      </w:r>
    </w:p>
    <w:p>
      <w:r>
        <w:t xml:space="preserve">02:11:39   (Speaker C)  We'll take it. </w:t>
      </w:r>
    </w:p>
    <w:p>
      <w:r>
        <w:t xml:space="preserve">02:11:40   (Speaker D)  Yep. </w:t>
      </w:r>
    </w:p>
    <w:p>
      <w:r>
        <w:t xml:space="preserve">02:11:41   (Speaker A)  So that was what, 181 you said </w:t>
      </w:r>
    </w:p>
    <w:p>
      <w:r>
        <w:t xml:space="preserve">02:11:44   (Speaker B)  that was actually down to like 1 20. Yeah. </w:t>
      </w:r>
    </w:p>
    <w:p>
      <w:r>
        <w:t xml:space="preserve">02:11:49   (Speaker C)  Hey, what's the difference between the net versus growth? </w:t>
      </w:r>
    </w:p>
    <w:p>
      <w:r>
        <w:t xml:space="preserve">02:11:53   (Speaker B)  It's about a 33, 200 difference. So by divided by the 578 units, it's about a 57 dollar decrease. </w:t>
      </w:r>
    </w:p>
    <w:p>
      <w:r>
        <w:t xml:space="preserve">02:12:02   (Speaker M)  So instead of 127, 181. </w:t>
      </w:r>
    </w:p>
    <w:p>
      <w:r>
        <w:t xml:space="preserve">02:12:05   (Speaker B)  Well, the total would be 18. </w:t>
      </w:r>
    </w:p>
    <w:p>
      <w:r>
        <w:t xml:space="preserve">02:12:06   (Speaker M)  Well, 181 plus 57. </w:t>
      </w:r>
    </w:p>
    <w:p>
      <w:r>
        <w:t xml:space="preserve">02:12:08   (Speaker A)  Correct. </w:t>
      </w:r>
    </w:p>
    <w:p>
      <w:r>
        <w:t xml:space="preserve">02:12:10   (Speaker M)  That's really good. </w:t>
      </w:r>
    </w:p>
    <w:p>
      <w:r>
        <w:t xml:space="preserve">02:12:12   (Speaker C)  All right, so what is the per unit net and per gross? Like what's that? </w:t>
      </w:r>
    </w:p>
    <w:p>
      <w:r>
        <w:t xml:space="preserve">02:12:18   (Speaker B)  So the net is. So the gross includes the collection fee and the early discount fee. So we assess on the gross because we don't know. We can't assess on the net because if everybody paid in November we would get. They get. It's like a 5% discount property tax. So we would get 5% less revenue. So it's. </w:t>
      </w:r>
    </w:p>
    <w:p>
      <w:r>
        <w:t xml:space="preserve">02:12:37   (Speaker D)  We. </w:t>
      </w:r>
    </w:p>
    <w:p>
      <w:r>
        <w:t xml:space="preserve">02:12:38   (Speaker B)  We assess off the gross amount and if the residents pay. And then there's also the county collects, I think 4%. They charge 4% for collection. So if you know the number that's in here. So like the 1380, the 1468 gross. If they pay in November, you get 5% less than that because you get a discount for paying early. So that's, that's it. </w:t>
      </w:r>
    </w:p>
    <w:p>
      <w:r>
        <w:t xml:space="preserve">02:12:58   (Speaker A)  Got it. </w:t>
      </w:r>
    </w:p>
    <w:p>
      <w:r>
        <w:t xml:space="preserve">02:12:59   (Speaker C)  Thank you for explaining. I was wondering that. </w:t>
      </w:r>
    </w:p>
    <w:p>
      <w:r>
        <w:t xml:space="preserve">02:13:01   (Speaker B)  So basically net. Net is what is needed to cover the expenses to the, to the dollar gross is what we need to including the discount and the collection. </w:t>
      </w:r>
    </w:p>
    <w:p>
      <w:r>
        <w:t xml:space="preserve">02:13:11   (Speaker F)  All right. </w:t>
      </w:r>
    </w:p>
    <w:p>
      <w:r>
        <w:t xml:space="preserve">02:13:12   (Speaker C)  I'd like to make a motion to approve the budget for Six Mile Creek with the changes. With the changes mentioned including moving to capital Detroit. No, not including that because I mean can we, we don't have to do that now. Can't we do that at another time? </w:t>
      </w:r>
    </w:p>
    <w:p>
      <w:r>
        <w:t xml:space="preserve">02:13:40   (Speaker B)  Well, if we. </w:t>
      </w:r>
    </w:p>
    <w:p>
      <w:r>
        <w:t xml:space="preserve">02:13:41   (Speaker C)  Closer to when we know what our exact surplus is. I don't want to, I don't want to base off Mindy's estimation of 100 </w:t>
      </w:r>
    </w:p>
    <w:p>
      <w:r>
        <w:t xml:space="preserve">02:13:48   (Speaker B)  use it as a carry forward surplus. We would need to include it now to, to decrease the increase to make it less for moving it into capital. We would just do that at the end of the year once we. </w:t>
      </w:r>
    </w:p>
    <w:p>
      <w:r>
        <w:t xml:space="preserve">02:13:59   (Speaker C)  Yeah, that's, that's what we're going to </w:t>
      </w:r>
    </w:p>
    <w:p>
      <w:r>
        <w:t xml:space="preserve">02:14:00   (Speaker M)  do so we can move at the </w:t>
      </w:r>
    </w:p>
    <w:p>
      <w:r>
        <w:t xml:space="preserve">02:14:03   (Speaker A)  end of the year so there's no </w:t>
      </w:r>
    </w:p>
    <w:p>
      <w:r>
        <w:t xml:space="preserve">02:14:03   (Speaker M)  action needed surpluses at that point. </w:t>
      </w:r>
    </w:p>
    <w:p>
      <w:r>
        <w:t xml:space="preserve">02:14:07   (Speaker B)  We could do that. </w:t>
      </w:r>
    </w:p>
    <w:p>
      <w:r>
        <w:t xml:space="preserve">02:14:08   (Speaker C)  Okay, so my motion still stands. I'm looking for a second. </w:t>
      </w:r>
    </w:p>
    <w:p>
      <w:r>
        <w:t xml:space="preserve">02:14:12   (Speaker A)  I'll second your motion. </w:t>
      </w:r>
    </w:p>
    <w:p>
      <w:r>
        <w:t xml:space="preserve">02:14:13   (Speaker B)  Motion and second. All in favor say aye. </w:t>
      </w:r>
    </w:p>
    <w:p>
      <w:r>
        <w:t xml:space="preserve">02:14:16   (Speaker E)  Aye. </w:t>
      </w:r>
    </w:p>
    <w:p>
      <w:r>
        <w:t xml:space="preserve">02:14:16   (Speaker D)  All right. </w:t>
      </w:r>
    </w:p>
    <w:p>
      <w:r>
        <w:t xml:space="preserve">02:14:18   (Speaker G)  Opposed? </w:t>
      </w:r>
    </w:p>
    <w:p>
      <w:r>
        <w:t xml:space="preserve">02:14:20   (Speaker B)  Hearing None. Motion passes. </w:t>
      </w:r>
    </w:p>
    <w:p>
      <w:r>
        <w:t xml:space="preserve">02:14:24   (Speaker D)  Right. </w:t>
      </w:r>
    </w:p>
    <w:p>
      <w:r>
        <w:t xml:space="preserve">02:14:24   (Speaker B)  And then we have one more public hearing that we have to do related to res. Well, we have actually not what happens but we have per the budget, we have a 20 resolution 202614 imposing special assessments and certifying the assessment role. All this really is doing is just saying these are the assessments that we're charging and it authorized us to create the assessment assessment role which is what's used to send to the county and the county uses that information to collect it on the property tax bill. So it's really. If you have any questions or if you have any comments on the process of how the assessment is collected. So I just need a motion to open the public hearing. </w:t>
      </w:r>
    </w:p>
    <w:p>
      <w:r>
        <w:t xml:space="preserve">02:14:57   (Speaker C)  Motion I'll second. </w:t>
      </w:r>
    </w:p>
    <w:p>
      <w:r>
        <w:t xml:space="preserve">02:14:59   (Speaker B)  Motion and a second. All in favor say aye. Any opposed hearing? Non public hearing is open. This isn't for the budget, but you guys have any comments on the process of how the budget or how the money is collected which is through your property tax bill. </w:t>
      </w:r>
    </w:p>
    <w:p>
      <w:r>
        <w:t xml:space="preserve">02:15:25   (Speaker C)  Ma', am, we can't hear you. </w:t>
      </w:r>
    </w:p>
    <w:p>
      <w:r>
        <w:t xml:space="preserve">02:15:27   (Speaker A)  You got to come up, speak to </w:t>
      </w:r>
    </w:p>
    <w:p>
      <w:r>
        <w:t xml:space="preserve">02:15:28   (Speaker J)  the microphone, talk really loud. </w:t>
      </w:r>
    </w:p>
    <w:p>
      <w:r>
        <w:t xml:space="preserve">02:15:31   (Speaker F)  My. </w:t>
      </w:r>
    </w:p>
    <w:p>
      <w:r>
        <w:t xml:space="preserve">02:15:33   (Speaker C)  The first year I lived here. </w:t>
      </w:r>
    </w:p>
    <w:p>
      <w:r>
        <w:t xml:space="preserve">02:15:34   (Speaker B)  What's your name? </w:t>
      </w:r>
    </w:p>
    <w:p>
      <w:r>
        <w:t xml:space="preserve">02:15:35   (Speaker C)  Linda Downen. I live in Reverie. </w:t>
      </w:r>
    </w:p>
    <w:p>
      <w:r>
        <w:t xml:space="preserve">02:15:38   (Speaker A)  Okay. </w:t>
      </w:r>
    </w:p>
    <w:p>
      <w:r>
        <w:t xml:space="preserve">02:15:39   (Speaker C)  My CDD fee was higher than my county taxes. I was shocked, and I'm not quite. And the one thing that I'm really concerned about is how does the yard. Well, the public maintenance, how does that work? We have no smaller public areas that Brightview would be handling over the huge road that goes all the way to your area. And how much of that Is it equal or are we paying a percentage of the cost? </w:t>
      </w:r>
    </w:p>
    <w:p>
      <w:r>
        <w:t xml:space="preserve">02:16:18   (Speaker B)  It's just the comment section, but there's two separate contracts. So there's a contract just for the areas in Reverie and just for the trail mark. </w:t>
      </w:r>
    </w:p>
    <w:p>
      <w:r>
        <w:t xml:space="preserve">02:16:25   (Speaker F)  Okay. </w:t>
      </w:r>
    </w:p>
    <w:p>
      <w:r>
        <w:t xml:space="preserve">02:16:26   (Speaker B)  But re does pay into the trail mark. </w:t>
      </w:r>
    </w:p>
    <w:p>
      <w:r>
        <w:t xml:space="preserve">02:16:28   (Speaker C)  Yeah, we pay what? </w:t>
      </w:r>
    </w:p>
    <w:p>
      <w:r>
        <w:t xml:space="preserve">02:16:30   (Speaker B)  You pay the trail mark. RE Pays the trail mark. O and M as well. So Reverie pays its own O and M for its own budget as well as the trail mark. </w:t>
      </w:r>
    </w:p>
    <w:p>
      <w:r>
        <w:t xml:space="preserve">02:16:39   (Speaker C)  Why is that? </w:t>
      </w:r>
    </w:p>
    <w:p>
      <w:r>
        <w:t xml:space="preserve">02:16:40   (Speaker B)  That's how it was set up when it was developed. </w:t>
      </w:r>
    </w:p>
    <w:p>
      <w:r>
        <w:t xml:space="preserve">02:16:42   (Speaker C)  Well, that's where I'm concerned. I think the setup was never for us. It was against us. I think we fund a lot more money through you all, then we get advantage of it. So that's it. Thank you. </w:t>
      </w:r>
    </w:p>
    <w:p>
      <w:r>
        <w:t xml:space="preserve">02:17:02   (Speaker B)  Any other comments on the collection of the assessment? All right, I see a motion to close the public hearing. </w:t>
      </w:r>
    </w:p>
    <w:p>
      <w:r>
        <w:t xml:space="preserve">02:17:09   (Speaker C)  Motion. </w:t>
      </w:r>
    </w:p>
    <w:p>
      <w:r>
        <w:t xml:space="preserve">02:17:10   (Speaker A)  Second. </w:t>
      </w:r>
    </w:p>
    <w:p>
      <w:r>
        <w:t xml:space="preserve">02:17:10   (Speaker B)  Motion and a second. All in favor say aye. Any opposed? The public hearing is closed. </w:t>
      </w:r>
    </w:p>
    <w:p>
      <w:r>
        <w:t xml:space="preserve">02:17:21   (Speaker J)  All right. </w:t>
      </w:r>
    </w:p>
    <w:p>
      <w:r>
        <w:t xml:space="preserve">02:17:22   (Speaker B)  So unless the board has any questions on that same process, and we just need a motion to approve resolution 20, 26 to 14. </w:t>
      </w:r>
    </w:p>
    <w:p>
      <w:r>
        <w:t xml:space="preserve">02:17:29   (Speaker C)  Motion, I'll. </w:t>
      </w:r>
    </w:p>
    <w:p>
      <w:r>
        <w:t xml:space="preserve">02:17:30   (Speaker B)  Second motion and a second. All in favor say aye. Any opposed? </w:t>
      </w:r>
    </w:p>
    <w:p>
      <w:r>
        <w:t xml:space="preserve">02:17:37   (Speaker D)  Hearing? </w:t>
      </w:r>
    </w:p>
    <w:p>
      <w:r>
        <w:t xml:space="preserve">02:17:38   (Speaker B)  None. Motion passes. Great. Next, we have consent consideration of the developer funding agreement with Dreamfinders for fiscal year 27. Not sure if this is something we're ready to discuss now. We essentially have the blank form here, which is the same that's been used in the past. It just needs the numbers filled in, which would be associated with this budget. So we can. He's saying we can approve it in substantial form, which is essentially saying there's still some changes coming, and then the chair could have final authorization, or we could just bring it back to the next meeting. Completed. </w:t>
      </w:r>
    </w:p>
    <w:p>
      <w:r>
        <w:t xml:space="preserve">02:18:34   (Speaker C)  What do you guys think? I think we marinate over it and bring it back to the next meeting. </w:t>
      </w:r>
    </w:p>
    <w:p>
      <w:r>
        <w:t xml:space="preserve">02:18:41   (Speaker A)  Yeah, I think it gives you some time, too, to get a little bit more familiar with everything. </w:t>
      </w:r>
    </w:p>
    <w:p>
      <w:r>
        <w:t xml:space="preserve">02:18:46   (Speaker G)  So this is a little bit complicated. </w:t>
      </w:r>
    </w:p>
    <w:p>
      <w:r>
        <w:t xml:space="preserve">02:18:49   (Speaker A)  I don't want to pressure Cook anything right now, but I definitely think it'd be good if you got some better understanding of the community and everything going on. </w:t>
      </w:r>
    </w:p>
    <w:p>
      <w:r>
        <w:t xml:space="preserve">02:18:59   (Speaker C)  So, you know, we can take the next month to look over this and decide if, you know, we want any changes made to it or maybe more realistic as to what is actually occurring there with staff. </w:t>
      </w:r>
    </w:p>
    <w:p>
      <w:r>
        <w:t xml:space="preserve">02:19:22   (Speaker B)  Yes. We could just table it. </w:t>
      </w:r>
    </w:p>
    <w:p>
      <w:r>
        <w:t xml:space="preserve">02:19:24   (Speaker C)  Okay. </w:t>
      </w:r>
    </w:p>
    <w:p>
      <w:r>
        <w:t xml:space="preserve">02:19:25   (Speaker B)  And then we'll bring it back. Any. Any issues with that, Wes. That works. Okay, so we'll table this and then potentially maybe. So the next one we have is the consideration of the agreement with the Reverie Homeowners association for the next fiscal year. Don't know if we want to table that as well or. </w:t>
      </w:r>
    </w:p>
    <w:p>
      <w:r>
        <w:t xml:space="preserve">02:19:53   (Speaker M)  I. I think we should. </w:t>
      </w:r>
    </w:p>
    <w:p>
      <w:r>
        <w:t xml:space="preserve">02:19:55   (Speaker A)  I think after the budget conversation, I think we should probably kind of look at just the job. Jobs itself and then get job responsibilities. </w:t>
      </w:r>
    </w:p>
    <w:p>
      <w:r>
        <w:t xml:space="preserve">02:20:07   (Speaker J)  Yeah. </w:t>
      </w:r>
    </w:p>
    <w:p>
      <w:r>
        <w:t xml:space="preserve">02:20:07   (Speaker C)  Sorry, I'm not following your Jimbo, what was this about? </w:t>
      </w:r>
    </w:p>
    <w:p>
      <w:r>
        <w:t xml:space="preserve">02:20:11   (Speaker B)  This was just the. The agreement with the homeowners association for the facility management, because we approved it last year, which goes through September 30, so we'll need to do it again before October 1 or fiscal May 27, which. So we could table this as well the next month once we. Kind of. </w:t>
      </w:r>
    </w:p>
    <w:p>
      <w:r>
        <w:t xml:space="preserve">02:20:27   (Speaker M)  My biggest concern with this whole agreement is the fact that we don't have HOA meetings. We don't have any involvement in what's occurring. I mean, Anna and Jerry, the HOA board is great, except they don't meet. So we have no input as to what's going on or even with what Lifestyles is doing. It's all under the aspect of disagreement that the HOA controls it all and we have no input. And the people even that are on the board, our president doesn't. </w:t>
      </w:r>
    </w:p>
    <w:p>
      <w:r>
        <w:t xml:space="preserve">02:21:08   (Speaker A)  I think we should look at it. I mean, we need to table it. </w:t>
      </w:r>
    </w:p>
    <w:p>
      <w:r>
        <w:t xml:space="preserve">02:21:12   (Speaker C)  I mean, we don't have to, you know, move forward with the agreement. It's not. It's not a must do. So just keep that in mind when you're reviewing it. But yes, let's table. </w:t>
      </w:r>
    </w:p>
    <w:p>
      <w:r>
        <w:t xml:space="preserve">02:21:30   (Speaker B)  All right, we're going to move on then. Next we have the last public hearing. And this is for the purpose of adopting the amended and restated rules of procedure, which is Resolution 2026-15. These are essentially the rules and procedures that the district operates under. It's very common. Every couple year or two, every few years, the district council will revise these to match what current legislation has changed. Because, you know, every year they have a legislative session and they make new laws, and so we just change it as needed to stay current with laws. So that's all that this is. It's not taking anything out. You know, there's one, for instance, one of them is like the ADA requirement currently is they can notify us within like 24 hours if they need some sort of ADA exemption that was increased, I think to 72 hours because it's unrealistic to get something done potentially in that time. So again, these are just things to keep us in line with what the legislation says. So we'll go ahead and open the public hearing, then the board can have their discussion and go from there. So I need a motion to open the public hearing. </w:t>
      </w:r>
    </w:p>
    <w:p>
      <w:r>
        <w:t xml:space="preserve">02:22:35   (Speaker A)  Motion second. </w:t>
      </w:r>
    </w:p>
    <w:p>
      <w:r>
        <w:t xml:space="preserve">02:22:38   (Speaker B)  Motion, second. All in favor say I. I. Any opposed hearing? None. Public hearings open. So you guys, is there any comments on the restated amended rules and procedures? They are in the agenda package. Wes, I don't know if there's anything you want to add to it that I missed. </w:t>
      </w:r>
    </w:p>
    <w:p>
      <w:r>
        <w:t xml:space="preserve">02:23:04   (Speaker L)  Only 30 questions. </w:t>
      </w:r>
    </w:p>
    <w:p>
      <w:r>
        <w:t xml:space="preserve">02:23:05   (Speaker B)  I think you're. You had a good description. </w:t>
      </w:r>
    </w:p>
    <w:p>
      <w:r>
        <w:t xml:space="preserve">02:23:07   (Speaker A)  Is there any like any other things that we need to be aware of that have changed? </w:t>
      </w:r>
    </w:p>
    <w:p>
      <w:r>
        <w:t xml:space="preserve">02:23:12   (Speaker L)  No. </w:t>
      </w:r>
    </w:p>
    <w:p>
      <w:r>
        <w:t xml:space="preserve">02:23:12   (Speaker B)  I mean nothing. Nothing critical. </w:t>
      </w:r>
    </w:p>
    <w:p>
      <w:r>
        <w:t xml:space="preserve">02:23:14   (Speaker J)  What? </w:t>
      </w:r>
    </w:p>
    <w:p>
      <w:r>
        <w:t xml:space="preserve">02:23:14   (Speaker B)  Is there anything you can think of? </w:t>
      </w:r>
    </w:p>
    <w:p>
      <w:r>
        <w:t xml:space="preserve">02:23:17   (Speaker L)  Yeah, there's nothing that's going to change the day to day operations of the district. The. The biggest changes have to do deal with some noticing requirements both in the </w:t>
      </w:r>
    </w:p>
    <w:p>
      <w:r>
        <w:t xml:space="preserve">02:23:30   (Speaker B)  language and the time frames of notices </w:t>
      </w:r>
    </w:p>
    <w:p>
      <w:r>
        <w:t xml:space="preserve">02:23:32   (Speaker L)  for when the board may choose to update or add to any of the </w:t>
      </w:r>
    </w:p>
    <w:p>
      <w:r>
        <w:t xml:space="preserve">02:23:38   (Speaker H)  rates that are going to be placed. </w:t>
      </w:r>
    </w:p>
    <w:p>
      <w:r>
        <w:t xml:space="preserve">02:23:41   (Speaker L)  Otherwise, it's mostly just. Things to bring the document current. With Florida law. For example, there was recently a change in the law that allowed CDDs to </w:t>
      </w:r>
    </w:p>
    <w:p>
      <w:r>
        <w:t xml:space="preserve">02:23:58   (Speaker B)  be in multiple counties. </w:t>
      </w:r>
    </w:p>
    <w:p>
      <w:r>
        <w:t xml:space="preserve">02:24:00   (Speaker L)  So the word county was made plural counties throughout the document. </w:t>
      </w:r>
    </w:p>
    <w:p>
      <w:r>
        <w:t xml:space="preserve">02:24:05   (Speaker A)  The. </w:t>
      </w:r>
    </w:p>
    <w:p>
      <w:r>
        <w:t xml:space="preserve">02:24:05   (Speaker L)  The reason we did that, even though </w:t>
      </w:r>
    </w:p>
    <w:p>
      <w:r>
        <w:t xml:space="preserve">02:24:07   (Speaker B)  Six Mile Creek isn't in two counties, </w:t>
      </w:r>
    </w:p>
    <w:p>
      <w:r>
        <w:t xml:space="preserve">02:24:08   (Speaker L)  is this is something that we are recommending for all the CDVs we represent throughout the state in excess of 100. So it's truly a housekeeping measure and not something that is specific to 6 mile or is going to change anything substantive with 6 mile operation. </w:t>
      </w:r>
    </w:p>
    <w:p>
      <w:r>
        <w:t xml:space="preserve">02:24:34   (Speaker B)  Any comments? I would just need a motion to close the public hearing. </w:t>
      </w:r>
    </w:p>
    <w:p>
      <w:r>
        <w:t xml:space="preserve">02:24:40   (Speaker A)  I'll make a motion to close. </w:t>
      </w:r>
    </w:p>
    <w:p>
      <w:r>
        <w:t xml:space="preserve">02:24:44   (Speaker B)  Motion and a second. All in favor say aye. Any opposed hearing? None. Motion passes. Does the board have any questions on this? If not, I would see a motion to approve Torrent registration resolution 2026 15. </w:t>
      </w:r>
    </w:p>
    <w:p>
      <w:r>
        <w:t xml:space="preserve">02:24:59   (Speaker C)  Motion I'll second. </w:t>
      </w:r>
    </w:p>
    <w:p>
      <w:r>
        <w:t xml:space="preserve">02:25:02   (Speaker B)  Motion and a second. All in favor say II Any opposed hearing? None. Motion passes. Next, we have approval of the consent agenda. We have engineering item ratification requisition number 353A. We have approval of the minutes of the July 8, 2026 meeting. Gratification of the agreement with the Gulfstream Design Group for professional Engineering Services. Ratification of agreement with JAX Utility Management for the pawn bank repair and reverie. Ratification for proposal from Brightview. Brightview proposal for the suction line turf restore in Reverie. Ratification the Brightview proposal for the initial irrigation audit. </w:t>
      </w:r>
    </w:p>
    <w:p>
      <w:r>
        <w:t xml:space="preserve">02:25:42   (Speaker A)  Reverie. </w:t>
      </w:r>
    </w:p>
    <w:p>
      <w:r>
        <w:t xml:space="preserve">02:25:43   (Speaker B)  And ratification of the Brightview proposal for preventative maintenance, irrigation, repairs and revolution. Ratification for the Tysons amp, which installation, which we discussed in the past. Reverie. The balance sheet as of June 30, and the statement of revenues and expenditures, the assessment receipt schedule and the check register totaling $216,405.18. Unless there are any questions, comments on any of those items, I would receive a motion to approve the consent agenda. </w:t>
      </w:r>
    </w:p>
    <w:p>
      <w:r>
        <w:t xml:space="preserve">02:26:13   (Speaker D)  Going to prove it with just this point of information. The rationale from Tyson as to why we need to have this new amp is. The other one's broken. </w:t>
      </w:r>
    </w:p>
    <w:p>
      <w:r>
        <w:t xml:space="preserve">02:26:24   (Speaker B)  It's broken. </w:t>
      </w:r>
    </w:p>
    <w:p>
      <w:r>
        <w:t xml:space="preserve">02:26:25   (Speaker D)  Yep. </w:t>
      </w:r>
    </w:p>
    <w:p>
      <w:r>
        <w:t xml:space="preserve">02:26:26   (Speaker L)  Yeah. </w:t>
      </w:r>
    </w:p>
    <w:p>
      <w:r>
        <w:t xml:space="preserve">02:26:26   (Speaker D)  And we're paying $6,000 where, if you research this item, you can get us to four. So I know we're going to improve in the future. </w:t>
      </w:r>
    </w:p>
    <w:p>
      <w:r>
        <w:t xml:space="preserve">02:26:39   (Speaker B)  We did talk about that because it came up at the last meeting and it turned out it had been done already. So that's what we're ratifying. But, yeah, in the future, we will look into other options. Did you hear that? </w:t>
      </w:r>
    </w:p>
    <w:p>
      <w:r>
        <w:t xml:space="preserve">02:26:53   (Speaker A)  I saw it. </w:t>
      </w:r>
    </w:p>
    <w:p>
      <w:r>
        <w:t xml:space="preserve">02:26:54   (Speaker E)  Yeah. </w:t>
      </w:r>
    </w:p>
    <w:p>
      <w:r>
        <w:t xml:space="preserve">02:26:54   (Speaker C)  It was right behind you. </w:t>
      </w:r>
    </w:p>
    <w:p>
      <w:r>
        <w:t xml:space="preserve">02:26:56   (Speaker H)  Right there. </w:t>
      </w:r>
    </w:p>
    <w:p>
      <w:r>
        <w:t xml:space="preserve">02:26:56   (Speaker C)  I, like, heard static. </w:t>
      </w:r>
    </w:p>
    <w:p>
      <w:r>
        <w:t xml:space="preserve">02:26:58   (Speaker B)  I did, too. </w:t>
      </w:r>
    </w:p>
    <w:p>
      <w:r>
        <w:t xml:space="preserve">02:27:02   (Speaker C)  I can't come to the window right </w:t>
      </w:r>
    </w:p>
    <w:p>
      <w:r>
        <w:t xml:space="preserve">02:27:03   (Speaker A)  here </w:t>
      </w:r>
    </w:p>
    <w:p>
      <w:r>
        <w:t xml:space="preserve">02:27:07   (Speaker B)  unless there's anything else. I would just need a motion to approve the consent agenda. Motion. And a second. All in favor say aye. Any opposed hearing? </w:t>
      </w:r>
    </w:p>
    <w:p>
      <w:r>
        <w:t xml:space="preserve">02:27:23   (Speaker K)  None. </w:t>
      </w:r>
    </w:p>
    <w:p>
      <w:r>
        <w:t xml:space="preserve">02:27:24   (Speaker B)  Motion passes. All right, so next we have staff reports. </w:t>
      </w:r>
    </w:p>
    <w:p>
      <w:r>
        <w:t xml:space="preserve">02:27:30   (Speaker H)  Reports. </w:t>
      </w:r>
    </w:p>
    <w:p>
      <w:r>
        <w:t xml:space="preserve">02:27:30   (Speaker B)  First we have attorney Wes. Anything? Any update? Wes? Oh, I have zero service. </w:t>
      </w:r>
    </w:p>
    <w:p>
      <w:r>
        <w:t xml:space="preserve">02:27:46   (Speaker A)  I heard it click off. </w:t>
      </w:r>
    </w:p>
    <w:p>
      <w:r>
        <w:t xml:space="preserve">02:27:47   (Speaker B)  I just went to satellite. </w:t>
      </w:r>
    </w:p>
    <w:p>
      <w:r>
        <w:t xml:space="preserve">02:27:50   (Speaker C)  It was that light. </w:t>
      </w:r>
    </w:p>
    <w:p>
      <w:r>
        <w:t xml:space="preserve">02:28:00   (Speaker B)  Sorry, the phone got disconnected. I don't know if it's because of that. Hello, and welcome to the meeting. </w:t>
      </w:r>
    </w:p>
    <w:p>
      <w:r>
        <w:t xml:space="preserve">02:28:35   (Speaker C)  Please enter your passcode followed by the </w:t>
      </w:r>
    </w:p>
    <w:p>
      <w:r>
        <w:t xml:space="preserve">02:28:37   (Speaker M)  pound or hash key and I will connect you. </w:t>
      </w:r>
    </w:p>
    <w:p>
      <w:r>
        <w:t xml:space="preserve">02:28:51   (Speaker C)  Please enter your passcode followed by the pound or hash key and on connect you. </w:t>
      </w:r>
    </w:p>
    <w:p>
      <w:r>
        <w:t xml:space="preserve">02:29:14   (Speaker B)  Hello, and welcome to the meeting. </w:t>
      </w:r>
    </w:p>
    <w:p>
      <w:r>
        <w:t xml:space="preserve">02:29:16   (Speaker C)  Please enter your passcode followed by discount. One moment, please. </w:t>
      </w:r>
    </w:p>
    <w:p>
      <w:r>
        <w:t xml:space="preserve">02:29:26   (Speaker B)  All right. Sorry. Wes, can you hear us? </w:t>
      </w:r>
    </w:p>
    <w:p>
      <w:r>
        <w:t xml:space="preserve">02:29:32   (Speaker C)  Yes, I can. </w:t>
      </w:r>
    </w:p>
    <w:p>
      <w:r>
        <w:t xml:space="preserve">02:29:33   (Speaker L)  Little muffled, but yes, I can hear you. </w:t>
      </w:r>
    </w:p>
    <w:p>
      <w:r>
        <w:t xml:space="preserve">02:29:35   (Speaker B)  Yeah, it's raining really hard right now. We're on your report. Did you have anything to report? We'll move on then to engineering. </w:t>
      </w:r>
    </w:p>
    <w:p>
      <w:r>
        <w:t xml:space="preserve">02:29:49   (Speaker H)  We had two on bank inspections since the last meeting. One was at 1:58. Left early. Sent that, reported to Daniel. I have a feeling that that's an irrigation issue. Because the grass, the way the grass </w:t>
      </w:r>
    </w:p>
    <w:p>
      <w:r>
        <w:t xml:space="preserve">02:30:07   (Speaker L)  is grown in, is the most exposed Soil. </w:t>
      </w:r>
    </w:p>
    <w:p>
      <w:r>
        <w:t xml:space="preserve">02:30:09   (Speaker H)  It's right next to two irrigation heads. That scenario exists right by the break </w:t>
      </w:r>
    </w:p>
    <w:p>
      <w:r>
        <w:t xml:space="preserve">02:30:17   (Speaker B)  in a pond bank. </w:t>
      </w:r>
    </w:p>
    <w:p>
      <w:r>
        <w:t xml:space="preserve">02:30:18   (Speaker H)  It does start, even if it's a slope trickle leak, it has that exposed base to start pushing in the soil. So there's a good run there that we can't see. I pointed out to the homeowner was </w:t>
      </w:r>
    </w:p>
    <w:p>
      <w:r>
        <w:t xml:space="preserve">02:30:28   (Speaker B)  actually reading the book in the backyard </w:t>
      </w:r>
    </w:p>
    <w:p>
      <w:r>
        <w:t xml:space="preserve">02:30:30   (Speaker H)  to make sure she roll an angle in it deep for that one. I would say just before we do anything as a district, verify the irrigation leaks on the homeowner side and then just repair it with soil. And so that one's not a big one. Then we did another one at Rustic Mill Drive that will start in Greenpoint. I went out there, took a look, made some recommendations. It sounded like it aligned green points scope work that they were bidding out. I did notice we have a few areas where there are large drainage inlets in these drainagements on the pockets. So where we were this morning at the Bluegrass Pond, it's another scenario that's going to have another erosion issue because if the inlet is higher than the surrounding rate, the water doesn't come to repair. The one they're looking to repair is on Rustic Mill. That one Exactly. What he's doing is what the as built show that makes sense to fix. But this morning we were at the Bluegrass Pond, which is pond number 32. Another inlet is exhibiting the same behavior. So I'm concerned that that will wash out too. I spoke to Daniel this morning. I don't think that one's covered under the developer anymore. So you can see the property line swale is conveying water that should be going into that inlet and it's actually going beside it starting to like cut a little erosion line into angling. I don't know if maybe we were a cloud agreement like to see if you can get some cost savings to address that. Fix it now before it becomes an issue before us. And if it does actually work, Washington, he just has to build up the area around which the same exact scope of work. Just less soil than we needed on this other one. Like I mentioned earlier, we went through the drawings that we received from BTM highlighting all the drainage and utility easements within our drawings to help the district review fences or anything else. So Daniel has that on flash drive. There are two phases we didn't get. I think it's four and six from etm. I saw a little sinkhole developing on Trail Mark Drive. Daniel caught it about the same time. These are county owned roads. </w:t>
      </w:r>
    </w:p>
    <w:p>
      <w:r>
        <w:t xml:space="preserve">02:33:22   (Speaker A)  That's a pothole. By the drainage. </w:t>
      </w:r>
    </w:p>
    <w:p>
      <w:r>
        <w:t xml:space="preserve">02:33:23   (Speaker H)  Little pothole by the drain. Yeah. That's a common signifier for the drainage pipe that's going into the inlet. The joint that gets sealed off throughout sometimes fails. And then you start to get kind of like an hourglass effect. So I would imagine the soil you're losing is going into the inlet. I actually drove by it today after and it's not as bad as it looks. When you're driving by, there's still earth, like kind of holding up. It didn't actually collapse yet. But if that pipe is very deep underground, if it does open up, it's going to be bad. </w:t>
      </w:r>
    </w:p>
    <w:p>
      <w:r>
        <w:t xml:space="preserve">02:34:02   (Speaker L)  But yeah, the dingle mountain they were checking out today. So I should have an update on that later, see what's going on. Hopefully it's not as bad as the other one next. </w:t>
      </w:r>
    </w:p>
    <w:p>
      <w:r>
        <w:t xml:space="preserve">02:34:14   (Speaker H)  And then we had the bluegrass pond. We went out there to look at some bank erosion. Daniel's been working on getting pricing for winter repair. I did review those proposals. I was going over them with Daniel this morning. The algae growth to me is very normal for this time of year. It's actually light compared to a lot of other districts that I've been in and other ponds that I've seen. I explained earlier that that's based on the ebb and flow of the rain right now. </w:t>
      </w:r>
    </w:p>
    <w:p>
      <w:r>
        <w:t xml:space="preserve">02:34:44   (Speaker I)  This is healthy. </w:t>
      </w:r>
    </w:p>
    <w:p>
      <w:r>
        <w:t xml:space="preserve">02:34:46   (Speaker H)  There was a large fish kill we noticed in there. I know some of the residents don't like having natural vegetation growing at the bank line. Or we would refer to as the normal water level where your land meets the water. Everything in the water would help as far as plant material to take care of those. And you wouldn't have to be dealing with the tree. </w:t>
      </w:r>
    </w:p>
    <w:p>
      <w:r>
        <w:t xml:space="preserve">02:35:13   (Speaker A)  How much did we have to Last year? </w:t>
      </w:r>
    </w:p>
    <w:p>
      <w:r>
        <w:t xml:space="preserve">02:35:15   (Speaker H)  I don't know what. </w:t>
      </w:r>
    </w:p>
    <w:p>
      <w:r>
        <w:t xml:space="preserve">02:35:16   (Speaker A)  We had a lot of that cattail stuff. It got cut, cut down. And then we had to pay someone </w:t>
      </w:r>
    </w:p>
    <w:p>
      <w:r>
        <w:t xml:space="preserve">02:35:21   (Speaker H)  to help go out and clean it up. </w:t>
      </w:r>
    </w:p>
    <w:p>
      <w:r>
        <w:t xml:space="preserve">02:35:23   (Speaker C)  I don't think that we ever paid to have it cleaned up, but we did it. It's still there. The meter one by my house. Yeah, it's still there. </w:t>
      </w:r>
    </w:p>
    <w:p>
      <w:r>
        <w:t xml:space="preserve">02:35:33   (Speaker H)  Something. I mean, it could be worth it to consult with an environmental specialist to just see if what the most cost effective options are to control the issues that you're having. I can't really speak to all of that because it's not my area of expertise and behaviors to other. </w:t>
      </w:r>
    </w:p>
    <w:p>
      <w:r>
        <w:t xml:space="preserve">02:35:53   (Speaker J)  You talked about putting in that one pond. I don't know if it was flowers, but it was plants. Was super expensive. And the people like, we don't want </w:t>
      </w:r>
    </w:p>
    <w:p>
      <w:r>
        <w:t xml:space="preserve">02:36:02   (Speaker C)  it in a red Yard. </w:t>
      </w:r>
    </w:p>
    <w:p>
      <w:r>
        <w:t xml:space="preserve">02:36:04   (Speaker H)  Yeah. So like the cattails, there's other kinds of natural, like local vegetation. </w:t>
      </w:r>
    </w:p>
    <w:p>
      <w:r>
        <w:t xml:space="preserve">02:36:12   (Speaker C)  Yeah. That's kind of why we chose the carp route. So we just need to get more carp. </w:t>
      </w:r>
    </w:p>
    <w:p>
      <w:r>
        <w:t xml:space="preserve">02:36:16   (Speaker H)  Definitely help. We have a lot of ponds so they all do in most of interconnect to each other in some way. So I don't know if you had planned. </w:t>
      </w:r>
    </w:p>
    <w:p>
      <w:r>
        <w:t xml:space="preserve">02:36:26   (Speaker C)  We are, yeah. </w:t>
      </w:r>
    </w:p>
    <w:p>
      <w:r>
        <w:t xml:space="preserve">02:36:30   (Speaker H)  Daniel's proposals mentioned the SONK system. I have experience installing that SONK system in another district. After I went through these proposals, I did just some math on price per foot. I have one contractor, we're in that other district, got us a price for about half of what your least expensive one is. So I'll give you that information and you give that guy a call. The sock system is great. It's just not cheap. And it's a 50 year product. I haven't seen one that would. I haven't seen the SOC system long enough to trust it. But it seems like the idea is there and they're calling it a 50 year product. It's basically like a burlap sack that you pin to the toe of the slope, wrap it up over the top, they go into the pond, they dredge sand out of the pond and into the burlap sack to re establish an even pond bank. And then you take sod and staple sod into that and now you have a pond bank forever that's more structural than just sand sitting on the bank waiting for something to unwind it. So I'll get of that information and we'll take it from there. Also, if the board's okay with it, I can talk to a couple of civil contractors and see what it would cost. For now just re and pack it in and then solve it. </w:t>
      </w:r>
    </w:p>
    <w:p>
      <w:r>
        <w:t xml:space="preserve">02:37:58   (Speaker A)  I think that's a good idea actually. </w:t>
      </w:r>
    </w:p>
    <w:p>
      <w:r>
        <w:t xml:space="preserve">02:38:00   (Speaker H)  That could be considerable. Yeah, I think anything you do is going to be disruptive to that drainage easement. We access that bluegrass and then the pond bank is going to be disrupted with the, you know, bobcat going back and forth. But whenever we set a scope of work like that, we just make sure to restore to previous condition and we get pictures before they start. Takes care. </w:t>
      </w:r>
    </w:p>
    <w:p>
      <w:r>
        <w:t xml:space="preserve">02:38:25   (Speaker B)  Then I do want to talk about the pond bank repair. We talked about the access point. So you know the Revery, the pond bank repairs that we've approved with Jack's Utility Management that tree finders and three point agreed to bed. I did get an email from Nick with the, with the developer when they were out there looking at it. So I'm just going to kind of Read this to you. The issue is regarding homeowner fencing into the unobstructed drainage easement. This goes back to that. We're finding out where they are and they aren't. On lots 295 to 296, there's a 35 foot drainage easement that splits the properties 15 on each side. And then lot 296 has fenced all the way to the property line, ignoring this seven and a half section of unobstructed easement within their property, they've installed fencing, irrigation and plant material all the way up to the fence to the property line. So essentially, they can't get to the pond to make the repair as is. So there's two options. There is one, and this is the one I think you've looked at it and you agree with. Option one would be to regrade the swale to enter the storm structure from a different angle within lot's 295 7.5 foot unobstructed easement. This would allow the homeowner to keep their fencing and landscaping in place without disturbing any other areas. Work would be designed as intended, but it would not be exactly what ETM had designed in their approved set. And then option two, which, by the book, the CDD would need to have the ML1 remove the fence in order to regrade the swale according to the design. So that's. Those are the two options. Essentially. Mike did look at option one. He does think it's fine, we could go with option one and get the work done without having any disturbing. Option two may take some time because we have to notice them, we have to get them to move their fence. Normally, I would say, personally I would be for option two just because it is, that's why that easement's there. But with the time it's already taken, very long time, we're not, you know, who knows how long it can take to actually get that fence moved. So, I mean, I think if option one is fine, but it may be the best option. And then we will continue to go through our assessment of all the easements and then we'll come back to the board and get direction on what we want to do. Both the board wants to be able to move forward, but as far as getting this bond bank risk restoration for every. Which we've been talking about for, like almost a year now. Yeah, optional one will be the quickest </w:t>
      </w:r>
    </w:p>
    <w:p>
      <w:r>
        <w:t xml:space="preserve">02:41:01   (Speaker H)  way to get it. Yeah, it's really not that big of a space to disrupt the fence, but it's Already there. When we looked at the as builds, the top of that pond bank is supposed to be at a 22, right at that drainage endlet. It's like a 10 or so lower, which is about an inch and a half. But it's enough to allow the water, like that other one I mentioned, to just pass by the inlet. So if they just bring the top of the bank behind the inlet up to its designed elevation, it kind of creates a backboard for the water to just make its way to the inlet. The homeowner was out there. When I was looking at it, he was asking me some questions. I try not to get too into it until it comes here. I was explaining my purpose and what it was out there for. He didn't seem to mind if he had to move bushes or fence. I just don't think it's worth all the headache, to be honest. For what the fix is, it's literally just taking some dirt, Putting it on the backside. I mentioned if they can just notch out the inlet, which will allow water to get in at a lower elevation, which will help it better. Same for that other one at bluegrass. It'll help a lot as far as redirecting where that swale is. These swales on paper look like these, but in the field, it's a flat space that, you know, eventually kind of shapes its own way with the waterfall. So it's going in the direction that he proposed. Anyway, it was raining when it was out there, so I can see it rides the property line swell, and it kind of kicks itself out and just is missing the inlet. So if the top of bank was built to its designed elevation, this probably wouldn't be happening. Also, I'm not here to link critique designs, but if you have the top of bank at a 22 at the top of that created a 22, the grate should be lower than whatever you're trying to get it to not pass common sense. Water goes down. </w:t>
      </w:r>
    </w:p>
    <w:p>
      <w:r>
        <w:t xml:space="preserve">02:42:59   (Speaker A)  Yeah. </w:t>
      </w:r>
    </w:p>
    <w:p>
      <w:r>
        <w:t xml:space="preserve">02:43:00   (Speaker H)  I mean, that. That's just the comment I have. Which, with the notches, will help, in a sense, lower the grade elevation of the inlet while we raise the top. </w:t>
      </w:r>
    </w:p>
    <w:p>
      <w:r>
        <w:t xml:space="preserve">02:43:11   (Speaker L)  Yeah. </w:t>
      </w:r>
    </w:p>
    <w:p>
      <w:r>
        <w:t xml:space="preserve">02:43:11   (Speaker B)  They did confirm that part of the restoration will be to get that elevation corrected. So look. Or in the structure. </w:t>
      </w:r>
    </w:p>
    <w:p>
      <w:r>
        <w:t xml:space="preserve">02:43:19   (Speaker L)  Cool. </w:t>
      </w:r>
    </w:p>
    <w:p>
      <w:r>
        <w:t xml:space="preserve">02:43:19   (Speaker B)  So the boards are right with option one. </w:t>
      </w:r>
    </w:p>
    <w:p>
      <w:r>
        <w:t xml:space="preserve">02:43:22   (Speaker D)  Yeah. </w:t>
      </w:r>
    </w:p>
    <w:p>
      <w:r>
        <w:t xml:space="preserve">02:43:23   (Speaker H)  We can take a look. Like, once it's done, we can go look at it and kind of give it a. Looks like it'll hold. Thumbs up. </w:t>
      </w:r>
    </w:p>
    <w:p>
      <w:r>
        <w:t xml:space="preserve">02:43:31   (Speaker C)  Sounds good. </w:t>
      </w:r>
    </w:p>
    <w:p>
      <w:r>
        <w:t xml:space="preserve">02:43:32   (Speaker A)  Okay, I'll make a motion for option one. </w:t>
      </w:r>
    </w:p>
    <w:p>
      <w:r>
        <w:t xml:space="preserve">02:43:37   (Speaker B)  I'll second motion and second all in Favor say aye. Any opposed? Everybody in favor hearing. Anything else? </w:t>
      </w:r>
    </w:p>
    <w:p>
      <w:r>
        <w:t xml:space="preserve">02:43:56   (Speaker H)  Mike, that's it for what I did this morning. I'll kick you guys. Just showing the areas we looked at for follow up. I just didn't have time to do it. But you'll have a like tomorrow. Otherwise I have nothing else unless there's questions. </w:t>
      </w:r>
    </w:p>
    <w:p>
      <w:r>
        <w:t xml:space="preserve">02:44:15   (Speaker B)  All right, Any questions for the engineer? All right, we'll move on to manager. We just have two things today. Discussion and approval of the fiscal year 27 goals and objectives. You'll see it here in the package. It's the same we had last year. This is something that last year year the state started requiring. It's very broad. They didn't give any really direction on it. So they basically said you just got to come up with goals and objectives to complete it. Actually was on the legislative session this year to remove it, which it didn't pass. So we have, what we have in here is the same as we had last year. We have items under community communication engagement, hold at least five regular public meetings first year, provide public notices of the meetings in accordance with the Florida Statutes under the financial transparency and accountability. We have annual budget preparation. We have financial reports published the CDD website, the most recent version of the audit, the fiscal year budget with any amendments and the most recent financials. And then finally the getting the audit done each year. These are really things that we do. Just good practice. Anyways, this is what we had last year. So unless you guys have any questions on any of these or want to add anything to it or remove anything, I would just need a motion to approve the goals and objectives for this period. </w:t>
      </w:r>
    </w:p>
    <w:p>
      <w:r>
        <w:t xml:space="preserve">02:45:37   (Speaker A)  What was the state's purpose for having goals and objectives? </w:t>
      </w:r>
    </w:p>
    <w:p>
      <w:r>
        <w:t xml:space="preserve">02:45:41   (Speaker H)  What's. What's requirement? </w:t>
      </w:r>
    </w:p>
    <w:p>
      <w:r>
        <w:t xml:space="preserve">02:45:46   (Speaker A)  So if you don't meet the goal, then that's. </w:t>
      </w:r>
    </w:p>
    <w:p>
      <w:r>
        <w:t xml:space="preserve">02:45:49   (Speaker B)  You would just, you would just say no, you didn't meet the bill. </w:t>
      </w:r>
    </w:p>
    <w:p>
      <w:r>
        <w:t xml:space="preserve">02:45:54   (Speaker C)  I'll make a motion. </w:t>
      </w:r>
    </w:p>
    <w:p>
      <w:r>
        <w:t xml:space="preserve">02:45:56   (Speaker B)  Second motion will second. All in favor say aye. </w:t>
      </w:r>
    </w:p>
    <w:p>
      <w:r>
        <w:t xml:space="preserve">02:46:00   (Speaker J)  Aye. </w:t>
      </w:r>
    </w:p>
    <w:p>
      <w:r>
        <w:t xml:space="preserve">02:46:01   (Speaker B)  Any opposed hearing none. Motion passes. And then lastly, just have the discussion and approval of the fiscal year 27 meeting schedule. You'll see the dates here in the agenda package. It's sticking with the same </w:t>
      </w:r>
    </w:p>
    <w:p>
      <w:r>
        <w:t xml:space="preserve">02:46:17   (Speaker M)  third or </w:t>
      </w:r>
    </w:p>
    <w:p>
      <w:r>
        <w:t xml:space="preserve">02:46:18   (Speaker B)  Wednesday, second Wednesday of each month here at this location at 1:00pm the only exception is the November meeting will be November 4th, which is the first Wednesday. That's because Veterans Day is the normal day. So we pushed it up a week. And again we can always change these. We could always cancel them, add more. We just have to have an actual schedule approval. So unless you guys have any questions on this and we just need a motion to approve the fiscal year. Can you send a meeting schedule? </w:t>
      </w:r>
    </w:p>
    <w:p>
      <w:r>
        <w:t xml:space="preserve">02:46:56   (Speaker A)  I'll second it. </w:t>
      </w:r>
    </w:p>
    <w:p>
      <w:r>
        <w:t xml:space="preserve">02:46:59   (Speaker B)  Motion and a second. All in favor say aye. Any opposed hearing none. Motion passes. That was all that I had in the csm. Anything for me. We'll move on to trail mark operations and amenities. </w:t>
      </w:r>
    </w:p>
    <w:p>
      <w:r>
        <w:t xml:space="preserve">02:47:14   (Speaker L)  Yeah so. So high tech installing the security system over at the amenity center. The alarm is everything is done. They are still installing the new cameras for the tor down so this be completed tomorrow. The gym benches were ordered so roughly four weeks for the timeline for that. We did order a new part for the ship so I approved the proposal for that. It was within our thresholds. They should be out tomorrow. So that's be waiting. The front door to the amenity center is fixed now. So the park finally got the rebirth. So that's working correctly. All of the fitness pro proposal approved at the last meeting. All those repairs have been done. And then the kayak launch side two of them have been placed arrows in the kayak launch area to signify that it's over there. They were really pulled out. All of the county board work is </w:t>
      </w:r>
    </w:p>
    <w:p>
      <w:r>
        <w:t xml:space="preserve">02:48:09   (Speaker H)  done preparing the one that he pointed </w:t>
      </w:r>
    </w:p>
    <w:p>
      <w:r>
        <w:t xml:space="preserve">02:48:11   (Speaker L)  out maybe the second to that of that one area that by doll said it was complete. And then we had some men's urinals fixed in the restroom in the amenity center and then the repair section. Other than that. Happy to take any questions or I can. I don't know if you want to do the gym update now or after. </w:t>
      </w:r>
    </w:p>
    <w:p>
      <w:r>
        <w:t xml:space="preserve">02:48:35   (Speaker D)  Okay. </w:t>
      </w:r>
    </w:p>
    <w:p>
      <w:r>
        <w:t xml:space="preserve">02:48:37   (Speaker L)  So we also have a proposal in front of you online. This was one of the weight racks that we removed. We removed a weight rack and carried 5 to 25 dumb dumbbells to get into that walk through. It wasn't commercial grade and we didn't know if it was approved by the district initially. So we went online. We found one that is commercial grade. We have gotten requests for it to come back out there. So this is what we found that is commercial grade that we took. We do want to proceed. I know it's got a five year warranty on everything and it would be the same thing. It's just a different shape and commercial graded. It was purchased by us. So we can make. </w:t>
      </w:r>
    </w:p>
    <w:p>
      <w:r>
        <w:t xml:space="preserve">02:49:22   (Speaker C)  So the weights that are there currently on that big rack don't have. Aren't these. </w:t>
      </w:r>
    </w:p>
    <w:p>
      <w:r>
        <w:t xml:space="preserve">02:49:28   (Speaker L)  No, they do. They do. This was just like a a separate second section up. So there right now we have I believe it's like five through 70 pounds. And then this was. We had one of these additionally in </w:t>
      </w:r>
    </w:p>
    <w:p>
      <w:r>
        <w:t xml:space="preserve">02:49:41   (Speaker A)  the gym two Supposed to be a second set. </w:t>
      </w:r>
    </w:p>
    <w:p>
      <w:r>
        <w:t xml:space="preserve">02:49:44   (Speaker L)  A second set. Yeah, exactly. </w:t>
      </w:r>
    </w:p>
    <w:p>
      <w:r>
        <w:t xml:space="preserve">02:49:48   (Speaker H)  I mean I would be okay with the second set. </w:t>
      </w:r>
    </w:p>
    <w:p>
      <w:r>
        <w:t xml:space="preserve">02:49:51   (Speaker L)  Yeah, it's more just maybe about like. Price is $1086. So there are cheaper ones. But this one specifically said in the comments that it was commercial rage. So I know we're just trying to </w:t>
      </w:r>
    </w:p>
    <w:p>
      <w:r>
        <w:t xml:space="preserve">02:50:16   (Speaker A)  be cognizant of that five year warranty on. It's good too. I don't know how you'd mess up a dumbbell </w:t>
      </w:r>
    </w:p>
    <w:p>
      <w:r>
        <w:t xml:space="preserve">02:50:29   (Speaker B)  set. Something. The board wants to </w:t>
      </w:r>
    </w:p>
    <w:p>
      <w:r>
        <w:t xml:space="preserve">02:50:33   (Speaker A)  make a motion to approve. </w:t>
      </w:r>
    </w:p>
    <w:p>
      <w:r>
        <w:t xml:space="preserve">02:50:38   (Speaker B)  Motion and a second. All in favor say aye. Any opposed hearing? Non. Motion passes. </w:t>
      </w:r>
    </w:p>
    <w:p>
      <w:r>
        <w:t xml:space="preserve">02:50:50   (Speaker C)  So when you're coming in the neighborhood that big, you know, Green Point before they left brought those big orange signs in. There's one when you come in the neighborhood that's all black. Yeah. What's up with that? </w:t>
      </w:r>
    </w:p>
    <w:p>
      <w:r>
        <w:t xml:space="preserve">02:51:05   (Speaker L)  It didn't go directly across your river. Basically it got damaged. I reached out to Nick so some different green points or someone in his office is going to replace that. </w:t>
      </w:r>
    </w:p>
    <w:p>
      <w:r>
        <w:t xml:space="preserve">02:51:16   (Speaker A)  What's supposed to be like is there </w:t>
      </w:r>
    </w:p>
    <w:p>
      <w:r>
        <w:t xml:space="preserve">02:51:17   (Speaker H)  a sign going up? </w:t>
      </w:r>
    </w:p>
    <w:p>
      <w:r>
        <w:t xml:space="preserve">02:51:18   (Speaker L)  It just points to where the new model homes are. There's a few in the community. There's one as you like. As you get back towards the end the trail from our job, it just says like, you know, Richmond Model homes. It's just a big red orange sign. Yeah. So it got. It got hit, we're assuming or stolen or broken. So he's going to get a new one on. </w:t>
      </w:r>
    </w:p>
    <w:p>
      <w:r>
        <w:t xml:space="preserve">02:51:38   (Speaker C)  Yeah. If you'll just like follow up on that. Cuz I don't really want it. You know, I think it took them a while to get those flags that were out front that were like horrible looking fragments for forever. So I don't want the same thing. Right. </w:t>
      </w:r>
    </w:p>
    <w:p>
      <w:r>
        <w:t xml:space="preserve">02:51:54   (Speaker H)  I'll follow. </w:t>
      </w:r>
    </w:p>
    <w:p>
      <w:r>
        <w:t xml:space="preserve">02:51:54   (Speaker L)  It was late last week so I'll follow tomorrow. </w:t>
      </w:r>
    </w:p>
    <w:p>
      <w:r>
        <w:t xml:space="preserve">02:51:56   (Speaker C)  All right, cool. </w:t>
      </w:r>
    </w:p>
    <w:p>
      <w:r>
        <w:t xml:space="preserve">02:52:00   (Speaker E)  So I had to cancel my pool party last weekend because it rained and I was slightly depressed because I made survival kits for the kids. But I'm just going to combine this weekend's pool party into two. So I'll get all my survival kids and then I Japan a surprise gift for the adults as well. So be 25 kid gifts and then 25 gifts and then our capacity reset vendor that we approved I think two months ago has pulled out of her vendor agreement because she's moving. And then aside from that I'm working on some things in the future. So I restarted working with Vision City for Bash but now it's being whole family. And then I spoke with Joseph Florida Reasoning in regards to doing a 5k in the neighborhood in February if the border of Baylor had. He didn't say he's done it in the past. So he already has a map and then he has his own staff that will be stationed throughout the area to make sure things are safe. His only thing was he said that if he's fairly confident that we will meet participation requirements for the neighborhood and if we do, then we don't have to open it up to the public. But if he doesn't get participation requirements, he would open it up to the public. But we'll be willing to buy mobile bathrooms if the board doesn't care that as well. And I'll have more details probably around December for the board. But that is something I'm thinking of doing branding as a coupon run to hopefully do run down the transaction. </w:t>
      </w:r>
    </w:p>
    <w:p>
      <w:r>
        <w:t xml:space="preserve">02:53:35   (Speaker C)  I feel like we've done that in the past. </w:t>
      </w:r>
    </w:p>
    <w:p>
      <w:r>
        <w:t xml:space="preserve">02:53:39   (Speaker E)  And then he supplies like the bibs. He does the time counting. He's got the giant inflatable shark in the end. </w:t>
      </w:r>
    </w:p>
    <w:p>
      <w:r>
        <w:t xml:space="preserve">02:53:47   (Speaker B)  So yeah, really excited about it. </w:t>
      </w:r>
    </w:p>
    <w:p>
      <w:r>
        <w:t xml:space="preserve">02:53:50   (Speaker E)  And I will keep you guys updated. And then Dana with paint night does like the holiday paint nights is in interested in doing like a kids program after school once a week if the board would be okay with that. She'll also try it for about a month to see if it can meet participation counts. And if that is approved by the board it would be on the Monday </w:t>
      </w:r>
    </w:p>
    <w:p>
      <w:r>
        <w:t xml:space="preserve">02:54:12   (Speaker J)  after years and it would be in the campus. </w:t>
      </w:r>
    </w:p>
    <w:p>
      <w:r>
        <w:t xml:space="preserve">02:54:16   (Speaker B)  Is that something you're looking for approval today or are you coming back with more heads up. </w:t>
      </w:r>
    </w:p>
    <w:p>
      <w:r>
        <w:t xml:space="preserve">02:54:29   (Speaker A)  Paint lady wants to do a kids after school program. How long is she wanting to do </w:t>
      </w:r>
    </w:p>
    <w:p>
      <w:r>
        <w:t xml:space="preserve">02:54:38   (Speaker B)  the kids program for? </w:t>
      </w:r>
    </w:p>
    <w:p>
      <w:r>
        <w:t xml:space="preserve">02:54:39   (Speaker E)  Like it's about an hour and 15 minutes every Monday in but she's just going to try it out for a month to see if it is something that in the neighborhood is interested in. If it is, then it'll be a </w:t>
      </w:r>
    </w:p>
    <w:p>
      <w:r>
        <w:t xml:space="preserve">02:54:51   (Speaker A)  recurring thing should follow like under the same same agreement policy as the rest of the vendors. </w:t>
      </w:r>
    </w:p>
    <w:p>
      <w:r>
        <w:t xml:space="preserve">02:54:59   (Speaker C)  I mean my only concern is kids in paints. </w:t>
      </w:r>
    </w:p>
    <w:p>
      <w:r>
        <w:t xml:space="preserve">02:55:03   (Speaker J)  Have you ever been to a a paint night with the dogs? </w:t>
      </w:r>
    </w:p>
    <w:p>
      <w:r>
        <w:t xml:space="preserve">02:55:07   (Speaker C)  Yeah, but do you know how much </w:t>
      </w:r>
    </w:p>
    <w:p>
      <w:r>
        <w:t xml:space="preserve">02:55:09   (Speaker A)  fun kids have with them? </w:t>
      </w:r>
    </w:p>
    <w:p>
      <w:r>
        <w:t xml:space="preserve">02:55:10   (Speaker C)  They don't clean up all over our amenity center. That's what I'm trying to say. </w:t>
      </w:r>
    </w:p>
    <w:p>
      <w:r>
        <w:t xml:space="preserve">02:55:14   (Speaker J)  That's why I said camp house and not inside because they've done them inside. </w:t>
      </w:r>
    </w:p>
    <w:p>
      <w:r>
        <w:t xml:space="preserve">02:55:19   (Speaker C)  What about on our furniture? </w:t>
      </w:r>
    </w:p>
    <w:p>
      <w:r>
        <w:t xml:space="preserve">02:55:23   (Speaker E)  They were pretty good about cleaning up. </w:t>
      </w:r>
    </w:p>
    <w:p>
      <w:r>
        <w:t xml:space="preserve">02:55:25   (Speaker J)  Don't they put plastic? She usually puts plastic covers over the tables. Yeah, I've been there for a birdhouse one before. </w:t>
      </w:r>
    </w:p>
    <w:p>
      <w:r>
        <w:t xml:space="preserve">02:55:33   (Speaker C)  All right, just remember I said this, remember what Michelle's comment when poor Dan's having to scrub pen up of everything </w:t>
      </w:r>
    </w:p>
    <w:p>
      <w:r>
        <w:t xml:space="preserve">02:55:40   (Speaker A)  we don't want to. I told you so. </w:t>
      </w:r>
    </w:p>
    <w:p>
      <w:r>
        <w:t xml:space="preserve">02:55:43   (Speaker C)  You'll get one. Don't worry. </w:t>
      </w:r>
    </w:p>
    <w:p>
      <w:r>
        <w:t xml:space="preserve">02:55:45   (Speaker B)  You said Mondays. </w:t>
      </w:r>
    </w:p>
    <w:p>
      <w:r>
        <w:t xml:space="preserve">02:55:46   (Speaker G)  When? </w:t>
      </w:r>
    </w:p>
    <w:p>
      <w:r>
        <w:t xml:space="preserve">02:55:47   (Speaker E)  Mondays. From 4 to 5. 15. </w:t>
      </w:r>
    </w:p>
    <w:p>
      <w:r>
        <w:t xml:space="preserve">02:55:50   (Speaker A)  I'll make a motion to approve the kids program. </w:t>
      </w:r>
    </w:p>
    <w:p>
      <w:r>
        <w:t xml:space="preserve">02:55:56   (Speaker B)  A second motion and a second. All in favor say aye. </w:t>
      </w:r>
    </w:p>
    <w:p>
      <w:r>
        <w:t xml:space="preserve">02:56:00   (Speaker C)  I'm nice. </w:t>
      </w:r>
    </w:p>
    <w:p>
      <w:r>
        <w:t xml:space="preserve">02:56:05   (Speaker N)  Oh, sorry. </w:t>
      </w:r>
    </w:p>
    <w:p>
      <w:r>
        <w:t xml:space="preserve">02:56:06   (Speaker B)  Sorry. So the motion passes. 401. All right, go ahead. </w:t>
      </w:r>
    </w:p>
    <w:p>
      <w:r>
        <w:t xml:space="preserve">02:56:10   (Speaker E)  Lastly, in front of you guys is a schedule. A couple months ago we approved Mary Andrew with a kid action kids gym for a volleyball program. But then she was involved in an accident. She had to recover. She is recovered now and wants to do the ball programming. So. Scheduled for the ball programming. Basically just proceeding approval. </w:t>
      </w:r>
    </w:p>
    <w:p>
      <w:r>
        <w:t xml:space="preserve">02:56:37   (Speaker C)  I'm fine with it. I think we already. </w:t>
      </w:r>
    </w:p>
    <w:p>
      <w:r>
        <w:t xml:space="preserve">02:56:41   (Speaker A)  Yeah, we. In fact I think I talked to Mary on the phone right after her accident. </w:t>
      </w:r>
    </w:p>
    <w:p>
      <w:r>
        <w:t xml:space="preserve">02:56:47   (Speaker G)  So. </w:t>
      </w:r>
    </w:p>
    <w:p>
      <w:r>
        <w:t xml:space="preserve">02:56:48   (Speaker A)  Yeah, I'm good with it too. </w:t>
      </w:r>
    </w:p>
    <w:p>
      <w:r>
        <w:t xml:space="preserve">02:56:51   (Speaker B)  Gonna make a motion to approve that. So you have it. </w:t>
      </w:r>
    </w:p>
    <w:p>
      <w:r>
        <w:t xml:space="preserve">02:56:54   (Speaker A)  I'll make a motion to approve. Hek. </w:t>
      </w:r>
    </w:p>
    <w:p>
      <w:r>
        <w:t xml:space="preserve">02:56:59   (Speaker B)  Second motion and a second. All in favor say aye. Any opposed hearing? None. Motion passes. Anything else? Elena? Any other. Any questions? Comments for Elena? </w:t>
      </w:r>
    </w:p>
    <w:p>
      <w:r>
        <w:t xml:space="preserve">02:57:15   (Speaker C)  I have one. Are we doing touch a truck this year? </w:t>
      </w:r>
    </w:p>
    <w:p>
      <w:r>
        <w:t xml:space="preserve">02:57:19   (Speaker M)  Okay. </w:t>
      </w:r>
    </w:p>
    <w:p>
      <w:r>
        <w:t xml:space="preserve">02:57:19   (Speaker C)  Did you say that and I'm just having amnesia. </w:t>
      </w:r>
    </w:p>
    <w:p>
      <w:r>
        <w:t xml:space="preserve">02:57:22   (Speaker A)  Oh, okay. </w:t>
      </w:r>
    </w:p>
    <w:p>
      <w:r>
        <w:t xml:space="preserve">02:57:23   (Speaker E)  But yes. </w:t>
      </w:r>
    </w:p>
    <w:p>
      <w:r>
        <w:t xml:space="preserve">02:57:24   (Speaker M)  Yes. </w:t>
      </w:r>
    </w:p>
    <w:p>
      <w:r>
        <w:t xml:space="preserve">02:57:25   (Speaker C)  That's not okay. Cuz I feel like the people like it. Yeah, the kids like it. </w:t>
      </w:r>
    </w:p>
    <w:p>
      <w:r>
        <w:t xml:space="preserve">02:57:31   (Speaker E)  I. I was going to try from last year. I was going to try to do it in September but with the budget where it's at right now. </w:t>
      </w:r>
    </w:p>
    <w:p>
      <w:r>
        <w:t xml:space="preserve">02:57:41   (Speaker A)  Did we get life flight? </w:t>
      </w:r>
    </w:p>
    <w:p>
      <w:r>
        <w:t xml:space="preserve">02:57:44   (Speaker C)  You know the helicopter? </w:t>
      </w:r>
    </w:p>
    <w:p>
      <w:r>
        <w:t xml:space="preserve">02:57:46   (Speaker E)  Yeah. </w:t>
      </w:r>
    </w:p>
    <w:p>
      <w:r>
        <w:t xml:space="preserve">02:57:48   (Speaker H)  I can probably help you get contractors to show up with giant trucks and excavators and stuff. You want to pass my number along and then. Yeah, I'll put you in touch with some. </w:t>
      </w:r>
    </w:p>
    <w:p>
      <w:r>
        <w:t xml:space="preserve">02:58:05   (Speaker B)  All right, we'll move on then to the revver reports. I'm guessing there's probably no DFH updates. </w:t>
      </w:r>
    </w:p>
    <w:p>
      <w:r>
        <w:t xml:space="preserve">02:58:11   (Speaker G)  No, I'll defer my updates. I. I know that there was. There were a few proposals for like fire pit and flag pole. </w:t>
      </w:r>
    </w:p>
    <w:p>
      <w:r>
        <w:t xml:space="preserve">02:58:19   (Speaker B)  Don't really know where those are. </w:t>
      </w:r>
    </w:p>
    <w:p>
      <w:r>
        <w:t xml:space="preserve">02:58:20   (Speaker G)  I think they </w:t>
      </w:r>
    </w:p>
    <w:p>
      <w:r>
        <w:t xml:space="preserve">02:58:22   (Speaker B)  check but I'll let </w:t>
      </w:r>
    </w:p>
    <w:p>
      <w:r>
        <w:t xml:space="preserve">02:58:24   (Speaker G)  them do the report and I can. If I can fill in and get some more information. </w:t>
      </w:r>
    </w:p>
    <w:p>
      <w:r>
        <w:t xml:space="preserve">02:58:27   (Speaker H)  I'll do that. </w:t>
      </w:r>
    </w:p>
    <w:p>
      <w:r>
        <w:t xml:space="preserve">02:58:30   (Speaker B)  I will move on then to operations for services. </w:t>
      </w:r>
    </w:p>
    <w:p>
      <w:r>
        <w:t xml:space="preserve">02:58:34   (Speaker J)  Hi. </w:t>
      </w:r>
    </w:p>
    <w:p>
      <w:r>
        <w:t xml:space="preserve">02:58:38   (Speaker F)  So just other than outside points in the report that you got, there were two trash cans that were installed at the garden. Really good quality trash cans. But they were more gifting. </w:t>
      </w:r>
    </w:p>
    <w:p>
      <w:r>
        <w:t xml:space="preserve">02:59:04   (Speaker B)  Way out. </w:t>
      </w:r>
    </w:p>
    <w:p>
      <w:r>
        <w:t xml:space="preserve">02:59:05   (Speaker F)  Yeah, they pulled a seven foot gator out of the medicine pond. And so that would be a good motivator to add more signs. So the signs would be going up. We continue to encourage people to not swim in the ponds. </w:t>
      </w:r>
    </w:p>
    <w:p>
      <w:r>
        <w:t xml:space="preserve">02:59:21   (Speaker A)  You having a problem with that? </w:t>
      </w:r>
    </w:p>
    <w:p>
      <w:r>
        <w:t xml:space="preserve">02:59:24   (Speaker F)  We did. </w:t>
      </w:r>
    </w:p>
    <w:p>
      <w:r>
        <w:t xml:space="preserve">02:59:26   (Speaker J)  It was you guys. </w:t>
      </w:r>
    </w:p>
    <w:p>
      <w:r>
        <w:t xml:space="preserve">02:59:27   (Speaker F)  But, you know, afternoon swimming. </w:t>
      </w:r>
    </w:p>
    <w:p>
      <w:r>
        <w:t xml:space="preserve">02:59:31   (Speaker M)  No. </w:t>
      </w:r>
    </w:p>
    <w:p>
      <w:r>
        <w:t xml:space="preserve">02:59:31   (Speaker F)  I did get pictures of some resident kids waiting in the pond. I don't know if my email might </w:t>
      </w:r>
    </w:p>
    <w:p>
      <w:r>
        <w:t xml:space="preserve">02:59:37   (Speaker C)  have been a little. </w:t>
      </w:r>
    </w:p>
    <w:p>
      <w:r>
        <w:t xml:space="preserve">02:59:43   (Speaker F)  He's still working and trucking along on the painting of the fences and the areas and with the wood trim all around the amenity center. They're working on getting a list together of all the spa and pool grout areas that need to be repaired. And that's. I mean, he just continues to keep walking around, hearing and cleaning. But that's, of course, the generalization of wisdom Report. </w:t>
      </w:r>
    </w:p>
    <w:p>
      <w:r>
        <w:t xml:space="preserve">03:00:15   (Speaker A)  What was wrong with the ac? </w:t>
      </w:r>
    </w:p>
    <w:p>
      <w:r>
        <w:t xml:space="preserve">03:00:18   (Speaker F)  The thermostat went down, so they were able to. To fix it and put the same thermostat cover on, but it wasn't correct. So they went. They got another one. And as he was installing it, he shorted it out. So he's just getting another part and putting that in. </w:t>
      </w:r>
    </w:p>
    <w:p>
      <w:r>
        <w:t xml:space="preserve">03:00:36   (Speaker E)  Okay. </w:t>
      </w:r>
    </w:p>
    <w:p>
      <w:r>
        <w:t xml:space="preserve">03:00:36   (Speaker F)  But it is working fine. </w:t>
      </w:r>
    </w:p>
    <w:p>
      <w:r>
        <w:t xml:space="preserve">03:00:38   (Speaker D)  Okay. </w:t>
      </w:r>
    </w:p>
    <w:p>
      <w:r>
        <w:t xml:space="preserve">03:00:39   (Speaker F)  The ion system, though, is a little bit more complicated. And you can't just replace the six lenses. </w:t>
      </w:r>
    </w:p>
    <w:p>
      <w:r>
        <w:t xml:space="preserve">03:00:47   (Speaker C)  Well, we just replaced that AC unit not that long ago. Like two years, a year or two ago. Is that. I wonder if that's the same level. </w:t>
      </w:r>
    </w:p>
    <w:p>
      <w:r>
        <w:t xml:space="preserve">03:00:58   (Speaker D)  All right. </w:t>
      </w:r>
    </w:p>
    <w:p>
      <w:r>
        <w:t xml:space="preserve">03:01:00   (Speaker B)  Anything else really styles or. I'm sorry for operations. </w:t>
      </w:r>
    </w:p>
    <w:p>
      <w:r>
        <w:t xml:space="preserve">03:01:04   (Speaker M)  I have a few questions in terms of statuses for some housekeeping. </w:t>
      </w:r>
    </w:p>
    <w:p>
      <w:r>
        <w:t xml:space="preserve">03:01:10   (Speaker E)  Sure. </w:t>
      </w:r>
    </w:p>
    <w:p>
      <w:r>
        <w:t xml:space="preserve">03:01:11   (Speaker M)  Because the full heater was that it will repair. </w:t>
      </w:r>
    </w:p>
    <w:p>
      <w:r>
        <w:t xml:space="preserve">03:01:17   (Speaker F)  We're still working on trying. We did meet with CES and we </w:t>
      </w:r>
    </w:p>
    <w:p>
      <w:r>
        <w:t xml:space="preserve">03:01:23   (Speaker B)  did get a report. </w:t>
      </w:r>
    </w:p>
    <w:p>
      <w:r>
        <w:t xml:space="preserve">03:01:24   (Speaker F)  And their report was similar to the one we received about the valve, but we're waiting to get a bid to actually replace the board. They said replace the valve and please forgive me. I don't know how the valve is, but they said if it breaks again, then you'll want to look at the motherboard. And I'm kind of of the opinion. We already did that. So now we can fast forward. But Toby's been calling them. We're trying to get that report and that proposal to you guys, but I know we want to have that pinned down by next winter, but I mean, again, we don't want to just run and repair it. We want to make sure it's the right repair. </w:t>
      </w:r>
    </w:p>
    <w:p>
      <w:r>
        <w:t xml:space="preserve">03:02:09   (Speaker M)  The sound system here is the TY C approved. The irrigation is hopefully repaired. Soil replacement on the route. This is more of a drink finders question. The empty lots there's been a lot of complaints about weeds and not being painting. </w:t>
      </w:r>
    </w:p>
    <w:p>
      <w:r>
        <w:t xml:space="preserve">03:02:28   (Speaker B)  Those are box and I put that </w:t>
      </w:r>
    </w:p>
    <w:p>
      <w:r>
        <w:t xml:space="preserve">03:02:30   (Speaker G)  on a monthly schedule moving forward. We did mow last month and we did miss a few lots. Had to come back. It was. It was probably about 10 lots. So I did. I did send that back to the vendor and. And I thought that that was completed. </w:t>
      </w:r>
    </w:p>
    <w:p>
      <w:r>
        <w:t xml:space="preserve">03:02:46   (Speaker B)  I'll drive it off for today. </w:t>
      </w:r>
    </w:p>
    <w:p>
      <w:r>
        <w:t xml:space="preserve">03:02:49   (Speaker M)  Okay. </w:t>
      </w:r>
    </w:p>
    <w:p>
      <w:r>
        <w:t xml:space="preserve">03:02:49   (Speaker G)  Now I'll get that on schedule. </w:t>
      </w:r>
    </w:p>
    <w:p>
      <w:r>
        <w:t xml:space="preserve">03:02:52   (Speaker M)  That's been pretty accurate. And you see said that you're not up to speed yet on some of the other. </w:t>
      </w:r>
    </w:p>
    <w:p>
      <w:r>
        <w:t xml:space="preserve">03:02:59   (Speaker G)  Yeah, I had a list of a </w:t>
      </w:r>
    </w:p>
    <w:p>
      <w:r>
        <w:t xml:space="preserve">03:03:01   (Speaker B)  few things that were. </w:t>
      </w:r>
    </w:p>
    <w:p>
      <w:r>
        <w:t xml:space="preserve">03:03:03   (Speaker G)  That were supposedly approved. One was the fire pit. I have not seen the proposal. Proposals have not been given to me on that. And then also a flag pole. I don't know much information on where it's going just putting it in. So I'm trying to get that information right now. </w:t>
      </w:r>
    </w:p>
    <w:p>
      <w:r>
        <w:t xml:space="preserve">03:03:20   (Speaker M)  The other couple of things that Kevin had been working on or getting a proposal for given that it's being done, was acoustical boards in the amenity center because the sound level is pretty horrific for anybody that's in there as well as lights. Additional lighting for the pickleball courts. </w:t>
      </w:r>
    </w:p>
    <w:p>
      <w:r>
        <w:t xml:space="preserve">03:03:40   (Speaker G)  I haven't heard about the pickleball lighting. I did hear something about the acoustical board, but I don't know if that's anybody's proposed that or there's anything been done with that. I never not heard of the pickleball lightings. </w:t>
      </w:r>
    </w:p>
    <w:p>
      <w:r>
        <w:t xml:space="preserve">03:03:56   (Speaker M)  All right. Is this something that you can follow up on? </w:t>
      </w:r>
    </w:p>
    <w:p>
      <w:r>
        <w:t xml:space="preserve">03:03:59   (Speaker G)  Yeah, I can look. Take a look at the pickleball lighting. Typically that's designed by a lighting engineer and it has to do with not only the lighting of the quartz but the surrounding area. </w:t>
      </w:r>
    </w:p>
    <w:p>
      <w:r>
        <w:t xml:space="preserve">03:04:11   (Speaker F)  It. </w:t>
      </w:r>
    </w:p>
    <w:p>
      <w:r>
        <w:t xml:space="preserve">03:04:11   (Speaker G)  So I'll. I can look into that. I. I'll look into it. But I like said I can't find machine. </w:t>
      </w:r>
    </w:p>
    <w:p>
      <w:r>
        <w:t xml:space="preserve">03:04:18   (Speaker M)  No, I think his wrong either. It was more trying to get. Get a proposal. </w:t>
      </w:r>
    </w:p>
    <w:p>
      <w:r>
        <w:t xml:space="preserve">03:04:23   (Speaker G)  Okay. </w:t>
      </w:r>
    </w:p>
    <w:p>
      <w:r>
        <w:t xml:space="preserve">03:04:27   (Speaker C)  I thought he did get a proposal and it was like super expensive. </w:t>
      </w:r>
    </w:p>
    <w:p>
      <w:r>
        <w:t xml:space="preserve">03:04:30   (Speaker A)  Yeah, it was like $40,000. </w:t>
      </w:r>
    </w:p>
    <w:p>
      <w:r>
        <w:t xml:space="preserve">03:04:32   (Speaker E)  Yeah. </w:t>
      </w:r>
    </w:p>
    <w:p>
      <w:r>
        <w:t xml:space="preserve">03:04:32   (Speaker M)  So we've. </w:t>
      </w:r>
    </w:p>
    <w:p>
      <w:r>
        <w:t xml:space="preserve">03:04:32   (Speaker C)  I think we've already been down that </w:t>
      </w:r>
    </w:p>
    <w:p>
      <w:r>
        <w:t xml:space="preserve">03:04:34   (Speaker M)  road of getting reports he had gotten proposal. </w:t>
      </w:r>
    </w:p>
    <w:p>
      <w:r>
        <w:t xml:space="preserve">03:04:37   (Speaker F)  But if you're looking into some others, </w:t>
      </w:r>
    </w:p>
    <w:p>
      <w:r>
        <w:t xml:space="preserve">03:04:40   (Speaker C)  I think that was just his answer to suffice. You Mindy. </w:t>
      </w:r>
    </w:p>
    <w:p>
      <w:r>
        <w:t xml:space="preserve">03:04:46   (Speaker F)  Him and I had some conversations with ways to like have them fabricated especially. I mean he was working pretty hard on trying to make sure that he met the need but within a price range. But we were talking about designs and ways like you actually make them throwing breadcrumbs. </w:t>
      </w:r>
    </w:p>
    <w:p>
      <w:r>
        <w:t xml:space="preserve">03:05:01   (Speaker M)  Just throw some, </w:t>
      </w:r>
    </w:p>
    <w:p>
      <w:r>
        <w:t xml:space="preserve">03:05:06   (Speaker F)  You know A little bit more complicated than that. But, I mean, he was trying, right? </w:t>
      </w:r>
    </w:p>
    <w:p>
      <w:r>
        <w:t xml:space="preserve">03:05:15   (Speaker C)  All right, Mindy, is that all you got? </w:t>
      </w:r>
    </w:p>
    <w:p>
      <w:r>
        <w:t xml:space="preserve">03:05:16   (Speaker D)  That's it. </w:t>
      </w:r>
    </w:p>
    <w:p>
      <w:r>
        <w:t xml:space="preserve">03:05:17   (Speaker B)  All right, I will move on then to lifestyle. </w:t>
      </w:r>
    </w:p>
    <w:p>
      <w:r>
        <w:t xml:space="preserve">03:05:22   (Speaker N)  No one's here, and I do not see that I must provide a report. </w:t>
      </w:r>
    </w:p>
    <w:p>
      <w:r>
        <w:t xml:space="preserve">03:05:27   (Speaker M)  It was. </w:t>
      </w:r>
    </w:p>
    <w:p>
      <w:r>
        <w:t xml:space="preserve">03:05:28   (Speaker F)  Yeah, you all have a coffee. </w:t>
      </w:r>
    </w:p>
    <w:p>
      <w:r>
        <w:t xml:space="preserve">03:05:37   (Speaker C)  I'm coming to Country Night Boots and scooters. Y' all better let me in. He's like, no, we won't say what. </w:t>
      </w:r>
    </w:p>
    <w:p>
      <w:r>
        <w:t xml:space="preserve">03:05:49   (Speaker N)  So that is working very successfully. </w:t>
      </w:r>
    </w:p>
    <w:p>
      <w:r>
        <w:t xml:space="preserve">03:05:51   (Speaker F)  There's very strict gas policy. </w:t>
      </w:r>
    </w:p>
    <w:p>
      <w:r>
        <w:t xml:space="preserve">03:05:56   (Speaker C)  Well, since Mindy laughed at me, maybe Jerry will let me come with it </w:t>
      </w:r>
    </w:p>
    <w:p>
      <w:r>
        <w:t xml:space="preserve">03:06:01   (Speaker M)  and make sure you sign in. </w:t>
      </w:r>
    </w:p>
    <w:p>
      <w:r>
        <w:t xml:space="preserve">03:06:03   (Speaker K)  That's right. </w:t>
      </w:r>
    </w:p>
    <w:p>
      <w:r>
        <w:t xml:space="preserve">03:06:04   (Speaker C)  All right, looks good. </w:t>
      </w:r>
    </w:p>
    <w:p>
      <w:r>
        <w:t xml:space="preserve">03:06:06   (Speaker B)  All right, that brings us into supervisor request. Do we have any supervisor requests tonight? </w:t>
      </w:r>
    </w:p>
    <w:p>
      <w:r>
        <w:t xml:space="preserve">03:06:10   (Speaker J)  I do. I request that. I would like to put in a request that in the very near future we did a deep clean in the welcome center at Trail Mark. We have not had one. And I've lived here seven years and I know that before that they never had one. And I think that the floors need to be sanded, just brushed nice and then clean it really good when it's done. It is the wall, the papered wall that has the map on it. The coffee pot has been gone for at least a month, maybe two months. Yeah. And there's. I took some spray, sorry, glass sprayer that works really well on that kind of stuff because you can clean it. And it got the splatters from the coffee pot off of there. But I can only go up as far as my hand goes up, so. And I don't think anyone wants more me on a ladder. So I'm just thinking if they could go up even just high enough so that the immediate, you know, 10 first 10ft, you would not see coffee splatters on the wall. And the drawers are cleaned out and everything, but the fronts of those cabinets are scratched. They're not very attractive. And of course, the developer was going to replace doors at the sink and they didn't. And that's not going to get done. So whatever we do have, I think if we got it cleaned, it would look a whole lot better. </w:t>
      </w:r>
    </w:p>
    <w:p>
      <w:r>
        <w:t xml:space="preserve">03:07:45   (Speaker A)  Alina, question if we. Would it be possible to do an event like a spring cleaning or like a fall cleaning event where we hold a raffle for all the volunteers to come and clean our community center people. Get some buy in and keeping our place clean and have a chance to win a good price? </w:t>
      </w:r>
    </w:p>
    <w:p>
      <w:r>
        <w:t xml:space="preserve">03:08:19   (Speaker B)  Yeah, we can't gamble. And typically we can't gamble. Supposed to have workers conference rooms, but </w:t>
      </w:r>
    </w:p>
    <w:p>
      <w:r>
        <w:t xml:space="preserve">03:08:25   (Speaker A)  we can do volunteers with with raffles through law. </w:t>
      </w:r>
    </w:p>
    <w:p>
      <w:r>
        <w:t xml:space="preserve">03:08:30   (Speaker J)  The thing is, we have cleaners. We have people there that clean. </w:t>
      </w:r>
    </w:p>
    <w:p>
      <w:r>
        <w:t xml:space="preserve">03:08:34   (Speaker A)  I know that, but, you know, we'd have to pay. I'm just saying, like. </w:t>
      </w:r>
    </w:p>
    <w:p>
      <w:r>
        <w:t xml:space="preserve">03:08:37   (Speaker C)  Right. </w:t>
      </w:r>
    </w:p>
    <w:p>
      <w:r>
        <w:t xml:space="preserve">03:08:37   (Speaker A)  I think it'd be a good community event. </w:t>
      </w:r>
    </w:p>
    <w:p>
      <w:r>
        <w:t xml:space="preserve">03:08:40   (Speaker J)  I don't know if we could get </w:t>
      </w:r>
    </w:p>
    <w:p>
      <w:r>
        <w:t xml:space="preserve">03:08:40   (Speaker A)  up on the ladder, like, get people to have involvement. </w:t>
      </w:r>
    </w:p>
    <w:p>
      <w:r>
        <w:t xml:space="preserve">03:08:46   (Speaker B)  Like, hey, throw it out there. </w:t>
      </w:r>
    </w:p>
    <w:p>
      <w:r>
        <w:t xml:space="preserve">03:08:47   (Speaker A)  Like, we're gonna have a community cleaning event at the amenities center. Every volunteer gets entered into. Into a. A A lot route. </w:t>
      </w:r>
    </w:p>
    <w:p>
      <w:r>
        <w:t xml:space="preserve">03:08:54   (Speaker C)  We don't have the insurance for it. </w:t>
      </w:r>
    </w:p>
    <w:p>
      <w:r>
        <w:t xml:space="preserve">03:08:55   (Speaker B)  Yeah, I mean, that's a. Technically, we should have. </w:t>
      </w:r>
    </w:p>
    <w:p>
      <w:r>
        <w:t xml:space="preserve">03:08:58   (Speaker J)  Could we have peanut? But could we have pizza? </w:t>
      </w:r>
    </w:p>
    <w:p>
      <w:r>
        <w:t xml:space="preserve">03:09:00   (Speaker C)  I mean, yeah. </w:t>
      </w:r>
    </w:p>
    <w:p>
      <w:r>
        <w:t xml:space="preserve">03:09:02   (Speaker B)  Again, the biggest thing is technically volunteers for the insurance. You should have a. A workers call. They have a special volunteer. </w:t>
      </w:r>
    </w:p>
    <w:p>
      <w:r>
        <w:t xml:space="preserve">03:09:10   (Speaker J)  That's what I was thinking. </w:t>
      </w:r>
    </w:p>
    <w:p>
      <w:r>
        <w:t xml:space="preserve">03:09:11   (Speaker B)  It's not super expensive. </w:t>
      </w:r>
    </w:p>
    <w:p>
      <w:r>
        <w:t xml:space="preserve">03:09:13   (Speaker J)  Yeah. </w:t>
      </w:r>
    </w:p>
    <w:p>
      <w:r>
        <w:t xml:space="preserve">03:09:13   (Speaker B)  It's just something we don't have currently, because we don't have. </w:t>
      </w:r>
    </w:p>
    <w:p>
      <w:r>
        <w:t xml:space="preserve">03:09:15   (Speaker J)  But I know that. I know that rubbery had a deep clean done. I don't know how much it cost </w:t>
      </w:r>
    </w:p>
    <w:p>
      <w:r>
        <w:t xml:space="preserve">03:09:21   (Speaker C)  and I know you guys probably don't </w:t>
      </w:r>
    </w:p>
    <w:p>
      <w:r>
        <w:t xml:space="preserve">03:09:23   (Speaker J)  know, but they had one done. </w:t>
      </w:r>
    </w:p>
    <w:p>
      <w:r>
        <w:t xml:space="preserve">03:09:25   (Speaker B)  The janitorial company could do that. It'd probably be an extra expense, but we could. </w:t>
      </w:r>
    </w:p>
    <w:p>
      <w:r>
        <w:t xml:space="preserve">03:09:29   (Speaker C)  Yeah. Can you just get us quotes maybe on what it would cost? We, like. I remember a couple years ago, we either had somebody come clean those floors or we talked about it. </w:t>
      </w:r>
    </w:p>
    <w:p>
      <w:r>
        <w:t xml:space="preserve">03:09:40   (Speaker J)  We talked about it. </w:t>
      </w:r>
    </w:p>
    <w:p>
      <w:r>
        <w:t xml:space="preserve">03:09:41   (Speaker C)  And I think. I think you didn't want it. </w:t>
      </w:r>
    </w:p>
    <w:p>
      <w:r>
        <w:t xml:space="preserve">03:09:43   (Speaker J)  I don't want polish on it. </w:t>
      </w:r>
    </w:p>
    <w:p>
      <w:r>
        <w:t xml:space="preserve">03:09:45   (Speaker C)  That's fin what it was. </w:t>
      </w:r>
    </w:p>
    <w:p>
      <w:r>
        <w:t xml:space="preserve">03:09:46   (Speaker J)  I don't want. </w:t>
      </w:r>
    </w:p>
    <w:p>
      <w:r>
        <w:t xml:space="preserve">03:09:47   (Speaker C)  I'm pretty sure you vetoed that. </w:t>
      </w:r>
    </w:p>
    <w:p>
      <w:r>
        <w:t xml:space="preserve">03:09:49   (Speaker J)  Yeah, it just attracts dirt. But if they sanded it nicely and roughed it up and then she doesn't want polish. </w:t>
      </w:r>
    </w:p>
    <w:p>
      <w:r>
        <w:t xml:space="preserve">03:09:55   (Speaker C)  So remember that when you send a scope out. </w:t>
      </w:r>
    </w:p>
    <w:p>
      <w:r>
        <w:t xml:space="preserve">03:10:00   (Speaker J)  But I just. I said I'm going to bring it up at the meeting and see if we can get some quotes. </w:t>
      </w:r>
    </w:p>
    <w:p>
      <w:r>
        <w:t xml:space="preserve">03:10:03   (Speaker C)  Okay, perfect. </w:t>
      </w:r>
    </w:p>
    <w:p>
      <w:r>
        <w:t xml:space="preserve">03:10:04   (Speaker B)  Any. Any other requests? </w:t>
      </w:r>
    </w:p>
    <w:p>
      <w:r>
        <w:t xml:space="preserve">03:10:07   (Speaker D)  What of a question. And a request is west on the. </w:t>
      </w:r>
    </w:p>
    <w:p>
      <w:r>
        <w:t xml:space="preserve">03:10:11   (Speaker B)  Yeah, it should be on. Wes, you still on? </w:t>
      </w:r>
    </w:p>
    <w:p>
      <w:r>
        <w:t xml:space="preserve">03:10:14   (Speaker L)  Yes, I'm still on. </w:t>
      </w:r>
    </w:p>
    <w:p>
      <w:r>
        <w:t xml:space="preserve">03:10:15   (Speaker D)  Yeah. I have a question. I know as a high school baseball umpire, I'm required to go through a certain level of background investigation dealing with minors. So because I'm dealing with minors, is that something that we should require of our vendors that are dealing with our children? </w:t>
      </w:r>
    </w:p>
    <w:p>
      <w:r>
        <w:t xml:space="preserve">03:10:41   (Speaker B)  Yeah, I mean, that's. That has. We had an insurance call recently, so we are discussing that internally kind of ways to implement that more. You know, things like when we do summer camps or programs like that. We do try to do that a lot of times. It's. You're kind of hiring a vendor, and they, you know, it's their responsibility to get those background checks if they're teaching kids. But, yeah, that is. It's something we do have on our radar to kind of dig into. </w:t>
      </w:r>
    </w:p>
    <w:p>
      <w:r>
        <w:t xml:space="preserve">03:11:06   (Speaker D)  Okay, great. </w:t>
      </w:r>
    </w:p>
    <w:p>
      <w:r>
        <w:t xml:space="preserve">03:11:07   (Speaker C)  Perfect. </w:t>
      </w:r>
    </w:p>
    <w:p>
      <w:r>
        <w:t xml:space="preserve">03:11:08   (Speaker B)  Thank you. And they actually have. And it can be a little pricey, but in that discussion with the insurance company, they have now a policy. It's essentially like a policy for that. </w:t>
      </w:r>
    </w:p>
    <w:p>
      <w:r>
        <w:t xml:space="preserve">03:11:18   (Speaker D)  When I had to do my own background investigation, I guess it was for Duval County. Whether they paid it or not. No, I had to pay for. </w:t>
      </w:r>
    </w:p>
    <w:p>
      <w:r>
        <w:t xml:space="preserve">03:11:29   (Speaker J)  It's like $70. </w:t>
      </w:r>
    </w:p>
    <w:p>
      <w:r>
        <w:t xml:space="preserve">03:11:30   (Speaker L)  Yeah. </w:t>
      </w:r>
    </w:p>
    <w:p>
      <w:r>
        <w:t xml:space="preserve">03:11:31   (Speaker D)  No, I had to pay for it. </w:t>
      </w:r>
    </w:p>
    <w:p>
      <w:r>
        <w:t xml:space="preserve">03:11:33   (Speaker I)  Yeah. </w:t>
      </w:r>
    </w:p>
    <w:p>
      <w:r>
        <w:t xml:space="preserve">03:11:33   (Speaker B)  But, yeah, that is something on our radar. Okay, when I get more information, I'll follow up with you. </w:t>
      </w:r>
    </w:p>
    <w:p>
      <w:r>
        <w:t xml:space="preserve">03:11:37   (Speaker D)  All right, perfect. Thank you. </w:t>
      </w:r>
    </w:p>
    <w:p>
      <w:r>
        <w:t xml:space="preserve">03:11:39   (Speaker B)  Any other supervisor requests? All right, we'll move on into audience comments. This is open audience comments. So anything you would like to make a comment on, you could just come up to the M. </w:t>
      </w:r>
    </w:p>
    <w:p>
      <w:r>
        <w:t xml:space="preserve">03:11:57   (Speaker K)  Just for the record, I remember the conversation I had with Kevin Anderson about the tiles and the tavern. He said the $60,000 he was saved from switching landscape companies, that's the money he was going to put into the tiles. </w:t>
      </w:r>
    </w:p>
    <w:p>
      <w:r>
        <w:t xml:space="preserve">03:12:16   (Speaker M)  I don't know if you saved $60,000, </w:t>
      </w:r>
    </w:p>
    <w:p>
      <w:r>
        <w:t xml:space="preserve">03:12:19   (Speaker K)  but if you find it, that's where it goes. And as far as the pickleball courts, we also had a conversation about that. And he was. His thing was to make all the memories the same. And because Silverleaf has six lit courts and we only have three lit courts, </w:t>
      </w:r>
    </w:p>
    <w:p>
      <w:r>
        <w:t xml:space="preserve">03:12:38   (Speaker C)  but they're roughed in for three more, </w:t>
      </w:r>
    </w:p>
    <w:p>
      <w:r>
        <w:t xml:space="preserve">03:12:40   (Speaker K)  he was going to make them all lit. </w:t>
      </w:r>
    </w:p>
    <w:p>
      <w:r>
        <w:t xml:space="preserve">03:12:55   (Speaker G)  There's no lighting at the courts? </w:t>
      </w:r>
    </w:p>
    <w:p>
      <w:r>
        <w:t xml:space="preserve">03:12:56   (Speaker N)  No. There's two sets of three. </w:t>
      </w:r>
    </w:p>
    <w:p>
      <w:r>
        <w:t xml:space="preserve">03:12:59   (Speaker C)  One set has the lights and the </w:t>
      </w:r>
    </w:p>
    <w:p>
      <w:r>
        <w:t xml:space="preserve">03:13:01   (Speaker F)  other one does not. </w:t>
      </w:r>
    </w:p>
    <w:p>
      <w:r>
        <w:t xml:space="preserve">03:13:02   (Speaker B)  But it does have the boxes, so </w:t>
      </w:r>
    </w:p>
    <w:p>
      <w:r>
        <w:t xml:space="preserve">03:13:04   (Speaker G)  it's not a lighting problem with the actual lighting upstairs. </w:t>
      </w:r>
    </w:p>
    <w:p>
      <w:r>
        <w:t xml:space="preserve">03:13:07   (Speaker B)  There's no lights. </w:t>
      </w:r>
    </w:p>
    <w:p>
      <w:r>
        <w:t xml:space="preserve">03:13:08   (Speaker C)  There's no pole. </w:t>
      </w:r>
    </w:p>
    <w:p>
      <w:r>
        <w:t xml:space="preserve">03:13:09   (Speaker G)  No, I got it now. Now, </w:t>
      </w:r>
    </w:p>
    <w:p>
      <w:r>
        <w:t xml:space="preserve">03:13:16   (Speaker C)  Thank you guys for a wonderful meeting. It was very intelligently ran as usual. I would like to preface this conversation because I had a form that I wanted to use for recognizing wonderful residents that come and that actually participate and give great comments. I gave some recommendations for you to actually use the form and. Or make sure that residents are recognized for being excellent members of this board meeting. So we encourage positivity. I'd like to obviously make that comment again since my early designation. </w:t>
      </w:r>
    </w:p>
    <w:p>
      <w:r>
        <w:t xml:space="preserve">03:13:55   (Speaker E)  Thank you. </w:t>
      </w:r>
    </w:p>
    <w:p>
      <w:r>
        <w:t xml:space="preserve">03:13:56   (Speaker C)  And then the last thing I just wanted to say, Wendy, you're absolutely right, that I just had in there the sink and the faucet. Need to be replaced and the. And the cabinets are dilapidated. </w:t>
      </w:r>
    </w:p>
    <w:p>
      <w:r>
        <w:t xml:space="preserve">03:14:08   (Speaker B)  Thank you, thank you, thank you. </w:t>
      </w:r>
    </w:p>
    <w:p>
      <w:r>
        <w:t xml:space="preserve">03:14:11   (Speaker K)  But I did. I. </w:t>
      </w:r>
    </w:p>
    <w:p>
      <w:r>
        <w:t xml:space="preserve">03:14:12   (Speaker C)  That was the first time I've been in there since they did that renovation that you assisted with. And I thought the furniture was great and everything looks really nice in there. </w:t>
      </w:r>
    </w:p>
    <w:p>
      <w:r>
        <w:t xml:space="preserve">03:14:21   (Speaker A)  It does. </w:t>
      </w:r>
    </w:p>
    <w:p>
      <w:r>
        <w:t xml:space="preserve">03:14:22   (Speaker C)  I didn't notice anything dirty. </w:t>
      </w:r>
    </w:p>
    <w:p>
      <w:r>
        <w:t xml:space="preserve">03:14:24   (Speaker J)  Well. </w:t>
      </w:r>
    </w:p>
    <w:p>
      <w:r>
        <w:t xml:space="preserve">03:14:25   (Speaker C)  But I was also very tired by the time I got there. </w:t>
      </w:r>
    </w:p>
    <w:p>
      <w:r>
        <w:t xml:space="preserve">03:14:29   (Speaker B)  Any other audience comments? First, I want to thank you guys for what you do. Could you state your name? 684, Rustic Mill. I've been out of town for a while. Just trying to catch up on a few things. I know in previous months there was discussion about possibly supplementing the access gates with a neon arm or not. </w:t>
      </w:r>
    </w:p>
    <w:p>
      <w:r>
        <w:t xml:space="preserve">03:15:02   (Speaker L)  I don't know what happened with that. </w:t>
      </w:r>
    </w:p>
    <w:p>
      <w:r>
        <w:t xml:space="preserve">03:15:07   (Speaker B)  I was also curious about the fob system, how that's working, if that's worked out well, the sign in sheets, if people are complying, if they're not complying. And lastly, the only other issue that I know is still lingering is I don't have firsthand knowledge of it is the AEDs that are surrounding the Amenities center are still expired and still haven't been replaced. I thought that was resolved a few months ago. </w:t>
      </w:r>
    </w:p>
    <w:p>
      <w:r>
        <w:t xml:space="preserve">03:15:39   (Speaker D)  I could be right or wrong on that, but that's all I got. </w:t>
      </w:r>
    </w:p>
    <w:p>
      <w:r>
        <w:t xml:space="preserve">03:15:45   (Speaker A)  And what was expired? </w:t>
      </w:r>
    </w:p>
    <w:p>
      <w:r>
        <w:t xml:space="preserve">03:15:45   (Speaker H)  You? </w:t>
      </w:r>
    </w:p>
    <w:p>
      <w:r>
        <w:t xml:space="preserve">03:15:46   (Speaker A)  Oh, the AEDs. </w:t>
      </w:r>
    </w:p>
    <w:p>
      <w:r>
        <w:t xml:space="preserve">03:15:48   (Speaker M)  Okay. </w:t>
      </w:r>
    </w:p>
    <w:p>
      <w:r>
        <w:t xml:space="preserve">03:15:48   (Speaker B)  We had the outdoor one replaced. That was all we discussed. </w:t>
      </w:r>
    </w:p>
    <w:p>
      <w:r>
        <w:t xml:space="preserve">03:15:57   (Speaker C)  I think we replaced the whole thing because they were the outdoor ones. Yeah. And I think we had originally purchased somehow remade ones instead of brand new ones or something to that effect. </w:t>
      </w:r>
    </w:p>
    <w:p>
      <w:r>
        <w:t xml:space="preserve">03:16:09   (Speaker A)  Refurbished. </w:t>
      </w:r>
    </w:p>
    <w:p>
      <w:r>
        <w:t xml:space="preserve">03:16:10   (Speaker C)  Yes. </w:t>
      </w:r>
    </w:p>
    <w:p>
      <w:r>
        <w:t xml:space="preserve">03:16:13   (Speaker B)  Any other audience comments? All right, our next scheduled meeting is September 9th at 1 o' clock here at the Good News Church. Unless there's anything else, I just need a motion to adjourn. </w:t>
      </w:r>
    </w:p>
    <w:p>
      <w:r>
        <w:t xml:space="preserve">03:16:23   (Speaker C)  Motion. </w:t>
      </w:r>
    </w:p>
    <w:p>
      <w:r>
        <w:t xml:space="preserve">03:16:23   (Speaker A)  I'll second. </w:t>
      </w:r>
    </w:p>
    <w:p>
      <w:r>
        <w:t xml:space="preserve">03:16:24   (Speaker B)  Motion a second. All in favor? We are adjourned. </w:t>
      </w:r>
    </w:p>
    <w:p>
      <w:r>
        <w:t xml:space="preserve">03:16:28   (Speaker A)  Did we really finish before 5 on a budget? </w:t>
      </w:r>
    </w:p>
    <w:p>
      <w:r>
        <w:br/>
        <w:br/>
        <w:b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p>
      <w:r>
        <w:t xml:space="preserve">&gt;&gt;&gt;&gt;&gt;&gt;&gt;&gt;&gt;&gt;&gt;&gt;&gt;  </w:t>
      </w:r>
      <w:r>
        <w:rPr>
          <w:b/>
          <w:color w:val="FF0000"/>
        </w:rPr>
        <w:t>GAT END OF FILE</w:t>
      </w:r>
      <w:r>
        <w:rPr>
          <w:b w:val="0"/>
          <w:color w:val="000000"/>
        </w:rPr>
        <w:t xml:space="preserve">  &gt;&gt;&gt;&gt;&gt;&gt;&gt;&gt;&gt;&gt;&gt;&gt;&gt;&gt;&gt;&gt;&gt;&gt;&gt;&gt;&gt;&gt;&gt;&gt;&gt;&gt;&gt;&gt;&gt;&gt;&gt;&gt;&gt;&gt;&gt;&gt;&gt;&gt;&gt;&gt;&gt;&gt;&gt;&gt;&gt;&gt;&gt;&gt;&gt;&gt;&gt;&gt;&gt;&gt;&gt;&gt;&gt;&gt;&gt;&gt;&gt;&gt;&gt;&gt;&gt;&gt;&gt;&gt;&gt;&gt;&gt;&gt;&gt;&gt;&gt;&gt;&gt;&gt;&gt;&gt;&gt;&gt;&gt;&gt;&gt;&gt;&gt;&gt;&gt;&gt;&gt;&gt;&gt;&gt;&gt;&gt;&gt;&gt;&gt;&gt;&gt;&gt;&gt;&gt;&gt;&gt;&gt;&gt;&gt;&gt;&gt;&gt;&gt;&gt;&gt;&gt;&gt;&gt;&gt;&gt;&gt;&gt;&gt;&gt;&gt;&gt;&gt;&gt;&gt;</w:t>
      </w:r>
    </w:p>
    <w:p>
      <w:r>
        <w: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g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