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Stillwater</w:t>
        <w:br/>
        <w:br/>
        <w:br/>
      </w:r>
    </w:p>
    <w:p>
      <w:r>
        <w:t>START AND END TIME OF THE CDD MEETING FILE:</w:t>
      </w:r>
      <w:r>
        <w:rPr>
          <w:b/>
          <w:color w:val="FF0000"/>
        </w:rPr>
        <w:br/>
        <w:tab/>
        <w:tab/>
        <w:tab/>
        <w:tab/>
        <w:t xml:space="preserve"> October 08, 2026 at 10:00 AM</w:t>
      </w:r>
      <w:r>
        <w:rPr>
          <w:b/>
          <w:color w:val="FF0000"/>
        </w:rPr>
        <w:br/>
        <w:tab/>
        <w:tab/>
        <w:tab/>
        <w:tab/>
        <w:t xml:space="preserve"> October 08, 2026 at 10:15 AM</w:t>
        <w:br/>
        <w:br/>
        <w:br/>
      </w:r>
    </w:p>
    <w:p>
      <w:r>
        <w:t>AUDIO FILE NAME, FILE SIZE:</w:t>
      </w:r>
      <w:r>
        <w:rPr>
          <w:b/>
          <w:color w:val="FF0000"/>
        </w:rPr>
        <w:br/>
        <w:tab/>
        <w:tab/>
        <w:tab/>
        <w:tab/>
        <w:t xml:space="preserve"> RW_100826_BOS_R2.m4a</w:t>
      </w:r>
      <w:r>
        <w:rPr>
          <w:b/>
          <w:color w:val="FF0000"/>
        </w:rPr>
        <w:br/>
        <w:tab/>
        <w:tab/>
        <w:tab/>
        <w:tab/>
        <w:t xml:space="preserve"> 17608294</w:t>
        <w:br/>
        <w:br/>
        <w:br/>
      </w:r>
    </w:p>
    <w:p>
      <w:r>
        <w:t>DATE AUDIO FILE SUBMITTED TO THE GAT SYSTEM:</w:t>
      </w:r>
      <w:r>
        <w:rPr>
          <w:b/>
          <w:color w:val="FF0000"/>
        </w:rPr>
        <w:br/>
        <w:tab/>
        <w:tab/>
        <w:tab/>
        <w:tab/>
        <w:t xml:space="preserve"> October 15, 2026 at 02:52 PM</w:t>
        <w:br/>
        <w:br/>
        <w:br/>
      </w:r>
    </w:p>
    <w:p>
      <w:r>
        <w:t>DATE AUDIO FILE COMPLETED BY THE GAT SYSTEM:</w:t>
      </w:r>
      <w:r>
        <w:rPr>
          <w:b/>
          <w:color w:val="FF0000"/>
        </w:rPr>
        <w:br/>
        <w:tab/>
        <w:tab/>
        <w:tab/>
        <w:tab/>
        <w:t xml:space="preserve"> October 15, 2026 at 02:52 PM</w:t>
      </w:r>
      <w:r>
        <w:rPr>
          <w:b/>
          <w:color w:val="FF0000"/>
        </w:rPr>
        <w:br/>
        <w:tab/>
        <w:tab/>
        <w:tab/>
        <w:tab/>
        <w:t xml:space="preserve"> 00:24 ELAPSED TIME</w:t>
        <w:br/>
        <w:br/>
        <w:br/>
      </w:r>
    </w:p>
    <w:p>
      <w:r>
        <w:t>MEETING AGENDA:</w:t>
      </w:r>
      <w:r>
        <w:rPr>
          <w:b/>
          <w:color w:val="FF0000"/>
        </w:rPr>
        <w:br/>
        <w:br/>
        <w:br/>
        <w:tab/>
        <w:tab/>
        <w:tab/>
        <w:tab/>
        <w:t xml:space="preserve">  </w:t>
        <w:br/>
        <w:br/>
        <w:br/>
      </w:r>
    </w:p>
    <w:p>
      <w:r>
        <w:t xml:space="preserve">00:00      (Speaker A)  Union West. There's also a number of parcels that have some lien interest or easement interests. So we've got to sort through to see exactly what is being asked of the cdd. And we will go through that, try to get maps for you all in the next week or two. We may have to go back and request title to actually see what the interests are of the cdd. So we will get that back to you all so you can start to look at what it is they are looking to do. Because, as you know, they've changed their design several times now and they're on kind of a quick take. Again, they're saying quick take, but we just got the information. So we will send you all as soon as we can sort out exactly what it is they're looking at and what interest the CBD has in them. So we hope if you get it ahead of time, at the next meeting, we'll either have a presentation from eminent domain or offers or something between now to find out what the status is and what the timing is for DOT and then the update on the settlement agreement. I know it's annoying that it's taking quite a while. We've finally gotten through all the title work. There's a couple liens and other issues on property parcels, and council for Kingwood is in the process of preparing deeds and trying to figure out those parcels. I think we're going to to be okay, but again, it's just working through title to make sure that whatever we accept and give is clean and we can accept it. So we will push that. I know your chairman has been asking us to push it. We will continue to push it. It's just very hard with litigators and people to get everybody on the same boat. And unfortunately, this is kind of typical on how long these kind of things take, so. But we will continue to push it. And Kristen has actually been working and emailing on this behind the scenes, so we'll keep pushing on that. </w:t>
      </w:r>
    </w:p>
    <w:p>
      <w:r>
        <w:t xml:space="preserve">01:49      (Speaker B)  We signed the agreement at the beginning of February. </w:t>
      </w:r>
    </w:p>
    <w:p>
      <w:r>
        <w:t xml:space="preserve">01:51      (Speaker C)  Right. </w:t>
      </w:r>
    </w:p>
    <w:p>
      <w:r>
        <w:t xml:space="preserve">01:51      (Speaker B)  So we don't want to be celebrating an annual announcement. </w:t>
      </w:r>
    </w:p>
    <w:p>
      <w:r>
        <w:t xml:space="preserve">01:55      (Speaker A)  No, I agree. We, as I said, I would be very happy to not have to talk about this ever again, but it's just. </w:t>
      </w:r>
    </w:p>
    <w:p>
      <w:r>
        <w:t xml:space="preserve">02:03      (Speaker C)  When do you think it will be done? </w:t>
      </w:r>
    </w:p>
    <w:p>
      <w:r>
        <w:t xml:space="preserve">02:05      (Speaker A)  I don't want to guess anymore. We thought title would take two months and it took like five or six. I, you know, I'd like to say by year end because I really want this finished up as quick as we can. </w:t>
      </w:r>
    </w:p>
    <w:p>
      <w:r>
        <w:t xml:space="preserve">02:16      (Speaker B)  If, if you sense any sort of delay on the Other side. And I said to Anthony Car the other week, if he sense any delay on our side to let me know. I mean, I. I will go meet with Anthony again and say this has got to stop. We've got to get this done. </w:t>
      </w:r>
    </w:p>
    <w:p>
      <w:r>
        <w:t xml:space="preserve">02:28      (Speaker A)  I don't see any delay whatsoever. And I'll call their real estate attorney to handle it myself. And mentioned to her that we're getting a little upset about it. </w:t>
      </w:r>
    </w:p>
    <w:p>
      <w:r>
        <w:t xml:space="preserve">02:37      (Speaker B)  Yeah, I mean, Tex, I said to Jan earlier, you can do $20 billion deals in two months. </w:t>
      </w:r>
    </w:p>
    <w:p>
      <w:r>
        <w:t xml:space="preserve">02:43      (Speaker A)  As I said, yeah, we've done millions of bond closings in the meantime. But this, as you know, it's a bit tricky. And some of the parcels that are pieces and parcels are picking up liens and mortgages from the rest of the parcel. So we have to get releases and mortgage holder and those kind of things. So that's why it's just taking a long time. </w:t>
      </w:r>
    </w:p>
    <w:p>
      <w:r>
        <w:t xml:space="preserve">03:02      (Speaker C)  Just trying to get a mortgage holder </w:t>
      </w:r>
    </w:p>
    <w:p>
      <w:r>
        <w:t xml:space="preserve">03:03      (Speaker A)  to release anything is never easy. But again, we will have an update next month and hopefully we'll have a time frame at that point. </w:t>
      </w:r>
    </w:p>
    <w:p>
      <w:r>
        <w:t xml:space="preserve">03:14      (Speaker C)  Board members, I'd like to report that Mr. Bruce Shirt has rejoined the meeting in person and Mr. Scott Davis has rejoined the meeting via Zoom. Mr. Chairman, would you like to communicate with both residents who expressive interest. </w:t>
      </w:r>
    </w:p>
    <w:p>
      <w:r>
        <w:t xml:space="preserve">03:27      (Speaker B)  Scott, can you hear? Hello, Scott. Is he moved? </w:t>
      </w:r>
    </w:p>
    <w:p>
      <w:r>
        <w:t xml:space="preserve">03:31      (Speaker D)  Yes. </w:t>
      </w:r>
    </w:p>
    <w:p>
      <w:r>
        <w:t xml:space="preserve">03:32      (Speaker B)  Oh, good. </w:t>
      </w:r>
    </w:p>
    <w:p>
      <w:r>
        <w:t xml:space="preserve">03:33      (Speaker C)  He has a slight delay. </w:t>
      </w:r>
    </w:p>
    <w:p>
      <w:r>
        <w:t xml:space="preserve">03:35      (Speaker E)  Delay. </w:t>
      </w:r>
    </w:p>
    <w:p>
      <w:r>
        <w:t xml:space="preserve">03:36      (Speaker C)  Yeah, but he is. </w:t>
      </w:r>
    </w:p>
    <w:p>
      <w:r>
        <w:t xml:space="preserve">03:38      (Speaker B)  Okay, Scott and Bruce is in. I have to tell you, this was. I'm pleased we had a sort of incognito discussion, whatever you want to call it in camera discussion. This was a very, very difficult decision for all of us. Board decisions, any sort of personnel decisions are very difficult ones. And we struggled with this because both candidates are very, very capable candidates and are quite capable of doing this job. And for the unluckier candidate for the one, for a better expression, please stay involved because positions become available all the time and you're both in strong positions. But the board did have a long discussion and decided that they would like to appoint and did appoint Scott Davis as the board member for seat number four. So congratulations, Scott. And I'm sorry, Bruce, this just. I'm sorry it didn't work out in your favour, but as I say, we'd have been very happy to have you search sitting around this table as well. </w:t>
      </w:r>
    </w:p>
    <w:p>
      <w:r>
        <w:t xml:space="preserve">04:43      (Speaker F)  Thank you for your consideration and thank </w:t>
      </w:r>
    </w:p>
    <w:p>
      <w:r>
        <w:t xml:space="preserve">04:46      (Speaker B)  you for putting your name forward because we, as you know, we struggle to get people engaged with the sort of excitement I was looking for. Both of you demonstrate a passion for. Whether it be the detail or the Shtick, as you call it, or whether it be the interest in the community. That's what I wanted to hear and I know that's what the board wanted to hear. So thank you both for putting your names forward. And speaking Scotland, look forward to swearing you in in December. </w:t>
      </w:r>
    </w:p>
    <w:p>
      <w:r>
        <w:t xml:space="preserve">05:12      (Speaker C)  That's right. That's right. Mr. Davis, your team. Yeah. Your term would be effective November 17, 2026. So we would need to wait until after that time to administer the oath of office. There's also an orientation from District Council regarding Florida Sunshine Law, public records laws and pertinent legal information. So we'll schedule that in December as well. Well, does that make sense? </w:t>
      </w:r>
    </w:p>
    <w:p>
      <w:r>
        <w:t xml:space="preserve">05:36      (Speaker A)  Yeah. If we get an email address, we can send you some written materials up front to start getting you to think about the government. </w:t>
      </w:r>
    </w:p>
    <w:p>
      <w:r>
        <w:t xml:space="preserve">05:43      (Speaker B)  I think it's fair to say. Scott, once you become a sworn in board member, you will not be able to talk to any of the other board members about CDD business other than in a public meeting. </w:t>
      </w:r>
    </w:p>
    <w:p>
      <w:r>
        <w:t xml:space="preserve">05:53      (Speaker C)  Well, District Council may have an opinion about a supervisor who's appointed but not yet sworn in as well. </w:t>
      </w:r>
    </w:p>
    <w:p>
      <w:r>
        <w:t xml:space="preserve">05:59      (Speaker B)  Yes, do. </w:t>
      </w:r>
    </w:p>
    <w:p>
      <w:r>
        <w:t xml:space="preserve">06:00      (Speaker A)  Yeah, so we will. Yeah, we will send him information right now because. </w:t>
      </w:r>
    </w:p>
    <w:p>
      <w:r>
        <w:t xml:space="preserve">06:05      (Speaker C)  Yeah. </w:t>
      </w:r>
    </w:p>
    <w:p>
      <w:r>
        <w:t xml:space="preserve">06:05      (Speaker A)  Given that he is going to fill the seat and he's been appointed, the Sunshine Law would apply. So he should not talk to any one of you about anything that may come before the board. It's a very broad challenge. </w:t>
      </w:r>
    </w:p>
    <w:p>
      <w:r>
        <w:t xml:space="preserve">06:18      (Speaker G)  Okay. </w:t>
      </w:r>
    </w:p>
    <w:p>
      <w:r>
        <w:t xml:space="preserve">06:18      (Speaker B)  Scott, is my idea of him communicating before. </w:t>
      </w:r>
    </w:p>
    <w:p>
      <w:r>
        <w:t xml:space="preserve">06:21      (Speaker A)  Exactly, exactly. Yes. We would recommend no communication vacations at this. </w:t>
      </w:r>
    </w:p>
    <w:p>
      <w:r>
        <w:t xml:space="preserve">06:26      (Speaker B)  Okay. </w:t>
      </w:r>
    </w:p>
    <w:p>
      <w:r>
        <w:t xml:space="preserve">06:29      (Speaker F)  Can I at least leave that? </w:t>
      </w:r>
    </w:p>
    <w:p>
      <w:r>
        <w:t xml:space="preserve">06:31      (Speaker C)  If you talk about football, you can talk about the weather, grandchildren, children, aunts, uncles, neighbors, just not any CDD related topics. </w:t>
      </w:r>
    </w:p>
    <w:p>
      <w:r>
        <w:t xml:space="preserve">06:45      (Speaker A)  And just as my reminder that I say to all our boards, that includes social media. If you, you post anything on a social media site that others may see that could be looked at as a form of communication and also a public record. So we'll send you all kinds of things and be happy to talk with you before you. </w:t>
      </w:r>
    </w:p>
    <w:p>
      <w:r>
        <w:t xml:space="preserve">07:05      (Speaker H)  Thank you. </w:t>
      </w:r>
    </w:p>
    <w:p>
      <w:r>
        <w:t xml:space="preserve">07:05      (Speaker B)  He doesn't have to do any financial </w:t>
      </w:r>
    </w:p>
    <w:p>
      <w:r>
        <w:t xml:space="preserve">07:06      (Speaker C)  disclosures, so yeah, I was going to say, Mr. Davis, you're also required. There is a form one that will be filed with the State of Florida Commission on Ethics. Our office will be sent sending you a link to to be able to file that electronically. You have 30 days after appointment to the board to file that and then it'll be an annual filing based on the previous calendar year. There's also some ethics training requirements. Other information you'll get from District Council. Do we want to hold the full orientation or do you want to. How do you want to handle that </w:t>
      </w:r>
    </w:p>
    <w:p>
      <w:r>
        <w:t xml:space="preserve">07:39      (Speaker A)  now or why don't we December we'll send the information so you can read it and then we can go over it in December if anything or have questions. It never hurts. </w:t>
      </w:r>
    </w:p>
    <w:p>
      <w:r>
        <w:t xml:space="preserve">07:48      (Speaker I)  We hear it again. </w:t>
      </w:r>
    </w:p>
    <w:p>
      <w:r>
        <w:t xml:space="preserve">07:49      (Speaker D)  Sounds good. </w:t>
      </w:r>
    </w:p>
    <w:p>
      <w:r>
        <w:t xml:space="preserve">07:49      (Speaker H)  All right. </w:t>
      </w:r>
    </w:p>
    <w:p>
      <w:r>
        <w:t xml:space="preserve">07:50      (Speaker F)  Thank you again. </w:t>
      </w:r>
    </w:p>
    <w:p>
      <w:r>
        <w:t xml:space="preserve">07:56      (Speaker C)  In case you have any question she just. Board members we were still under attorney's report. You did hear an update regarding eminent domain as well as the status of the S club agreement. Did we have any other items from district council. </w:t>
      </w:r>
    </w:p>
    <w:p>
      <w:r>
        <w:t xml:space="preserve">08:11      (Speaker A)  I think that's it for this month. Any questions? </w:t>
      </w:r>
    </w:p>
    <w:p>
      <w:r>
        <w:t xml:space="preserve">08:16      (Speaker C)  Under the district engineers report James is prepared to speak about the status of two projects in the process. </w:t>
      </w:r>
    </w:p>
    <w:p>
      <w:r>
        <w:t xml:space="preserve">08:22      (Speaker B)  So yeah </w:t>
      </w:r>
    </w:p>
    <w:p>
      <w:r>
        <w:t xml:space="preserve">08:26      (Speaker I)  right away strike county all they're going to require for that is a right away use permit. So I'll give that. Alan will get a proposal from Pausnite to figure out how much this is going to cost and get kind of scheduling that I'll help posnite submit for whatever they need for the right road permit. But usually I let the contractor handle right release permits because they. It's a traffic control deal that they have to submit to the county. </w:t>
      </w:r>
    </w:p>
    <w:p>
      <w:r>
        <w:t xml:space="preserve">09:01      (Speaker C)  So I was just going to ask if the. Would the board like to see the. The engineered plan before the permit is submitted? </w:t>
      </w:r>
    </w:p>
    <w:p>
      <w:r>
        <w:t xml:space="preserve">09:13      (Speaker I)  Okay, that's fine. </w:t>
      </w:r>
    </w:p>
    <w:p>
      <w:r>
        <w:t xml:space="preserve">09:18      (Speaker C)  Yeah. In November would. Would you be able to bring back </w:t>
      </w:r>
    </w:p>
    <w:p>
      <w:r>
        <w:t xml:space="preserve">09:20      (Speaker A)  the actual </w:t>
      </w:r>
    </w:p>
    <w:p>
      <w:r>
        <w:t xml:space="preserve">09:24      (Speaker I)  as your piggyback off on the next thing that I say and </w:t>
      </w:r>
    </w:p>
    <w:p>
      <w:r>
        <w:t xml:space="preserve">09:27      (Speaker C)  then we'll pause be able. Do you think they'll be able to provide a cost by new member so that the board can. </w:t>
      </w:r>
    </w:p>
    <w:p>
      <w:r>
        <w:t xml:space="preserve">09:33      (Speaker I)  Yeah. </w:t>
      </w:r>
    </w:p>
    <w:p>
      <w:r>
        <w:t xml:space="preserve">09:37      (Speaker E)  So once we just trying to figure out the timing of that so we approve everything and and then we can execute it. </w:t>
      </w:r>
    </w:p>
    <w:p>
      <w:r>
        <w:t xml:space="preserve">09:46      (Speaker I)  Yeah. As long as we have the right we use permit in hand we're good to go. And those are not using difficult to obtain. </w:t>
      </w:r>
    </w:p>
    <w:p>
      <w:r>
        <w:t xml:space="preserve">09:51      (Speaker C)  What's the usual timing on the right of way use permit? I've been hearing they very slow the affirmative </w:t>
      </w:r>
    </w:p>
    <w:p>
      <w:r>
        <w:t xml:space="preserve">10:01      (Speaker I)  SDP. Part of me they usually can't fire. </w:t>
      </w:r>
    </w:p>
    <w:p>
      <w:r>
        <w:t xml:space="preserve">10:07      (Speaker C)  Oh good. </w:t>
      </w:r>
    </w:p>
    <w:p>
      <w:r>
        <w:t xml:space="preserve">10:07      (Speaker I)  Yeah. </w:t>
      </w:r>
    </w:p>
    <w:p>
      <w:r>
        <w:t xml:space="preserve">10:12      (Speaker B)  You've had no second thoughts about the d. Any safety issues of moving the lane over. </w:t>
      </w:r>
    </w:p>
    <w:p>
      <w:r>
        <w:t xml:space="preserve">10:18      (Speaker I)  You know I've shown. I had a full meeting with the county with the transportation department and everybody involved. And I asked them I said do we need to do a full SDP for this since we are kind of changing the flow pattern traffic pattern or anything like that. And they said you know not. Not for us. We just require r use permit. They've seen my sketch in my. They understand what we're trying to do. So they didn't raise Any concerns. That's where I was really looking at is to get their opinion on it. Also my opinion is there's. It's going to be very simple. It should be very simple. </w:t>
      </w:r>
    </w:p>
    <w:p>
      <w:r>
        <w:t xml:space="preserve">10:54      (Speaker B)  There's no time frame for the Sinclair Road extension at the moment so because that will affect it dramatically. </w:t>
      </w:r>
    </w:p>
    <w:p>
      <w:r>
        <w:t xml:space="preserve">11:01      (Speaker I)  I was also trying to. When during that meeting I was trying to see if they were going to require something. You know there was to tell me that there was going to be something intimate happening there that never was needed either. </w:t>
      </w:r>
    </w:p>
    <w:p>
      <w:r>
        <w:t xml:space="preserve">11:12      (Speaker G)  So </w:t>
      </w:r>
    </w:p>
    <w:p>
      <w:r>
        <w:t xml:space="preserve">11:14      (Speaker I)  we're full. </w:t>
      </w:r>
    </w:p>
    <w:p>
      <w:r>
        <w:t xml:space="preserve">11:15      (Speaker H)  Full. </w:t>
      </w:r>
    </w:p>
    <w:p>
      <w:r>
        <w:t xml:space="preserve">11:17      (Speaker B)  Let's get it done asap. </w:t>
      </w:r>
    </w:p>
    <w:p>
      <w:r>
        <w:t xml:space="preserve">11:19      (Speaker I)  Yeah. So the second piece the White Marsh Way we. I just had another conversation with county. They are going to require a full SDP set for this. I have of my designers has produced an FTP said I need to review it and to put my marks on it for that person. Once we have that I do if you would like to review it I can send it to you or we can just go ahead and submit it to the county and get that review process started. </w:t>
      </w:r>
    </w:p>
    <w:p>
      <w:r>
        <w:t xml:space="preserve">11:54      (Speaker B)  I just think it's cost may be a factor </w:t>
      </w:r>
    </w:p>
    <w:p>
      <w:r>
        <w:t xml:space="preserve">11:59      (Speaker I)  something let me look. </w:t>
      </w:r>
    </w:p>
    <w:p>
      <w:r>
        <w:t xml:space="preserve">12:00      (Speaker B)  I suspect. </w:t>
      </w:r>
    </w:p>
    <w:p>
      <w:r>
        <w:t xml:space="preserve">12:00      (Speaker I)  Let me go ahead and get that </w:t>
      </w:r>
    </w:p>
    <w:p>
      <w:r>
        <w:t xml:space="preserve">12:04      (Speaker C)  plans and proposal plans and proposals to the board before permits. </w:t>
      </w:r>
    </w:p>
    <w:p>
      <w:r>
        <w:t xml:space="preserve">12:09      (Speaker B)  I think. I think we would do the initial short one opposite where the problem was but if the Other one is $300,000 $40,000 expenditure I'm not sure the board would want to do that. Could be wrong. I think you should get as an outline can be approximate. </w:t>
      </w:r>
    </w:p>
    <w:p>
      <w:r>
        <w:t xml:space="preserve">12:27      (Speaker I)  Yes And I can approach SMSL with that work also and see if they can just give me a. Who just did your curve work here and see if we get just a roundabout cost of what this is going to cost. </w:t>
      </w:r>
    </w:p>
    <w:p>
      <w:r>
        <w:t xml:space="preserve">12:48      (Speaker B)  Good. </w:t>
      </w:r>
    </w:p>
    <w:p>
      <w:r>
        <w:t xml:space="preserve">12:50      (Speaker C)  What else do you have for the fortunes? </w:t>
      </w:r>
    </w:p>
    <w:p>
      <w:r>
        <w:t xml:space="preserve">12:52      (Speaker I)  That is all for me. </w:t>
      </w:r>
    </w:p>
    <w:p>
      <w:r>
        <w:t xml:space="preserve">12:54      (Speaker C)  Any questions? </w:t>
      </w:r>
    </w:p>
    <w:p>
      <w:r>
        <w:t xml:space="preserve">12:56      (Speaker B)  The Golden Bear encroachment had all got sorted. </w:t>
      </w:r>
    </w:p>
    <w:p>
      <w:r>
        <w:t xml:space="preserve">13:00      (Speaker C)  You signed it. Yeah. </w:t>
      </w:r>
    </w:p>
    <w:p>
      <w:r>
        <w:t xml:space="preserve">13:04      (Speaker A)  Yes. </w:t>
      </w:r>
    </w:p>
    <w:p>
      <w:r>
        <w:t xml:space="preserve">13:08      (Speaker C)  Everyone was happy. </w:t>
      </w:r>
    </w:p>
    <w:p>
      <w:r>
        <w:t xml:space="preserve">13:10      (Speaker G)  I did have a question about that. I know I wasn't here at the last meeting which is obviously worth that came up and when I've been on the you know the appraiser site looking at mass I couldn't see any easement for bicycle path. Where was it actually at? </w:t>
      </w:r>
    </w:p>
    <w:p>
      <w:r>
        <w:t xml:space="preserve">13:28      (Speaker A)  It was. </w:t>
      </w:r>
    </w:p>
    <w:p>
      <w:r>
        <w:t xml:space="preserve">13:28      (Speaker C)  It was written in the plaque that </w:t>
      </w:r>
    </w:p>
    <w:p>
      <w:r>
        <w:t xml:space="preserve">13:30      (Speaker A)  there was going to be an easement there. So the easement is on the plaque. Kingwood said there's no plan. It's in people's backyards. Because we can't change the plaque at this point without a ton of legal work. We gave them a license agreement that they are a consent to leave. What they have there just with the understanding that, you know, if there was ever an issue it would be removed. But it also there's some encroachment on the side easement which is a drainage easement. So that was actually a little bit of a concern because if there was ever a problem there we would may have to ask them to move something. But it's been fine for years and we'll probably be fine forever. </w:t>
      </w:r>
    </w:p>
    <w:p>
      <w:r>
        <w:t xml:space="preserve">14:07      (Speaker B)  So it appears that again deeded over that 12 foot piece of land to the homeowners because he wasn't going to build a. </w:t>
      </w:r>
    </w:p>
    <w:p>
      <w:r>
        <w:t xml:space="preserve">14:17      (Speaker A)  But they never changed the plaque ring in the easement. So we technically have the legal rights to it. </w:t>
      </w:r>
    </w:p>
    <w:p>
      <w:r>
        <w:t xml:space="preserve">14:22      (Speaker B)  But so it's a license. So we've not given away any. Any rights. </w:t>
      </w:r>
    </w:p>
    <w:p>
      <w:r>
        <w:t xml:space="preserve">14:26      (Speaker D)  Okay. </w:t>
      </w:r>
    </w:p>
    <w:p>
      <w:r>
        <w:t xml:space="preserve">14:28      (Speaker C)  And it's all on the. All on the private property. There's no CBD property itself. Any other discussion under district engineer. Otherwise we'll move on to field manager updates and Alan Sher is here this morning who has updates. </w:t>
      </w:r>
    </w:p>
    <w:p>
      <w:r>
        <w:t xml:space="preserve">14:47      (Speaker F)  Good morning. Landscape inspections and ride throughs with Yellowstone are ongoing. Irrigation inspection and repairs is needed. The flex stakes we repaired, we've got a couple more that are missing. We'll work on those. We've had some minor gate repairs at the Sinclair Road gate, as we call it. Those have been taken care of. Pond maintenance is ongoing as scheduled. I did talk to the board last meeting I think regarding the Windstone Way stormwater encroachment. That has been resolved. They did put silt fence up to keep the sod from washing out, so that's good. And I did the general street light audit on the west side yesterday. Reported any lights out too to the local utility providers OUC and do so. </w:t>
      </w:r>
    </w:p>
    <w:p>
      <w:r>
        <w:t xml:space="preserve">15:31      (Speaker B)  One thing I'd like to do at the end of the year with yourself and Grace is do a drive through on call. </w:t>
      </w:r>
    </w:p>
    <w:p>
      <w:r>
        <w:t xml:space="preserve">15:36      (Speaker F)  Absolutely. </w:t>
      </w:r>
    </w:p>
    <w:p>
      <w:r>
        <w:t xml:space="preserve">15:37      (Speaker B)  If we could do that, I'd go every three or four months but I haven't really done it with Grace in the past. </w:t>
      </w:r>
    </w:p>
    <w:p>
      <w:r>
        <w:t xml:space="preserve">15:43      (Speaker F)  Yeah, I've not really had Grace with me either. But I get William Barber, their full time maintenance guy over there. We're in regular communication on stuff in the community but I'll be happy to do that like. Yes sir. Yes sir. </w:t>
      </w:r>
    </w:p>
    <w:p>
      <w:r>
        <w:t xml:space="preserve">16:00      (Speaker C)  Are there any questions for Alan or anything you want to bring to his attention? If not, we'll move on to district manager's report. Under district manager's report, the first report is on page 63 of the Agenda packet. This is a reunion rental report and Christine Wells will present this to the board. </w:t>
      </w:r>
    </w:p>
    <w:p>
      <w:r>
        <w:t xml:space="preserve">16:18      (Speaker H)  Good morning board members. We've been Doing really good with rentals. October, we have six rentals. November, which is usually historically a little slower, we have three. December, we have eight. We've had a total of six inquiries since the last meeting and it's resulted in three bookings. So I'm very happy about that. We're working on an email blast advertising holiday parties at Heritage Crossings that I'll send out this week. And then Tai Chi. Is that a Reunion East? </w:t>
      </w:r>
    </w:p>
    <w:p>
      <w:r>
        <w:t xml:space="preserve">16:47      (Speaker C)  That's a Reunion East. </w:t>
      </w:r>
    </w:p>
    <w:p>
      <w:r>
        <w:t xml:space="preserve">16:49      (Speaker H)  Do you want me to mention it? </w:t>
      </w:r>
    </w:p>
    <w:p>
      <w:r>
        <w:t xml:space="preserve">16:52      (Speaker C)  We can just mention it at a high level. The board may or may not be aware that Reunion east under the special events policy allowing for groups that are exclusively Reunion residents to use the facility at no cost. There's currently yoga classes that are offered here at Heritage Crossing Community Center. The facility is made available at no cost and the program is facilitated by Reunion Resort. They pay for the instructor and any Reunion residents are welcome to join those classes. They've made a similar request to hold Tai chi classes here at Heritage Crossing Community Center. So we're going to be discussing that with the Reunion east board to see if there's any objection to using that same application process that was used for yoga. </w:t>
      </w:r>
    </w:p>
    <w:p>
      <w:r>
        <w:t xml:space="preserve">17:41      (Speaker H)  And that's all I had for the board. Unless the board has any questions. </w:t>
      </w:r>
    </w:p>
    <w:p>
      <w:r>
        <w:t xml:space="preserve">17:46      (Speaker C)  If there's no questions, we'll move on to the next item. The next item is the action items list and board members. We do have an action item list. Starting on page 69 of the Agenda packet is the program for Reunion west starting on page 72. This is a simple tracking of all of the projects that have been approved by the board, either so specifically approved or perhaps on the project list for the upcoming fiscal year. So we have several projects that are on the project list for the upcoming fiscal year. We are going to be discussing those in the joint workshop. We're also going to be discussing the implementation of optics systems in the joint workshop as that's some legal information to discuss. And of course, the seat number four vacancy has been completed. Is there anything else that board members would like to see added to this list? </w:t>
      </w:r>
    </w:p>
    <w:p>
      <w:r>
        <w:t xml:space="preserve">18:45      (Speaker B)  Just something for the board to think about. I notice. I read Facebook. I don't post on it, but I read Facebook. People from the west side travel over to the east side to enjoy the dog park. We've got a piece of land next to the fitness center, outdoor fitness area, which we could inexpensively turn into a dog park. So I'd just like to ask the board to think about that in the next month and see if you think that's A good idea, bad idea. What the pros and cons are, one of the issues is who cleans up all the mess, right? I don't know. </w:t>
      </w:r>
    </w:p>
    <w:p>
      <w:r>
        <w:t xml:space="preserve">19:16      (Speaker C)  There's an expense for that. </w:t>
      </w:r>
    </w:p>
    <w:p>
      <w:r>
        <w:t xml:space="preserve">19:18      (Speaker B)  It's an expense. So maybe we can talk about whether we want to even think about it because it's not a big project. It's basically a fence, isn't it? </w:t>
      </w:r>
    </w:p>
    <w:p>
      <w:r>
        <w:t xml:space="preserve">19:25      (Speaker F)  Yeah, we built one rather inexpensively on the Houston playground area, which was like you said, just a fence. We did have to add a concrete sidewalk for access. For ADA requirement we put in a double gate so you could come in, then go in the actual park. But we can look at that, maybe come up with some dimensions and some pricing for the fencing and the concrete work and a dog station. </w:t>
      </w:r>
    </w:p>
    <w:p>
      <w:r>
        <w:t xml:space="preserve">19:51      (Speaker G)  So how much cleanup work goes on in the playground currently? Because people use that as well. </w:t>
      </w:r>
    </w:p>
    <w:p>
      <w:r>
        <w:t xml:space="preserve">19:56      (Speaker F)  The playground is maintained by the resort. We were just allowed to put the structures in there and they do the maintenance. With the exception of the dog park. I think we mow the dog park and maintain the dog park itself. But the playground surrounding grounds all far fall to the resort, I believe. </w:t>
      </w:r>
    </w:p>
    <w:p>
      <w:r>
        <w:t xml:space="preserve">20:14      (Speaker B)  Feels like people take their dogs into the playground. </w:t>
      </w:r>
    </w:p>
    <w:p>
      <w:r>
        <w:t xml:space="preserve">20:17      (Speaker F)  Oh, it's an open space so they can just walk freely. It's like walking through linear park. You know, they can walk through linear park or anywhere else. And most of the residents I see do the right thing. They carry their dog bags and stuff like that. </w:t>
      </w:r>
    </w:p>
    <w:p>
      <w:r>
        <w:t xml:space="preserve">20:36      (Speaker B)  Thanks. </w:t>
      </w:r>
    </w:p>
    <w:p>
      <w:r>
        <w:t xml:space="preserve">20:39      (Speaker F)  Thank you for coming. See y' all later. </w:t>
      </w:r>
    </w:p>
    <w:p>
      <w:r>
        <w:t xml:space="preserve">20:41      (Speaker B)  Is it worth out of just putting some work numbers together? </w:t>
      </w:r>
    </w:p>
    <w:p>
      <w:r>
        <w:t xml:space="preserve">20:46      (Speaker I)  I think it's a good idea because </w:t>
      </w:r>
    </w:p>
    <w:p>
      <w:r>
        <w:t xml:space="preserve">20:48      (Speaker G)  we do have quite a few renters that show up and they've got their pets with them. And we do have some residents that are, you know, full time that are there with their pets and I piece of land we're talking about next to the exercise. It really is just sitting there doing absolutely nothing. And if there's a way to create a dog park relatively inexpensively, I think it'll get used. </w:t>
      </w:r>
    </w:p>
    <w:p>
      <w:r>
        <w:t xml:space="preserve">21:13      (Speaker E)  Yep, I fig be a good idea also sketch of. You know, I just don't know how </w:t>
      </w:r>
    </w:p>
    <w:p>
      <w:r>
        <w:t xml:space="preserve">21:19      (Speaker F)  you ever seen me draw. No, I'm just. </w:t>
      </w:r>
    </w:p>
    <w:p>
      <w:r>
        <w:t xml:space="preserve">21:23      (Speaker A)  Yes, Al, I just have a question because we've run into it in some others. How often do you have to reside cuz the dogs seem to tear that. </w:t>
      </w:r>
    </w:p>
    <w:p>
      <w:r>
        <w:t xml:space="preserve">21:30      (Speaker F)  You know what we tend to do depends on how highly used the dog parks are. We have some very minimal use dog parks. </w:t>
      </w:r>
    </w:p>
    <w:p>
      <w:r>
        <w:t xml:space="preserve">21:38      (Speaker B)  The. </w:t>
      </w:r>
    </w:p>
    <w:p>
      <w:r>
        <w:t xml:space="preserve">21:38      (Speaker F)  The turf looks like carpet but then we have some that are very high highly used parks. And usually what we do annually is the way we approach it with those particular landscapers and board is we'll close the park for 30 days. We take that 30 days to go ahead and replace any sod, depending on the amount of damage. Bahia sod is what we have over there, I believe, so it shouldn't be a big deal. We just re sod that area, let it grow in for 30 days. We take care of all, obviously, the flea and tick and pest control measures as well. But if it's a highly used park, we'll typically close it once a year for 30 days to reside. </w:t>
      </w:r>
    </w:p>
    <w:p>
      <w:r>
        <w:t xml:space="preserve">22:14      (Speaker B)  If you could do a rough design, a rough construction cost and rough operating expense. </w:t>
      </w:r>
    </w:p>
    <w:p>
      <w:r>
        <w:t xml:space="preserve">22:18      (Speaker C)  Rough. </w:t>
      </w:r>
    </w:p>
    <w:p>
      <w:r>
        <w:t xml:space="preserve">22:19      (Speaker F)  No pun intended. </w:t>
      </w:r>
    </w:p>
    <w:p>
      <w:r>
        <w:t xml:space="preserve">22:21      (Speaker A)  That's a good one. </w:t>
      </w:r>
    </w:p>
    <w:p>
      <w:r>
        <w:t xml:space="preserve">22:22      (Speaker F)  Yes. Yes. Oh, the. </w:t>
      </w:r>
    </w:p>
    <w:p>
      <w:r>
        <w:t xml:space="preserve">22:26      (Speaker H)  Gotcha. Sorry. </w:t>
      </w:r>
    </w:p>
    <w:p>
      <w:r>
        <w:t xml:space="preserve">22:29      (Speaker F)  It's one of those days. I'm sorry. </w:t>
      </w:r>
    </w:p>
    <w:p>
      <w:r>
        <w:t xml:space="preserve">22:30      (Speaker H)  That was a good one. </w:t>
      </w:r>
    </w:p>
    <w:p>
      <w:r>
        <w:t xml:space="preserve">22:31      (Speaker A)  That was from Phil, not outline. </w:t>
      </w:r>
    </w:p>
    <w:p>
      <w:r>
        <w:t xml:space="preserve">22:32      (Speaker C)  Yeah, that was from Phil. As far as the action items list, I'll add feasibility of dog park at Grand Work Parkway as a action item. Assigned today to Alan. I'll take off. Obviously. That nearby road improvement project, that was a one and done. Anything else the board would like to see added to the action items list or taken off? If not, we'll move on. I don't want to. I can't tell what you're. I do have an item that requires board action. On page 75 in your agenda packet is the check register from September 1st to September 30th, 2026. The total amount is $288,423.84. These are for items from your general fund as well as your RNM fund. A detailed listing of the items from the run summary are included in your agenda packet. We have a motion to approve from Supervisor Barry. Do we have a second? </w:t>
      </w:r>
    </w:p>
    <w:p>
      <w:r>
        <w:t xml:space="preserve">23:44      (Speaker I)  Second. </w:t>
      </w:r>
    </w:p>
    <w:p>
      <w:r>
        <w:t xml:space="preserve">23:44      (Speaker C)  We have a second. All in favor of approval, say aye. </w:t>
      </w:r>
    </w:p>
    <w:p>
      <w:r>
        <w:t xml:space="preserve">23:47      (Speaker E)  All right. </w:t>
      </w:r>
    </w:p>
    <w:p>
      <w:r>
        <w:t xml:space="preserve">23:48      (Speaker C)  Opposed? Motion carries. </w:t>
      </w:r>
    </w:p>
    <w:p>
      <w:r>
        <w:t xml:space="preserve">23:50      (Speaker A)  Unans. </w:t>
      </w:r>
    </w:p>
    <w:p>
      <w:r>
        <w:t xml:space="preserve">23:51      (Speaker C)  And then, board members, we have your unaudited financials through the end of August. These are provided for informational purposes only. Your combined balance sheet is on page 83. And then starting on page 84, we have your prorated budget, expenses and revenue compared to your actuals. All of your revenue for fiscal year 202026 has been received. All of your bond payments have been made on time and in accordance with the amortization schedules. I don't have anything to bring to the board's attention. No action is required. These are provided for informational purposes only. The next item on the agenda is the fiscal year 2026, our replacement and maintenance project list. Board members, this is the last month you'll see this list starting with next month. We'll start tracking your fiscal year 2027 projects. You'll see that on page 98. There are just two projects that are in process and carrying over. One project that's in process is the refurbishment at Seven Eagles. This is restroom refurbishment. I'll just take a moment to recognize Supervisor June Whiskey is in the audience today. She serves obviously on the reunion ECB board. She's the been working with staff with Alan and with Carly and with an interior designer who was selected by the board. Starting as early as tomorrow, you'll see closures at Seven Eagles and Alan is facilitating the use of one restroom while the other restroom is being refurbished and then you know, vice versa when the newly refurbished restroom will open and the other will close. So to be refurbished. So we're anticipating about 30 days from end to end for this project. Any remarks, Alan? </w:t>
      </w:r>
    </w:p>
    <w:p>
      <w:r>
        <w:t xml:space="preserve">25:37      (Speaker F)  Yeah, just give or take on the 30 days. This morning I went ahead and installed the vacant occupied deadbolt on the men's room. That's going to be the restroom available to everybody. We're going to go ahead and I gave Victor and Carly emergency key. There's a way to if somebody gets locked in there. There's a slot in the front of the vacant occupancy deadbolt that you can put this little key in and unlock it from the outside instead of a hard key. We're going to leave the ladies restroom with a regular hard key so security can lock it at night. We don't want people going in the building as they remove the partitions, the tile, the floors, the any of that stuff. We don't want anybody in there. So we're going to leave the regular deadbolt lock on that and then when that's done we'll flip flop that I know myself, Carly, Ms. Wisp away and the contractors all met and had a meeting on Monday to just to highlight Google everything and so we should be good to go on Friday. </w:t>
      </w:r>
    </w:p>
    <w:p>
      <w:r>
        <w:t xml:space="preserve">26:35      (Speaker C)  Do you want to speak about the temporary signage? </w:t>
      </w:r>
    </w:p>
    <w:p>
      <w:r>
        <w:t xml:space="preserve">26:37      (Speaker F)  Yeah, there's a good some temporary. There's already signage up there that says the facility is going to be closed. We're also going to bag the urinals in the men's room to keep people from utilizing it and just go directly into the stalls. </w:t>
      </w:r>
    </w:p>
    <w:p>
      <w:r>
        <w:t xml:space="preserve">26:49      (Speaker H)  So nice. </w:t>
      </w:r>
    </w:p>
    <w:p>
      <w:r>
        <w:t xml:space="preserve">26:51      (Speaker G)  How long is this project going to take? </w:t>
      </w:r>
    </w:p>
    <w:p>
      <w:r>
        <w:t xml:space="preserve">26:53      (Speaker F)  We estimate 30, 30 days but anything's possible. When we had the meeting the contractor said it's going to be, you know, typically if we close both bathrooms they could demo everything and be in and out but there may be some lace 30, 45 days maybe at the most. But I mean anything can happen with the project. We just need to be a little flexible. </w:t>
      </w:r>
    </w:p>
    <w:p>
      <w:r>
        <w:t xml:space="preserve">27:17      (Speaker C)  And the other project that's carrying forward is we just have one H Vac replacement at Seven Eagles. The Reunion east board members were really looking to do something more energy efficient and more effective. And supervisor Mark Greenstein worked with Alan Shearer selecting a product that would be both energy efficient and then be able to reach the desired temperature for that fitness center. So that installation is happening, is it next week? </w:t>
      </w:r>
    </w:p>
    <w:p>
      <w:r>
        <w:t xml:space="preserve">27:44      (Speaker F)  Yeah, it was scheduled for this morning weather yesterday and potential same weather this morning. We were approached by the contractor to push it to next week. It'll happen next Tuesday. I believe it's the 13th and we'll a notice was I believe sent out. </w:t>
      </w:r>
    </w:p>
    <w:p>
      <w:r>
        <w:t xml:space="preserve">28:00      (Speaker C)  Yes. </w:t>
      </w:r>
    </w:p>
    <w:p>
      <w:r>
        <w:t xml:space="preserve">28:00      (Speaker F)  Through our office to the various HOAs to get it to the residents. </w:t>
      </w:r>
    </w:p>
    <w:p>
      <w:r>
        <w:t xml:space="preserve">28:04      (Speaker C)  It was, yeah, just the Reunion was. </w:t>
      </w:r>
    </w:p>
    <w:p>
      <w:r>
        <w:t xml:space="preserve">28:06      (Speaker F)  Yeah, yeah. So yes. No, well the fitness when, when the AC unit goes in. Is that what you're referring to, sir? Yeah. So during the instance when during the crane work the entire facility will be closed between the hours of 8 and 11. Now he doesn't anticipate being closed till 11. It's just a fail safe number. They're going to be in in advance of the crane. The crane's going to be here at 8. The AC company will be here around 7. They're going to go on the rooftop and start to detach everything on the roof. So it'll be a minimal downtime. We hope they can get the other unit out of the box, have it all prepped to go pull one off, put the other one on. The gym can remain open as long as everybody has the understanding and I think the email blast stated that, that there's not going to be any air conditioner in the gym. So if you want to use it, good luck. But right now we're going to keep the facility closed between the hours of 8am and 11. And I'll be here for the duration of the crane work and however long it takes. </w:t>
      </w:r>
    </w:p>
    <w:p>
      <w:r>
        <w:t xml:space="preserve">29:17      (Speaker G)  Yeah. </w:t>
      </w:r>
    </w:p>
    <w:p>
      <w:r>
        <w:t xml:space="preserve">29:18      (Speaker C)  So board members again next month you'll see the fiscal year 2027 replacement and maintenance project list. This is the last time that you'll see Fisher in 2001. The next report included in the agenda is on page 100. This is your email report. We have 267 subscribers at Reunion east and 229 subscribers at Reunion West. There were seven messages sent in September and I will say we at Reunion East CDD there was some Discussion about how to find further active subscriptions. As board members are aware, the HOA has sent out the notice regarding signing up for the reunion east and west emails probably five times now over the course of the last year. We can continue to send that out every other month or so. And then we also provided a flyer to the board members which included a QR code if you wanted to pass that on to any friends or neighbors who are interested. Say, hey, what's happening with the cbd? Make sure that they are aware that you can sign up for those email notifications. And then do board members have any other ideas about how to generate more participation? We have a passive sign in sheet for those who come to the meetings, but obviously the meeting attendance is not generating a lot of the subscribers either. </w:t>
      </w:r>
    </w:p>
    <w:p>
      <w:r>
        <w:t xml:space="preserve">30:45      (Speaker B)  I carry, I carry, I carry those around. I give them to people. It's surprising how many people don't sign up, haven't signed up. So we keep doing that. Whether or not it's the fact that their email is public, I don't know if that's a negative for people. </w:t>
      </w:r>
    </w:p>
    <w:p>
      <w:r>
        <w:t xml:space="preserve">31:02      (Speaker A)  It is a negative. We find in many districts people just don't want to have public emails. Once it's out in the public, if anybody does a Google or AI search, it can be located, sadly. </w:t>
      </w:r>
    </w:p>
    <w:p>
      <w:r>
        <w:t xml:space="preserve">31:14      (Speaker C)  But that's. </w:t>
      </w:r>
    </w:p>
    <w:p>
      <w:r>
        <w:t xml:space="preserve">31:17      (Speaker E)  I think we put out this like we talked every two months is listing of the projects. You know when somebody says, hey, did you see that that came out? And the person says, no, I don't see that. </w:t>
      </w:r>
    </w:p>
    <w:p>
      <w:r>
        <w:t xml:space="preserve">31:28      (Speaker C)  You bring up a very good point. Because my instinct is that if somebody has important news from the email blast and their neighbors don't hurt, that makes it desirable to sign up. I believe that's a good instinct, that the more that we utilize it and try to stay away from posting it with the hoa that it will draw people to be subscribers and get that information themselves. </w:t>
      </w:r>
    </w:p>
    <w:p>
      <w:r>
        <w:t xml:space="preserve">31:51      (Speaker B)  I encourage people to sign up for both because things like seven Eagles, you do both because it's relevant to both. But people do need to know what's going on on both sides. But is that an issue? Because I'm signed up for both, but I only get these messages once. </w:t>
      </w:r>
    </w:p>
    <w:p>
      <w:r>
        <w:t xml:space="preserve">32:09      (Speaker C)  It shouldn't be. If you're signed up for both, you should be getting both. Now I do notice I'm signed up for both and I noticed that they, for some reason Gmail threads them together. </w:t>
      </w:r>
    </w:p>
    <w:p>
      <w:r>
        <w:t xml:space="preserve">32:22      (Speaker B)  I see. So the heading says east and West. What's Gmail doing? </w:t>
      </w:r>
    </w:p>
    <w:p>
      <w:r>
        <w:t xml:space="preserve">32:26      (Speaker H)  You'll have two emails. </w:t>
      </w:r>
    </w:p>
    <w:p>
      <w:r>
        <w:t xml:space="preserve">32:29      (Speaker C)  Yeah. </w:t>
      </w:r>
    </w:p>
    <w:p>
      <w:r>
        <w:t xml:space="preserve">32:30      (Speaker B)  So. </w:t>
      </w:r>
    </w:p>
    <w:p>
      <w:r>
        <w:t xml:space="preserve">32:31      (Speaker C)  And I can show you what that looks like on my End. Because if it's the same way on your end, it's only showing up as one thread with two messages. Yeah. </w:t>
      </w:r>
    </w:p>
    <w:p>
      <w:r>
        <w:t xml:space="preserve">32:46      (Speaker B)  One thread. </w:t>
      </w:r>
    </w:p>
    <w:p>
      <w:r>
        <w:t xml:space="preserve">32:47      (Speaker A)  Yeah. </w:t>
      </w:r>
    </w:p>
    <w:p>
      <w:r>
        <w:t xml:space="preserve">32:47      (Speaker B)  Okay. Does that. </w:t>
      </w:r>
    </w:p>
    <w:p>
      <w:r>
        <w:t xml:space="preserve">32:49      (Speaker C)  Are you sign up with the same email for both? </w:t>
      </w:r>
    </w:p>
    <w:p>
      <w:r>
        <w:t xml:space="preserve">32:51      (Speaker B)  Yes. Okay. </w:t>
      </w:r>
    </w:p>
    <w:p>
      <w:r>
        <w:t xml:space="preserve">32:51      (Speaker A)  Yeah, same email. </w:t>
      </w:r>
    </w:p>
    <w:p>
      <w:r>
        <w:t xml:space="preserve">32:53      (Speaker B)  Send me one. </w:t>
      </w:r>
    </w:p>
    <w:p>
      <w:r>
        <w:t xml:space="preserve">32:54      (Speaker C)  Just your normal email. </w:t>
      </w:r>
    </w:p>
    <w:p>
      <w:r>
        <w:t xml:space="preserve">32:56      (Speaker E)  Y. </w:t>
      </w:r>
    </w:p>
    <w:p>
      <w:r>
        <w:t xml:space="preserve">32:59      (Speaker C)  Any other discussion on the email subscriber report. All right. We do have Reunion Security here today. I. I do want to just reiterate that Reunion Security does not manage security services for Reunion West Encore neighborhood. So, you know, we heard from Mr. Gilman earlier about security concerns and Victor's not in a position where he could speak to that. So I just wanted to, you know, make Mr. Gilman aware. But. But there is a great area of Reunion West CBD that is covered by Reunion Security. And we provided a monthly report under separate cover from both Victor's team as well as from Grace's security team. Victor, did you have anything to bring to the board's attention? </w:t>
      </w:r>
    </w:p>
    <w:p>
      <w:r>
        <w:t xml:space="preserve">33:44      (Speaker D)  No. </w:t>
      </w:r>
    </w:p>
    <w:p>
      <w:r>
        <w:t xml:space="preserve">33:45      (Speaker C)  This time. </w:t>
      </w:r>
    </w:p>
    <w:p>
      <w:r>
        <w:t xml:space="preserve">33:45      (Speaker B)  So we have a great month. </w:t>
      </w:r>
    </w:p>
    <w:p>
      <w:r>
        <w:t xml:space="preserve">33:46      (Speaker D)  One house water was shut down last month. 257 parking validation. </w:t>
      </w:r>
    </w:p>
    <w:p>
      <w:r>
        <w:t xml:space="preserve">33:50      (Speaker I)  Oh my God. </w:t>
      </w:r>
    </w:p>
    <w:p>
      <w:r>
        <w:t xml:space="preserve">33:54      (Speaker A)  Very proud. </w:t>
      </w:r>
    </w:p>
    <w:p>
      <w:r>
        <w:t xml:space="preserve">33:56      (Speaker B)  Insane. The religious holiday was a non event. Non event in many ways. No real big issues. </w:t>
      </w:r>
    </w:p>
    <w:p>
      <w:r>
        <w:t xml:space="preserve">34:03      (Speaker D)  No real big issue. We have one challenge, but we got our control. </w:t>
      </w:r>
    </w:p>
    <w:p>
      <w:r>
        <w:t xml:space="preserve">34:08      (Speaker G)  I only have one question coming from a neighbor and dealt with daytime music that was being played that they could hear two blocks away. I know that northern noise ordinance that's there for after 10 o' clock during the daytime. Is there any sort of noise decibel rating? </w:t>
      </w:r>
    </w:p>
    <w:p>
      <w:r>
        <w:t xml:space="preserve">34:32      (Speaker D)  We still respond to those calls. And while we are there, we need to. How loud is it? And if it's something they have to bring down, we address that. Especially in construction. There's some construction going on and the contractors like to listen to music. And most of the time they just come right. We have no challenge. </w:t>
      </w:r>
    </w:p>
    <w:p>
      <w:r>
        <w:t xml:space="preserve">34:53      (Speaker C)  And board members, we do have a workshop scheduled to start in just three minutes. And I do need to take a break in between the two meetings. Unless there's any other board member business is. Do we have a motion to adjourn? </w:t>
      </w:r>
    </w:p>
    <w:p>
      <w:r>
        <w:t xml:space="preserve">35:03      (Speaker E)  Move it. </w:t>
      </w:r>
    </w:p>
    <w:p>
      <w:r>
        <w:t xml:space="preserve">35:04      (Speaker C)  And a second. All in favor of adjourning, say aye. We are adjourned. It is 11:57aM.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