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Pine_Ridge_Plantation_09.03.26.MP3</w:t>
      </w:r>
      <w:r>
        <w:rPr>
          <w:b/>
          <w:color w:val="FF0000"/>
        </w:rPr>
        <w:br/>
        <w:tab/>
        <w:tab/>
        <w:tab/>
        <w:tab/>
        <w:t xml:space="preserve"> 58403808</w:t>
        <w:br/>
        <w:br/>
        <w:br/>
      </w:r>
    </w:p>
    <w:p>
      <w:r>
        <w:t>DATE AUDIO FILE SUBMITTED TO THE GAT SYSTEM:</w:t>
      </w:r>
      <w:r>
        <w:rPr>
          <w:b/>
          <w:color w:val="FF0000"/>
        </w:rPr>
        <w:br/>
        <w:tab/>
        <w:tab/>
        <w:tab/>
        <w:tab/>
        <w:t xml:space="preserve"> October 07, 2026 at 01:59 PM</w:t>
        <w:br/>
        <w:br/>
        <w:br/>
      </w:r>
    </w:p>
    <w:p>
      <w:r>
        <w:t>DATE AUDIO FILE COMPLETED BY THE GAT SYSTEM:</w:t>
      </w:r>
      <w:r>
        <w:rPr>
          <w:b/>
          <w:color w:val="FF0000"/>
        </w:rPr>
        <w:br/>
        <w:tab/>
        <w:tab/>
        <w:tab/>
        <w:tab/>
        <w:t xml:space="preserve"> October 07, 2026 at 01:59 PM</w:t>
      </w:r>
      <w:r>
        <w:rPr>
          <w:b/>
          <w:color w:val="FF0000"/>
        </w:rPr>
        <w:br/>
        <w:tab/>
        <w:tab/>
        <w:tab/>
        <w:tab/>
        <w:t xml:space="preserve"> 00:35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00:00      (Speaker A)  Thank you very much. </w:t>
      </w:r>
    </w:p>
    <w:p>
      <w:r>
        <w:t xml:space="preserve">00:01      (Speaker B)  I know you like that. </w:t>
      </w:r>
    </w:p>
    <w:p>
      <w:r>
        <w:t xml:space="preserve">00:05      (Speaker C)  All right, we're going to go ahead and get started. This is the pine Ridge Plantation CDD meeting. Today is September 3, 2026, and the time is 6pm we're at the Pine Ridge Plantation Amenity Center. Item one on the agenda is roll call. And we'll start with the supervisor, Milton </w:t>
      </w:r>
    </w:p>
    <w:p>
      <w:r>
        <w:t xml:space="preserve">00:21      (Speaker D)  Nazaria, Jerry Rickey, Matt the agent, Jack </w:t>
      </w:r>
    </w:p>
    <w:p>
      <w:r>
        <w:t xml:space="preserve">00:27      (Speaker C)  Lewis and staff in the room, Jason, </w:t>
      </w:r>
    </w:p>
    <w:p>
      <w:r>
        <w:t xml:space="preserve">00:29      (Speaker E)  GMS operations, Maria Cranford, our house amenity manager. </w:t>
      </w:r>
    </w:p>
    <w:p>
      <w:r>
        <w:t xml:space="preserve">00:34      (Speaker C)  And from Brightview, Karen Fisher and staff on the line starting with District Council </w:t>
      </w:r>
    </w:p>
    <w:p>
      <w:r>
        <w:t xml:space="preserve">00:41      (Speaker D)  West Haber, District Council. </w:t>
      </w:r>
    </w:p>
    <w:p>
      <w:r>
        <w:t xml:space="preserve">00:43      (Speaker C)  Welcome west. And District Engineer </w:t>
      </w:r>
    </w:p>
    <w:p>
      <w:r>
        <w:t xml:space="preserve">00:47      (Speaker F)  Carl Allen. </w:t>
      </w:r>
    </w:p>
    <w:p>
      <w:r>
        <w:t xml:space="preserve">00:49      (Speaker C)  Welcome, Carl. </w:t>
      </w:r>
    </w:p>
    <w:p>
      <w:r>
        <w:t xml:space="preserve">00:51      (Speaker B)  Mary. </w:t>
      </w:r>
    </w:p>
    <w:p>
      <w:r>
        <w:t xml:space="preserve">00:51      (Speaker C)  I'm Mary Lee Jowser, District Manager from gms. Item two on the agenda is public comments. Copies of the agenda are found on the table for those that wish to follow along. At this time, the board invites any member of the public in attendance to speak on any item listed on the agenda. There's also a place towards the end of the agenda for comments. Again, if you have a comment, if you'll just state your name for the record. Just your name. Any comments? All right, Item three on the agenda is consideration of revision of the meeting minutes of May 20, 2025. So just to remind the board, at the May 20, 2025 meeting, Supervisor Matt Villagetti abstained from a vote. And in doing So, a Form 8B is required. And that's what you see there in your agenda package. It's required to be attached to the minutes. So while the minutes did reflect that he did abstain from the vote, there was a discussion and even the meeting notes afterwards reflected that he abstained from the vote. This form is still required. So this form is the 8B from May 20, 2025, reflecting that he abstained from that vote because of the affiliation of the company he works for with the RMS company. So that's in your agenda package. Unless you have any contact comments or questions. I just look for a motion to revise the meeting minutes from May 20, 2025 to include the Form 8B. Any discussion? All in favor say aye. Motion passes. That's a new one on you. All right, item four. We're going to do the same thing again. It is on page nine of your electronic devices. It's consideration of revision of the meeting minutes of the May 27, 2026 meeting. Same thing again. Supervisor Biagetti abstained from a vote and in doing so, the Form 8B is required again. Same reason the affiliation of the company he works with with the RMS discussion that Happened at that meeting. So unless there's any comments or questions, I just look for a motion to revise the meeting minutes of May 27, 2026 to include the Form B. I so move. Second, any discussion? All in favor say aye. Motion passes. Thanks for something new. </w:t>
      </w:r>
    </w:p>
    <w:p>
      <w:r>
        <w:t xml:space="preserve">03:16      (Speaker B)  There </w:t>
      </w:r>
    </w:p>
    <w:p>
      <w:r>
        <w:t xml:space="preserve">03:20      (Speaker C)  and then on page 12 is item 5. Ratification of the engagement letter with Berger, Tim, Elam, Gaines, and Frank for the fiscal year 2026 audit. The engagement letter documents and confirms the auditor's objective and scope to audit the financial statements for the district for the fiscal year ending September 30, 2026. So unless there's any comments or questions, I just look for a motion to ratify the engagement letter. </w:t>
      </w:r>
    </w:p>
    <w:p>
      <w:r>
        <w:t xml:space="preserve">03:48      (Speaker G)  Second, </w:t>
      </w:r>
    </w:p>
    <w:p>
      <w:r>
        <w:t xml:space="preserve">03:50      (Speaker C)  any discussion? All in favor say aye. Motion passes. And then item six on the agenda is staff reports. And we'll start with district council. </w:t>
      </w:r>
    </w:p>
    <w:p>
      <w:r>
        <w:t xml:space="preserve">04:03      (Speaker D)  I don't have any report unless there are any questions for me. </w:t>
      </w:r>
    </w:p>
    <w:p>
      <w:r>
        <w:t xml:space="preserve">04:05      (Speaker C)  Thanks. Wes, can you hear us okay? </w:t>
      </w:r>
    </w:p>
    <w:p>
      <w:r>
        <w:t xml:space="preserve">04:09      (Speaker D)  Yes, I can hear you. </w:t>
      </w:r>
    </w:p>
    <w:p>
      <w:r>
        <w:t xml:space="preserve">04:10      (Speaker A)  Great. </w:t>
      </w:r>
    </w:p>
    <w:p>
      <w:r>
        <w:t xml:space="preserve">04:10      (Speaker F)  Thank you. </w:t>
      </w:r>
    </w:p>
    <w:p>
      <w:r>
        <w:t xml:space="preserve">04:11      (Speaker C)  Okay. All right, then. Item B is district manager. I do have something for you there on page 27. Just as a reminder, you've seen this for a couple of years. A couple years now, but as a reminder. Florida legislative session made effective July 1st of 2024. The requirement for the district to have performance measures, standards, and a way to score them and report them. Florida statute does not have any specific requirements, just that the district has has these goals and objectives and then by December, scores and post them. So these are the same goals and objectives that you've had the last couple of years. This is what staff recommends as a board. You can add to, you can change, you can remove. But these are performance measures that this board does very well. </w:t>
      </w:r>
    </w:p>
    <w:p>
      <w:r>
        <w:t xml:space="preserve">05:01      (Speaker E)  Already. </w:t>
      </w:r>
    </w:p>
    <w:p>
      <w:r>
        <w:t xml:space="preserve">05:03      (Speaker C)  You meet six times a year. So as a goal, we put to have at least three meetings, you have to have two. One to approve your budget, one to adopt. But I didn't put six, because if there's a hurricane and you cancel a meeting, then you fail this goal. So all of these goals are pretty simple like that. You do a good job. You notice the meetings. Everything required by Florida statute to be on your website is there. You approve a budget by June 15, you adopt a budget by September 30, you have an audit, you publish the audit. So these are really good goals and objectives that the district as well. Unless there's any comments or questions, I just look for a motion to approve the FY27 goals and objectives. </w:t>
      </w:r>
    </w:p>
    <w:p>
      <w:r>
        <w:t xml:space="preserve">05:50      (Speaker B)  I so move. </w:t>
      </w:r>
    </w:p>
    <w:p>
      <w:r>
        <w:t xml:space="preserve">05:53      (Speaker C)  Was there a second? </w:t>
      </w:r>
    </w:p>
    <w:p>
      <w:r>
        <w:t xml:space="preserve">05:54      (Speaker H)  Second. </w:t>
      </w:r>
    </w:p>
    <w:p>
      <w:r>
        <w:t xml:space="preserve">05:56      (Speaker C)  Any discussion? All in favor say aye. Motion passes. Next is district Engineer Carl I think we received pond bank inspection report. I think staff was going to take a look at that before we present it to the board. </w:t>
      </w:r>
    </w:p>
    <w:p>
      <w:r>
        <w:t xml:space="preserve">06:16      (Speaker F)  That's correct. </w:t>
      </w:r>
    </w:p>
    <w:p>
      <w:r>
        <w:t xml:space="preserve">06:17      (Speaker D)  Yeah. </w:t>
      </w:r>
    </w:p>
    <w:p>
      <w:r>
        <w:t xml:space="preserve">06:18      (Speaker F)  I sent another copy over to Jay today. We're actually. Our admin did. So if there's any questions on it, please just get with me, let me know and I'll be happy to answer anything. </w:t>
      </w:r>
    </w:p>
    <w:p>
      <w:r>
        <w:t xml:space="preserve">06:30      (Speaker C)  We'll do that. Every once in a while the ponds and the district boundaries get a little blurry. So I just want to make sure Jay has an opportunity to review it before we present it. </w:t>
      </w:r>
    </w:p>
    <w:p>
      <w:r>
        <w:t xml:space="preserve">06:41      (Speaker F)  Yeah, that's fine. Just. Just let me know if there's any questions. We'll be happy to, you know, answer anything that comes up. </w:t>
      </w:r>
    </w:p>
    <w:p>
      <w:r>
        <w:t xml:space="preserve">06:47      (Speaker C)  Thank you, that's great. </w:t>
      </w:r>
    </w:p>
    <w:p>
      <w:r>
        <w:t xml:space="preserve">06:48      (Speaker G)  Thanks, Carl. </w:t>
      </w:r>
    </w:p>
    <w:p>
      <w:r>
        <w:t xml:space="preserve">06:50      (Speaker C)  And then item D is the amenity and operations manager's report. It looks like it starts on page </w:t>
      </w:r>
    </w:p>
    <w:p>
      <w:r>
        <w:t xml:space="preserve">06:56      (Speaker E)  31 and we can let Karen go ahead and go. So I did hand you several things. One is going to be the quality site assessment pamphlet. It didn't get completed in time to be able to go into the agenda, but she was nice enough to bring copies for everyone. Just to kind of go over what's been covered in the areas of focus along with, I believe after the last meeting one of the things that we had discussed was some landscaping enhancements and maybe addressing some areas of concern, one of which has been the sod along some of those areas that we've lost over the years from the sinkhole and road work. So that is one of those proposals that I handed to you along with a irrigation quote to cover some irrigation request pair. So I'll let Karen kind of discuss that with you guys. </w:t>
      </w:r>
    </w:p>
    <w:p>
      <w:r>
        <w:t xml:space="preserve">07:55      (Speaker A)  Just a report. </w:t>
      </w:r>
    </w:p>
    <w:p>
      <w:r>
        <w:t xml:space="preserve">07:56      (Speaker C)  Thank you, Maria. </w:t>
      </w:r>
    </w:p>
    <w:p>
      <w:r>
        <w:t xml:space="preserve">07:57      (Speaker A)  Highlighting some things done through the month of August. The palm pruning was completed during the new install. You'll see there number eight noting there is a one of those oak trees where it's struggling. I don't know if there was an air pocket when we planted it, but pretty immediately it took a turn. </w:t>
      </w:r>
    </w:p>
    <w:p>
      <w:r>
        <w:t xml:space="preserve">08:15      (Speaker C)  So we need a warranty. </w:t>
      </w:r>
    </w:p>
    <w:p>
      <w:r>
        <w:t xml:space="preserve">08:17      (Speaker B)  We're. </w:t>
      </w:r>
    </w:p>
    <w:p>
      <w:r>
        <w:t xml:space="preserve">08:17      (Speaker A)  We're definitely prepared to do that, but yeah, everything else is pretty much in rotation. Just upcoming in September, October, we're going to be prepping to put some pre emergent weed control down to help with the weeds. So we can. That'll help us as we move into our winter tasks. As you know here, tree work and grass cutbacks are pretty prolific here. So putting that pre virgin with going to help us have time for all that. Let's see what else. </w:t>
      </w:r>
    </w:p>
    <w:p>
      <w:r>
        <w:t xml:space="preserve">09:00      (Speaker B)  I was taking my Walks. A couple days ago, I was going north on Thomas from the major intersection. Got down about 2/10 of a mile, and then I started noticing it was green, but it wasn't grass. And for about another 2/10 of a mile, all I saw were reeds. </w:t>
      </w:r>
    </w:p>
    <w:p>
      <w:r>
        <w:t xml:space="preserve">09:25      (Speaker A)  In the turp. </w:t>
      </w:r>
    </w:p>
    <w:p>
      <w:r>
        <w:t xml:space="preserve">09:26      (Speaker B)  In the turp. </w:t>
      </w:r>
    </w:p>
    <w:p>
      <w:r>
        <w:t xml:space="preserve">09:27      (Speaker E)  Okay. </w:t>
      </w:r>
    </w:p>
    <w:p>
      <w:r>
        <w:t xml:space="preserve">09:28      (Speaker B)  I couldn't see the grass. Now, it's hard to see if you're driving. It all looks great. But if you walk in, you can actually see that there are weeds there. A lot of weeds and not much grass. And that goes all the way down until you reach those pillars just before palm, whatever it is, or just after. And it stops there? The bad grass stops there. </w:t>
      </w:r>
    </w:p>
    <w:p>
      <w:r>
        <w:t xml:space="preserve">09:58      (Speaker A)  And it's on the right side of the road. </w:t>
      </w:r>
    </w:p>
    <w:p>
      <w:r>
        <w:t xml:space="preserve">10:00      (Speaker B)  Yes. Okay. On both sides, really. So I continue my walk, and all of a sudden, as soon as I get past ours, there's that no man's land between us and two creeks. That was a little damn bad. </w:t>
      </w:r>
    </w:p>
    <w:p>
      <w:r>
        <w:t xml:space="preserve">10:16      (Speaker I)  It was pretty good. </w:t>
      </w:r>
    </w:p>
    <w:p>
      <w:r>
        <w:t xml:space="preserve">10:17      (Speaker B)  All right. Nobody takes care of that but ours. Part of my friend, ours does not look good. So I walked back to make sure that I wasn't seeing things, and I said, well, let me go check the other side. I did the same thing. And about the same time, walking north on this side, I get the weeds, and we're talking a lot of weeds. A lot of weeds. And that goes all the way down just where the property ends. So now I know that your guys mowed that either yesterday or today, so it's not going to look too bad. But you need to walk that area to see how bad it is. I don't know if anybody else has seen it, but, I mean, to me, it looked bad. That was the first. So you need to check that out. Maybe somebody ain't doing their job when they're spraying weed killers. Now, the second thing I just decided, when we go check this way, the end caps on the main drag, these first two aren't too bad, but when they get further on down, it's black. </w:t>
      </w:r>
    </w:p>
    <w:p>
      <w:r>
        <w:t xml:space="preserve">11:36      (Speaker E)  Where we've lost all the flax. A little area. </w:t>
      </w:r>
    </w:p>
    <w:p>
      <w:r>
        <w:t xml:space="preserve">11:40      (Speaker B)  So is there a plan to fill in? That was also a complaint that the HOA made, and it does look kind of blah. There's nothing there. And so I think we need to come up, take a look, see what's out there. And if you want me to walk again with you, okay. Just let me know. As long as I got my water, I'm good to go. </w:t>
      </w:r>
    </w:p>
    <w:p>
      <w:r>
        <w:t xml:space="preserve">12:13      (Speaker A)  Okay. </w:t>
      </w:r>
    </w:p>
    <w:p>
      <w:r>
        <w:t xml:space="preserve">12:14      (Speaker F)  Yeah. </w:t>
      </w:r>
    </w:p>
    <w:p>
      <w:r>
        <w:t xml:space="preserve">12:14      (Speaker A)  I can come up with a few options, and then we can walk and I can Walk you through it and see. </w:t>
      </w:r>
    </w:p>
    <w:p>
      <w:r>
        <w:t xml:space="preserve">12:17      (Speaker I)  Okay. </w:t>
      </w:r>
    </w:p>
    <w:p>
      <w:r>
        <w:t xml:space="preserve">12:18      (Speaker B)  But I think the biggest one. </w:t>
      </w:r>
    </w:p>
    <w:p>
      <w:r>
        <w:t xml:space="preserve">12:21      (Speaker G)  Yeah. I was going to ask if that was one of the initial bundles we had looked at at some point. A large presentation of many different enhancements. And that was, I believe, one of the focuses </w:t>
      </w:r>
    </w:p>
    <w:p>
      <w:r>
        <w:t xml:space="preserve">12:34      (Speaker D)  updated. But we did the end caps for </w:t>
      </w:r>
    </w:p>
    <w:p>
      <w:r>
        <w:t xml:space="preserve">12:37      (Speaker H)  a lot of them. </w:t>
      </w:r>
    </w:p>
    <w:p>
      <w:r>
        <w:t xml:space="preserve">12:38      (Speaker D)  The end caps were damaged after that construction you guys had. </w:t>
      </w:r>
    </w:p>
    <w:p>
      <w:r>
        <w:t xml:space="preserve">12:42      (Speaker E)  First we had the zinc pole and then you have the road work on camper. So both times we shut our water </w:t>
      </w:r>
    </w:p>
    <w:p>
      <w:r>
        <w:t xml:space="preserve">12:49      (Speaker D)  off for a couple months. So you did lose quite a bit during that. We have had issues with county construction since then, so we should be good. </w:t>
      </w:r>
    </w:p>
    <w:p>
      <w:r>
        <w:t xml:space="preserve">12:58      (Speaker B)  But I would like to see these end caps on this side look like the end caps on the other side. Yeah, it looks full. There are a couple of brown ones that are. But it looks pretty good. That's the way I would like to see these here. </w:t>
      </w:r>
    </w:p>
    <w:p>
      <w:r>
        <w:t xml:space="preserve">13:15      (Speaker C)  Okay. </w:t>
      </w:r>
    </w:p>
    <w:p>
      <w:r>
        <w:t xml:space="preserve">13:16      (Speaker A)  Yeah. Some of that flexibility, too. It has some documentation that those are also hit by some really bad cold damage. Same with the ones in front of the office. </w:t>
      </w:r>
    </w:p>
    <w:p>
      <w:r>
        <w:t xml:space="preserve">13:23      (Speaker C)  We have to plug in a couple of those. </w:t>
      </w:r>
    </w:p>
    <w:p>
      <w:r>
        <w:t xml:space="preserve">13:25      (Speaker A)  And it also has some documentation that this area specifically from the four way going that way was also. I don't even think it was this last winter. I think it was the winter before that. That area in specific that you were talking about with the turf also got hit with some really bad turf pole damage. But I will definitely make sure the weed treatment company, Agronomics is treating that. </w:t>
      </w:r>
    </w:p>
    <w:p>
      <w:r>
        <w:t xml:space="preserve">13:47      (Speaker B)  And that's what I was going to get at. We are now almost through summer and the weeds are there. And if they were sprayed, they shouldn't be there. Or at least not in that. In that number or that amount. So my gig with whomever sprays or lays that stuff down. But they've done. I don't think they've done a very good job in those two areas that I. That I want. </w:t>
      </w:r>
    </w:p>
    <w:p>
      <w:r>
        <w:t xml:space="preserve">14:18      (Speaker A)  Okay. </w:t>
      </w:r>
    </w:p>
    <w:p>
      <w:r>
        <w:t xml:space="preserve">14:18      (Speaker B)  Okay. And I did not go the other route that every time I looked. It's pretty good. </w:t>
      </w:r>
    </w:p>
    <w:p>
      <w:r>
        <w:t xml:space="preserve">14:24      (Speaker J)  Okay. </w:t>
      </w:r>
    </w:p>
    <w:p>
      <w:r>
        <w:t xml:space="preserve">14:25      (Speaker I)  It's pretty good. </w:t>
      </w:r>
    </w:p>
    <w:p>
      <w:r>
        <w:t xml:space="preserve">14:26      (Speaker B)  And I did not run into any of your limbs this time. </w:t>
      </w:r>
    </w:p>
    <w:p>
      <w:r>
        <w:t xml:space="preserve">14:33      (Speaker H)  Anything else? Quick question. </w:t>
      </w:r>
    </w:p>
    <w:p>
      <w:r>
        <w:t xml:space="preserve">14:34      (Speaker A)  We are working on that. </w:t>
      </w:r>
    </w:p>
    <w:p>
      <w:r>
        <w:t xml:space="preserve">14:35      (Speaker G)  Is that. </w:t>
      </w:r>
    </w:p>
    <w:p>
      <w:r>
        <w:t xml:space="preserve">14:36      (Speaker H)  Is that area over there where all the four wheelers and the motorbikes go? </w:t>
      </w:r>
    </w:p>
    <w:p>
      <w:r>
        <w:t xml:space="preserve">14:42      (Speaker D)  Right side. </w:t>
      </w:r>
    </w:p>
    <w:p>
      <w:r>
        <w:t xml:space="preserve">14:43      (Speaker H)  That's. That's kind of a lot of things. </w:t>
      </w:r>
    </w:p>
    <w:p>
      <w:r>
        <w:t xml:space="preserve">14:46      (Speaker B)  It's on. No, this is. No, it's not this where they kick into the trailer. </w:t>
      </w:r>
    </w:p>
    <w:p>
      <w:r>
        <w:t xml:space="preserve">14:54      (Speaker G)  No. </w:t>
      </w:r>
    </w:p>
    <w:p>
      <w:r>
        <w:t xml:space="preserve">14:55      (Speaker H)  I was just curious. </w:t>
      </w:r>
    </w:p>
    <w:p>
      <w:r>
        <w:t xml:space="preserve">14:56      (Speaker B)  Okay. My third thing was though, walking that little section. In this direction from where they had that construction at all is pine. Yes. That's what it Is. Thank you. It looks terrible now. I mean, some of the grass growing out of that looks better than the grass that I was looking at. So some. We just need to clean that area up so it doesn't look. So it's growing out of the grass. I mean out of the sand. It just does not look good. </w:t>
      </w:r>
    </w:p>
    <w:p>
      <w:r>
        <w:t xml:space="preserve">15:36      (Speaker G)  Coming southbound on tines from Iowa Pines towards the Amenities Center. Yes, we did look at a proposal. I believe we approved that. Did we strip that out and replace the saw because it was built up with sand or am I imagining that? </w:t>
      </w:r>
    </w:p>
    <w:p>
      <w:r>
        <w:t xml:space="preserve">15:51      (Speaker B)  No. </w:t>
      </w:r>
    </w:p>
    <w:p>
      <w:r>
        <w:t xml:space="preserve">15:53      (Speaker J)  Yeah, I think that we approved. No, we didn't. </w:t>
      </w:r>
    </w:p>
    <w:p>
      <w:r>
        <w:t xml:space="preserve">15:55      (Speaker A)  I don't think we approved A long time. Yeah, so that was approved in a meeting, but I don't know if I ever got that approval. </w:t>
      </w:r>
    </w:p>
    <w:p>
      <w:r>
        <w:t xml:space="preserve">16:03      (Speaker B)  But it's not just. It's not just on the sidewall. It's also on the. On the highway that sand is built up. </w:t>
      </w:r>
    </w:p>
    <w:p>
      <w:r>
        <w:t xml:space="preserve">16:14      (Speaker D)  I remember doing that. We talked about that. Because that's, you know, a big part of that is kind of should be coming out. </w:t>
      </w:r>
    </w:p>
    <w:p>
      <w:r>
        <w:t xml:space="preserve">16:19      (Speaker I)  Right. </w:t>
      </w:r>
    </w:p>
    <w:p>
      <w:r>
        <w:t xml:space="preserve">16:20      (Speaker D)  Or maybe we were checking. </w:t>
      </w:r>
    </w:p>
    <w:p>
      <w:r>
        <w:t xml:space="preserve">16:21      (Speaker H)  Yeah. </w:t>
      </w:r>
    </w:p>
    <w:p>
      <w:r>
        <w:t xml:space="preserve">16:22      (Speaker D)  But so I don't think we actually approved the side replacement because it does no good to really replace that sod. Until that sand is cleared a little bit. This is going to continue to damage anything you guys paid for. So we do have to get that cleaned up a bit. There have been times where, you know, we paid our staff, but that's really county right where they should be doing that. So then to pay more on side is even worse. But let's go back through those proposals and that was in there I didn't think we approved. </w:t>
      </w:r>
    </w:p>
    <w:p>
      <w:r>
        <w:t xml:space="preserve">16:55      (Speaker B)  And it's also building up on the. What do you call those? Sewers. </w:t>
      </w:r>
    </w:p>
    <w:p>
      <w:r>
        <w:t xml:space="preserve">17:02      (Speaker D)  Yeah. So one of them. They even left the socks in there. They were supposed to be removed a long time ago. We did talk to the county when they were doing the abandonment and just getting us that road about those boxes because now you have sewage boxes, basically storm water. And they really served that purpose of now there's not going to be a road built there. So right now everything's just draining into the boxes. I'm not even sure. I think it drains out to the right hand side and you got watershed there. Nothing's going back towards the pond because we're not building that road and we're not going to have a pipe under the ground either. So I'm not sure if it would be worth it to. To do anything, honestly. I don't know. </w:t>
      </w:r>
    </w:p>
    <w:p>
      <w:r>
        <w:t xml:space="preserve">17:49      (Speaker H)  We've got to take care of the problem of the sand going down into There somehow it's just going to clog that box up with just nothing but sand and clog up the system because it's on a low point. That low point's got to go into some kind of drainage pond somewhere else. It's going straight to the well, which would be not Right. So it depends if that's the low point of the box. If it's going into that pond that's sitting there or one of the other wetlands and it's going to clog up the system back behind and then we'll have street level. So it's more. It would. It would cause a problem. Now if it was on the high </w:t>
      </w:r>
    </w:p>
    <w:p>
      <w:r>
        <w:t xml:space="preserve">18:25      (Speaker D)  side of the system, it wouldn't be a big deal. </w:t>
      </w:r>
    </w:p>
    <w:p>
      <w:r>
        <w:t xml:space="preserve">18:28      (Speaker H)  It looks like it's on the low grade system on the low part of the road. </w:t>
      </w:r>
    </w:p>
    <w:p>
      <w:r>
        <w:t xml:space="preserve">18:31      (Speaker J)  Right. </w:t>
      </w:r>
    </w:p>
    <w:p>
      <w:r>
        <w:t xml:space="preserve">18:32      (Speaker B)  And it is. That spot is the lowest spot. </w:t>
      </w:r>
    </w:p>
    <w:p>
      <w:r>
        <w:t xml:space="preserve">18:36      (Speaker F)  Right. </w:t>
      </w:r>
    </w:p>
    <w:p>
      <w:r>
        <w:t xml:space="preserve">18:36      (Speaker H)  That's what I was saying. That area drainage goes everything we wanted to grab to take take effect. District engineering </w:t>
      </w:r>
    </w:p>
    <w:p>
      <w:r>
        <w:t xml:space="preserve">18:46      (Speaker J)  talk more about it in details. </w:t>
      </w:r>
    </w:p>
    <w:p>
      <w:r>
        <w:t xml:space="preserve">18:47      (Speaker H)  But that's something we look at. And then if we can't solve that problem, it's all the same. Yeah. We could cause a bigger problem scaling out. </w:t>
      </w:r>
    </w:p>
    <w:p>
      <w:r>
        <w:t xml:space="preserve">18:58      (Speaker B)  Yeah. Anyway, this looks ugly and that's what we're up to. And if you need me to come and walk you those areas, just let me know. </w:t>
      </w:r>
    </w:p>
    <w:p>
      <w:r>
        <w:t xml:space="preserve">19:08      (Speaker J)  Okay. </w:t>
      </w:r>
    </w:p>
    <w:p>
      <w:r>
        <w:t xml:space="preserve">19:09      (Speaker B)  That's all I got. </w:t>
      </w:r>
    </w:p>
    <w:p>
      <w:r>
        <w:t xml:space="preserve">19:10      (Speaker C)  Thanks, Nelson. </w:t>
      </w:r>
    </w:p>
    <w:p>
      <w:r>
        <w:t xml:space="preserve">19:11      (Speaker A)  Yeah, I didn't look up that proposal and it wasn't more so the curb path but more of like a regrade. </w:t>
      </w:r>
    </w:p>
    <w:p>
      <w:r>
        <w:t xml:space="preserve">19:24      (Speaker G)  And understanding that might be out of date now most of the cost on that. </w:t>
      </w:r>
    </w:p>
    <w:p>
      <w:r>
        <w:t xml:space="preserve">19:30      (Speaker A)  The cost ON that was 2207. It says labor cleanup, roadway per length buildup, removing sod. Re the area ahead of sod, irrigation for the sod and then the side one, just one pallet. </w:t>
      </w:r>
    </w:p>
    <w:p>
      <w:r>
        <w:t xml:space="preserve">19:48      (Speaker D)  So that work right there would be under brand amount. If you guys want, we'll continue working with county to try to deal with sand a little bit. As long as we can get them to actually do something. Maria can move forward and reside that work with one pattern. It's not going to be a full reside job. </w:t>
      </w:r>
    </w:p>
    <w:p>
      <w:r>
        <w:t xml:space="preserve">20:05      (Speaker B)  But are we going to wait for the correction to be made before we saw. </w:t>
      </w:r>
    </w:p>
    <w:p>
      <w:r>
        <w:t xml:space="preserve">20:09      (Speaker D)  Because I don't want to have to </w:t>
      </w:r>
    </w:p>
    <w:p>
      <w:r>
        <w:t xml:space="preserve">20:10      (Speaker B)  do this six months from now. </w:t>
      </w:r>
    </w:p>
    <w:p>
      <w:r>
        <w:t xml:space="preserve">20:12      (Speaker D)  I would think you guys would want to. You know, we can. We can throw side any time without cleaning that sand up a bit. That can't be ours. We want to continue to pay our staff to do that. It's just a lot of hours and it's wasting money. If we can get them to do it. So I love them a little more. Yeah, I love them a little more. And if you guys are good with it, we can do that under direction because like I said that's undergrad. </w:t>
      </w:r>
    </w:p>
    <w:p>
      <w:r>
        <w:t xml:space="preserve">20:38      (Speaker G)  I'd agree to that. </w:t>
      </w:r>
    </w:p>
    <w:p>
      <w:r>
        <w:t xml:space="preserve">20:40      (Speaker E)  We are starting to get a similar issue along Pine Ridge Parkway near that buggy with intersection where the the dirt builds up and it's starting to do the same as far as in the SOD where it's starting to. </w:t>
      </w:r>
    </w:p>
    <w:p>
      <w:r>
        <w:t xml:space="preserve">20:55      (Speaker B)  About three, four years ago your previous. Was that there. </w:t>
      </w:r>
    </w:p>
    <w:p>
      <w:r>
        <w:t xml:space="preserve">21:01      (Speaker J)  Remember </w:t>
      </w:r>
    </w:p>
    <w:p>
      <w:r>
        <w:t xml:space="preserve">21:04      (Speaker B)  the sand? </w:t>
      </w:r>
    </w:p>
    <w:p>
      <w:r>
        <w:t xml:space="preserve">21:05      (Speaker E)  Yes. So with this sod proposal for. Is that just going to cover Pine Ridge Parkway? </w:t>
      </w:r>
    </w:p>
    <w:p>
      <w:r>
        <w:t xml:space="preserve">21:18      (Speaker A)  Pretty much. If we have any excess we can of course move this way and then we can reassess what we need after that remeasure. If you want to look at these areas, I think you know, I'll contact agronomics, check out that area first, see what's going on. And then if we determine you guys want to do some sod replacement over there, we can always see how far this 16 pallets gets us. But definitely will cover a finger </w:t>
      </w:r>
    </w:p>
    <w:p>
      <w:r>
        <w:t xml:space="preserve">21:41      (Speaker D)  after </w:t>
      </w:r>
    </w:p>
    <w:p>
      <w:r>
        <w:t xml:space="preserve">21:41      (Speaker F)  he beat you up. </w:t>
      </w:r>
    </w:p>
    <w:p>
      <w:r>
        <w:t xml:space="preserve">21:43      (Speaker J)  Good job around the ponds on both sides cutting higher. Good job after he beat yours. </w:t>
      </w:r>
    </w:p>
    <w:p>
      <w:r>
        <w:t xml:space="preserve">21:50      (Speaker I)  I didn't beat her. </w:t>
      </w:r>
    </w:p>
    <w:p>
      <w:r>
        <w:t xml:space="preserve">21:53      (Speaker B)  I'm just revenging for all the limits that you had grow. </w:t>
      </w:r>
    </w:p>
    <w:p>
      <w:r>
        <w:t xml:space="preserve">21:56      (Speaker C)  Maria, what's that proposal? I don't have a copy that they're talking about. Is it under your amount? </w:t>
      </w:r>
    </w:p>
    <w:p>
      <w:r>
        <w:t xml:space="preserve">22:02      (Speaker B)  No. So, </w:t>
      </w:r>
    </w:p>
    <w:p>
      <w:r>
        <w:t xml:space="preserve">22:06      (Speaker C)  so let's go back to this </w:t>
      </w:r>
    </w:p>
    <w:p>
      <w:r>
        <w:t xml:space="preserve">22:07      (Speaker G)  and for the audience as well. We're looking at a $14,793 quote and I do appreciate you bringing this to us. I think that was one of my concerns now that hopefully all the county working issues are behind us. I think obviously along the main drag here we see some bare spots and you know, I truly feel that it's because of some issues that we've had before. I do think it's part of our duty as board to maintain, you know, this area and I, I feel we need to bring it back up to, to speed. </w:t>
      </w:r>
    </w:p>
    <w:p>
      <w:r>
        <w:t xml:space="preserve">22:49      (Speaker H)  Are we too late to do it this season? That's a great question. </w:t>
      </w:r>
    </w:p>
    <w:p>
      <w:r>
        <w:t xml:space="preserve">22:53      (Speaker A)  I don't think so. However, my enhancement team is really backed up right now so I don't think this would get on the schedule until late October, November and I think that may be too late. I think I definitely check. </w:t>
      </w:r>
    </w:p>
    <w:p>
      <w:r>
        <w:t xml:space="preserve">23:05      (Speaker H)  Yeah. Cuz they're looking at a core winter this year than last year. </w:t>
      </w:r>
    </w:p>
    <w:p>
      <w:r>
        <w:t xml:space="preserve">23:16      (Speaker A)  I'll get with the enhancement manager to see if that really is the expectation because that's what we're being told. I don't know if we can expedite it at all. But yeah, I think after November would </w:t>
      </w:r>
    </w:p>
    <w:p>
      <w:r>
        <w:t xml:space="preserve">23:25      (Speaker E)  probably be a little. </w:t>
      </w:r>
    </w:p>
    <w:p>
      <w:r>
        <w:t xml:space="preserve">23:26      (Speaker A)  Because you want to give it at least like 30 to 60 days to root before that holds that. </w:t>
      </w:r>
    </w:p>
    <w:p>
      <w:r>
        <w:t xml:space="preserve">23:32      (Speaker G)  I know sod farms were running a little low too. Would the board be. Would we feel comfortable staff wise too if we approved it then delegating staff to work with the right view? </w:t>
      </w:r>
    </w:p>
    <w:p>
      <w:r>
        <w:t xml:space="preserve">23:50      (Speaker D)  I mean the biggest thing is as long as there's not a big change in price when we have to wait three or four months, that's about it. So as long as we're good there, </w:t>
      </w:r>
    </w:p>
    <w:p>
      <w:r>
        <w:t xml:space="preserve">23:58      (Speaker B)  I'm getting rid of size going up. Correct. Unfortunately. There's only the new home is just eating it up. </w:t>
      </w:r>
    </w:p>
    <w:p>
      <w:r>
        <w:t xml:space="preserve">24:14      (Speaker G)  I don't know if anybody's taking a beat a beating by their neighbors of hey, what are we doing about this? You know, does this give us some justification of hey, we did do something about it. We're just on hold because of these reasons. </w:t>
      </w:r>
    </w:p>
    <w:p>
      <w:r>
        <w:t xml:space="preserve">24:32      (Speaker B)  Well, I, yeah, I can. When I go to the next HOA meeting, you know, I'll tell them what the issues are. </w:t>
      </w:r>
    </w:p>
    <w:p>
      <w:r>
        <w:t xml:space="preserve">24:39      (Speaker F)  So. </w:t>
      </w:r>
    </w:p>
    <w:p>
      <w:r>
        <w:t xml:space="preserve">24:58      (Speaker C)  Was that, is that the motion to approve this proposal from Brightview? </w:t>
      </w:r>
    </w:p>
    <w:p>
      <w:r>
        <w:t xml:space="preserve">25:05      (Speaker D)  November? </w:t>
      </w:r>
    </w:p>
    <w:p>
      <w:r>
        <w:t xml:space="preserve">25:05      (Speaker J)  You want to readjust it in November and check, see what the team says? </w:t>
      </w:r>
    </w:p>
    <w:p>
      <w:r>
        <w:t xml:space="preserve">25:09      (Speaker G)  Well, I think certainly if we wait till then, then we do have to wait till the spring, wait till November. But if we can approve this now and then authorize that work with Brightview based on their recommendation, knowing that it may be put on pause until we get through the winter, but if we can squeeze it in still allowing enough </w:t>
      </w:r>
    </w:p>
    <w:p>
      <w:r>
        <w:t xml:space="preserve">25:30      (Speaker J)  time, </w:t>
      </w:r>
    </w:p>
    <w:p>
      <w:r>
        <w:t xml:space="preserve">25:32      (Speaker G)  I'd rather get in. But we obviously don't want to make a foolish decision. </w:t>
      </w:r>
    </w:p>
    <w:p>
      <w:r>
        <w:t xml:space="preserve">25:38      (Speaker D)  Nor do you. </w:t>
      </w:r>
    </w:p>
    <w:p>
      <w:r>
        <w:t xml:space="preserve">25:40      (Speaker A)  Yeah, because that is a very open area. There's not really, I mean there's trees but they're not established where you can block from the wind. So yeah, let's get with them and make the right call on that. </w:t>
      </w:r>
    </w:p>
    <w:p>
      <w:r>
        <w:t xml:space="preserve">25:52      (Speaker H)  So proof is based on, based on </w:t>
      </w:r>
    </w:p>
    <w:p>
      <w:r>
        <w:t xml:space="preserve">25:56      (Speaker C)  timing and, and authorized staff to work with Brightview. Is it. Does you want to work with a supervisor or just with Brightview? </w:t>
      </w:r>
    </w:p>
    <w:p>
      <w:r>
        <w:t xml:space="preserve">26:06      (Speaker D)  Yeah, we're good with it. Brightview comes back and says we can get it done early enough, then we'll just go through it. They're kind of heading on and eventually we get to that point where it's later in October and you know, it really doesn't matter anyway. </w:t>
      </w:r>
    </w:p>
    <w:p>
      <w:r>
        <w:t xml:space="preserve">26:20      (Speaker G)  Hit the pause button. </w:t>
      </w:r>
    </w:p>
    <w:p>
      <w:r>
        <w:t xml:space="preserve">26:21      (Speaker J)  Yeah, yeah, I'm good with that. That but you know, warranty wherever it can. </w:t>
      </w:r>
    </w:p>
    <w:p>
      <w:r>
        <w:t xml:space="preserve">26:30      (Speaker C)  All right. Matt, is that a motion? </w:t>
      </w:r>
    </w:p>
    <w:p>
      <w:r>
        <w:t xml:space="preserve">26:32      (Speaker G)  That is a motion, yes, Ma'. </w:t>
      </w:r>
    </w:p>
    <w:p>
      <w:r>
        <w:t xml:space="preserve">26:33      (Speaker C)  Am is there a second? </w:t>
      </w:r>
    </w:p>
    <w:p>
      <w:r>
        <w:t xml:space="preserve">26:35      (Speaker B)  I second. </w:t>
      </w:r>
    </w:p>
    <w:p>
      <w:r>
        <w:t xml:space="preserve">26:37      (Speaker C)  Any discussion? All in favor say Ally motion passes. Was there anything else for Brightview? </w:t>
      </w:r>
    </w:p>
    <w:p>
      <w:r>
        <w:t xml:space="preserve">26:45      (Speaker E)  The irrigation quote that you sent me this morning? I did briefly speak with Mat earlier individually it's under my amount but to gather is over so I wanted to just run it by them. But if you just kind of tell them exactly where that irrigation issues and repairs are located so that I would, I would. </w:t>
      </w:r>
    </w:p>
    <w:p>
      <w:r>
        <w:t xml:space="preserve">27:11      (Speaker A)  I apologize. My irrigation manager, I can send an email and to the board members when I get some detailed information. I am not the expert. Normally when they send this PM repairs it's just inspection repairs and then if there's valves, main lines or anything they would label those so I can get with them and get on a call or again I can send an email with a better description of this. </w:t>
      </w:r>
    </w:p>
    <w:p>
      <w:r>
        <w:t xml:space="preserve">27:38      (Speaker E)  There was a quote that I received this morning for irrigation repairs for a broken main line. </w:t>
      </w:r>
    </w:p>
    <w:p>
      <w:r>
        <w:t xml:space="preserve">27:47      (Speaker A)  So yeah it's a. A lot of pop up heads for like 20 pop up heads looks like they need to be replaced. Spray heads, 16 nozzles, two broken bubblers and then it doesn't list the down zones. </w:t>
      </w:r>
    </w:p>
    <w:p>
      <w:r>
        <w:t xml:space="preserve">28:00      (Speaker G)  It should. </w:t>
      </w:r>
    </w:p>
    <w:p>
      <w:r>
        <w:t xml:space="preserve">28:01      (Speaker A)  It looks like there are some down zones. 10 hours of labor on that. A solenoid that could be either one or two down zones. I would have to get more info on that. </w:t>
      </w:r>
    </w:p>
    <w:p>
      <w:r>
        <w:t xml:space="preserve">28:14      (Speaker D)  Okay. </w:t>
      </w:r>
    </w:p>
    <w:p>
      <w:r>
        <w:t xml:space="preserve">28:15      (Speaker C)  Okay. </w:t>
      </w:r>
    </w:p>
    <w:p>
      <w:r>
        <w:t xml:space="preserve">28:20      (Speaker D)  So we'll go back through because like your lateral line should be too. So I believe we're at 2 inch envelope here. So yeah I think we only have one leftover that doesn't have that in the there now. So that should be pretty much all of this was equal. </w:t>
      </w:r>
    </w:p>
    <w:p>
      <w:r>
        <w:t xml:space="preserve">28:37      (Speaker A)  Okay. </w:t>
      </w:r>
    </w:p>
    <w:p>
      <w:r>
        <w:t xml:space="preserve">28:38      (Speaker D)  Bubblers maybe your solenoids about the only thing that's going to come out. </w:t>
      </w:r>
    </w:p>
    <w:p>
      <w:r>
        <w:t xml:space="preserve">28:42      (Speaker G)  So with that I would assume it's within your control to. So no action by the board. </w:t>
      </w:r>
    </w:p>
    <w:p>
      <w:r>
        <w:t xml:space="preserve">28:54      (Speaker C)  Anything else for Brightview? </w:t>
      </w:r>
    </w:p>
    <w:p>
      <w:r>
        <w:t xml:space="preserve">28:57      (Speaker E)  I'm good. </w:t>
      </w:r>
    </w:p>
    <w:p>
      <w:r>
        <w:t xml:space="preserve">28:58      (Speaker A)  She just wanted to also note we are working on the limbs. I think today we kind of. </w:t>
      </w:r>
    </w:p>
    <w:p>
      <w:r>
        <w:t xml:space="preserve">29:03      (Speaker E)  Yeah. </w:t>
      </w:r>
    </w:p>
    <w:p>
      <w:r>
        <w:t xml:space="preserve">29:06      (Speaker A)  So I think you know right now we're just working on the worst areas and then in the fall and winter when we hit it really hard and come out with a chipper truck. As you receive another notes which not kind of what I think we addressed them, just let me know. And then also just one last thing, we're doing everything we can to work on the weed control. It's been a little bit of a challenge with all the rain. It's raining in the morning and afternoon. </w:t>
      </w:r>
    </w:p>
    <w:p>
      <w:r>
        <w:t xml:space="preserve">29:28      (Speaker I)  It's really hard. </w:t>
      </w:r>
    </w:p>
    <w:p>
      <w:r>
        <w:t xml:space="preserve">29:30      (Speaker A)  So we are doing our best to. </w:t>
      </w:r>
    </w:p>
    <w:p>
      <w:r>
        <w:t xml:space="preserve">29:34      (Speaker C)  Jay, were you going to say something? </w:t>
      </w:r>
    </w:p>
    <w:p>
      <w:r>
        <w:t xml:space="preserve">29:37      (Speaker D)  I was just going to Ask was the chain gang out here just the one day or no? </w:t>
      </w:r>
    </w:p>
    <w:p>
      <w:r>
        <w:t xml:space="preserve">29:42      (Speaker A)  I think like three. Three visits in a row? Yeah, if not definitely two. </w:t>
      </w:r>
    </w:p>
    <w:p>
      <w:r>
        <w:t xml:space="preserve">29:46      (Speaker B)  But I think it was. </w:t>
      </w:r>
    </w:p>
    <w:p>
      <w:r>
        <w:t xml:space="preserve">29:47      (Speaker A)  It was three. </w:t>
      </w:r>
    </w:p>
    <w:p>
      <w:r>
        <w:t xml:space="preserve">29:48      (Speaker D)  County does use parking correction? </w:t>
      </w:r>
    </w:p>
    <w:p>
      <w:r>
        <w:t xml:space="preserve">29:59      (Speaker B)  No. </w:t>
      </w:r>
    </w:p>
    <w:p>
      <w:r>
        <w:t xml:space="preserve">29:59      (Speaker E)  After you guys had already done some of the lands. The county was out with some of the inmates. </w:t>
      </w:r>
    </w:p>
    <w:p>
      <w:r>
        <w:t xml:space="preserve">30:04      (Speaker A)  Yes. </w:t>
      </w:r>
    </w:p>
    <w:p>
      <w:r>
        <w:t xml:space="preserve">30:07      (Speaker E)  Yeah, they were just out that Monday </w:t>
      </w:r>
    </w:p>
    <w:p>
      <w:r>
        <w:t xml:space="preserve">30:09      (Speaker A)  was the only day and they were on time. So we were primarily working on. Well before we had worked on time around the sign and then them primarily with the complaints. We were working on Pine Ridge. So I think most areas haven't touched at this point. </w:t>
      </w:r>
    </w:p>
    <w:p>
      <w:r>
        <w:t xml:space="preserve">30:23      (Speaker B)  Good job on the trees over there in the bushes, on the parking area. Yeah. </w:t>
      </w:r>
    </w:p>
    <w:p>
      <w:r>
        <w:t xml:space="preserve">30:30      (Speaker J)  Yeah. </w:t>
      </w:r>
    </w:p>
    <w:p>
      <w:r>
        <w:t xml:space="preserve">30:30      (Speaker D)  That's great. </w:t>
      </w:r>
    </w:p>
    <w:p>
      <w:r>
        <w:t xml:space="preserve">30:30      (Speaker E)  Did you notice them this time? </w:t>
      </w:r>
    </w:p>
    <w:p>
      <w:r>
        <w:t xml:space="preserve">30:32      (Speaker I)  Huh? </w:t>
      </w:r>
    </w:p>
    <w:p>
      <w:r>
        <w:t xml:space="preserve">30:33      (Speaker E)  You noticed them this time? </w:t>
      </w:r>
    </w:p>
    <w:p>
      <w:r>
        <w:t xml:space="preserve">30:34      (Speaker I)  No, no, I've been. </w:t>
      </w:r>
    </w:p>
    <w:p>
      <w:r>
        <w:t xml:space="preserve">30:35      (Speaker B)  It looks good. It does not look like a asphalt desert hunter. It looks alive. </w:t>
      </w:r>
    </w:p>
    <w:p>
      <w:r>
        <w:t xml:space="preserve">30:43      (Speaker G)  Continues the look. </w:t>
      </w:r>
    </w:p>
    <w:p>
      <w:r>
        <w:t xml:space="preserve">30:44      (Speaker H)  Yeah. Yes. </w:t>
      </w:r>
    </w:p>
    <w:p>
      <w:r>
        <w:t xml:space="preserve">30:44      (Speaker B)  Yeah, that's. Yeah, it continues. Yeah. Thank you. </w:t>
      </w:r>
    </w:p>
    <w:p>
      <w:r>
        <w:t xml:space="preserve">30:48      (Speaker H)  I like that. </w:t>
      </w:r>
    </w:p>
    <w:p>
      <w:r>
        <w:t xml:space="preserve">30:49      (Speaker C)  Anything else for Karen? You're welcome to stay. </w:t>
      </w:r>
    </w:p>
    <w:p>
      <w:r>
        <w:t xml:space="preserve">30:58      (Speaker J)  All right, thank you. </w:t>
      </w:r>
    </w:p>
    <w:p>
      <w:r>
        <w:t xml:space="preserve">31:00      (Speaker C)  And Maria's report is on page 31 of your iPads </w:t>
      </w:r>
    </w:p>
    <w:p>
      <w:r>
        <w:t xml:space="preserve">31:07      (Speaker A)  was sent. </w:t>
      </w:r>
    </w:p>
    <w:p>
      <w:r>
        <w:t xml:space="preserve">31:08      (Speaker E)  I don't think it made it on the agenda. </w:t>
      </w:r>
    </w:p>
    <w:p>
      <w:r>
        <w:t xml:space="preserve">31:13      (Speaker D)  You have one item. That's fine. </w:t>
      </w:r>
    </w:p>
    <w:p>
      <w:r>
        <w:t xml:space="preserve">31:15      (Speaker A)  I wanted to full short agreement for </w:t>
      </w:r>
    </w:p>
    <w:p>
      <w:r>
        <w:t xml:space="preserve">31:17      (Speaker E)  the addition of the splash P. I </w:t>
      </w:r>
    </w:p>
    <w:p>
      <w:r>
        <w:t xml:space="preserve">31:19      (Speaker C)  don't think we prepared the agreement yet. </w:t>
      </w:r>
    </w:p>
    <w:p>
      <w:r>
        <w:t xml:space="preserve">31:21      (Speaker J)  Okay. </w:t>
      </w:r>
    </w:p>
    <w:p>
      <w:r>
        <w:t xml:space="preserve">31:21      (Speaker D)  Oh, no, they didn't. I. I sent a request to double check. So full short. A lot of times they did their agreements over the last couple years. </w:t>
      </w:r>
    </w:p>
    <w:p>
      <w:r>
        <w:t xml:space="preserve">31:32      (Speaker B)  Years. </w:t>
      </w:r>
    </w:p>
    <w:p>
      <w:r>
        <w:t xml:space="preserve">31:32      (Speaker D)  A lot of our district council really, they might be worthy of it. They had a lot of kind of carve outs on their side where it was, you know, you got to use our equipment. It's part of the contract. But if our equipment goes bad and causes damage, it's not on us, it's on you. So many districts kind of we're actually getting rid of that. We've already looked at that and say it automatically have trouble getting delivery because of that sand road back there. So I don't really have a lot of options unless we do some extra building and spending money. So we're kind of, you know, handcuffed a bit too. </w:t>
      </w:r>
    </w:p>
    <w:p>
      <w:r>
        <w:t xml:space="preserve">32:12      (Speaker H)  Pull short. </w:t>
      </w:r>
    </w:p>
    <w:p>
      <w:r>
        <w:t xml:space="preserve">32:13      (Speaker D)  They did ask to increase the agreement right now because of the spray route. So the spray route, we were kind of manually filling up the cornering tank. So you were panning either wet paint per tub. You were paying per tub. But it wasn't part of pool shore separately. So we did it through our maintenance side to ask pool shore to do it. So they fill up everything when they come out here. Coming out of the truck they did want to add that to the agreement. It's. It's comparable to what we're doing now. Because you are still paying for more. Yeah. So our. Our total would end up being 192457 per month and I believe we'll still be under just trying to look up the what's in our budget. </w:t>
      </w:r>
    </w:p>
    <w:p>
      <w:r>
        <w:t xml:space="preserve">33:19      (Speaker C)  For pool chemicals. Jay. Fy 26 is 23,226 and in 27 it's 25,000. </w:t>
      </w:r>
    </w:p>
    <w:p>
      <w:r>
        <w:t xml:space="preserve">33:38      (Speaker D)  So we might be at 150 somewhere right now. You wouldn't have noticed it because when we do it it just goes to repair and replacement. I would like all cool chemicals to actually go to the full chemical line. So that may be something to be aware of for this next year. But unless you guys have any concerns I'll wait for Weston over the contract. When I looked at it it was more of the contracts we have in every district where it's really district sided especially what I want just you have 23,000. Well we'll be good. So we'll be. </w:t>
      </w:r>
    </w:p>
    <w:p>
      <w:r>
        <w:t xml:space="preserve">34:15      (Speaker G)  I have no issues just as long as have Wes and Seth. </w:t>
      </w:r>
    </w:p>
    <w:p>
      <w:r>
        <w:t xml:space="preserve">34:19      (Speaker D)  You're comfortable with the agreement price. </w:t>
      </w:r>
    </w:p>
    <w:p>
      <w:r>
        <w:t xml:space="preserve">34:22      (Speaker G)  Obviously we. We need it right? </w:t>
      </w:r>
    </w:p>
    <w:p>
      <w:r>
        <w:t xml:space="preserve">34:25      (Speaker D)  Yeah. Like I said we are doing it right now. E We've been doing it since the spray ground that little spray area edition open just we were adding it in rather than getting it pumped out of the the full short trucks and that was already included as one contract. </w:t>
      </w:r>
    </w:p>
    <w:p>
      <w:r>
        <w:t xml:space="preserve">34:43      (Speaker C)  I'll follow up with Wes on that. </w:t>
      </w:r>
    </w:p>
    <w:p>
      <w:r>
        <w:t xml:space="preserve">34:45      (Speaker D)  It wouldn't make sense to put a road so I'm still going to look at that. So I will. I will look at this is we're going to do it for one year like everything else and we decide if we can control the cost by right we have some districts that use another company that we get to pay basically per gallon. So the nice part is we're able to control it real well keep the pools clean. We're not using a lot of gallons. Your cost is going to be well under that 24,000. So for something like this this year many people with Woolshore actually made out A lot of districts work out of the of the heat. So it's long hot summer that gets through pouring like crazy. The contract you guys have basically if they deliver 900 gallons one month and the next month they deliver 1200 gallons it's the same cost. That's the only good thing about this contract. They set a little higher price than so and I'm not real fond of their equipment. We do have to call Them constantly when things aren't working right or you know, when we need repairs or replacement, they do come in. They're just a little slow. But it's nice because now we don't have fire with the spray grind. You guys are actually already paid for that came as part of your construction. So all the controllers on there, your drives, everything that's hexa chemicals, that's all yours compared to this other pool that belongs to Pool Ship now this additional contract doesn't add any equipment. So this is just for the chemicals. So it is something I'll continue to look at because I'm not real big on that price. If I can find something that'll save you guys some money, whether it's $1,000 or $2,000 that works out for the best, then we'll go that route. But right now we're kind of putting stuff in. </w:t>
      </w:r>
    </w:p>
    <w:p>
      <w:r>
        <w:t xml:space="preserve">36:31      (Speaker G)  Yeah, I see what it would take </w:t>
      </w:r>
    </w:p>
    <w:p>
      <w:r>
        <w:t xml:space="preserve">36:33      (Speaker H)  to put a gravel hose on. See how that would offset the cost for future costs. Not thinking now, but think in the future. </w:t>
      </w:r>
    </w:p>
    <w:p>
      <w:r>
        <w:t xml:space="preserve">36:52      (Speaker C)  Anything else Mar all right. And then item seven on the agenda is public comments and supervisors request. Mr. Chairman, who would you like to go first? </w:t>
      </w:r>
    </w:p>
    <w:p>
      <w:r>
        <w:t xml:space="preserve">37:02      (Speaker G)  Any comments from the public? </w:t>
      </w:r>
    </w:p>
    <w:p>
      <w:r>
        <w:t xml:space="preserve">37:05      (Speaker I)  D Trembling sound like we've already kind of touched base on something I want to bring up regarding the trees in the media. It was almost a month ago all sports. I was caught on a truck, a delivery truck that comes with patterns down Pine Ridge out of it. The truck getting limb caused the part of it then to snap off. It fell onto the roadway. Fortunately I was far in the back right stop and kind of maneuver around but that cause you start looking at number one looking at the other branches because now I'm paranoid. It also led me to ask the question who's responsible for trimming these trees? So I sent Marilyn what's email right now. </w:t>
      </w:r>
    </w:p>
    <w:p>
      <w:r>
        <w:t xml:space="preserve">37:55      (Speaker C)  Yes sir. </w:t>
      </w:r>
    </w:p>
    <w:p>
      <w:r>
        <w:t xml:space="preserve">37:56      (Speaker I)  I sent her an email explain what happened. She forgot forwarded to Maria and Jay. Maria responded saying that yes right view was contracted to trim the trees on times and pine and those ones at the very party those have pets at the home. She said they were a new development. Maria Brightview was getting contracted to trim the trees. She said the manual is in 14ft secondary 12. But she didn't know if either sector. I would say it's manual terminology. </w:t>
      </w:r>
    </w:p>
    <w:p>
      <w:r>
        <w:t xml:space="preserve">38:48      (Speaker D)  So the terminology for the second secondary road is really the road. Secondary roads are like your. Your secondary aspects of your. Your parking lots, your sidewalks that are actually district owned. We do sidewalks out there on the main road too. But the sidewalks don't have a code like the actual road does. So if it's a county or state owned code the road there's actually a code. It's FDOT which is 14ft. That's why that's in the contract. Many landscape companies don't even want it at 14ft because now you also have to have people on ladders and things like that to actually. Yeah, so you got to do specialized training for these guys or get a bigger equipment. But we do put it in our contract for them. You want to go on </w:t>
      </w:r>
    </w:p>
    <w:p>
      <w:r>
        <w:t xml:space="preserve">39:41      (Speaker B)  J and </w:t>
      </w:r>
    </w:p>
    <w:p>
      <w:r>
        <w:t xml:space="preserve">39:41      (Speaker I)  your email was pretty very lengthy and lottery kind of piece of. If I misspold then let me know but you what your was the county is responsible the trees, the roadway, the sidewalks and the right of way. She said that Brightview was contracted out to do enhanced landscape. Because it did that and rely on the county. The county wouldn't do nothing. But she also said that right to use contract to trim the trees to 14ft. And to me that's significant because a lot of these trees are still in that I know below 14ft and probably right at 12ft because school buses are hitting with branches and school buses tend to fall too high. If you walk down and you look under the trees, you look at the distance, you'll see he looks okay. Look under the tree, you'll see where the bark has been being peeled off by vehicles scraping his brain. </w:t>
      </w:r>
    </w:p>
    <w:p>
      <w:r>
        <w:t xml:space="preserve">40:47      (Speaker J)  That also has to do with the rain. The rain causes the trees to go down. So that's a big thing too. We had a problem and a bunch of companies that we deal with that because of the heavy rains. It causes the lens to troop and it happens all over Ponte Vedra happens to a lot of different areas. So this is. That can also be a significant factor. </w:t>
      </w:r>
    </w:p>
    <w:p>
      <w:r>
        <w:t xml:space="preserve">41:17      (Speaker I)  You have a heavy rain and still. I'll come back to it later. But on the 20th, August Brighton came in and trimmed that one tree branch that I mentioned to Jay and it was a significant pre branch. It was a good 2 to 3 inches diameter. They cut that down and they cut some other branches there between. What'd you say Jay? Between Cambridge and Creek Bluffton. They did that section immediately which caught making wonder why didn't they do the other since they're already out there. Because all they had was one guy was a pole saw. He was probably just getting that one branch and shipping off the other. That was on the 20th and on the 27th that somebody mentioned earlier about the chain gang that the county had out here doing the times. But they only did that section and did nothing on primary. Then I got an email from the county who basically told me that they have no responsibility for trees in the neighborhood. That the tree, any trees in the neighborhood belong are responsibility to the HOA or the entity that controls the landscape. That can't count in public works. So what I say is I ask the question who's responsible? Answers I know who knows? </w:t>
      </w:r>
    </w:p>
    <w:p>
      <w:r>
        <w:t xml:space="preserve">42:39      (Speaker E)  I can tell you I had a homeowner call me. This was a few years ago the county, county once again came out with the inmates and was doing tree limbs along night out trail. The ones that again would be in right of way that homeowners should be maintaining. But because they haven't and they've been getting complaints from like delivery vehicles and such, they come out with the inmates. So they have in fact done limbs inside the development. </w:t>
      </w:r>
    </w:p>
    <w:p>
      <w:r>
        <w:t xml:space="preserve">43:07      (Speaker D)  Well it'd be great if you could email me that. I'll send it to our lawyer and to the county lawyer. If they actually send it that way that's a problem. We have no ownership whatsoever inside of the neighborhoods. So because of that you guys can't spend CP funds on areas that you don't have any ownership. That's all private property in there out to the county right away. And your HOA docs deal with like your homeowner treat trees in the front the same way you cut the grass. Now I have seen the county try to lay tree trimming on homeowners. When you have a myrtle tree or something, that's one thing. I've seen some large old oak trees that need a couple thousand dollars. That would be more of an argument for that homeowner with the county to say that's your tree, it's in the right way. They actually have ownership law goes with </w:t>
      </w:r>
    </w:p>
    <w:p>
      <w:r>
        <w:t xml:space="preserve">43:58      (Speaker H)  ownership and they own the right of way. </w:t>
      </w:r>
    </w:p>
    <w:p>
      <w:r>
        <w:t xml:space="preserve">44:00      (Speaker D)  They own the silo. Here it's a little different because we do have some ownership along the amenity areas, things like that. And then we decided to do the enhanced landscaping. Like I said, you guys don't have to do that. No district has to do have that. Yeah. In emails from the county lawyers saying that's up to the district. Basically we have some districts that are talking about stopping that type of work. The county only comes out every once in a while to cut their right ways. It's kind of like the highways I </w:t>
      </w:r>
    </w:p>
    <w:p>
      <w:r>
        <w:t xml:space="preserve">44:30      (Speaker J)  spoken, I've spoken to to CL county arborist and they will find us if </w:t>
      </w:r>
    </w:p>
    <w:p>
      <w:r>
        <w:t xml:space="preserve">44:34      (Speaker D)  we cut them too short. </w:t>
      </w:r>
    </w:p>
    <w:p>
      <w:r>
        <w:t xml:space="preserve">44:35      (Speaker J)  Cuz you end up killing the trees. Yeah, so you kill the trees and then the C ends up paying legal fees. </w:t>
      </w:r>
    </w:p>
    <w:p>
      <w:r>
        <w:t xml:space="preserve">44:41      (Speaker D)  Because of it. </w:t>
      </w:r>
    </w:p>
    <w:p>
      <w:r>
        <w:t xml:space="preserve">44:42      (Speaker J)  So we cannot go. We cannot EQ these funds to cut them more than what they're in or </w:t>
      </w:r>
    </w:p>
    <w:p>
      <w:r>
        <w:t xml:space="preserve">44:47      (Speaker I)  they can or they my problem I guess what recommends the board lot of replace stud but they should at least go through there and knock out the ones that know that are going to be an issue. You tell said there was a couple that hang low. I mean but again they're already at tempor. Just chop them down and get rid of the ones and two as you can. </w:t>
      </w:r>
    </w:p>
    <w:p>
      <w:r>
        <w:t xml:space="preserve">45:12      (Speaker J)  But again if they cut too much, if they're. They're cutting counting trees. If they cut too much and they kill a tree or damage it, then now we're liable for. </w:t>
      </w:r>
    </w:p>
    <w:p>
      <w:r>
        <w:t xml:space="preserve">45:20      (Speaker F)  Right. </w:t>
      </w:r>
    </w:p>
    <w:p>
      <w:r>
        <w:t xml:space="preserve">45:22      (Speaker J)  You understand? </w:t>
      </w:r>
    </w:p>
    <w:p>
      <w:r>
        <w:t xml:space="preserve">45:23      (Speaker I)  I see what you're saying. </w:t>
      </w:r>
    </w:p>
    <w:p>
      <w:r>
        <w:t xml:space="preserve">45:24      (Speaker J)  Yeah. So Brightview goes out there and cuts trees just to. Just to help, you know. </w:t>
      </w:r>
    </w:p>
    <w:p>
      <w:r>
        <w:t xml:space="preserve">45:30      (Speaker G)  Is this what Brightview is currently working on? </w:t>
      </w:r>
    </w:p>
    <w:p>
      <w:r>
        <w:t xml:space="preserve">45:33      (Speaker E)  Yes. </w:t>
      </w:r>
    </w:p>
    <w:p>
      <w:r>
        <w:t xml:space="preserve">45:34      (Speaker J)  So I mean they've cut trees again. I just don't see me to be stuck in a legal battle coming out. </w:t>
      </w:r>
    </w:p>
    <w:p>
      <w:r>
        <w:t xml:space="preserve">45:41      (Speaker D)  I. I call them Dennis. I never called him. And I know your comment the first time I guess you called them, they said that they just need some time. You know, I could see that part. You know, it is a very large county. They do have a lot of right ways they have to take care of. But ultimately that is still the responsibility. The only thing I would warn district of is when you get too involved and you start to take over too much, then you do put that concern and liability. Those congressionals too. That's kind of what you asked. Excuse responsibility. Legally it is still. </w:t>
      </w:r>
    </w:p>
    <w:p>
      <w:r>
        <w:t xml:space="preserve">46:22      (Speaker I)  Regarding buggy whip and the trees. That was response to my complaint. So now close to me I just </w:t>
      </w:r>
    </w:p>
    <w:p>
      <w:r>
        <w:t xml:space="preserve">46:29      (Speaker D)  keep saying well, I'd love to see that email where they say that it's </w:t>
      </w:r>
    </w:p>
    <w:p>
      <w:r>
        <w:t xml:space="preserve">46:33      (Speaker I)  gone </w:t>
      </w:r>
    </w:p>
    <w:p>
      <w:r>
        <w:t xml:space="preserve">46:36      (Speaker C)  in writing though. That's what Jay's asking for. </w:t>
      </w:r>
    </w:p>
    <w:p>
      <w:r>
        <w:t xml:space="preserve">46:39      (Speaker D)  Yeah. If you have that in writing. They are pushing it off now because some HOAs are different. Some HOAs and you do have a lot of CDEs in Clay county now that own their own roads and sidewalks. You guys do not. So that's the other part. </w:t>
      </w:r>
    </w:p>
    <w:p>
      <w:r>
        <w:t xml:space="preserve">46:55      (Speaker G)  They need to make sure they know </w:t>
      </w:r>
    </w:p>
    <w:p>
      <w:r>
        <w:t xml:space="preserve">46:56      (Speaker D)  what they're talking about when they respond to you. You guys are an older district. These are all county roads in here. They have ownership of the asphalt as as obvious from the repairs they did. You gotta build those. You guys paid to put those in. That's what the district does. They did all the infrastructure and then you handed it over to the county that becomes observers. They own all these roads, they own all these sidewalks. They own the trees and Grassland. Right away, they just expect somebody else to help take care of it. That responsibility is still ultimately on them. We help out what we can because </w:t>
      </w:r>
    </w:p>
    <w:p>
      <w:r>
        <w:t xml:space="preserve">47:28      (Speaker I)  those trees are gonna continue. Have issue with somebody gets hurt or big damaged, and they're going to try. </w:t>
      </w:r>
    </w:p>
    <w:p>
      <w:r>
        <w:t xml:space="preserve">47:36      (Speaker G)  W. Well, thank you for. For sending that. I. I feel that there's already processes in motion here, especially with the county. If you can. Yeah. Share any information you can with the staff that we can follow up with the county on. </w:t>
      </w:r>
    </w:p>
    <w:p>
      <w:r>
        <w:t xml:space="preserve">47:53      (Speaker D)  I appreciate that. Now, I can't tell you guys, I've worked with the county for almost 20 years. The first district I worked at here in Clay county, the gentleman that was the director for public works retired this last year and they have a couple new guys there that are helping out. I guess they just officially got named kind of code directors for public works. One handles the roads and sidewalks. One handles the trees. The gentleman that does a lot of the road work for me, he actually does call me back. The guy that does the trees, I still haven't heard from him. When you called, I called too. And I mean, they did come out with the Department of Directions, but I've gotten a response. </w:t>
      </w:r>
    </w:p>
    <w:p>
      <w:r>
        <w:t xml:space="preserve">48:38      (Speaker B)  Is the response from the county going to get worse with this influx of outsiders building more homes and getting more homes built. </w:t>
      </w:r>
    </w:p>
    <w:p>
      <w:r>
        <w:t xml:space="preserve">48:50      (Speaker D)  So I mean, that's why they've gone to the last couple years trying to alleviate some of their responsibility. So there's no CDDs anymore. Everything built in the last four, five years. I think they all have to own their own roads and right of ways they all do it. Now there is this expectation put on them that they have to leave the road open so it becomes a town use road. Anybody can drive. You can't gate it or anything, but you own it. That's new. CDDs and HOAs overseas like this still. You have Eagle Landing, Oakley Plantation. There's two districts there. Lake Asbury has some older ones. Those have Eagle harbor, one of our oldest in the area. Those are all county roads. So they, they still have their responsibility. But yeah, newer ones, that's what they're doing. And if you guys. We talk about the storm water assessment, the same thing. </w:t>
      </w:r>
    </w:p>
    <w:p>
      <w:r>
        <w:t xml:space="preserve">49:41      (Speaker F)  They're. </w:t>
      </w:r>
    </w:p>
    <w:p>
      <w:r>
        <w:t xml:space="preserve">49:42      (Speaker D)  They're going to be looking for things that they can, you know, get help with and increase pricing and get rid of some responsibilities too over the next couple of years. This is unfortunately the way it's going to be. </w:t>
      </w:r>
    </w:p>
    <w:p>
      <w:r>
        <w:t xml:space="preserve">49:54      (Speaker C)  Thanks, Jay. </w:t>
      </w:r>
    </w:p>
    <w:p>
      <w:r>
        <w:t xml:space="preserve">49:55      (Speaker B)  Thank you. </w:t>
      </w:r>
    </w:p>
    <w:p>
      <w:r>
        <w:t xml:space="preserve">49:56      (Speaker C)  All right, supervisor's request. Before we start, I'd just like to say happy birthday to Nelson. </w:t>
      </w:r>
    </w:p>
    <w:p>
      <w:r>
        <w:t xml:space="preserve">50:01      (Speaker B)  Oh, thanks. </w:t>
      </w:r>
    </w:p>
    <w:p>
      <w:r>
        <w:t xml:space="preserve">50:02      (Speaker C)  Happy birthday. </w:t>
      </w:r>
    </w:p>
    <w:p>
      <w:r>
        <w:t xml:space="preserve">50:03      (Speaker H)  Happy birthday, </w:t>
      </w:r>
    </w:p>
    <w:p>
      <w:r>
        <w:t xml:space="preserve">50:06      (Speaker C)  thanks for celebrating with us here at the scene. </w:t>
      </w:r>
    </w:p>
    <w:p>
      <w:r>
        <w:t xml:space="preserve">50:09      (Speaker B)  My wife. Listen, my wife forgot she was telling all of her friends it was to are so </w:t>
      </w:r>
    </w:p>
    <w:p>
      <w:r>
        <w:t xml:space="preserve">50:18      (Speaker C)  Nelson, do you have anything, sir? No, Jerry. </w:t>
      </w:r>
    </w:p>
    <w:p>
      <w:r>
        <w:t xml:space="preserve">50:22      (Speaker J)  No, I do know I do with one of the situations in the neighborhood that just recently happened. I'd like to look at possibly, you know, revisiting the. The police, the. And possibly maybe having more rounds or increasing that to possibly the. The officer being here longer or something like that. We had, you know, the lady got pulled in the. The bushes and the trees back here situation on our road right up here and then we've had a situation in the neighborhood, some break ins. So I'd like to revisit that and possibly look at maybe increasing that. So. </w:t>
      </w:r>
    </w:p>
    <w:p>
      <w:r>
        <w:t xml:space="preserve">51:01      (Speaker E)  Well, that's where we got to keep in mind though. As far as outside of the amenity parking lot. </w:t>
      </w:r>
    </w:p>
    <w:p>
      <w:r>
        <w:t xml:space="preserve">51:08      (Speaker J)  Anything within like patrol, like just patrols? Yeah, that's a possibility for patrolling or things like that. I'd like to just see if that's a possibility or see if that's getting </w:t>
      </w:r>
    </w:p>
    <w:p>
      <w:r>
        <w:t xml:space="preserve">51:19      (Speaker H)  into gated community type stuff there. </w:t>
      </w:r>
    </w:p>
    <w:p>
      <w:r>
        <w:t xml:space="preserve">51:21      (Speaker J)  Well, I mean just, I mean if he sits up here, he can drive around a few times a night and again just show presence. It's just something I'd like to look at and possibly revisit that topic. Only due to two situations that have kind of happened. </w:t>
      </w:r>
    </w:p>
    <w:p>
      <w:r>
        <w:t xml:space="preserve">51:37      (Speaker D)  I could, I could tell you the last few years we've had some districts and the HOAs that they kind of had the same concerns and rather than doing security or something, they went to flocks and look where that's kind of gone now. Flocks. Oh, very helpful. I mean this would actually that situation there would have been problems perfect for those cameras. But. And I know we had with the outcry about those. It's not something you guys would want to look at doing. </w:t>
      </w:r>
    </w:p>
    <w:p>
      <w:r>
        <w:t xml:space="preserve">52:05      (Speaker J)  No, no, we can do something like </w:t>
      </w:r>
    </w:p>
    <w:p>
      <w:r>
        <w:t xml:space="preserve">52:08      (Speaker H)  that within our own control like expanding our security system throughout the cve. But Maria comes up with the same not argument, but it comes a lot ability. I believe if we have them outside of the CDM properties. Yeah, I would assume. </w:t>
      </w:r>
    </w:p>
    <w:p>
      <w:r>
        <w:t xml:space="preserve">52:31      (Speaker E)  And that's kind of where was like one of our previous off duty officers, Officer Lane. I. Because you know, anything patrolling as far as the roadways, that's not us, but we do have common ground. So I could ask them like hey, like if you don't mind like this, </w:t>
      </w:r>
    </w:p>
    <w:p>
      <w:r>
        <w:t xml:space="preserve">52:51      (Speaker C)  go check district property, common areas. </w:t>
      </w:r>
    </w:p>
    <w:p>
      <w:r>
        <w:t xml:space="preserve">52:54      (Speaker E)  Just make sure nobody's hanging out snowing lead or doing anything nefarious. That kind of gives them around the </w:t>
      </w:r>
    </w:p>
    <w:p>
      <w:r>
        <w:t xml:space="preserve">53:03      (Speaker D)  ability that would be your Loop. </w:t>
      </w:r>
    </w:p>
    <w:p>
      <w:r>
        <w:t xml:space="preserve">53:05      (Speaker E)  Yeah. </w:t>
      </w:r>
    </w:p>
    <w:p>
      <w:r>
        <w:t xml:space="preserve">53:05      (Speaker J)  What are we paying now? </w:t>
      </w:r>
    </w:p>
    <w:p>
      <w:r>
        <w:t xml:space="preserve">53:08      (Speaker D)  Well, the officers just went up to everything. Went up 7%. So we're about. </w:t>
      </w:r>
    </w:p>
    <w:p>
      <w:r>
        <w:t xml:space="preserve">53:18      (Speaker G)  And we're budgeted 20,000 for this year. I want to say we reduced that line item. </w:t>
      </w:r>
    </w:p>
    <w:p>
      <w:r>
        <w:t xml:space="preserve">53:23      (Speaker C)  We did. </w:t>
      </w:r>
    </w:p>
    <w:p>
      <w:r>
        <w:t xml:space="preserve">53:25      (Speaker G)  So I, I would, you know, at this point, I appreciate that concern. I think if we could deploy some of those tactics at Yasko or ask them to. Again, this is working with CCSO versus private security. If you really can dictate exactly when </w:t>
      </w:r>
    </w:p>
    <w:p>
      <w:r>
        <w:t xml:space="preserve">53:43      (Speaker J)  and where, </w:t>
      </w:r>
    </w:p>
    <w:p>
      <w:r>
        <w:t xml:space="preserve">53:46      (Speaker G)  you know, as long as we stay within what we just adopted. </w:t>
      </w:r>
    </w:p>
    <w:p>
      <w:r>
        <w:t xml:space="preserve">53:50      (Speaker J)  Yeah, no, I got to deploy that. But like maybe something we can bring up like comes up again next year or possibly increasing that line item. </w:t>
      </w:r>
    </w:p>
    <w:p>
      <w:r>
        <w:t xml:space="preserve">53:58      (Speaker D)  Well, we can look at since we. We reduced it because you guys generally stay well on. </w:t>
      </w:r>
    </w:p>
    <w:p>
      <w:r>
        <w:t xml:space="preserve">54:04      (Speaker F)  Yeah. </w:t>
      </w:r>
    </w:p>
    <w:p>
      <w:r>
        <w:t xml:space="preserve">54:05      (Speaker D)  So even with that reduction though, we may have some wiggle room there if you guys have time. We're passing some around. But when there's concerns in the neighborhood, usually more activity. Greg can work and adjust, you know, scheduling here and there or add shift. They do minimum. So CTSO is a little harder to work with at private security. Minimum of four. But then you have that padding and then if that seems to be helpful and you guys like that, when we get around to doing this budget again next year, we would just need to take that out. </w:t>
      </w:r>
    </w:p>
    <w:p>
      <w:r>
        <w:t xml:space="preserve">54:40      (Speaker J)  I mean, you got Halloween coming up, you got, you know, Christmas and all this stuff like. So we just had a few neighborhood break ins and you know, and cars and things like that in the evening. And like I said with that situation that kind of, you know, some people in the neighborhood are kind of a little, you see just car sitting up here. So something that, you know, there's going to be a lot of people in the neighborhood, the holidays and stuff. So it's just something we like to look at for the security of the neighborhood. </w:t>
      </w:r>
    </w:p>
    <w:p>
      <w:r>
        <w:t xml:space="preserve">55:04      (Speaker E)  And I will say I. We do kind of get a little bit of an added bonus. So some of the officers that typically work this area, I make sure they stop in, they get an access card. So that way if they ever need to pop in to use the bathroom where it's clean and air conditioned. And then that way they also have the ability to make rounds without us being charged for it. So that's why you ever see extra police presence, you'll see them parking down there by the courts or the far end, things like that. That's typically they'll come in, give them a bottle of water, use bathroom, things like that. But then that way we get the increased presence of them without putting the Bill as well. </w:t>
      </w:r>
    </w:p>
    <w:p>
      <w:r>
        <w:t xml:space="preserve">55:52      (Speaker J)  Second thing, tennis courts. The tennis court is bubbling in again. Yes, it's bubbling and it's peeling off. I just had to catch the kids kicking it. </w:t>
      </w:r>
    </w:p>
    <w:p>
      <w:r>
        <w:t xml:space="preserve">56:05      (Speaker D)  We were doing good for a while and you know, we originally thought it could have been an irrigation building up underneath of there. We didn't have an issue early in the summer, but it started to happen </w:t>
      </w:r>
    </w:p>
    <w:p>
      <w:r>
        <w:t xml:space="preserve">56:14      (Speaker J)  back on the back of it. Only see it so much. </w:t>
      </w:r>
    </w:p>
    <w:p>
      <w:r>
        <w:t xml:space="preserve">56:17      (Speaker D)  I know my dad built these now, so we haven't had a waiting though. </w:t>
      </w:r>
    </w:p>
    <w:p>
      <w:r>
        <w:t xml:space="preserve">56:21      (Speaker G)  Right. </w:t>
      </w:r>
    </w:p>
    <w:p>
      <w:r>
        <w:t xml:space="preserve">56:23      (Speaker E)  Bernadette forwarded me leak notice two weeks back. </w:t>
      </w:r>
    </w:p>
    <w:p>
      <w:r>
        <w:t xml:space="preserve">56:28      (Speaker D)  It's been a while. We'll check it out. </w:t>
      </w:r>
    </w:p>
    <w:p>
      <w:r>
        <w:t xml:space="preserve">56:30      (Speaker E)  But I wasn't sure if that had anything to do with that lateral line breaker. </w:t>
      </w:r>
    </w:p>
    <w:p>
      <w:r>
        <w:t xml:space="preserve">56:36      (Speaker D)  Lateral lines are smaller. That would be a lot. There's. You have the main line tennis and Eskimo courts. And that's what we were worried about. </w:t>
      </w:r>
    </w:p>
    <w:p>
      <w:r>
        <w:t xml:space="preserve">56:44      (Speaker E)  4. </w:t>
      </w:r>
    </w:p>
    <w:p>
      <w:r>
        <w:t xml:space="preserve">56:44      (Speaker D)  But early in the summer, see a problem. Right now it's pretty wet though. So yeah, if the ground's already wet and we do have a leak, this is adds to it. We'll look at that. I mean, ultimately we're still going to have to repair that asphalt. I think sooner than later. </w:t>
      </w:r>
    </w:p>
    <w:p>
      <w:r>
        <w:t xml:space="preserve">57:03      (Speaker F)  It didn't. </w:t>
      </w:r>
    </w:p>
    <w:p>
      <w:r>
        <w:t xml:space="preserve">57:04      (Speaker D)  We talked about this even once it was turned over. We have lots of patches. The painting had issues from, you know, bubbling. So not throughout the section of the last summer we were seeing it. We were trying to figure out where it was coming from. And then all the soft issues from heat the summer before and it just really wasn't poured. Well, I think we're going to have to do surfacing earlier. It's not going to be a set. Of course we're going to be able to build tankers and that </w:t>
      </w:r>
    </w:p>
    <w:p>
      <w:r>
        <w:t xml:space="preserve">57:36      (Speaker I)  is there </w:t>
      </w:r>
    </w:p>
    <w:p>
      <w:r>
        <w:t xml:space="preserve">57:36      (Speaker B)  an appreciable increase in usage of those courts? Because every time I even walk or drive by there, I mean they're being used. </w:t>
      </w:r>
    </w:p>
    <w:p>
      <w:r>
        <w:t xml:space="preserve">57:48      (Speaker D)  One thing I see when I go by is kid driving lights. </w:t>
      </w:r>
    </w:p>
    <w:p>
      <w:r>
        <w:t xml:space="preserve">57:52      (Speaker B)  Yeah, that's true, that's true. And I control my Puerto Rican. </w:t>
      </w:r>
    </w:p>
    <w:p>
      <w:r>
        <w:t xml:space="preserve">57:58      (Speaker E)  When I see that I track time. </w:t>
      </w:r>
    </w:p>
    <w:p>
      <w:r>
        <w:t xml:space="preserve">57:59      (Speaker A)  I can see. </w:t>
      </w:r>
    </w:p>
    <w:p>
      <w:r>
        <w:t xml:space="preserve">58:01      (Speaker H)  I drove through Sunday night and 11. </w:t>
      </w:r>
    </w:p>
    <w:p>
      <w:r>
        <w:t xml:space="preserve">58:06      (Speaker D)  It should be on that way. </w:t>
      </w:r>
    </w:p>
    <w:p>
      <w:r>
        <w:t xml:space="preserve">58:07      (Speaker H)  And they were home. </w:t>
      </w:r>
    </w:p>
    <w:p>
      <w:r>
        <w:t xml:space="preserve">58:08      (Speaker E)  Okay. </w:t>
      </w:r>
    </w:p>
    <w:p>
      <w:r>
        <w:t xml:space="preserve">58:09      (Speaker H)  Came through last Thursday about 1 o' clock in the morning, Friday morning in </w:t>
      </w:r>
    </w:p>
    <w:p>
      <w:r>
        <w:t xml:space="preserve">58:14      (Speaker D)  the room we got the old style clock, timer clock on there. So it may just be off. Especially if you guys have had any power outage that some of the other neighborhoods. A couple weeks ago we had a lot of electrical storms. </w:t>
      </w:r>
    </w:p>
    <w:p>
      <w:r>
        <w:t xml:space="preserve">58:26      (Speaker E)  I've been having issues with like the little like the on off pins on the time clock, I guess Just from being hit from. And it falls off. I find them on the ground. And so it's. There's been times where lights aren't coming on because the on pin was missing. Or they're not switching off because the off pin is missing. So we can look at it. </w:t>
      </w:r>
    </w:p>
    <w:p>
      <w:r>
        <w:t xml:space="preserve">58:47      (Speaker B)  Those lights are beautiful, by the way. They really look good. Make everything look really, really nice. </w:t>
      </w:r>
    </w:p>
    <w:p>
      <w:r>
        <w:t xml:space="preserve">58:54      (Speaker C)  Thanks, Jack. Oh, thanks, Jeff. All right, then. Item eight on the agenda. Was there any other Supervisor comments? Item 8 On the agenda is approval of the consent agenda Items. On page 37 are your minutes of the July 9, 2026 meeting. Unless there's any comments or questions, I just for a motion to approve it. </w:t>
      </w:r>
    </w:p>
    <w:p>
      <w:r>
        <w:t xml:space="preserve">59:18      (Speaker G)  Motion second </w:t>
      </w:r>
    </w:p>
    <w:p>
      <w:r>
        <w:t xml:space="preserve">59:22      (Speaker C)  any discussion? All in favor say aye. </w:t>
      </w:r>
    </w:p>
    <w:p>
      <w:r>
        <w:t xml:space="preserve">59:25      (Speaker J)  Aye. </w:t>
      </w:r>
    </w:p>
    <w:p>
      <w:r>
        <w:t xml:space="preserve">59:26      (Speaker C)  Motion passes. And then on page 46 are your minutes of your July 9th audit committee meeting. Unless there's any comments or questions, I just look for a motion to approve it. </w:t>
      </w:r>
    </w:p>
    <w:p>
      <w:r>
        <w:t xml:space="preserve">59:37      (Speaker B)  I shall second any discussion. </w:t>
      </w:r>
    </w:p>
    <w:p>
      <w:r>
        <w:t xml:space="preserve">59:43      (Speaker C)  All the Deborah, say aye. Motion passes. And then item C is on page 49. It's your balance sheet and income statement for the period ending July 31, 2026. It's followed by your assessment receipt schedule showing we're 100% collected. And then there on page 62 is your check register for the months of June and July in the amount of $127,849.39. I didn't see any unusual variances with the check register. Unless there's any comments or questions, I just look for a motion to approve it. </w:t>
      </w:r>
    </w:p>
    <w:p>
      <w:r>
        <w:t xml:space="preserve">01:00:18   (Speaker G)  Motion. </w:t>
      </w:r>
    </w:p>
    <w:p>
      <w:r>
        <w:t xml:space="preserve">01:00:23   (Speaker C)  Any discussion? All in favor say I. Motion passes. And then item nine is your next meeting is scheduled for November 5, 2026, here at the same time, same location, at 6:00pm and unless there's anything else, I just look for a motion to adjourn. All in favor say motion passes. Thank you. Thanks for.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