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grand oaks</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Park_Creek_7.9.26.m4a</w:t>
      </w:r>
      <w:r>
        <w:rPr>
          <w:b/>
          <w:color w:val="FF0000"/>
        </w:rPr>
        <w:br/>
        <w:tab/>
        <w:tab/>
        <w:tab/>
        <w:tab/>
        <w:t xml:space="preserve"> 82367936</w:t>
        <w:br/>
        <w:br/>
        <w:br/>
      </w:r>
    </w:p>
    <w:p>
      <w:r>
        <w:t>DATE AUDIO FILE SUBMITTED TO THE GAT SYSTEM:</w:t>
      </w:r>
      <w:r>
        <w:rPr>
          <w:b/>
          <w:color w:val="FF0000"/>
        </w:rPr>
        <w:br/>
        <w:tab/>
        <w:tab/>
        <w:tab/>
        <w:tab/>
        <w:t xml:space="preserve"> July 28, 2026 at 10:46 AM</w:t>
        <w:br/>
        <w:br/>
        <w:br/>
      </w:r>
    </w:p>
    <w:p>
      <w:r>
        <w:t>DATE AUDIO FILE COMPLETED BY THE GAT SYSTEM:</w:t>
      </w:r>
      <w:r>
        <w:rPr>
          <w:b/>
          <w:color w:val="FF0000"/>
        </w:rPr>
        <w:br/>
        <w:tab/>
        <w:tab/>
        <w:tab/>
        <w:tab/>
        <w:t xml:space="preserve"> July 28, 2026 at 10:48 AM</w:t>
      </w:r>
      <w:r>
        <w:rPr>
          <w:b/>
          <w:color w:val="FF0000"/>
        </w:rPr>
        <w:br/>
        <w:tab/>
        <w:tab/>
        <w:tab/>
        <w:tab/>
        <w:t xml:space="preserve"> 01:34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00:04      (Speaker A)  Okay. </w:t>
      </w:r>
    </w:p>
    <w:p>
      <w:r>
        <w:t xml:space="preserve">00:05      (Speaker B)  Good afternoon, everyone. Welcome to the Park Creek Community Development District Board of Supervisors meeting. Today is Thursday, July 9, 2026. The time is 6:01pm we'll start with roll call, start with the supervisors. </w:t>
      </w:r>
    </w:p>
    <w:p>
      <w:r>
        <w:t xml:space="preserve">00:17      (Speaker C)  Here to my right, Elaine Spear, Kathy </w:t>
      </w:r>
    </w:p>
    <w:p>
      <w:r>
        <w:t xml:space="preserve">00:20      (Speaker A)  McCullum, Care Long, Mark Sabina. Okay. </w:t>
      </w:r>
    </w:p>
    <w:p>
      <w:r>
        <w:t xml:space="preserve">00:23      (Speaker B)  And then we have myself, Richard McGrath with GMS. I also have Mick Shepard on the line. Mickey, there's. </w:t>
      </w:r>
    </w:p>
    <w:p>
      <w:r>
        <w:t xml:space="preserve">00:28      (Speaker D)  Yep, I'm here. </w:t>
      </w:r>
    </w:p>
    <w:p>
      <w:r>
        <w:t xml:space="preserve">00:29      (Speaker B)  Yeah. Okay, let's. </w:t>
      </w:r>
    </w:p>
    <w:p>
      <w:r>
        <w:t xml:space="preserve">00:31      (Speaker A)  Yeah. </w:t>
      </w:r>
    </w:p>
    <w:p>
      <w:r>
        <w:t xml:space="preserve">00:34      (Speaker E)  Okay. </w:t>
      </w:r>
    </w:p>
    <w:p>
      <w:r>
        <w:t xml:space="preserve">00:35      (Speaker B)  So with that we'll go ahead and get into the core of the agenda here. We'll start with supervisor requests and audience comments. I'll begin with audience comments. This is an opportunity for you to speak to the board. We just ask a couple things is raise your hand. Please state your name and address for the record because we are recording the meeting. Please limit your comments to agenda items. We do have agendas up here on the table and also please limit your comments to 3 minutes. There is another opportunity at the end of the meeting for audience comments that are just more general comments. But between now and then, it is board discussion only. Just so everybody's aware. </w:t>
      </w:r>
    </w:p>
    <w:p>
      <w:r>
        <w:t xml:space="preserve">01:13      (Speaker F)  Okay. </w:t>
      </w:r>
    </w:p>
    <w:p>
      <w:r>
        <w:t xml:space="preserve">01:15      (Speaker B)  There will be for tonight's meeting, there is a public hearing a couple of them later concerning the budget. So if you do have budget specific questions, questions or comments, we would just ask that you hold those to the public hearing for the budget. </w:t>
      </w:r>
    </w:p>
    <w:p>
      <w:r>
        <w:t xml:space="preserve">01:27      (Speaker F)  Okay. </w:t>
      </w:r>
    </w:p>
    <w:p>
      <w:r>
        <w:t xml:space="preserve">01:28      (Speaker B)  So with that, same with Zoom. I'll open it up to anyone that would like to speak on Zoom. Just use the raise your hand feature and we'll ask you to unmute audience in person. Anybody like to speak to the board? Does this have to do with agenda items? Yes, sir. </w:t>
      </w:r>
    </w:p>
    <w:p>
      <w:r>
        <w:t xml:space="preserve">01:47      (Speaker F)  Okay, so okay. </w:t>
      </w:r>
    </w:p>
    <w:p>
      <w:r>
        <w:t xml:space="preserve">01:50      (Speaker A)  Okay. </w:t>
      </w:r>
    </w:p>
    <w:p>
      <w:r>
        <w:t xml:space="preserve">01:51      (Speaker B)  So any comments in person? Any comments on Zoom, Just use the raise your hand feature. </w:t>
      </w:r>
    </w:p>
    <w:p>
      <w:r>
        <w:t xml:space="preserve">02:03      (Speaker F)  Okay. </w:t>
      </w:r>
    </w:p>
    <w:p>
      <w:r>
        <w:t xml:space="preserve">02:03      (Speaker B)  Not seeing any. So we'll go with supervisor requests. Any supervisory. </w:t>
      </w:r>
    </w:p>
    <w:p>
      <w:r>
        <w:t xml:space="preserve">02:08      (Speaker F)  Not at this moment. </w:t>
      </w:r>
    </w:p>
    <w:p>
      <w:r>
        <w:t xml:space="preserve">02:10      (Speaker A)  Okay. Okay. </w:t>
      </w:r>
    </w:p>
    <w:p>
      <w:r>
        <w:t xml:space="preserve">02:13      (Speaker B)  So we will move on with board discussion the remainder of the meeting again until the audience comments. In the public hearing. I would ask. We do have one of the lighting proposers here today. </w:t>
      </w:r>
    </w:p>
    <w:p>
      <w:r>
        <w:t xml:space="preserve">02:32      (Speaker F)  We. </w:t>
      </w:r>
    </w:p>
    <w:p>
      <w:r>
        <w:t xml:space="preserve">02:32      (Speaker B)  We were told this another one would be here, but I don't see them at the rich. </w:t>
      </w:r>
    </w:p>
    <w:p>
      <w:r>
        <w:t xml:space="preserve">02:36      (Speaker D)  Mark is Mark's on zoom. Mark is with the nebula lighting. </w:t>
      </w:r>
    </w:p>
    <w:p>
      <w:r>
        <w:t xml:space="preserve">02:40      (Speaker B)  Okay, I will Mark, I'll make you a co host as well so that way you can unmute. So we do have two of the three as well. Just in the interest for their time. The board would be okay, maybe we move them up and so we can have those presentations conversations and then that way they can continue on with their evening. So we'll go Ahead and move them up then. Okay, so let me grab that here. So, board, since we do have two present, we can give each a few five minutes, 10 minutes, whatever you'd like to speak to the board on what they offer. A little bit about the proposal, gives you an opportunity to ask them questions, and then after that we can go to board discussion. And if the board would like to make a decision one way or the other between the three, there could be a motion at that point. </w:t>
      </w:r>
    </w:p>
    <w:p>
      <w:r>
        <w:t xml:space="preserve">03:33      (Speaker A)  Okay. </w:t>
      </w:r>
    </w:p>
    <w:p>
      <w:r>
        <w:t xml:space="preserve">03:35      (Speaker B)  All righty. So with that, let me just put this up here. So we do have one here in person. We could go ahead and start with them if you'd like. Or we could start with Mark on soon. </w:t>
      </w:r>
    </w:p>
    <w:p>
      <w:r>
        <w:t xml:space="preserve">03:51      (Speaker A)  Okay. </w:t>
      </w:r>
    </w:p>
    <w:p>
      <w:r>
        <w:t xml:space="preserve">03:52      (Speaker G)  I don't mind being lost if you miss out while Mark does this. </w:t>
      </w:r>
    </w:p>
    <w:p>
      <w:r>
        <w:t xml:space="preserve">03:55      (Speaker B)  That's fine. I mean, I have Mark on zoom as well, so he'll be a part. We'll just ask that please respect the other vendor during their presentation. Yeah, okay. Yeah. So Mark, if you'd like, we can go ahead and start with you. And so Marcus Withula, and you do have these in your agenda packet as well. Just for the record, is the three bidders are Illuminations Holiday Lighting, Hennessy Home Lighting and Services, and Nebula Lighting Systems. Okay, so do like five minutes and five minutes, maybe five minutes for the presentation, five minutes for questions and answers. </w:t>
      </w:r>
    </w:p>
    <w:p>
      <w:r>
        <w:t xml:space="preserve">04:38      (Speaker C)  Sure. Let's roll. </w:t>
      </w:r>
    </w:p>
    <w:p>
      <w:r>
        <w:t xml:space="preserve">04:38      (Speaker A)  Okay. </w:t>
      </w:r>
    </w:p>
    <w:p>
      <w:r>
        <w:t xml:space="preserve">04:39      (Speaker B)  All right, Go ahead, Mark. </w:t>
      </w:r>
    </w:p>
    <w:p>
      <w:r>
        <w:t xml:space="preserve">04:42      (Speaker E)  Okay. </w:t>
      </w:r>
    </w:p>
    <w:p>
      <w:r>
        <w:t xml:space="preserve">04:42      (Speaker H)  Appreciate you having me, folks, and the opportunity to present. So my name is Mark. I'm with Nebula Lighting Systems. We are the oldest LED lighting system provider in the state of Florida. The owners of our company actually invent the pool cage LED lighting system back in 2007, and we've installed that over 20,000 times in the Tampa Bay area. So back in 2020, we become. We became a Gemstone Lights authorized dealer. And since then, we've grown to be the largest Gemstone Lights dealer in the state of Florida. Number two in the country, soon to be number one. And our specialty there is, has grown to be a lot of HOA CDD properties. Entranceways, monuments, fountains, towers, bridges, you name it, we've. We've attached our Gemstone lighting systems on it. Now, for those of you who aren't familiar with the gemstone product, the reason why Gemstone Lights stands out above the rest is the. The LED number one. The LED is a triple diode LED. Each individual. Each individual diode can produce three separate color changes. The total LED produces 12 simultaneous color changes. RGBWW, which stands for the full 16 million color, full color RGB spectrum plus true warm white, 2,800k and true bright white. Most other lighting systems will not give you true colors like warm white and bright white. They're blended from yellows to create those warms and brights. So this is the only system that comes with the WW at the or with auto spectrum. The LEDs are dipped in silicone, encased in plastic. Individually connected waterproof LEDs with surge protection built in 50,000 hour lifespan. If you set them to a timer, a simple timer of six hours a day, you can go more, you can go less. These LEDs will last you 23 years without needing replacement. The system is connected low voltage. All we need is an outlet to connect and for the majority of the the work that we do, we use a color match track or a track that's going to simply fit or </w:t>
      </w:r>
    </w:p>
    <w:p>
      <w:r>
        <w:t xml:space="preserve">07:19      (Speaker F)  work </w:t>
      </w:r>
    </w:p>
    <w:p>
      <w:r>
        <w:t xml:space="preserve">07:19      (Speaker H)  with the color or the aesthetics of your monuments, your clubhouses, your entrance. Ways to create an aesthetic look that's going to match with the aesthetics of the community. In your proposal from Nebula Lightings, you'll also see that we that I actually included floodlights for your islands. Those floodlights are the same gemstone LED comes with. It's an 18 LED floodlight encased in a steel of enclosure that spikes in in depending on, you know what you're looking to highlight. But typically what I proposed in that in that PDF is basically lighting up the front of your of your palm trees as well as the back of the palm tree to create the same look. Driving into the community as well as driving out your clubhouse will be all track lighting with a custom cut track which is basically a 4 inch track that we're going to custom cut. And the reason why we need to custom cut this track is you have a lip that's a reveal around the edge of your clubhouse. We're going to create this track that's going to sit behind that reveal. So you're not going to see any track from the road aside from just the led. So we're going to hide that track right behind there. A couple of key points to take away. Number one, the system is controlled completely through an app and wireless with a, with a backup Bluetooth. Our system is completely controlled from an exterior point. We never need to step foot into any kind of, you know, inside the building to be able to service it. From a service standpoint, your management teams will be able to have access to the apps and you can have as many of your team members as you like controlling the app. If the WI fi goes down for any reason, you'll Be able to control the system with the backup Bluetooth that's built right into the control boxes that we mount on premise. Now, as far as the warranty is concerned, the product comes typically day in, day out with a 10 year warranty, parts warranty directly from the manufacturer. Since we're the largest gemstone dealer in the state of Florida, we match that 10 year parts warranty with a 10 year labor warranty. On top of that, Gemstone Lights is the only product that comes with a lifetime replacement on your LEDs. You never have to pay for LED replacement with Gemstone Lights. It's always included for lifetime with the. With product itself. So the only time you have to pay for a labor fee is after your 10 year labor warranty is over. The one thing I'd like to present to you though is that we have a press release coming out in the fourth quarter where we have some warranty changes coming out. I'd like to actually offer you that change today. We're not giving this out to anyone else except for our important HOAs to CDDs. That 10 year warranty we will double today with your. I know Your proposal says 10 years, but we're prepared to double that to 20 years, parts, labor and lifetime replacements on the LEDs. And I'll take your. I'll take your questions whenever you're ready. </w:t>
      </w:r>
    </w:p>
    <w:p>
      <w:r>
        <w:t xml:space="preserve">11:02      (Speaker A)  I have one. Do you have anything out here in Riverview that does. That we can take a look at? </w:t>
      </w:r>
    </w:p>
    <w:p>
      <w:r>
        <w:t xml:space="preserve">11:08      (Speaker H)  I had forwarded the PDF to Mick. I'm not sure if I sent that </w:t>
      </w:r>
    </w:p>
    <w:p>
      <w:r>
        <w:t xml:space="preserve">11:15      (Speaker G)  over to the board. </w:t>
      </w:r>
    </w:p>
    <w:p>
      <w:r>
        <w:t xml:space="preserve">11:16      (Speaker B)  Yeah, their proposals on 43. 43 is where that begins with the. </w:t>
      </w:r>
    </w:p>
    <w:p>
      <w:r>
        <w:t xml:space="preserve">11:24      (Speaker H)  I can, I can. So the. </w:t>
      </w:r>
    </w:p>
    <w:p>
      <w:r>
        <w:t xml:space="preserve">11:28      (Speaker D)  Yeah, I could, I could pretty much say a couple. I mean, you guys have done Dupree Lakes, Belmont. Belmont actually is probably the most recent one. But I mean those are. Those are our districts. I mean, I'm sure that they've done others as well, but Creek Preserve, we </w:t>
      </w:r>
    </w:p>
    <w:p>
      <w:r>
        <w:t xml:space="preserve">11:48      (Speaker H)  did recently as well. </w:t>
      </w:r>
    </w:p>
    <w:p>
      <w:r>
        <w:t xml:space="preserve">11:48      (Speaker D)  Creek Preserve. Yep. </w:t>
      </w:r>
    </w:p>
    <w:p>
      <w:r>
        <w:t xml:space="preserve">11:50      (Speaker E)  Yeah. </w:t>
      </w:r>
    </w:p>
    <w:p>
      <w:r>
        <w:t xml:space="preserve">11:54      (Speaker B)  We still got about three minutes. If there's any other questions for Mark. </w:t>
      </w:r>
    </w:p>
    <w:p>
      <w:r>
        <w:t xml:space="preserve">12:02      (Speaker C)  Yeah, talk. </w:t>
      </w:r>
    </w:p>
    <w:p>
      <w:r>
        <w:t xml:space="preserve">12:04      (Speaker B)  What's his name again? Mark. </w:t>
      </w:r>
    </w:p>
    <w:p>
      <w:r>
        <w:t xml:space="preserve">12:06      (Speaker C)  Mark, can you talk a little bit about your, your pricing and what just to kind of validate the pricing and how is it your product or your service, your company, worth that? </w:t>
      </w:r>
    </w:p>
    <w:p>
      <w:r>
        <w:t xml:space="preserve">12:27      (Speaker B)  Our price point? </w:t>
      </w:r>
    </w:p>
    <w:p>
      <w:r>
        <w:t xml:space="preserve">12:28      (Speaker H)  Sure, absolutely. Our pricing for this product is sold at per linear foot. Typically this type of lighting, no matter who sells, it usually sells for per linear foot, except for the floodlights. What you're. What you're paying for us as opposed to every other competitor. And I I know there's some people in the room, but that's, you know, I'm not trying to offend anybody, but we, we invented this industry 20 plus years ago. Permanent lighting really just became a trend recently. Most of the companies that are out there today are doing business. They're less than five years old, I would say. Our installers are not subcontractors. These are nebula trained technicians that go through a process to become, you know, trained in their skill and trade. We carry the proper insurances. Two million plus insurance, liability, on site, workman's comp. Every one of our guys are licensed Florida electricians. We, you know, we're, we're a company that not only are our technicians trained, but they've been with us mostly from the beginning. So we take pride in that. We're a local company that's been installing our products in Tampa Bay for a long, long time. </w:t>
      </w:r>
    </w:p>
    <w:p>
      <w:r>
        <w:t xml:space="preserve">13:55      (Speaker A)  I have one other question. I noticed here that in the warranty section you say that you recommend the surge protector. Is that included in what the price that you're giving us </w:t>
      </w:r>
    </w:p>
    <w:p>
      <w:r>
        <w:t xml:space="preserve">14:05      (Speaker H)  the surge protection. Is that correct? Is that what you said? </w:t>
      </w:r>
    </w:p>
    <w:p>
      <w:r>
        <w:t xml:space="preserve">14:08      (Speaker B)  Yeah, yeah. </w:t>
      </w:r>
    </w:p>
    <w:p>
      <w:r>
        <w:t xml:space="preserve">14:09      (Speaker A)  You recommend surge protection because obviously surge will not be covered under the warranty. So if you're, if you're recommending. Is this, you know, does this price point include that? </w:t>
      </w:r>
    </w:p>
    <w:p>
      <w:r>
        <w:t xml:space="preserve">14:21      (Speaker H)  So if I'm not understanding you correctly, the surge protection is, is included in each led, it's built in. So that is absolutely included in the product and that's part of the warranty as well. Did I understand you correctly there? </w:t>
      </w:r>
    </w:p>
    <w:p>
      <w:r>
        <w:t xml:space="preserve">14:38      (Speaker E)  Yeah, yeah. </w:t>
      </w:r>
    </w:p>
    <w:p>
      <w:r>
        <w:t xml:space="preserve">14:38      (Speaker A)  So I just want to be sure that was all clear before we get. </w:t>
      </w:r>
    </w:p>
    <w:p>
      <w:r>
        <w:t xml:space="preserve">14:41      (Speaker E)  Perfect. </w:t>
      </w:r>
    </w:p>
    <w:p>
      <w:r>
        <w:t xml:space="preserve">14:42      (Speaker A)  Perfect. </w:t>
      </w:r>
    </w:p>
    <w:p>
      <w:r>
        <w:t xml:space="preserve">14:43      (Speaker C)  One quick question mark. On the page 50, that would be the. It says, it's titled placement and has three images. The one in the top left, when you first look at it, where you have the red lines coming down, it looks like it's just going to the top of the cupola. But are you saying that the lights would be on the top as well as the, the larger real estate, if you will, around? </w:t>
      </w:r>
    </w:p>
    <w:p>
      <w:r>
        <w:t xml:space="preserve">15:09      (Speaker H)  Yes, ma'. Am. So the top three peaks of the amenity center, all four sides of those peaks would have lighting all the way around? Well, what we like to create, there are crowns that would, you know, kind of be visible from a distance, but also uniform all the way around the building. </w:t>
      </w:r>
    </w:p>
    <w:p>
      <w:r>
        <w:t xml:space="preserve">15:27      (Speaker C)  So is it only the crowns that are on top that are getting the lighting or is it the. The rest of the building? </w:t>
      </w:r>
    </w:p>
    <w:p>
      <w:r>
        <w:t xml:space="preserve">15:33      (Speaker H)  Oh, no, the rest of the building plus the crowns. I. </w:t>
      </w:r>
    </w:p>
    <w:p>
      <w:r>
        <w:t xml:space="preserve">15:38      (Speaker D)  Sorry. </w:t>
      </w:r>
    </w:p>
    <w:p>
      <w:r>
        <w:t xml:space="preserve">15:39      (Speaker C)  That's why I just Wanted to clarify because I kept looking at the picture and I like that. Clear. </w:t>
      </w:r>
    </w:p>
    <w:p>
      <w:r>
        <w:t xml:space="preserve">15:46      (Speaker D)  Yeah. </w:t>
      </w:r>
    </w:p>
    <w:p>
      <w:r>
        <w:t xml:space="preserve">15:46      (Speaker H)  No, I. And if you look right above there, it says full wrap around amenity center, four sides, and then four sides of risers as well. So in addition to the entire amenity center having lights all the way around, all four sides of those risers will also have lights all the way around. </w:t>
      </w:r>
    </w:p>
    <w:p>
      <w:r>
        <w:t xml:space="preserve">16:07      (Speaker I)  Okay, I have a question mark. </w:t>
      </w:r>
    </w:p>
    <w:p>
      <w:r>
        <w:t xml:space="preserve">16:09      (Speaker C)  Sure. </w:t>
      </w:r>
    </w:p>
    <w:p>
      <w:r>
        <w:t xml:space="preserve">16:11      (Speaker I)  Out on the sign where it says Park Creek. I see you have it wrapped around. What's holding that up there? That's a hollow sign there. How are you getting that to stay up there? </w:t>
      </w:r>
    </w:p>
    <w:p>
      <w:r>
        <w:t xml:space="preserve">16:20      (Speaker H)  So we have a couple different methods. And what we do is before we start any installation, we're going to have our service manager go out and assess the monument itself. I already actually assessed the monument. That monument, if I'm not mistaken. </w:t>
      </w:r>
    </w:p>
    <w:p>
      <w:r>
        <w:t xml:space="preserve">16:37      (Speaker B)  I'm just looking for your paperwork. </w:t>
      </w:r>
    </w:p>
    <w:p>
      <w:r>
        <w:t xml:space="preserve">16:39      (Speaker H)  But if I'm not mistaken, we should be able to use TapCons on that monument. If we don't, we also use a combination of adhesive and a lesser size tapcon to kind of create a perfect bond all the way around the actual monument itself. </w:t>
      </w:r>
    </w:p>
    <w:p>
      <w:r>
        <w:t xml:space="preserve">17:00      (Speaker F)  Okay. The. </w:t>
      </w:r>
    </w:p>
    <w:p>
      <w:r>
        <w:t xml:space="preserve">17:02      (Speaker H)  The adhesive and I'm sorry, I'd like to clarify, the adhesive usually is only used in situations where the fascia is a, say like a marble tile or a. Something that's going to not take well to screwing or drilling that monument. We've drilled and screwed into a monument like that. And Belmont, I think, is a perfect example. I think the front facial of Belmont is almost exactly the same as that monument. I don't think we'll have any problems at all, especially since the monument is completely flush all the way around. </w:t>
      </w:r>
    </w:p>
    <w:p>
      <w:r>
        <w:t xml:space="preserve">17:38      (Speaker I)  Okay, so how long does that last with the weather in Florida? </w:t>
      </w:r>
    </w:p>
    <w:p>
      <w:r>
        <w:t xml:space="preserve">17:42      (Speaker A)  I mean, what are you going to. </w:t>
      </w:r>
    </w:p>
    <w:p>
      <w:r>
        <w:t xml:space="preserve">17:43      (Speaker I)  Two years from now? It's going to be falling down. </w:t>
      </w:r>
    </w:p>
    <w:p>
      <w:r>
        <w:t xml:space="preserve">17:46      (Speaker A)  It's. </w:t>
      </w:r>
    </w:p>
    <w:p>
      <w:r>
        <w:t xml:space="preserve">17:47      (Speaker H)  It's guaranteed. It's going to be guaranteed for 20 plus years under our own warranty today. I have never had one follow residential hoa. Not one has fallen off. </w:t>
      </w:r>
    </w:p>
    <w:p>
      <w:r>
        <w:t xml:space="preserve">17:59      (Speaker A)  So if it does fall off, you're going to come back and fix it. Absolutely. </w:t>
      </w:r>
    </w:p>
    <w:p>
      <w:r>
        <w:t xml:space="preserve">18:03      (Speaker H)  It's under without a doubt. </w:t>
      </w:r>
    </w:p>
    <w:p>
      <w:r>
        <w:t xml:space="preserve">18:06      (Speaker C)  Okay, I'm seeing on here your timeline is it's six to eight weeks. Like if we were to approve today, it'd be six to eight weeks before you start. </w:t>
      </w:r>
    </w:p>
    <w:p>
      <w:r>
        <w:t xml:space="preserve">18:18      (Speaker H)  Yeah, this, this time of year. So our fourth quarter is when I typically let our CDD and HOA clients know that is the, for lack of a better word, the worst time to get in because everybody wants their lights in at that time from now until the beginning of September is going to be the best time to get in. We'll be able to get you in scheduled and completed, way before the beginning of the fourth quarter. So this way you can enjoy your lights for the entire fourth quarter. </w:t>
      </w:r>
    </w:p>
    <w:p>
      <w:r>
        <w:t xml:space="preserve">18:52      (Speaker C)  And then Mick would work directly with you. </w:t>
      </w:r>
    </w:p>
    <w:p>
      <w:r>
        <w:t xml:space="preserve">18:55      (Speaker H)  Yes, ma'. </w:t>
      </w:r>
    </w:p>
    <w:p>
      <w:r>
        <w:t xml:space="preserve">18:56      (Speaker F)  Am. </w:t>
      </w:r>
    </w:p>
    <w:p>
      <w:r>
        <w:t xml:space="preserve">18:56      (Speaker D)  Yes, absolutely. Yeah. Well, what we'll do is we'll kind of do a like. Like a first, basically a meeting on site when they're getting ready to. To get started, just to get some scheduling going. And then once it's all completed, we'll do a final review, make sure everything is working, and then just kind of go from there. And normally in these scenarios, given a lot of these are with the apps, normally we appoint a liaison from the board that would be the one responsible for, like, you know, when it's Halloween, if you want to change it to, you know, orange and purple or Christmas, you know, green and red or whatever, that way that, you know, the board is really responsible for the. For that instead of, you know, the management. So. </w:t>
      </w:r>
    </w:p>
    <w:p>
      <w:r>
        <w:t xml:space="preserve">19:40      (Speaker C)  Okay, yeah, great </w:t>
      </w:r>
    </w:p>
    <w:p>
      <w:r>
        <w:t xml:space="preserve">19:44      (Speaker E)  question. </w:t>
      </w:r>
    </w:p>
    <w:p>
      <w:r>
        <w:t xml:space="preserve">19:45      (Speaker H)  There's. In the new update to the app, there's also Autopilot. If you do have WI fi up there, you can set up Autopilot where it'll just change everything on its own for you without any human interaction at all. </w:t>
      </w:r>
    </w:p>
    <w:p>
      <w:r>
        <w:t xml:space="preserve">20:03      (Speaker B)  Meaning that I have a question. </w:t>
      </w:r>
    </w:p>
    <w:p>
      <w:r>
        <w:t xml:space="preserve">20:04      (Speaker D)  It'll go from. </w:t>
      </w:r>
    </w:p>
    <w:p>
      <w:r>
        <w:t xml:space="preserve">20:05      (Speaker E)  I was trying to. I didn't see it, but what's. What's the spacing on your lights? </w:t>
      </w:r>
    </w:p>
    <w:p>
      <w:r>
        <w:t xml:space="preserve">20:09      (Speaker H)  Spacing is 9 inches between each light. Gemstone Lights doesn't need closer spacing because the LED is a. A powerful led to a 9,000. So it's going to need. It doesn't need any to be any closer in terms of spacing. </w:t>
      </w:r>
    </w:p>
    <w:p>
      <w:r>
        <w:t xml:space="preserve">20:29      (Speaker A)  I'm here. </w:t>
      </w:r>
    </w:p>
    <w:p>
      <w:r>
        <w:t xml:space="preserve">20:29      (Speaker E)  9 inches between each light. </w:t>
      </w:r>
    </w:p>
    <w:p>
      <w:r>
        <w:t xml:space="preserve">20:32      (Speaker B)  Is it 9 inches between each light, Mark? Okay, I'm sorry. </w:t>
      </w:r>
    </w:p>
    <w:p>
      <w:r>
        <w:t xml:space="preserve">20:40      (Speaker J)  Sorry. </w:t>
      </w:r>
    </w:p>
    <w:p>
      <w:r>
        <w:t xml:space="preserve">20:42      (Speaker B)  So it's been 15 minutes. Just to give the board a heads up. </w:t>
      </w:r>
    </w:p>
    <w:p>
      <w:r>
        <w:t xml:space="preserve">20:45      (Speaker A)  Whatever you'd like. </w:t>
      </w:r>
    </w:p>
    <w:p>
      <w:r>
        <w:t xml:space="preserve">20:48      (Speaker I)  I don't have any questions. </w:t>
      </w:r>
    </w:p>
    <w:p>
      <w:r>
        <w:t xml:space="preserve">20:49      (Speaker A)  Okay. </w:t>
      </w:r>
    </w:p>
    <w:p>
      <w:r>
        <w:t xml:space="preserve">20:50      (Speaker C)  Thank you, Mark. </w:t>
      </w:r>
    </w:p>
    <w:p>
      <w:r>
        <w:t xml:space="preserve">20:50      (Speaker I)  Thank you. </w:t>
      </w:r>
    </w:p>
    <w:p>
      <w:r>
        <w:t xml:space="preserve">20:51      (Speaker F)  Okay. </w:t>
      </w:r>
    </w:p>
    <w:p>
      <w:r>
        <w:t xml:space="preserve">20:53      (Speaker A)  I'm good, thanks. </w:t>
      </w:r>
    </w:p>
    <w:p>
      <w:r>
        <w:t xml:space="preserve">20:55      (Speaker B)  Okay, thanks, Mark. </w:t>
      </w:r>
    </w:p>
    <w:p>
      <w:r>
        <w:t xml:space="preserve">20:57      (Speaker H)  Thanks for having me. </w:t>
      </w:r>
    </w:p>
    <w:p>
      <w:r>
        <w:t xml:space="preserve">20:59      (Speaker A)  Thanks. </w:t>
      </w:r>
    </w:p>
    <w:p>
      <w:r>
        <w:t xml:space="preserve">21:00      (Speaker B)  Okay, so we'll give the opportunity 15 minutes for the other vendor that is here. Go ahead and turn it over to you. Yep. So that's looking your agenda, guys. </w:t>
      </w:r>
    </w:p>
    <w:p>
      <w:r>
        <w:t xml:space="preserve">21:19      (Speaker G)  Good evening, everyone. </w:t>
      </w:r>
    </w:p>
    <w:p>
      <w:r>
        <w:t xml:space="preserve">21:20      (Speaker F)  Good evening. </w:t>
      </w:r>
    </w:p>
    <w:p>
      <w:r>
        <w:t xml:space="preserve">21:21      (Speaker G)  Thank you guys for having me. I will say you guys have a beautiful clubhouse, beautiful subdivision there. I wanted to just go over what we're doing here. I know that you have my proposal as well. I have a number of components in There with pictures of what's going to be happening. </w:t>
      </w:r>
    </w:p>
    <w:p>
      <w:r>
        <w:t xml:space="preserve">21:42      (Speaker B)  Page 39 to start, pretty much. </w:t>
      </w:r>
    </w:p>
    <w:p>
      <w:r>
        <w:t xml:space="preserve">21:43      (Speaker A)  Thank you. </w:t>
      </w:r>
    </w:p>
    <w:p>
      <w:r>
        <w:t xml:space="preserve">21:45      (Speaker B)  We're. </w:t>
      </w:r>
    </w:p>
    <w:p>
      <w:r>
        <w:t xml:space="preserve">21:46      (Speaker G)  We actually do a similar approach where we actually install. We've got all of the aluminum tracks, same quality as the gutter system. They're going to color match your soffits. Where you've got the undermount that goes around the primary building. I've got the hat track which points down. It goes underneath the soffit where you have kind of your. Your crowns of your building. Where you've got like the larger areas above. I've got this specific a frame track. And this actually will go on the outside due to the fact you don't have soffits. So we go along the outside. It still shines down. It still provides that same lighting illumination, but in any sense it's a different type of track. </w:t>
      </w:r>
    </w:p>
    <w:p>
      <w:r>
        <w:t xml:space="preserve">22:30      (Speaker D)  The. </w:t>
      </w:r>
    </w:p>
    <w:p>
      <w:r>
        <w:t xml:space="preserve">22:31      (Speaker G)  The outside of your subdivision, the primary beginning area, I would recommend like the Victorian gray instead of like the white or something of that nature even. I would recommend it over a blue. I know you got the blue color there. The gray would kind of blend right in with that roof as it tapers down. You have the gray and the lights are shining down. Our lights also have the three diodes. We are an RGB ww. We've got all the different millions of colors. Our app also provides multiple themes that you click on changes quickly, effectively. You can take the theme and you can very quickly modify the theme. You can add a light, you can dim a light. You can make the light bright however you'd like. In addition, we also have the warm white. Each diode has a yellow component which actually provides that nice warm white which creates that accent. 90% of the time. You're just going to want just a nice glow, a nice warm aesthetic on your, you know, on your clubhouse. And that for that nice warm, you can make it dim, bright, flash, not flash, whatever you'd like. I know that from a. From perspective of our lights, we also have there. Each one is individually connected as well. They're all waterproof. If a light does go out, does go bad, we can loosen the track, pop the bad light out, put the new one in, and you're good to go. There's no continued hassle of trying to replace full strands of lights. </w:t>
      </w:r>
    </w:p>
    <w:p>
      <w:r>
        <w:t xml:space="preserve">24:10      (Speaker A)  Now, if one goes out, does it take the whole chain out or is it just that one? </w:t>
      </w:r>
    </w:p>
    <w:p>
      <w:r>
        <w:t xml:space="preserve">24:15      (Speaker G)  So generally speaking, it depends on how it goes out. If it's a. If it's like a power surge, you can take that one. It could take the rest. If it's only affecting the light itself. The signal will still go through the rest of the lights. </w:t>
      </w:r>
    </w:p>
    <w:p>
      <w:r>
        <w:t xml:space="preserve">24:28      (Speaker A)  Fair enough, yeah. </w:t>
      </w:r>
    </w:p>
    <w:p>
      <w:r>
        <w:t xml:space="preserve">24:31      (Speaker G)  These lights actually have 110 lumens per light. So as they're shining down, you've got multitudes, you know, of the ability. It's a nice bright light. What I would do for you guys, I would do a 36 volt box in the clubhouse itself. Outside in the front, I would do a 24 volt box, 300 watt. My 36 volt is a 600 watt and that actually provides the amount of power that you would need without overcharging the lights themselves. So here we're talking about longevity as well. These are 50,000 hours of rated usage. If you turn them on and never turn them off, that's over five years of usage. Normally people use them between four and six hours a day. So you're looking at, you know, over, over 20 years or so. So these are meant to last. They're high quality, they can, they are water resistant. Waterproof means that you can put them in a pool and they're good to go. I won't recommend putting them inside of a pool at the bottom of a bowl, but they are water resistant. If water gets into the track, the idea is that eventually the sun will </w:t>
      </w:r>
    </w:p>
    <w:p>
      <w:r>
        <w:t xml:space="preserve">25:41      (Speaker A)  come back out like IP 65 or 64. </w:t>
      </w:r>
    </w:p>
    <w:p>
      <w:r>
        <w:t xml:space="preserve">25:45      (Speaker G)  They're all UL listed. Yeah, yeah, they're all UL listed. So they're not going to overheat or anything like that. So the water, the water resistant means that they can sit in water and still work, but they're not meant to stay in water. Eventually the water will drain or the water will dry. It is meant for our humidity, our weather. These are actually attached in two different ways. We've got two different lines that we screw in which makes them highly, you know, highly durable. So these are permanent LEDs. This is something that you'll have to think about or replace at another time. </w:t>
      </w:r>
    </w:p>
    <w:p>
      <w:r>
        <w:t xml:space="preserve">26:31      (Speaker B)  Five minutes. Yeah, yeah, yeah. My phone's not ringing. </w:t>
      </w:r>
    </w:p>
    <w:p>
      <w:r>
        <w:t xml:space="preserve">26:39      (Speaker G)  Any questions for me? </w:t>
      </w:r>
    </w:p>
    <w:p>
      <w:r>
        <w:t xml:space="preserve">26:41      (Speaker C)  Yeah, what kind of warranty? You said lights are good for about </w:t>
      </w:r>
    </w:p>
    <w:p>
      <w:r>
        <w:t xml:space="preserve">26:44      (Speaker G)  20 years, so I put about five year warranty on these. I also, and, and actually the tracks themselves, like they're good to go. The warranty includes the box, includes the lights, includes replacement and all of that. </w:t>
      </w:r>
    </w:p>
    <w:p>
      <w:r>
        <w:t xml:space="preserve">26:59      (Speaker F)  So. </w:t>
      </w:r>
    </w:p>
    <w:p>
      <w:r>
        <w:t xml:space="preserve">26:59      (Speaker C)  So if anything goes wrong within five years you'll come out and replace it. </w:t>
      </w:r>
    </w:p>
    <w:p>
      <w:r>
        <w:t xml:space="preserve">27:02      (Speaker G)  Yes. </w:t>
      </w:r>
    </w:p>
    <w:p>
      <w:r>
        <w:t xml:space="preserve">27:04      (Speaker C)  I do have a question. On one of your pick, the pictures that you sent the monument, at the top, you just have the top of the cupola with the, with the red Line. You don't have it where it says Park Creek, which. </w:t>
      </w:r>
    </w:p>
    <w:p>
      <w:r>
        <w:t xml:space="preserve">27:24      (Speaker G)  Oh, yes, yes. I. I was not told that you wanted the Park Creek part. So. Yeah, we could add that. </w:t>
      </w:r>
    </w:p>
    <w:p>
      <w:r>
        <w:t xml:space="preserve">27:31      (Speaker A)  Okay. </w:t>
      </w:r>
    </w:p>
    <w:p>
      <w:r>
        <w:t xml:space="preserve">27:32      (Speaker G)  That actually, so going around the monument would be the silver that I suggested. But then if we were to come out here, because the box. If you look at picture number it was. </w:t>
      </w:r>
    </w:p>
    <w:p>
      <w:r>
        <w:t xml:space="preserve">27:48      (Speaker B)  I saw it </w:t>
      </w:r>
    </w:p>
    <w:p>
      <w:r>
        <w:t xml:space="preserve">27:51      (Speaker A)  right here. </w:t>
      </w:r>
    </w:p>
    <w:p>
      <w:r>
        <w:t xml:space="preserve">27:51      (Speaker F)  Yeah. Oh, there's one there too. </w:t>
      </w:r>
    </w:p>
    <w:p>
      <w:r>
        <w:t xml:space="preserve">27:54      (Speaker B)  Oh, yeah, there you go. </w:t>
      </w:r>
    </w:p>
    <w:p>
      <w:r>
        <w:t xml:space="preserve">27:55      (Speaker G)  So picture number three actually shows you where the box would be. So we would go underneath to attach to the tower itself and then to connect to the signage. We would already have the lines in the box there. So it just be a matter of wrapping that sign. </w:t>
      </w:r>
    </w:p>
    <w:p>
      <w:r>
        <w:t xml:space="preserve">28:11      (Speaker F)  Yeah. Okay. </w:t>
      </w:r>
    </w:p>
    <w:p>
      <w:r>
        <w:t xml:space="preserve">28:14      (Speaker I)  Okay, we added that. How much more in the pricing? </w:t>
      </w:r>
    </w:p>
    <w:p>
      <w:r>
        <w:t xml:space="preserve">28:18      (Speaker G)  I actually was doing the front at cost just for the sake of getting into the community and actually being able to provide you guys some good lighting. So it would just be cost. It would just be added onto the cost. So it really would be not much. Couple hundred dollars, something like that. </w:t>
      </w:r>
    </w:p>
    <w:p>
      <w:r>
        <w:t xml:space="preserve">28:35      (Speaker B)  So. </w:t>
      </w:r>
    </w:p>
    <w:p>
      <w:r>
        <w:t xml:space="preserve">28:36      (Speaker F)  Okay, </w:t>
      </w:r>
    </w:p>
    <w:p>
      <w:r>
        <w:t xml:space="preserve">28:39      (Speaker I)  now you said the lights aren't the permanent. </w:t>
      </w:r>
    </w:p>
    <w:p>
      <w:r>
        <w:t xml:space="preserve">28:42      (Speaker F)  How long before we even think about needing to replace them? </w:t>
      </w:r>
    </w:p>
    <w:p>
      <w:r>
        <w:t xml:space="preserve">28:46      (Speaker G)  No, they are permitted. They are permanent. Yes, yes, these are. These are considered permanent lighting. </w:t>
      </w:r>
    </w:p>
    <w:p>
      <w:r>
        <w:t xml:space="preserve">28:50      (Speaker B)  Yes. </w:t>
      </w:r>
    </w:p>
    <w:p>
      <w:r>
        <w:t xml:space="preserve">28:52      (Speaker A)  Yeah. </w:t>
      </w:r>
    </w:p>
    <w:p>
      <w:r>
        <w:t xml:space="preserve">28:52      (Speaker G)  50,000 hours usage. You know, they're definitely considered permanent. </w:t>
      </w:r>
    </w:p>
    <w:p>
      <w:r>
        <w:t xml:space="preserve">28:59      (Speaker A)  So I'm just trying to compare you. </w:t>
      </w:r>
    </w:p>
    <w:p>
      <w:r>
        <w:t xml:space="preserve">29:03      (Speaker G)  Yeah, absolutely. Yeah, Yeah. I heard everything he has. So I can I. I look what he does. </w:t>
      </w:r>
    </w:p>
    <w:p>
      <w:r>
        <w:t xml:space="preserve">29:08      (Speaker A)  It has on the entryway. EntryWay, the lighting, one center up front, two per tree, front and rear. So he's also have some tree lighting. </w:t>
      </w:r>
    </w:p>
    <w:p>
      <w:r>
        <w:t xml:space="preserve">29:17      (Speaker G)  Yeah, I. I don't have that. Yeah, I don't have that. And I was. I was literally just told that that monument. So what I can add around the sign. And these are. These are track lights that are connecting to the box. So I don't have the lights going up into the trees. </w:t>
      </w:r>
    </w:p>
    <w:p>
      <w:r>
        <w:t xml:space="preserve">29:36      (Speaker A)  I guess it's on the trees from. </w:t>
      </w:r>
    </w:p>
    <w:p>
      <w:r>
        <w:t xml:space="preserve">29:38      (Speaker B)  I think the response. </w:t>
      </w:r>
    </w:p>
    <w:p>
      <w:r>
        <w:t xml:space="preserve">29:39      (Speaker E)  Yeah, like what? </w:t>
      </w:r>
    </w:p>
    <w:p>
      <w:r>
        <w:t xml:space="preserve">29:41      (Speaker A)  He has had spotlights here, here and here. Right in a spot here as well as around the ledge here and over here. </w:t>
      </w:r>
    </w:p>
    <w:p>
      <w:r>
        <w:t xml:space="preserve">29:50      (Speaker G)  Correct. </w:t>
      </w:r>
    </w:p>
    <w:p>
      <w:r>
        <w:t xml:space="preserve">29:51      (Speaker B)  Yes. Yeah. </w:t>
      </w:r>
    </w:p>
    <w:p>
      <w:r>
        <w:t xml:space="preserve">29:52      (Speaker G)  So I can do your. I can do your monument. I can do around your sign there with no problem, because my box is there. But I don't have the spots related to the trees because they're digging down into the. Into the. They're actually adding that I would expect into your landscaping there. </w:t>
      </w:r>
    </w:p>
    <w:p>
      <w:r>
        <w:t xml:space="preserve">30:08      (Speaker B)  And I don't have those. </w:t>
      </w:r>
    </w:p>
    <w:p>
      <w:r>
        <w:t xml:space="preserve">30:10      (Speaker A)  Okay. </w:t>
      </w:r>
    </w:p>
    <w:p>
      <w:r>
        <w:t xml:space="preserve">30:10      (Speaker B)  So don't worry. Do your lights have the same surge </w:t>
      </w:r>
    </w:p>
    <w:p>
      <w:r>
        <w:t xml:space="preserve">30:16      (Speaker A)  protection in each light? </w:t>
      </w:r>
    </w:p>
    <w:p>
      <w:r>
        <w:t xml:space="preserve">30:19      (Speaker J)  So. </w:t>
      </w:r>
    </w:p>
    <w:p>
      <w:r>
        <w:t xml:space="preserve">30:20      (Speaker G)  So these are all UL listed. So they're not going to overheat. I've not heard of surge protection in every light. I've got a surge protector that you plug into and it's going to surge protected at the box itself. If you have a surge going hitting your box. Yeah, I don't know what that meant. I don't know what he means with that. So I've not seen that before. But my surge protection is at the box itself at the actual outlet. </w:t>
      </w:r>
    </w:p>
    <w:p>
      <w:r>
        <w:t xml:space="preserve">30:46      (Speaker A)  So. Yeah. Which is the question I was trying to ask him before that he said within the put in this thing said they recommend the surge protector at the electric. </w:t>
      </w:r>
    </w:p>
    <w:p>
      <w:r>
        <w:t xml:space="preserve">30:58      (Speaker G)  Yes, yes. </w:t>
      </w:r>
    </w:p>
    <w:p>
      <w:r>
        <w:t xml:space="preserve">31:00      (Speaker B)  Yeah, yeah. </w:t>
      </w:r>
    </w:p>
    <w:p>
      <w:r>
        <w:t xml:space="preserve">31:01      (Speaker I)  And. </w:t>
      </w:r>
    </w:p>
    <w:p>
      <w:r>
        <w:t xml:space="preserve">31:01      (Speaker G)  And I, I'm sure they do that at the outlet itself. </w:t>
      </w:r>
    </w:p>
    <w:p>
      <w:r>
        <w:t xml:space="preserve">31:05      (Speaker A)  Yeah. </w:t>
      </w:r>
    </w:p>
    <w:p>
      <w:r>
        <w:t xml:space="preserve">31:06      (Speaker G)  But every light itself is ul listed from a no heating perspective. It's all low voltage. But my surge is at the. </w:t>
      </w:r>
    </w:p>
    <w:p>
      <w:r>
        <w:t xml:space="preserve">31:14      (Speaker A)  So now you have a surge protector. Yeah. And there is a surge and it goes past that blows out that transformer box. Does that an act of God and uncovered or how would your company handle that? </w:t>
      </w:r>
    </w:p>
    <w:p>
      <w:r>
        <w:t xml:space="preserve">31:27      (Speaker G)  So we have a surge protector and I install the surge protector. Then yeah, you would be covered. So yeah, that would be at the </w:t>
      </w:r>
    </w:p>
    <w:p>
      <w:r>
        <w:t xml:space="preserve">31:32      (Speaker B)  surge protector that I would have gotten from my vendor. </w:t>
      </w:r>
    </w:p>
    <w:p>
      <w:r>
        <w:t xml:space="preserve">31:35      (Speaker A)  Okay. So yeah, so then that happens and, and it blows it. Then you come out. </w:t>
      </w:r>
    </w:p>
    <w:p>
      <w:r>
        <w:t xml:space="preserve">31:41      (Speaker B)  Yeah. </w:t>
      </w:r>
    </w:p>
    <w:p>
      <w:r>
        <w:t xml:space="preserve">31:41      (Speaker G)  These boxes are actually in that picture three. I kind of gave you the idea of the size of the box. It's about the size of a shoe box. You're gonna see that as you're driving out. But it is installed. I've installed it to the brick there. We have to do a little concrete work to actually install just the tapcons there. </w:t>
      </w:r>
    </w:p>
    <w:p>
      <w:r>
        <w:t xml:space="preserve">32:00      (Speaker A)  Correct. </w:t>
      </w:r>
    </w:p>
    <w:p>
      <w:r>
        <w:t xml:space="preserve">32:01      (Speaker G)  I saw the electric plug there, so that was nice. </w:t>
      </w:r>
    </w:p>
    <w:p>
      <w:r>
        <w:t xml:space="preserve">32:03      (Speaker A)  How's that a paintable box? </w:t>
      </w:r>
    </w:p>
    <w:p>
      <w:r>
        <w:t xml:space="preserve">32:05      (Speaker G)  Oh, absolutely. </w:t>
      </w:r>
    </w:p>
    <w:p>
      <w:r>
        <w:t xml:space="preserve">32:06      (Speaker F)  Yeah. </w:t>
      </w:r>
    </w:p>
    <w:p>
      <w:r>
        <w:t xml:space="preserve">32:07      (Speaker G)  It is a nice looking box. It's very tiny. </w:t>
      </w:r>
    </w:p>
    <w:p>
      <w:r>
        <w:t xml:space="preserve">32:10      (Speaker A)  Stone is grayish, it looks like here. Yeah. </w:t>
      </w:r>
    </w:p>
    <w:p>
      <w:r>
        <w:t xml:space="preserve">32:13      (Speaker G)  If you were to paint it, you know, color multicolor, you know, you'd get right creative. It's. It's, it's plastic. So whatever would paint to a plastic. You know, you could probably paint a black or something. It is, it is more of a cream color, so it would stand out. </w:t>
      </w:r>
    </w:p>
    <w:p>
      <w:r>
        <w:t xml:space="preserve">32:28      (Speaker F)  But. </w:t>
      </w:r>
    </w:p>
    <w:p>
      <w:r>
        <w:t xml:space="preserve">32:29      (Speaker G)  And these lights. So these lights were actually </w:t>
      </w:r>
    </w:p>
    <w:p>
      <w:r>
        <w:t xml:space="preserve">32:33      (Speaker F)  over. </w:t>
      </w:r>
    </w:p>
    <w:p>
      <w:r>
        <w:t xml:space="preserve">32:33      (Speaker G)  Over 10 years ago. I get these from a commercial Christmas light dealership and I've got a, a direct connect with them, which is why I'm able to pass cost savings. But they actually invested all their time and energy into Christmas lights over 20 years. They got lifetime warranties. Amazing warranties. Christmas lights are predominantly the kind of lights that pop and Blow out. They apply all that quality to these LEDs. So over the last 10 years, these LEDs have been being produced. </w:t>
      </w:r>
    </w:p>
    <w:p>
      <w:r>
        <w:t xml:space="preserve">33:03      (Speaker A)  And is your company like Ben Wheel company, correct? </w:t>
      </w:r>
    </w:p>
    <w:p>
      <w:r>
        <w:t xml:space="preserve">33:06      (Speaker B)  Yes. </w:t>
      </w:r>
    </w:p>
    <w:p>
      <w:r>
        <w:t xml:space="preserve">33:07      (Speaker G)  Yes. </w:t>
      </w:r>
    </w:p>
    <w:p>
      <w:r>
        <w:t xml:space="preserve">33:07      (Speaker B)  Yeah, absolutely. </w:t>
      </w:r>
    </w:p>
    <w:p>
      <w:r>
        <w:t xml:space="preserve">33:09      (Speaker C)  So, yeah, so you've heard the other presentation. </w:t>
      </w:r>
    </w:p>
    <w:p>
      <w:r>
        <w:t xml:space="preserve">33:14      (Speaker G)  Yes. </w:t>
      </w:r>
    </w:p>
    <w:p>
      <w:r>
        <w:t xml:space="preserve">33:14      (Speaker C)  So you have the advantage of how do you, how would you position yourself, </w:t>
      </w:r>
    </w:p>
    <w:p>
      <w:r>
        <w:t xml:space="preserve">33:20      (Speaker B)  you know, of why we should choose you? </w:t>
      </w:r>
    </w:p>
    <w:p>
      <w:r>
        <w:t xml:space="preserve">33:24      (Speaker G)  I think you have to ask him the same question to be fair. But I would say, you know, I gave you guys an amazing price point. I think that, you know, what I would like to do is create a relationship. You know, I'd love to have your, you know, your conditions and contracts and, you know, your cv, what's a ccn, CCNN document, so that I could potentially see what it is that you've got. I would expect that if, you know, coming in, doing a clubhouse, that would at least be said a couple times. And so from that perspective, you know, we can actually make an arrangement where, hey, you know, I've got the documentation from the hoa. We're going to make sure that, you know, the lights are scheduled to come on at a certain time, turn off at a certain time. You know, don't use these things because they blink and they're obnoxious. Use these types of themes. So that's kind of where I came in. I came in at a very aggressive price with the idea hopefully that we could do some business with, you know, with the neighborhood homes. Exactly. So I got it. So from that perspective, you know, our lights are, you know, 110 lumens per light is a lot. My 36 volt box with a 600 watts, you know, it's, it's a good quality box. It's meant to produce all the power you're needing. So these lights are meant to be bright, produce all of the aesthetic that you're wanting around the clubhouse. </w:t>
      </w:r>
    </w:p>
    <w:p>
      <w:r>
        <w:t xml:space="preserve">34:44      (Speaker C)  What's your timeline? </w:t>
      </w:r>
    </w:p>
    <w:p>
      <w:r>
        <w:t xml:space="preserve">34:46      (Speaker I)  I was just going to ask. </w:t>
      </w:r>
    </w:p>
    <w:p>
      <w:r>
        <w:t xml:space="preserve">34:47      (Speaker D)  Yeah. </w:t>
      </w:r>
    </w:p>
    <w:p>
      <w:r>
        <w:t xml:space="preserve">34:47      (Speaker G)  So similarly, that fourth quarter starting in September gets crazy busy. Now's a great time. Like if you were to agree today I'd be able to get out three weeks. So we're about between two and three weeks out. </w:t>
      </w:r>
    </w:p>
    <w:p>
      <w:r>
        <w:t xml:space="preserve">35:05      (Speaker C)  And then you're available. You'll be working with Mick directly. You'd be available for any time that there's problems or you're the owner of the company. </w:t>
      </w:r>
    </w:p>
    <w:p>
      <w:r>
        <w:t xml:space="preserve">35:12      (Speaker G)  Correct. And I'm able also to come in, saving you sales costs and all of that. I've got a good crew that, that does my installs for me. They've been with me for over, over five years as well, so. So yeah, I've got a good crew that does the work. I would definitely be there. There's going to be some maneuvering and some aesthetic that has to go as we're doing those high monuments there. So I'd be a part of all of this from that perspective. I'm not going to be installing, but I'll be there working with Mick, making sure we're doing everything that you guys would want. And then similarly, I'd like. We'd probably have someone who would have the app on their phone. You guys could all have the app on your phone, but maybe one person kind of controls it. I can do a training of how the app works, what themes are popular, how you can make a quick adjustment to a theme. </w:t>
      </w:r>
    </w:p>
    <w:p>
      <w:r>
        <w:t xml:space="preserve">36:01      (Speaker A)  Dedicated app for your. </w:t>
      </w:r>
    </w:p>
    <w:p>
      <w:r>
        <w:t xml:space="preserve">36:03      (Speaker B)  Correct. </w:t>
      </w:r>
    </w:p>
    <w:p>
      <w:r>
        <w:t xml:space="preserve">36:04      (Speaker A)  Yeah, that's not some generic one, but correct. </w:t>
      </w:r>
    </w:p>
    <w:p>
      <w:r>
        <w:t xml:space="preserve">36:06      (Speaker B)  Yes. </w:t>
      </w:r>
    </w:p>
    <w:p>
      <w:r>
        <w:t xml:space="preserve">36:07      (Speaker F)  Okay. </w:t>
      </w:r>
    </w:p>
    <w:p>
      <w:r>
        <w:t xml:space="preserve">36:07      (Speaker B)  Yeah, yeah, absolutely. </w:t>
      </w:r>
    </w:p>
    <w:p>
      <w:r>
        <w:t xml:space="preserve">36:12      (Speaker C)  You mentioned at the very beginning something about putting something up near the front entrance where if it doesn't have WI </w:t>
      </w:r>
    </w:p>
    <w:p>
      <w:r>
        <w:t xml:space="preserve">36:18      (Speaker I)  fi there, like that's not a problem. </w:t>
      </w:r>
    </w:p>
    <w:p>
      <w:r>
        <w:t xml:space="preserve">36:23      (Speaker A)  Correct. </w:t>
      </w:r>
    </w:p>
    <w:p>
      <w:r>
        <w:t xml:space="preserve">36:24      (Speaker J)  Yeah. </w:t>
      </w:r>
    </w:p>
    <w:p>
      <w:r>
        <w:t xml:space="preserve">36:28      (Speaker A)  Awesome. </w:t>
      </w:r>
    </w:p>
    <w:p>
      <w:r>
        <w:t xml:space="preserve">36:29      (Speaker I)  Thank you so much. </w:t>
      </w:r>
    </w:p>
    <w:p>
      <w:r>
        <w:t xml:space="preserve">36:30      (Speaker A)  Appreciate it. </w:t>
      </w:r>
    </w:p>
    <w:p>
      <w:r>
        <w:t xml:space="preserve">36:31      (Speaker B)  And we're right at the 15 minute mark. 15 seconds. </w:t>
      </w:r>
    </w:p>
    <w:p>
      <w:r>
        <w:t xml:space="preserve">36:39      (Speaker F)  Right. </w:t>
      </w:r>
    </w:p>
    <w:p>
      <w:r>
        <w:t xml:space="preserve">36:41      (Speaker B)  With that person. </w:t>
      </w:r>
    </w:p>
    <w:p>
      <w:r>
        <w:t xml:space="preserve">36:42      (Speaker A)  Both. </w:t>
      </w:r>
    </w:p>
    <w:p>
      <w:r>
        <w:t xml:space="preserve">36:42      (Speaker B)  Would you like to ask Mark the question as well? Why then just since he was. </w:t>
      </w:r>
    </w:p>
    <w:p>
      <w:r>
        <w:t xml:space="preserve">36:46      (Speaker C)  Yeah, yeah, Mark, I mean, I. Oh, is he still on? </w:t>
      </w:r>
    </w:p>
    <w:p>
      <w:r>
        <w:t xml:space="preserve">36:51      (Speaker A)  Sorry. Oh, good. </w:t>
      </w:r>
    </w:p>
    <w:p>
      <w:r>
        <w:t xml:space="preserve">36:52      (Speaker C)  Okay. Yeah. Mark, you know, why is it. I know you went through the whole how long you've been and you've in. You know, you all have pretty much developed this technology and what have you, but why is it that we should go with you? </w:t>
      </w:r>
    </w:p>
    <w:p>
      <w:r>
        <w:t xml:space="preserve">37:12      (Speaker B)  Maybe he's off. Still on. Mark, you there. You have the ability to unmute yourself. Mark, I made your co host. I also just click the ask to unmute button. </w:t>
      </w:r>
    </w:p>
    <w:p>
      <w:r>
        <w:t xml:space="preserve">37:39      (Speaker A)  Okay, not </w:t>
      </w:r>
    </w:p>
    <w:p>
      <w:r>
        <w:t xml:space="preserve">37:42      (Speaker B)  getting anything. Mark, if you're having a tech issue, you sign off and sign back on </w:t>
      </w:r>
    </w:p>
    <w:p>
      <w:r>
        <w:t xml:space="preserve">37:47      (Speaker D)  calling them right now. </w:t>
      </w:r>
    </w:p>
    <w:p>
      <w:r>
        <w:t xml:space="preserve">37:50      (Speaker B)  Okay, that's big. See if I can get a hold </w:t>
      </w:r>
    </w:p>
    <w:p>
      <w:r>
        <w:t xml:space="preserve">37:54      (Speaker A)  of them real quick. </w:t>
      </w:r>
    </w:p>
    <w:p>
      <w:r>
        <w:t xml:space="preserve">37:56      (Speaker B)  So with that I will also touch on this. You do have another proposal in here as well. I know we have to be able to present today, but you do have illuminations holiday lighting that is on page 37 as well, just for the board to be able to review as well. There. </w:t>
      </w:r>
    </w:p>
    <w:p>
      <w:r>
        <w:t xml:space="preserve">38:22      (Speaker H)  Hey guys, I'm back. I'm so sorry. </w:t>
      </w:r>
    </w:p>
    <w:p>
      <w:r>
        <w:t xml:space="preserve">38:25      (Speaker B)  Hey, Mark. So yeah, the board just had a question for you as well, which is, you know, obviously you went first and. And the other presenter just finished up, but they asked the same questions. So why would. </w:t>
      </w:r>
    </w:p>
    <w:p>
      <w:r>
        <w:t xml:space="preserve">38:39      (Speaker A)  What. </w:t>
      </w:r>
    </w:p>
    <w:p>
      <w:r>
        <w:t xml:space="preserve">38:39      (Speaker B)  What would be your pitch as to why they should select you? Well, we talked a little bit about your Experience. </w:t>
      </w:r>
    </w:p>
    <w:p>
      <w:r>
        <w:t xml:space="preserve">38:46      (Speaker C)  I mean, yeah, briefly. Not to go into all the, you know, how long you've been around and the technology and, and, and whatever, but in, in light of your, your price point, I was just curious. </w:t>
      </w:r>
    </w:p>
    <w:p>
      <w:r>
        <w:t xml:space="preserve">38:59      (Speaker H)  In a nutshell, I would probably say we're the most experienced installer in the Tampa Bay area when it comes to communities, CDDs, HOAs. We understand the need and we have a relationship there. And number two would be the warranty. We're there to back up our product for 20 years part time labor and you never have to worry about replacement LEDs for the life of the, Or, I'm sorry, for the life of the. The product itself. If an LED goes bad ever, whether it's five years, 10 years, 20 years, we're there to replace it at no cost. </w:t>
      </w:r>
    </w:p>
    <w:p>
      <w:r>
        <w:t xml:space="preserve">39:39      (Speaker F)  Terrific. </w:t>
      </w:r>
    </w:p>
    <w:p>
      <w:r>
        <w:t xml:space="preserve">39:39      (Speaker C)  Thank you Mark. </w:t>
      </w:r>
    </w:p>
    <w:p>
      <w:r>
        <w:t xml:space="preserve">39:40      (Speaker I)  Appreciate it. </w:t>
      </w:r>
    </w:p>
    <w:p>
      <w:r>
        <w:t xml:space="preserve">39:41      (Speaker H)  Thank you. I appreciate your time. </w:t>
      </w:r>
    </w:p>
    <w:p>
      <w:r>
        <w:t xml:space="preserve">39:46      (Speaker B)  So board discussion time. Obviously you have three proposals here with some options. We've heard from Two. </w:t>
      </w:r>
    </w:p>
    <w:p>
      <w:r>
        <w:t xml:space="preserve">39:53      (Speaker C)  Was there. Does Mick know a reason? Mick, do you know why the, the third. Were they in contact with you or they couldn't make it or. </w:t>
      </w:r>
    </w:p>
    <w:p>
      <w:r>
        <w:t xml:space="preserve">40:01      (Speaker D)  Yeah, I contacted them. I didn't really hear anything back. Again, we received this proposal for them a little while ago, but I didn't. This was back in May, so I mean I, I haven't received anything back from him. I had sent over the information for the meeting to all three vendors so they were all made aware. So. </w:t>
      </w:r>
    </w:p>
    <w:p>
      <w:r>
        <w:t xml:space="preserve">40:21      (Speaker A)  Okay. I noticed on one that isn't here, they're at a similar price point to the most expensive but they only give you a one year service warranty. So. </w:t>
      </w:r>
    </w:p>
    <w:p>
      <w:r>
        <w:t xml:space="preserve">40:36      (Speaker I)  Okay. </w:t>
      </w:r>
    </w:p>
    <w:p>
      <w:r>
        <w:t xml:space="preserve">40:36      (Speaker E)  Yeah, yeah. </w:t>
      </w:r>
    </w:p>
    <w:p>
      <w:r>
        <w:t xml:space="preserve">40:36      (Speaker A)  So and made a. I mean this guy here impressed me. You made it to the meeting, you know and you know I like that, you know so </w:t>
      </w:r>
    </w:p>
    <w:p>
      <w:r>
        <w:t xml:space="preserve">40:46      (Speaker F)  I like the price too. </w:t>
      </w:r>
    </w:p>
    <w:p>
      <w:r>
        <w:t xml:space="preserve">40:48      (Speaker A)  Yeah. I mean it's a </w:t>
      </w:r>
    </w:p>
    <w:p>
      <w:r>
        <w:t xml:space="preserve">40:52      (Speaker B)  community with Christmas lights. </w:t>
      </w:r>
    </w:p>
    <w:p>
      <w:r>
        <w:t xml:space="preserve">40:54      (Speaker A)  Replace these lights in 10 years and still be ahead of where we're at. We got to kind of be a steward of the money, you know, since it's a twenty thousand dollar difference, you know. </w:t>
      </w:r>
    </w:p>
    <w:p>
      <w:r>
        <w:t xml:space="preserve">41:05      (Speaker I)  Yeah, I don't think that the twenty thousand is not, it's not impressive. On the, the only out to change. </w:t>
      </w:r>
    </w:p>
    <w:p>
      <w:r>
        <w:t xml:space="preserve">41:11      (Speaker E)  Like the only real difference I see is the product. Product warranty on Tennessee, five years. </w:t>
      </w:r>
    </w:p>
    <w:p>
      <w:r>
        <w:t xml:space="preserve">41:23      (Speaker B)  And the other one is, the other one is 20. </w:t>
      </w:r>
    </w:p>
    <w:p>
      <w:r>
        <w:t xml:space="preserve">41:26      (Speaker A)  It's five years on the labor. Right. And how long is it single or five? </w:t>
      </w:r>
    </w:p>
    <w:p>
      <w:r>
        <w:t xml:space="preserve">41:32      (Speaker E)  He's got five. </w:t>
      </w:r>
    </w:p>
    <w:p>
      <w:r>
        <w:t xml:space="preserve">41:32      (Speaker A)  Five. Correct on, on your ranking it's five year. </w:t>
      </w:r>
    </w:p>
    <w:p>
      <w:r>
        <w:t xml:space="preserve">41:37      (Speaker G)  Five year. So generally speaking from an HOA perspective I do a two year and then you can add on for $450 an additional three year. </w:t>
      </w:r>
    </w:p>
    <w:p>
      <w:r>
        <w:t xml:space="preserve">41:48      (Speaker B)  I can. </w:t>
      </w:r>
    </w:p>
    <w:p>
      <w:r>
        <w:t xml:space="preserve">41:49      (Speaker G)  You already have that idea. </w:t>
      </w:r>
    </w:p>
    <w:p>
      <w:r>
        <w:t xml:space="preserve">41:51      (Speaker A)  It is. </w:t>
      </w:r>
    </w:p>
    <w:p>
      <w:r>
        <w:t xml:space="preserve">41:51      (Speaker G)  Yeah, I can, I can give you that five year without having to add on anything if that helps. That saves even a little bit more money. But that would be a five year parts paper. </w:t>
      </w:r>
    </w:p>
    <w:p>
      <w:r>
        <w:t xml:space="preserve">42:02      (Speaker E)  Yeah. </w:t>
      </w:r>
    </w:p>
    <w:p>
      <w:r>
        <w:t xml:space="preserve">42:02      (Speaker A)  That would kind of wash out the money you're going to spend. Spent the charges wrapping around the front line. </w:t>
      </w:r>
    </w:p>
    <w:p>
      <w:r>
        <w:t xml:space="preserve">42:09      (Speaker G)  Yeah, so. So, yeah, that would, that would actually. So I could just say we keep </w:t>
      </w:r>
    </w:p>
    <w:p>
      <w:r>
        <w:t xml:space="preserve">42:13      (Speaker B)  it as if the front. </w:t>
      </w:r>
    </w:p>
    <w:p>
      <w:r>
        <w:t xml:space="preserve">42:17      (Speaker C)  And what, what really would go wrong between the five and the 20 years? </w:t>
      </w:r>
    </w:p>
    <w:p>
      <w:r>
        <w:t xml:space="preserve">42:22      (Speaker G)  I mean, honestly, you know, these lights, you know, hundreds of thousands of these lights have been installed and there are going to be some that, you know, 90% of the lights in the world are made in China. So there's going to be some lights that fail. We all know that. We all buy a light from Lowe's and a light goes south, so a light will go out. So I've had a small handful of lights. We do an assessment on each light to see if the power, if there was some form of a power breakage, a power stoppage or maybe there wasn't enough power to the light. But in any case, that's really where you are. The beauty of these is that you got an individual light connected to the track. You loosen the track, you pop out the bad light, put the new one in. </w:t>
      </w:r>
    </w:p>
    <w:p>
      <w:r>
        <w:t xml:space="preserve">43:03      (Speaker A)  So the, the connectors that you have on those. </w:t>
      </w:r>
    </w:p>
    <w:p>
      <w:r>
        <w:t xml:space="preserve">43:06      (Speaker B)  Yes. </w:t>
      </w:r>
    </w:p>
    <w:p>
      <w:r>
        <w:t xml:space="preserve">43:06      (Speaker A)  Are they kind of a standard connector that would say seven years when it comes and one goes out. We got. We're not going to have to say we got to get a different connector out because it'll make those out. </w:t>
      </w:r>
    </w:p>
    <w:p>
      <w:r>
        <w:t xml:space="preserve">43:15      (Speaker G)  Correct. It's all a coaxial type of connection which is meant for like a water. </w:t>
      </w:r>
    </w:p>
    <w:p>
      <w:r>
        <w:t xml:space="preserve">43:20      (Speaker A)  So it's. So it's not going to change in say seven years when we have to. We had to replace something. Correct. Then we're going to have to cut wires instead of doing. So that connection is going to be fairly standard. </w:t>
      </w:r>
    </w:p>
    <w:p>
      <w:r>
        <w:t xml:space="preserve">43:30      (Speaker G)  Exactly. </w:t>
      </w:r>
    </w:p>
    <w:p>
      <w:r>
        <w:t xml:space="preserve">43:31      (Speaker E)  And it's not a proprietary coupling, so. </w:t>
      </w:r>
    </w:p>
    <w:p>
      <w:r>
        <w:t xml:space="preserve">43:35      (Speaker G)  Not a proprietary coupling. </w:t>
      </w:r>
    </w:p>
    <w:p>
      <w:r>
        <w:t xml:space="preserve">43:36      (Speaker E)  So God forbid, 10 years from now, Hennessy's not business anymore. You decide you don't want to do this anymore, you got to get somebody else to come in and service it. They're still going to be able. Those parts will still be available. </w:t>
      </w:r>
    </w:p>
    <w:p>
      <w:r>
        <w:t xml:space="preserve">43:46      (Speaker G)  We're. We're a distributor of Invisalites out of Utah and they're actually the, the co. Distributor of all of these types of plates. And so they've been around for over 20 years. </w:t>
      </w:r>
    </w:p>
    <w:p>
      <w:r>
        <w:t xml:space="preserve">43:58      (Speaker A)  And how Long have you been personally doing this? </w:t>
      </w:r>
    </w:p>
    <w:p>
      <w:r>
        <w:t xml:space="preserve">44:00      (Speaker G)  So we've been doing this about two years. </w:t>
      </w:r>
    </w:p>
    <w:p>
      <w:r>
        <w:t xml:space="preserve">44:01      (Speaker A)  You? </w:t>
      </w:r>
    </w:p>
    <w:p>
      <w:r>
        <w:t xml:space="preserve">44:02      (Speaker F)  Yeah. </w:t>
      </w:r>
    </w:p>
    <w:p>
      <w:r>
        <w:t xml:space="preserve">44:03      (Speaker A)  What'd you do before that? </w:t>
      </w:r>
    </w:p>
    <w:p>
      <w:r>
        <w:t xml:space="preserve">44:04      (Speaker G)  So before that we were doing garage flooring, cabinetry, we do some real estate, some like home service type things as well. </w:t>
      </w:r>
    </w:p>
    <w:p>
      <w:r>
        <w:t xml:space="preserve">44:14      (Speaker A)  Okay, you've been construction, correct? </w:t>
      </w:r>
    </w:p>
    <w:p>
      <w:r>
        <w:t xml:space="preserve">44:17      (Speaker B)  Yes, yes. </w:t>
      </w:r>
    </w:p>
    <w:p>
      <w:r>
        <w:t xml:space="preserve">44:24      (Speaker E)  Personally I love that 20 year warranty, parts of labor. However, I don't think it's worth $15,000. </w:t>
      </w:r>
    </w:p>
    <w:p>
      <w:r>
        <w:t xml:space="preserve">44:36      (Speaker I)  You said something like what after the five years you could pay 400 or whatever and get three more years of warranty. </w:t>
      </w:r>
    </w:p>
    <w:p>
      <w:r>
        <w:t xml:space="preserve">44:42      (Speaker G)  So the 450 was to bring it </w:t>
      </w:r>
    </w:p>
    <w:p>
      <w:r>
        <w:t xml:space="preserve">44:44      (Speaker B)  up to the five years. </w:t>
      </w:r>
    </w:p>
    <w:p>
      <w:r>
        <w:t xml:space="preserve">44:45      (Speaker F)  Yeah. </w:t>
      </w:r>
    </w:p>
    <w:p>
      <w:r>
        <w:t xml:space="preserve">44:45      (Speaker J)  Okay. </w:t>
      </w:r>
    </w:p>
    <w:p>
      <w:r>
        <w:t xml:space="preserve">44:46      (Speaker G)  So after the five years. So I, I honestly, I had a company where we did lifetime warranties in a lifetime was a very long time. I was like never again. That can sell. That can sell. You know, having a lifetime warranty. Me personally, I want to stay in business. </w:t>
      </w:r>
    </w:p>
    <w:p>
      <w:r>
        <w:t xml:space="preserve">45:02      (Speaker A)  The way you do it is selling it at $34,000. </w:t>
      </w:r>
    </w:p>
    <w:p>
      <w:r>
        <w:t xml:space="preserve">45:05      (Speaker G)  Well, exactly. </w:t>
      </w:r>
    </w:p>
    <w:p>
      <w:r>
        <w:t xml:space="preserve">45:06      (Speaker B)  Okay. </w:t>
      </w:r>
    </w:p>
    <w:p>
      <w:r>
        <w:t xml:space="preserve">45:06      (Speaker A)  That's how you do then you always have money coming in and go pay for the repair part. So. </w:t>
      </w:r>
    </w:p>
    <w:p>
      <w:r>
        <w:t xml:space="preserve">45:11      (Speaker C)  Well, let me ask you this. So I'm, I'm all for small business and, and, but if you've been in this two years, you give us a, a five year warranty. What happens in three years that you move into another type of industry? </w:t>
      </w:r>
    </w:p>
    <w:p>
      <w:r>
        <w:t xml:space="preserve">45:28      (Speaker G)  So this, this company has my name on it. I'm not planning to go anywhere. But that's a, that's a valid question. So to kind of answer, repeat kind of what was said previously. These are lights that are distributed from, and distributed from a local company based out of Utah. So they are an American company where they've got great support. They've been around for 20 something years. So they do have the longevity that you would want as a purchaser from this perspective. </w:t>
      </w:r>
    </w:p>
    <w:p>
      <w:r>
        <w:t xml:space="preserve">45:57      (Speaker C)  So if you sold the business or went out of business, we would be able to have recourse to this other. </w:t>
      </w:r>
    </w:p>
    <w:p>
      <w:r>
        <w:t xml:space="preserve">46:02      (Speaker A)  Exactly. Your lights are space at 12 inches, correct? </w:t>
      </w:r>
    </w:p>
    <w:p>
      <w:r>
        <w:t xml:space="preserve">46:08      (Speaker G)  They are 12 inches. My, my lights actually a little, my lumens are a little bit brighter. I've got some of the higher lumens out there, so. </w:t>
      </w:r>
    </w:p>
    <w:p>
      <w:r>
        <w:t xml:space="preserve">46:18      (Speaker B)  Correct. </w:t>
      </w:r>
    </w:p>
    <w:p>
      <w:r>
        <w:t xml:space="preserve">46:18      (Speaker G)  So my 12 inch is also based on my wattage and my voltage. So my, so the 36 volt, whenever I do a residential, it's a 24 volt 350 watt. This would be a 36 volt, 600 watt. So you're looking at a higher voltage, higher wattage to create that power through valve. </w:t>
      </w:r>
    </w:p>
    <w:p>
      <w:r>
        <w:t xml:space="preserve">46:47      (Speaker E)  I think it's a no brainer. </w:t>
      </w:r>
    </w:p>
    <w:p>
      <w:r>
        <w:t xml:space="preserve">46:49      (Speaker C)  Yeah. </w:t>
      </w:r>
    </w:p>
    <w:p>
      <w:r>
        <w:t xml:space="preserve">46:50      (Speaker E)  For the money we can do this twice, two and a half times. </w:t>
      </w:r>
    </w:p>
    <w:p>
      <w:r>
        <w:t xml:space="preserve">46:54      (Speaker I)  And our Christmas that we would for Christmas. Right. </w:t>
      </w:r>
    </w:p>
    <w:p>
      <w:r>
        <w:t xml:space="preserve">46:57      (Speaker C)  Two years </w:t>
      </w:r>
    </w:p>
    <w:p>
      <w:r>
        <w:t xml:space="preserve">47:00      (Speaker I)  now we have lights all year round. </w:t>
      </w:r>
    </w:p>
    <w:p>
      <w:r>
        <w:t xml:space="preserve">47:06      (Speaker E)  I. I like, you know, you're showing </w:t>
      </w:r>
    </w:p>
    <w:p>
      <w:r>
        <w:t xml:space="preserve">47:07      (Speaker A)  up at night and we could eat dinner drinking a beer right now. So. </w:t>
      </w:r>
    </w:p>
    <w:p>
      <w:r>
        <w:t xml:space="preserve">47:12      (Speaker B)  Yeah, absolutely. </w:t>
      </w:r>
    </w:p>
    <w:p>
      <w:r>
        <w:t xml:space="preserve">47:14      (Speaker A)  So thank you. </w:t>
      </w:r>
    </w:p>
    <w:p>
      <w:r>
        <w:t xml:space="preserve">47:16      (Speaker F)  Okay, </w:t>
      </w:r>
    </w:p>
    <w:p>
      <w:r>
        <w:t xml:space="preserve">47:19      (Speaker E)  I'll make a motion that we </w:t>
      </w:r>
    </w:p>
    <w:p>
      <w:r>
        <w:t xml:space="preserve">47:20      (Speaker A)  approve Hennessy for the project. </w:t>
      </w:r>
    </w:p>
    <w:p>
      <w:r>
        <w:t xml:space="preserve">47:21      (Speaker I)  I'll second it. </w:t>
      </w:r>
    </w:p>
    <w:p>
      <w:r>
        <w:t xml:space="preserve">47:23      (Speaker B)  So with that, I know we talked about some additional things, so we were including that motion about him adding on those extra areas. Yeah, yeah. I just want to make sure we include it in the motion. </w:t>
      </w:r>
    </w:p>
    <w:p>
      <w:r>
        <w:t xml:space="preserve">47:36      (Speaker A)  Wash out correct price isn't going to change. We're still going to have a warranty. And you're going to do that. </w:t>
      </w:r>
    </w:p>
    <w:p>
      <w:r>
        <w:t xml:space="preserve">47:41      (Speaker B)  We'll wrap that sign. </w:t>
      </w:r>
    </w:p>
    <w:p>
      <w:r>
        <w:t xml:space="preserve">47:43      (Speaker A)  Okay. </w:t>
      </w:r>
    </w:p>
    <w:p>
      <w:r>
        <w:t xml:space="preserve">47:43      (Speaker B)  And then do we want to have a liaison for that specific do it? </w:t>
      </w:r>
    </w:p>
    <w:p>
      <w:r>
        <w:t xml:space="preserve">47:46      (Speaker A)  That's what I do. </w:t>
      </w:r>
    </w:p>
    <w:p>
      <w:r>
        <w:t xml:space="preserve">47:47      (Speaker E)  Project manager problem support. </w:t>
      </w:r>
    </w:p>
    <w:p>
      <w:r>
        <w:t xml:space="preserve">47:50      (Speaker B)  Okay, so Joe, would you like to. Your motion basically the motion to approve see light proposal with adding the additional sign monument lights and with Joe as the liaison instead of first look. Joe. </w:t>
      </w:r>
    </w:p>
    <w:p>
      <w:r>
        <w:t xml:space="preserve">48:03      (Speaker I)  Yeah. </w:t>
      </w:r>
    </w:p>
    <w:p>
      <w:r>
        <w:t xml:space="preserve">48:04      (Speaker F)  First. </w:t>
      </w:r>
    </w:p>
    <w:p>
      <w:r>
        <w:t xml:space="preserve">48:07      (Speaker I)  Yeah. </w:t>
      </w:r>
    </w:p>
    <w:p>
      <w:r>
        <w:t xml:space="preserve">48:08      (Speaker B)  Okay. Any other discussion? All in favor? Any opposed? Okay, so the motion has passed. </w:t>
      </w:r>
    </w:p>
    <w:p>
      <w:r>
        <w:t xml:space="preserve">48:17      (Speaker A)  4, 0. </w:t>
      </w:r>
    </w:p>
    <w:p>
      <w:r>
        <w:t xml:space="preserve">48:19      (Speaker B)  All right, so we will get with. So we'll get with council on the agreements. Yeah, we'll get with council on the agreements. We'll obviously coordinate with Hennessy. We'll coordinate with Joe. </w:t>
      </w:r>
    </w:p>
    <w:p>
      <w:r>
        <w:t xml:space="preserve">48:34      (Speaker A)  We did. </w:t>
      </w:r>
    </w:p>
    <w:p>
      <w:r>
        <w:t xml:space="preserve">48:34      (Speaker G)  I will. </w:t>
      </w:r>
    </w:p>
    <w:p>
      <w:r>
        <w:t xml:space="preserve">48:35      (Speaker B)  Okay. Yeah, we'll get that all updated, squared away, and again, we'll liaison with Joe and then coordinate with council to. To get the agreements squared away and schedule. Okay, great. </w:t>
      </w:r>
    </w:p>
    <w:p>
      <w:r>
        <w:t xml:space="preserve">48:46      (Speaker C)  Very good. </w:t>
      </w:r>
    </w:p>
    <w:p>
      <w:r>
        <w:t xml:space="preserve">48:47      (Speaker B)  Excellent. </w:t>
      </w:r>
    </w:p>
    <w:p>
      <w:r>
        <w:t xml:space="preserve">48:48      (Speaker I)  Thanks. </w:t>
      </w:r>
    </w:p>
    <w:p>
      <w:r>
        <w:t xml:space="preserve">48:48      (Speaker B)  Thanks everyone to have lights. </w:t>
      </w:r>
    </w:p>
    <w:p>
      <w:r>
        <w:t xml:space="preserve">48:51      (Speaker G)  And just out of curiosity, when are you looking. Are you looking for something third quarter? Are you looking to wait? </w:t>
      </w:r>
    </w:p>
    <w:p>
      <w:r>
        <w:t xml:space="preserve">48:57      (Speaker C)  Oh, no, no, we don't wait. No, let's get going. </w:t>
      </w:r>
    </w:p>
    <w:p>
      <w:r>
        <w:t xml:space="preserve">49:00      (Speaker A)  You're all approved. </w:t>
      </w:r>
    </w:p>
    <w:p>
      <w:r>
        <w:t xml:space="preserve">49:01      (Speaker B)  You're approved. </w:t>
      </w:r>
    </w:p>
    <w:p>
      <w:r>
        <w:t xml:space="preserve">49:02      (Speaker C)  Let's go. </w:t>
      </w:r>
    </w:p>
    <w:p>
      <w:r>
        <w:t xml:space="preserve">49:10      (Speaker I)  Yeah, but there's orange and yeah, Mick </w:t>
      </w:r>
    </w:p>
    <w:p>
      <w:r>
        <w:t xml:space="preserve">49:12      (Speaker B)  will coordinate in our admin team as well through the office on the contract and all that. And then once we get that all squared away, we'll be good to go and we'll get you. Get you scheduled, Mick. </w:t>
      </w:r>
    </w:p>
    <w:p>
      <w:r>
        <w:t xml:space="preserve">49:22      (Speaker A)  So. </w:t>
      </w:r>
    </w:p>
    <w:p>
      <w:r>
        <w:t xml:space="preserve">49:23      (Speaker B)  Okay, thank you very much. </w:t>
      </w:r>
    </w:p>
    <w:p>
      <w:r>
        <w:t xml:space="preserve">49:24      (Speaker G)  And. And then, Joe, I could show you like the colors and all that and we could see swear that away again. </w:t>
      </w:r>
    </w:p>
    <w:p>
      <w:r>
        <w:t xml:space="preserve">49:31      (Speaker E)  Absolutely. And we probably invol Mark that too. Well, we'll involve Mark in that too, because he's a professional painter and he knows what I. I defer to him for anything color because I don't my wife dress. </w:t>
      </w:r>
    </w:p>
    <w:p>
      <w:r>
        <w:t xml:space="preserve">49:49      (Speaker B)  This is a little information. </w:t>
      </w:r>
    </w:p>
    <w:p>
      <w:r>
        <w:t xml:space="preserve">49:57      (Speaker A)  Okay. </w:t>
      </w:r>
    </w:p>
    <w:p>
      <w:r>
        <w:t xml:space="preserve">50:00      (Speaker F)  All right. </w:t>
      </w:r>
    </w:p>
    <w:p>
      <w:r>
        <w:t xml:space="preserve">50:00      (Speaker C)  So back to the. </w:t>
      </w:r>
    </w:p>
    <w:p>
      <w:r>
        <w:t xml:space="preserve">50:01      (Speaker B)  The agenda. Yep, still at the top. </w:t>
      </w:r>
    </w:p>
    <w:p>
      <w:r>
        <w:t xml:space="preserve">50:04      (Speaker C)  Well, that was going to take. </w:t>
      </w:r>
    </w:p>
    <w:p>
      <w:r>
        <w:t xml:space="preserve">50:05      (Speaker B)  Yeah, exactly. Okay, we're good there. Okay, thank you. </w:t>
      </w:r>
    </w:p>
    <w:p>
      <w:r>
        <w:t xml:space="preserve">50:11      (Speaker A)  Thank you. </w:t>
      </w:r>
    </w:p>
    <w:p>
      <w:r>
        <w:t xml:space="preserve">50:15      (Speaker B)  All right, so we'll get back to the agenda. So we do have item three here, which is the approval. The May 9, 2026 meeting minutes. If there's any comments, questions, please let me know. Didn't receive any beforehand, but we can address or make any adjustments. Otherwise we'd just be looking for a motion to approve. </w:t>
      </w:r>
    </w:p>
    <w:p>
      <w:r>
        <w:t xml:space="preserve">50:33      (Speaker F)  A motion. </w:t>
      </w:r>
    </w:p>
    <w:p>
      <w:r>
        <w:t xml:space="preserve">50:36      (Speaker B)  We have a second. All in favor? Okay, the motion has passed. 4, 0. Move on to staff reports. First is Cydex and aquatics. I will refer to Mick and let him review this for you. That it is on page 17. Yep, there you go. 17. </w:t>
      </w:r>
    </w:p>
    <w:p>
      <w:r>
        <w:t xml:space="preserve">51:07      (Speaker D)  All right, so a couple things by the aquatics report, and I had spoken to Cydex about this. It has just been really, really hot </w:t>
      </w:r>
    </w:p>
    <w:p>
      <w:r>
        <w:t xml:space="preserve">51:17      (Speaker F)  and, </w:t>
      </w:r>
    </w:p>
    <w:p>
      <w:r>
        <w:t xml:space="preserve">51:20      (Speaker D)  and obviously the water table is severely low or severe drought right now. We've been getting a little bit of rain, but not as much as we'd hoped. So, I mean, we are, we are really in the perfect storm of algae blooms right now this time of year, lack of rain, being super hot. The only water that's going into the ponds or homeowners irrigation, which is just filled with nutrients, which is what feeds the algae. So basically what we've been doing is a few of the ponds we're looking to die in the ponds, like pond 10, for an example. That one has been died multiple times. The reason, reason being for that too is the darker, darker the water is, removes basically the photosynthesis from going into the water, which is then what gives the, the algae growth. So, you know, some of the ponds, like pond three is severely low. That pond is normally always pretty low because of how it's built. But I mean, we're doing what we can to, you know, just to stay on top of it as much as we can, as much as we can do basically legally as well, because we're only allowed to spray every 10 to 14 days. But I mean, if anybody has any questions, I can bring back to them. But we're, we're doing everything that we can. And it's not just at Parker. I mean, it's everywhere. Everywhere is really low. Everywhere it's having algae blooms. And you know, we're just trying to stay on top of it as much as we can. </w:t>
      </w:r>
    </w:p>
    <w:p>
      <w:r>
        <w:t xml:space="preserve">52:45      (Speaker C)  I'm good with that. Thanks, Mick. </w:t>
      </w:r>
    </w:p>
    <w:p>
      <w:r>
        <w:t xml:space="preserve">52:47      (Speaker A)  Yep. </w:t>
      </w:r>
    </w:p>
    <w:p>
      <w:r>
        <w:t xml:space="preserve">52:49      (Speaker B)  If you do have any questions concerning ponds or anything like that, obviously let us know. We do what we can. We can coordinate with the vendor to try and address what, what we're Able to address within the spraying periods the </w:t>
      </w:r>
    </w:p>
    <w:p>
      <w:r>
        <w:t xml:space="preserve">52:59      (Speaker A)  worst storm time of year for that. </w:t>
      </w:r>
    </w:p>
    <w:p>
      <w:r>
        <w:t xml:space="preserve">53:01      (Speaker B)  It is. And as Mick said, with the drought </w:t>
      </w:r>
    </w:p>
    <w:p>
      <w:r>
        <w:t xml:space="preserve">53:03      (Speaker A)  so much drought is. </w:t>
      </w:r>
    </w:p>
    <w:p>
      <w:r>
        <w:t xml:space="preserve">53:05      (Speaker B)  Yeah. </w:t>
      </w:r>
    </w:p>
    <w:p>
      <w:r>
        <w:t xml:space="preserve">53:05      (Speaker E)  Probably not going to be anywhere near resolved until fall. </w:t>
      </w:r>
    </w:p>
    <w:p>
      <w:r>
        <w:t xml:space="preserve">53:08      (Speaker B)  Yeah, unfortunately. </w:t>
      </w:r>
    </w:p>
    <w:p>
      <w:r>
        <w:t xml:space="preserve">53:09      (Speaker A)  Yeah. </w:t>
      </w:r>
    </w:p>
    <w:p>
      <w:r>
        <w:t xml:space="preserve">53:10      (Speaker E)  And it's every pond and yeah. </w:t>
      </w:r>
    </w:p>
    <w:p>
      <w:r>
        <w:t xml:space="preserve">53:13      (Speaker B)  Every district's having. </w:t>
      </w:r>
    </w:p>
    <w:p>
      <w:r>
        <w:t xml:space="preserve">53:14      (Speaker A)  Yeah. </w:t>
      </w:r>
    </w:p>
    <w:p>
      <w:r>
        <w:t xml:space="preserve">53:14      (Speaker B)  Very similar problem. </w:t>
      </w:r>
    </w:p>
    <w:p>
      <w:r>
        <w:t xml:space="preserve">53:15      (Speaker A)  Yeah. </w:t>
      </w:r>
    </w:p>
    <w:p>
      <w:r>
        <w:t xml:space="preserve">53:16      (Speaker B)  So it is. </w:t>
      </w:r>
    </w:p>
    <w:p>
      <w:r>
        <w:t xml:space="preserve">53:19      (Speaker F)  Okay. </w:t>
      </w:r>
    </w:p>
    <w:p>
      <w:r>
        <w:t xml:space="preserve">53:20      (Speaker B)  You do have another thing on here though for cyc. So there's notice of fuel surcharge. I'll let Mick touch on this a little bit and then we could discuss. </w:t>
      </w:r>
    </w:p>
    <w:p>
      <w:r>
        <w:t xml:space="preserve">53:29      (Speaker C)  What page is that on, Richard? </w:t>
      </w:r>
    </w:p>
    <w:p>
      <w:r>
        <w:t xml:space="preserve">53:31      (Speaker B)  33 30. </w:t>
      </w:r>
    </w:p>
    <w:p>
      <w:r>
        <w:t xml:space="preserve">53:32      (Speaker A)  Yep. </w:t>
      </w:r>
    </w:p>
    <w:p>
      <w:r>
        <w:t xml:space="preserve">53:33      (Speaker B)  There you go. Thank you, Nick. </w:t>
      </w:r>
    </w:p>
    <w:p>
      <w:r>
        <w:t xml:space="preserve">53:39      (Speaker D)  Yeah, I mean basically what this is, Rich. I don't know if you want to explain it or me, but basically what it is is it's just a temporary fuel charge given obviously what the way things are going in the world. Gas prices as we all know have been going up. Most of this too is not only for their trucks but also for the, the vehicles that they do drive around to spray the ponds. Obviously all their trucks are diesel. Which diesel right now. So depending on where you get is over $5 a gallon and then you know, just the regular gas price for the, the gator that they drive around with. </w:t>
      </w:r>
    </w:p>
    <w:p>
      <w:r>
        <w:t xml:space="preserve">54:14      (Speaker C)  But. </w:t>
      </w:r>
    </w:p>
    <w:p>
      <w:r>
        <w:t xml:space="preserve">54:15      (Speaker D)  And it's not just, it's not really just the aquatic vendors that are doing this. The landscapers have been doing it as well. I haven't received anything from Cardinal, but a lot of other districts are having a lot of their vendors have a gas fuel surcharge. This is something. I believe it happened. </w:t>
      </w:r>
    </w:p>
    <w:p>
      <w:r>
        <w:t xml:space="preserve">54:34      (Speaker A)  I don't remember. </w:t>
      </w:r>
    </w:p>
    <w:p>
      <w:r>
        <w:t xml:space="preserve">54:35      (Speaker D)  I think it was three or four years ago. We had fuel surcharges as well. But you know, things like this happen. Unfortunately it's out of our control. But yeah, I mean we, we've been getting these a lot of our districts, but again with the weight, according to this, it's been effective April 1st. Looking back at some of the invoices, I don't see the gas fuel charge up until June. So which is a good thing because that would have been two months that we didn't get it according to this. So. But that's basically, basically what this is. </w:t>
      </w:r>
    </w:p>
    <w:p>
      <w:r>
        <w:t xml:space="preserve">55:15      (Speaker B)  So per your contract, obviously you have an agreement for a set price in the event that fuel prices change. You will see sometimes vendors who rely on obviously diesel and be able to operate will bring these surcharges. They are required to bring it to the board. It is up to the board to approve. So there has been some instances Mick has mentioned where we've seen it being added or being included in a bill. Again, it's kind of similar to the pond. You're not the only district that's experienced this, and it's not the only vendor that's doing this. But it is up to the board. From what we've seen, it's been a couple hundred dollars a month and additional fuel charges. It is temporary in the aspect of. Once the prices adjust, then this would fall off. You can't put a time limit on that. Like up to October 1st and then revisit. I have had a couple districts do it that way, but it is a board decision on how you'd like to proceed. So if this is something that. </w:t>
      </w:r>
    </w:p>
    <w:p>
      <w:r>
        <w:t xml:space="preserve">56:08      (Speaker A)  This is a request. </w:t>
      </w:r>
    </w:p>
    <w:p>
      <w:r>
        <w:t xml:space="preserve">56:09      (Speaker B)  It is essentially a request. But they're saying. Yeah, they're saying basically this is. </w:t>
      </w:r>
    </w:p>
    <w:p>
      <w:r>
        <w:t xml:space="preserve">56:16      (Speaker I)  It's. </w:t>
      </w:r>
    </w:p>
    <w:p>
      <w:r>
        <w:t xml:space="preserve">56:16      (Speaker B)  It's always a request. It's. It's always a request in the aspect of. You can say no, but they could also say, well, then we can't continue to service the district. I don't think that would be a situation. But I can't speak for Slidex. </w:t>
      </w:r>
    </w:p>
    <w:p>
      <w:r>
        <w:t xml:space="preserve">56:28      (Speaker A)  Say they're gonna, like, lose an account. </w:t>
      </w:r>
    </w:p>
    <w:p>
      <w:r>
        <w:t xml:space="preserve">56:30      (Speaker B)  It's. That's just a disclaimer, I have to say. So, you know, by the way. </w:t>
      </w:r>
    </w:p>
    <w:p>
      <w:r>
        <w:t xml:space="preserve">56:35      (Speaker D)  Yeah. I mean, just to add to this. I mean, 3% of the monthly invoice, which. Your monthly invoice for the district is 6, $700. It's not a lot of money. </w:t>
      </w:r>
    </w:p>
    <w:p>
      <w:r>
        <w:t xml:space="preserve">56:50      (Speaker A)  I just. Well, you said we'd have to prove that's. </w:t>
      </w:r>
    </w:p>
    <w:p>
      <w:r>
        <w:t xml:space="preserve">56:53      (Speaker B)  Yeah, that's the disclaimer I have to give for it. </w:t>
      </w:r>
    </w:p>
    <w:p>
      <w:r>
        <w:t xml:space="preserve">56:55      (Speaker A)  My doctor and he told me these. These. These shots are mandatory. Sound like a request. </w:t>
      </w:r>
    </w:p>
    <w:p>
      <w:r>
        <w:t xml:space="preserve">57:03      (Speaker B)  Yeah, exactly. </w:t>
      </w:r>
    </w:p>
    <w:p>
      <w:r>
        <w:t xml:space="preserve">57:04      (Speaker A)  Yeah. </w:t>
      </w:r>
    </w:p>
    <w:p>
      <w:r>
        <w:t xml:space="preserve">57:05      (Speaker B)  And so, yeah, we. We. It's one of those things that per the contract, the board has the option to say no to this. </w:t>
      </w:r>
    </w:p>
    <w:p>
      <w:r>
        <w:t xml:space="preserve">57:14      (Speaker A)  That is so. </w:t>
      </w:r>
    </w:p>
    <w:p>
      <w:r>
        <w:t xml:space="preserve">57:16      (Speaker B)  Yeah. </w:t>
      </w:r>
    </w:p>
    <w:p>
      <w:r>
        <w:t xml:space="preserve">57:16      (Speaker E)  30 bucks. </w:t>
      </w:r>
    </w:p>
    <w:p>
      <w:r>
        <w:t xml:space="preserve">57:17      (Speaker A)  Yeah, maybe 30amonth. Yes. I. I don't know. Any problem. </w:t>
      </w:r>
    </w:p>
    <w:p>
      <w:r>
        <w:t xml:space="preserve">57:20      (Speaker I)  Keep an eye on those gas prices. </w:t>
      </w:r>
    </w:p>
    <w:p>
      <w:r>
        <w:t xml:space="preserve">57:23      (Speaker E)  Yeah. </w:t>
      </w:r>
    </w:p>
    <w:p>
      <w:r>
        <w:t xml:space="preserve">57:23      (Speaker A)  Really Super. Maybe October. </w:t>
      </w:r>
    </w:p>
    <w:p>
      <w:r>
        <w:t xml:space="preserve">57:27      (Speaker B)  That is something. So if that's something, then basically would be a motion to approve the Sitex fuel charge until or up to October 1st. </w:t>
      </w:r>
    </w:p>
    <w:p>
      <w:r>
        <w:t xml:space="preserve">57:36      (Speaker A)  When is our meeting around that? </w:t>
      </w:r>
    </w:p>
    <w:p>
      <w:r>
        <w:t xml:space="preserve">57:39      (Speaker B)  You have a September meeting, I believe. Let me see. Tell you right now. </w:t>
      </w:r>
    </w:p>
    <w:p>
      <w:r>
        <w:t xml:space="preserve">57:43      (Speaker A)  Maybe put it on afternoon visit to talk about at that point. </w:t>
      </w:r>
    </w:p>
    <w:p>
      <w:r>
        <w:t xml:space="preserve">57:47      (Speaker B)  And that does go into your new fiscal year as well. So October 1st is beginning of the next fiscal year </w:t>
      </w:r>
    </w:p>
    <w:p>
      <w:r>
        <w:t xml:space="preserve">57:56      (Speaker A)  here. </w:t>
      </w:r>
    </w:p>
    <w:p>
      <w:r>
        <w:t xml:space="preserve">57:57      (Speaker B)  Calendar. So you do have a meeting next month. Well, we have it scheduled for next month and September and October. So you do have scheduled meetings according to my calendar here, Drew. But we're also going to be doing meetings scheduled For. For the fiscal year 27, which starts in October as well. </w:t>
      </w:r>
    </w:p>
    <w:p>
      <w:r>
        <w:t xml:space="preserve">58:21      (Speaker A)  So I'll say approve it until our October meeting. Okay. Visited. </w:t>
      </w:r>
    </w:p>
    <w:p>
      <w:r>
        <w:t xml:space="preserve">58:28      (Speaker E)  That just makes better sense. We say October 1st, but we're not going to be on it. </w:t>
      </w:r>
    </w:p>
    <w:p>
      <w:r>
        <w:t xml:space="preserve">58:33      (Speaker B)  Well, they build monthly, so that's why we usually just say October 1st and then the October bill in October. If you decide if it's still there and we. You need to do it, you can approve it. Yeah, yeah. So and October 1st. Good. Just because October 1st is the new fiscal year. Sorry. </w:t>
      </w:r>
    </w:p>
    <w:p>
      <w:r>
        <w:t xml:space="preserve">58:50      (Speaker C)  That's fine. </w:t>
      </w:r>
    </w:p>
    <w:p>
      <w:r>
        <w:t xml:space="preserve">58:54      (Speaker B)  Okay, so then would anybody like to make that motion? </w:t>
      </w:r>
    </w:p>
    <w:p>
      <w:r>
        <w:t xml:space="preserve">58:57      (Speaker A)  I make a motion second. Okay. </w:t>
      </w:r>
    </w:p>
    <w:p>
      <w:r>
        <w:t xml:space="preserve">59:00      (Speaker B)  So then that would be a first for the approval of CYX fuel charges till October 1st. Mark second for Lane. Any other discussion? All in favor? Any opposed? Is that a nay or no? </w:t>
      </w:r>
    </w:p>
    <w:p>
      <w:r>
        <w:t xml:space="preserve">59:16      (Speaker F)  Okay, </w:t>
      </w:r>
    </w:p>
    <w:p>
      <w:r>
        <w:t xml:space="preserve">59:19      (Speaker I)  I was meant to say, but I was reading at the same time. </w:t>
      </w:r>
    </w:p>
    <w:p>
      <w:r>
        <w:t xml:space="preserve">59:23      (Speaker B)  Yeah, 40 on that. So we will get with Sidex about that and let them know again, hopefully these gas prices will come down and we'll won't be an issue because again they can stop. I mean if prices really change. It could stop in September, stop in August. </w:t>
      </w:r>
    </w:p>
    <w:p>
      <w:r>
        <w:t xml:space="preserve">59:37      (Speaker A)  But. Okay. </w:t>
      </w:r>
    </w:p>
    <w:p>
      <w:r>
        <w:t xml:space="preserve">59:40      (Speaker B)  Anything else for aquatics? All right, we'll move on to field manager. So keep it with Mick here with his report action items list. You do have copies in front of you And I'll turn it over to Mick. </w:t>
      </w:r>
    </w:p>
    <w:p>
      <w:r>
        <w:t xml:space="preserve">59:53      (Speaker D)  Yep. Couple things. So the front entrance and amenity replanting. I don't know if you guys remember at the last meeting you guys approved for Cardinal to replace the plantings and the tree. The two trees in front of the amenity that were damaged by the freeze. I believe it was like 4800 bucks. So all of that has been completed. Completed. The only thing that I believe is next is the annuals which are up at the front and then also the back side of the media. That's going to be be done next. It may have been done today. I didn't check with them, but I'm pretty sure it's. It's. It wasn't done today. But as far as the uh, planning that was approved, that has been done. The mitigation reporting. So the uh, mitigation areas along the, the creek near the, near the trail have been completed and sent over to Swift Mud. So basically we have about another, I think about a year and a half of doing this. So basically what it is is there's a specific type of plants that we have to mitigate and make sure that they stay alive during. Because part of the Swift Mud water use Permit that we have for the creek next to the trail. There are certain plants that need to be kind of watched over to make because they're natives. And we need to make sure that they establish in order for our water use permit to be released. So that's something. Just want to let you guys know. It's normally done quarterly, so just wanted to let. Give the board an update on that, letting you know that that was done. The pond cleanup made establishment the pond community cleanup. Basically what this is just picking up trash on the. On the outskirts of the ponds. And then also if it's. If it's one of the bigger ponds, they would just bring the kayak in there and get the. Get the areas in the middle of the pond that they can't reach. And obviously with this too, with the lower water levels, I mean, a lot of tri. They. They. I believe they took out of the community almost 10 bags of the hefty bags of garbage. You know, a lot of that is due to the drought because whenever it does rain, people have their garbage out on the street. A lot of it just flows right into the. Into the storm drains on the. On the road and then it goes straight into the pond. So the lighting on the main staff and myself, we went through the lighting, like a couple of the landscape lights up at the front of the amenity center, also a few lights. We. We did have to change out a few of them, but also we wanted to check to make sure all the electrical was operational, given that we were talking about permanent lighting. So we wanted to make sure that the vendor, whichever one that you were to pick at the time, was going to come in. And we were, you know, we were certain that all the electrical is up to date and all they got to do is plug it in and go. So we, we went through all of that. We're good to go. The holly trees at the front cardinal removed the two holly trees up from the amenity center. The pond erosion repairs. This is what we approved at the last meeting. I put it on here is completed because we were told that it was going to be completed, but it actually is starting on. On Monday. Next Monday is when the. The weir structure repair that you guys approved. The pond erosions, I believe it's pond four and pond three. All of that is beginning next Monday. I spoke to them and Tyson as well. Excuse me. Tyson and myself are going to be on site with them. Tyson probably a little bit more than me because he knows exactly what the scope is, but he's going to be him And I are going to be creating a report, working together on this to make sure that everything is getting done per the scope. After speaking with them as well with this, weather permitting, of course, they could maybe get it done in a week and a half. I thought it would be best if we give them a little window of two weeks to get all this done. Just in case. One, for weather permitting. Two, access. We are going to want to send out. We'll probably put it on the website. Maybe email blast saying, hey, if you live near these ponds, you might see machinery behind your house. This is what it is, this is what it's for. That way, you know, some of the residents don't freak out. But that's probably what our next plan is going to be. The permanent lighting proposals. We kind of went over that stormwater assessment, still conducting. Basically going through all the ponds and whatnot and just making sure everything is. Is straightened out. And then the front entrance flag pole. So the front entrance to the amenity center. Oh, I ordered a flag pole for that. I checked the tracking before the meeting. It should be here next Tuesday. So with it being here next Tuesday, the guys should be able to put it in Wednesday or Thursday. </w:t>
      </w:r>
    </w:p>
    <w:p>
      <w:r>
        <w:t xml:space="preserve">01:04:34   (Speaker A)  So. </w:t>
      </w:r>
    </w:p>
    <w:p>
      <w:r>
        <w:t xml:space="preserve">01:04:35   (Speaker D)  But that, that's all I really had for you guys. If you guys have any questions for me or anything, I'll put answer. </w:t>
      </w:r>
    </w:p>
    <w:p>
      <w:r>
        <w:t xml:space="preserve">01:04:41   (Speaker C)  I got a question, Mick. We talked about the last meeting. I think, Mark, you may have brought it up about having new numbers put on that you. That are legible at the mailboxes for Park Meadowbrook and </w:t>
      </w:r>
    </w:p>
    <w:p>
      <w:r>
        <w:t xml:space="preserve">01:05:00   (Speaker D)  the mailbox. You mean the one where we just </w:t>
      </w:r>
    </w:p>
    <w:p>
      <w:r>
        <w:t xml:space="preserve">01:05:02   (Speaker E)  put the </w:t>
      </w:r>
    </w:p>
    <w:p>
      <w:r>
        <w:t xml:space="preserve">01:05:05   (Speaker D)  canopy over you? </w:t>
      </w:r>
    </w:p>
    <w:p>
      <w:r>
        <w:t xml:space="preserve">01:05:07   (Speaker C)  Yes, yes. </w:t>
      </w:r>
    </w:p>
    <w:p>
      <w:r>
        <w:t xml:space="preserve">01:05:09   (Speaker D)  Okay. </w:t>
      </w:r>
    </w:p>
    <w:p>
      <w:r>
        <w:t xml:space="preserve">01:05:10   (Speaker C)  Remember something about that? </w:t>
      </w:r>
    </w:p>
    <w:p>
      <w:r>
        <w:t xml:space="preserve">01:05:12   (Speaker D)  I. I don't have it in my notes. I don't know if it was at the end of the meeting or not, but I'll. </w:t>
      </w:r>
    </w:p>
    <w:p>
      <w:r>
        <w:t xml:space="preserve">01:05:17   (Speaker A)  I can, I can look back actually painting the box because I showed you guys some pictures. </w:t>
      </w:r>
    </w:p>
    <w:p>
      <w:r>
        <w:t xml:space="preserve">01:05:24   (Speaker C)  Yeah, okay. </w:t>
      </w:r>
    </w:p>
    <w:p>
      <w:r>
        <w:t xml:space="preserve">01:05:25   (Speaker I)  Yeah. </w:t>
      </w:r>
    </w:p>
    <w:p>
      <w:r>
        <w:t xml:space="preserve">01:05:28   (Speaker A)  Show them how to do it. </w:t>
      </w:r>
    </w:p>
    <w:p>
      <w:r>
        <w:t xml:space="preserve">01:05:30   (Speaker C)  Yeah, I think what it was. </w:t>
      </w:r>
    </w:p>
    <w:p>
      <w:r>
        <w:t xml:space="preserve">01:05:31   (Speaker A)  And then put new numbers on after the painting. Okay. </w:t>
      </w:r>
    </w:p>
    <w:p>
      <w:r>
        <w:t xml:space="preserve">01:05:34   (Speaker C)  Yeah, </w:t>
      </w:r>
    </w:p>
    <w:p>
      <w:r>
        <w:t xml:space="preserve">01:05:37   (Speaker D)  yeah, I could follow up with that. </w:t>
      </w:r>
    </w:p>
    <w:p>
      <w:r>
        <w:t xml:space="preserve">01:05:42   (Speaker C)  Yeah. Because I keep looking at it and thinking I, I thought that we had already. </w:t>
      </w:r>
    </w:p>
    <w:p>
      <w:r>
        <w:t xml:space="preserve">01:05:46   (Speaker A)  We talked about it. We talked. </w:t>
      </w:r>
    </w:p>
    <w:p>
      <w:r>
        <w:t xml:space="preserve">01:05:47   (Speaker I)  Yeah. </w:t>
      </w:r>
    </w:p>
    <w:p>
      <w:r>
        <w:t xml:space="preserve">01:05:49   (Speaker A)  If you hire somebody to do that, it's going to cost you $8,000. Because that's what I charge for them and I do them all the time, the same amount of boxes. And they can do it way cheaper than that. I can show them how to do it. </w:t>
      </w:r>
    </w:p>
    <w:p>
      <w:r>
        <w:t xml:space="preserve">01:06:01   (Speaker C)  Okay. </w:t>
      </w:r>
    </w:p>
    <w:p>
      <w:r>
        <w:t xml:space="preserve">01:06:02   (Speaker A)  Paid, so. </w:t>
      </w:r>
    </w:p>
    <w:p>
      <w:r>
        <w:t xml:space="preserve">01:06:03   (Speaker C)  Excellent. </w:t>
      </w:r>
    </w:p>
    <w:p>
      <w:r>
        <w:t xml:space="preserve">01:06:04   (Speaker F)  Yeah. </w:t>
      </w:r>
    </w:p>
    <w:p>
      <w:r>
        <w:t xml:space="preserve">01:06:04   (Speaker B)  Okay, we can do. We. I got a note. We'll coordinate. We'll get with Mark on some direction for that. </w:t>
      </w:r>
    </w:p>
    <w:p>
      <w:r>
        <w:t xml:space="preserve">01:06:10   (Speaker I)  Excellent. </w:t>
      </w:r>
    </w:p>
    <w:p>
      <w:r>
        <w:t xml:space="preserve">01:06:10   (Speaker B)  Go from there. </w:t>
      </w:r>
    </w:p>
    <w:p>
      <w:r>
        <w:t xml:space="preserve">01:06:11   (Speaker F)  Thank you. Yep. May. </w:t>
      </w:r>
    </w:p>
    <w:p>
      <w:r>
        <w:t xml:space="preserve">01:06:14   (Speaker D)  Yes, ma'. </w:t>
      </w:r>
    </w:p>
    <w:p>
      <w:r>
        <w:t xml:space="preserve">01:06:14   (Speaker F)  Am. </w:t>
      </w:r>
    </w:p>
    <w:p>
      <w:r>
        <w:t xml:space="preserve">01:06:16   (Speaker I)  The island there on little. Little Violet. </w:t>
      </w:r>
    </w:p>
    <w:p>
      <w:r>
        <w:t xml:space="preserve">01:06:20   (Speaker D)  Yep. So the island you guys approved for a chain kind of thing to go around that. We've already. We've already ordered all the supplies. We have all the supplies. Problem is, is we've been doing a lot of different projects and stuff, so we're trying to get the guys in there as soon as possible. Odds are if they are there next week to do the flag pole, they should be able to do that as well. But yeah, I mean, we're. We're trying to. A lot of these other things on this report were priority. I can only get so many things done in between a meeting. </w:t>
      </w:r>
    </w:p>
    <w:p>
      <w:r>
        <w:t xml:space="preserve">01:06:51   (Speaker E)  So. </w:t>
      </w:r>
    </w:p>
    <w:p>
      <w:r>
        <w:t xml:space="preserve">01:06:51   (Speaker D)  In between meetings. So, I mean, I'll. I'll try to push that up a little bit. </w:t>
      </w:r>
    </w:p>
    <w:p>
      <w:r>
        <w:t xml:space="preserve">01:06:55   (Speaker A)  Bit more. </w:t>
      </w:r>
    </w:p>
    <w:p>
      <w:r>
        <w:t xml:space="preserve">01:06:55   (Speaker D)  We'll try to get it done for you. </w:t>
      </w:r>
    </w:p>
    <w:p>
      <w:r>
        <w:t xml:space="preserve">01:06:57   (Speaker I)  Thank you. Me, I. And I get that. But you know, we're dropping everything. People parking on there. The community's gonna have to pay for </w:t>
      </w:r>
    </w:p>
    <w:p>
      <w:r>
        <w:t xml:space="preserve">01:07:02   (Speaker F)  the grass to be quick. </w:t>
      </w:r>
    </w:p>
    <w:p>
      <w:r>
        <w:t xml:space="preserve">01:07:04   (Speaker B)  Yeah, I got a note of that as well. </w:t>
      </w:r>
    </w:p>
    <w:p>
      <w:r>
        <w:t xml:space="preserve">01:07:06   (Speaker I)  Thank you. </w:t>
      </w:r>
    </w:p>
    <w:p>
      <w:r>
        <w:t xml:space="preserve">01:07:10   (Speaker B)  Anything else for field? Always. You can always reach out in between. Please do let us know. </w:t>
      </w:r>
    </w:p>
    <w:p>
      <w:r>
        <w:t xml:space="preserve">01:07:18   (Speaker E)  And then you've got those trees that I marked, all the dead trees in the neighborhood they scheduled. </w:t>
      </w:r>
    </w:p>
    <w:p>
      <w:r>
        <w:t xml:space="preserve">01:07:24   (Speaker D)  Yep. Yep. That's supposed to be scheduled already. </w:t>
      </w:r>
    </w:p>
    <w:p>
      <w:r>
        <w:t xml:space="preserve">01:07:26   (Speaker B)  Yep. </w:t>
      </w:r>
    </w:p>
    <w:p>
      <w:r>
        <w:t xml:space="preserve">01:07:26   (Speaker A)  Just did this week. Okay. </w:t>
      </w:r>
    </w:p>
    <w:p>
      <w:r>
        <w:t xml:space="preserve">01:07:29   (Speaker I)  Oh, yeah. </w:t>
      </w:r>
    </w:p>
    <w:p>
      <w:r>
        <w:t xml:space="preserve">01:07:31   (Speaker E)  And then you've got. You've got kids cutting us out for the fence. </w:t>
      </w:r>
    </w:p>
    <w:p>
      <w:r>
        <w:t xml:space="preserve">01:07:36   (Speaker I)  Fencing. </w:t>
      </w:r>
    </w:p>
    <w:p>
      <w:r>
        <w:t xml:space="preserve">01:07:37   (Speaker D)  Yep. </w:t>
      </w:r>
    </w:p>
    <w:p>
      <w:r>
        <w:t xml:space="preserve">01:07:38   (Speaker E)  Rod iron to go up at the amenity center under the canopy or the </w:t>
      </w:r>
    </w:p>
    <w:p>
      <w:r>
        <w:t xml:space="preserve">01:07:42   (Speaker A)  perma so that the kids will going through the landscaping before we redo that area right there. </w:t>
      </w:r>
    </w:p>
    <w:p>
      <w:r>
        <w:t xml:space="preserve">01:07:48   (Speaker D)  Yep. </w:t>
      </w:r>
    </w:p>
    <w:p>
      <w:r>
        <w:t xml:space="preserve">01:07:50   (Speaker A)  They look like before. All right. </w:t>
      </w:r>
    </w:p>
    <w:p>
      <w:r>
        <w:t xml:space="preserve">01:07:52   (Speaker D)  I'm pretty busy over here in Park Creek. </w:t>
      </w:r>
    </w:p>
    <w:p>
      <w:r>
        <w:t xml:space="preserve">01:07:55   (Speaker E)  Yeah. </w:t>
      </w:r>
    </w:p>
    <w:p>
      <w:r>
        <w:t xml:space="preserve">01:07:57   (Speaker F)  Okay. </w:t>
      </w:r>
    </w:p>
    <w:p>
      <w:r>
        <w:t xml:space="preserve">01:07:58   (Speaker B)  I got notes of those too. </w:t>
      </w:r>
    </w:p>
    <w:p>
      <w:r>
        <w:t xml:space="preserve">01:08:01   (Speaker A)  Okay. </w:t>
      </w:r>
    </w:p>
    <w:p>
      <w:r>
        <w:t xml:space="preserve">01:08:02   (Speaker B)  Anything else for field? </w:t>
      </w:r>
    </w:p>
    <w:p>
      <w:r>
        <w:t xml:space="preserve">01:08:05   (Speaker F)  Not for field. </w:t>
      </w:r>
    </w:p>
    <w:p>
      <w:r>
        <w:t xml:space="preserve">01:08:07   (Speaker B)  Okay, so we'll move on to amenity here. So you do have your amenity report. It says on page 59, you will see total attendance there on 60 between April 1 and June 30, 1373. They've updated a few signs around the compute community. There's also an update of the pool hours. Bulletin board has been updated with HOA and CBD contact. And there's a couple recommendations about the warning sign here. They did do two new buoys installed, you know, the pergolas. Maintenance for the pressure washing was done by the maintenance team. And then there's a recommendation for mulch and landscaping, which can maybe touch on a little bit as well for the amenities center area. </w:t>
      </w:r>
    </w:p>
    <w:p>
      <w:r>
        <w:t xml:space="preserve">01:08:57   (Speaker C)  Yeah, I, I had, I read that earlier and I thought we had already put mulch down there, Mick. </w:t>
      </w:r>
    </w:p>
    <w:p>
      <w:r>
        <w:t xml:space="preserve">01:09:02   (Speaker D)  No, you put, you put, you put playground mulch. You didn't put mulch in the landscaping. </w:t>
      </w:r>
    </w:p>
    <w:p>
      <w:r>
        <w:t xml:space="preserve">01:09:09   (Speaker E)  This what was just what Cardinal did. </w:t>
      </w:r>
    </w:p>
    <w:p>
      <w:r>
        <w:t xml:space="preserve">01:09:11   (Speaker B)  So this is. Yeah, this may be. We just need to touch base with Kaylee. She isn't here today, but is recommended that additional most be added to the playground area to enhance safety by maintaining appropriate. So that could be a carryover that just wasn't removed. </w:t>
      </w:r>
    </w:p>
    <w:p>
      <w:r>
        <w:t xml:space="preserve">01:09:24   (Speaker C)  Yeah, because there's, there's still. I don't know if you can see it on this one, but I know over by the playground that there is a landscaping area. So you're saying that the Cardinal put in for the landscaping or not the, or for the playground. </w:t>
      </w:r>
    </w:p>
    <w:p>
      <w:r>
        <w:t xml:space="preserve">01:09:40   (Speaker D)  So Cardinal. She's talking about the landscaping next to the playground. The, the playground was done by American Mulch. It wasn't done by Cardinal. Yeah, so it was a completely different company and that was done maybe four months ago. </w:t>
      </w:r>
    </w:p>
    <w:p>
      <w:r>
        <w:t xml:space="preserve">01:09:53   (Speaker C)  Okay, so it's the, it's the mulch around the playground. </w:t>
      </w:r>
    </w:p>
    <w:p>
      <w:r>
        <w:t xml:space="preserve">01:09:56   (Speaker D)  Yeah. And she's talking about the landscape mulch, which is like the pine bark stuff. </w:t>
      </w:r>
    </w:p>
    <w:p>
      <w:r>
        <w:t xml:space="preserve">01:10:01   (Speaker F)  Right. </w:t>
      </w:r>
    </w:p>
    <w:p>
      <w:r>
        <w:t xml:space="preserve">01:10:02   (Speaker C)  Which, which is overdue in getting done. </w:t>
      </w:r>
    </w:p>
    <w:p>
      <w:r>
        <w:t xml:space="preserve">01:10:05   (Speaker D)  Oh, I agree, I agree. The last time that we did that was last year per the contract. The, the board has an option to do half and half. So you could do twice a year. You can do it once a year. The last time that we did that we mulched the community was I believe it was last September or something like that. Last September. August. September. So it's, it's about, about time to do it again. </w:t>
      </w:r>
    </w:p>
    <w:p>
      <w:r>
        <w:t xml:space="preserve">01:10:31   (Speaker C)  It. Yeah, it. Because there's some of those trees that have died. The little bushes you haven't put in. I'm talking about around the playground area when you come down from the steps from the clubhouse. </w:t>
      </w:r>
    </w:p>
    <w:p>
      <w:r>
        <w:t xml:space="preserve">01:10:44   (Speaker D)  Yeah. </w:t>
      </w:r>
    </w:p>
    <w:p>
      <w:r>
        <w:t xml:space="preserve">01:10:44   (Speaker C)  And there are the, the irrigation tubes are laying on top there. Did you. </w:t>
      </w:r>
    </w:p>
    <w:p>
      <w:r>
        <w:t xml:space="preserve">01:10:54   (Speaker D)  Those really aren't supposed to be in the ground. Normally plants are, plants are covering those. But yeah, I mean there's, there's landscape enhancements that we can do, which I brought up before. But looking at our budget too, I mean we spent $80,000 on plant landscape enhancements recently with the front amenity center. So I mean there isn't really much money to work with until October 1st, until we start the new year. But I mean we, we could, we could make something happen. We could put something there. </w:t>
      </w:r>
    </w:p>
    <w:p>
      <w:r>
        <w:t xml:space="preserve">01:11:23   (Speaker C)  It's also a better time stir. I mean planning if, if induce in the falls. </w:t>
      </w:r>
    </w:p>
    <w:p>
      <w:r>
        <w:t xml:space="preserve">01:11:27   (Speaker E)  But then right now in this Route I'm planning. </w:t>
      </w:r>
    </w:p>
    <w:p>
      <w:r>
        <w:t xml:space="preserve">01:11:29   (Speaker F)  Right. No. </w:t>
      </w:r>
    </w:p>
    <w:p>
      <w:r>
        <w:t xml:space="preserve">01:11:30   (Speaker A)  Yeah. </w:t>
      </w:r>
    </w:p>
    <w:p>
      <w:r>
        <w:t xml:space="preserve">01:11:34   (Speaker E)  Okay. </w:t>
      </w:r>
    </w:p>
    <w:p>
      <w:r>
        <w:t xml:space="preserve">01:11:37   (Speaker F)  Okay. </w:t>
      </w:r>
    </w:p>
    <w:p>
      <w:r>
        <w:t xml:space="preserve">01:11:38   (Speaker B)  Anything concerning amenity? </w:t>
      </w:r>
    </w:p>
    <w:p>
      <w:r>
        <w:t xml:space="preserve">01:11:41   (Speaker E)  Yes. </w:t>
      </w:r>
    </w:p>
    <w:p>
      <w:r>
        <w:t xml:space="preserve">01:11:44   (Speaker C)  The </w:t>
      </w:r>
    </w:p>
    <w:p>
      <w:r>
        <w:t xml:space="preserve">01:11:46   (Speaker E)  shade structure over the slide equipment has got a pretty significant rip. It's a pretty good windstorm, and that's going to just kind of shred. </w:t>
      </w:r>
    </w:p>
    <w:p>
      <w:r>
        <w:t xml:space="preserve">01:11:59   (Speaker F)  It's been there a while. </w:t>
      </w:r>
    </w:p>
    <w:p>
      <w:r>
        <w:t xml:space="preserve">01:12:00   (Speaker E)  And that. Yeah, that rip's been there for a hot minute. I. I gave Nick the name of </w:t>
      </w:r>
    </w:p>
    <w:p>
      <w:r>
        <w:t xml:space="preserve">01:12:04   (Speaker A)  the company that we used to. </w:t>
      </w:r>
    </w:p>
    <w:p>
      <w:r>
        <w:t xml:space="preserve">01:12:06   (Speaker E)  Local company. That is about half of what I think you guys have been paying for. So we need to get that bid and scheduled sooner later. </w:t>
      </w:r>
    </w:p>
    <w:p>
      <w:r>
        <w:t xml:space="preserve">01:12:19   (Speaker C)  Can it be repaired or it's just </w:t>
      </w:r>
    </w:p>
    <w:p>
      <w:r>
        <w:t xml:space="preserve">01:12:20   (Speaker E)  the whole thing replaced? You know, that thing's been in what, 12, 15 years, 14 years. </w:t>
      </w:r>
    </w:p>
    <w:p>
      <w:r>
        <w:t xml:space="preserve">01:12:25   (Speaker F)  Yeah. </w:t>
      </w:r>
    </w:p>
    <w:p>
      <w:r>
        <w:t xml:space="preserve">01:12:26   (Speaker A)  So you get. </w:t>
      </w:r>
    </w:p>
    <w:p>
      <w:r>
        <w:t xml:space="preserve">01:12:26   (Speaker E)  You get 10 out of them in Florida. </w:t>
      </w:r>
    </w:p>
    <w:p>
      <w:r>
        <w:t xml:space="preserve">01:12:28   (Speaker A)  And you have done a whole lot </w:t>
      </w:r>
    </w:p>
    <w:p>
      <w:r>
        <w:t xml:space="preserve">01:12:31   (Speaker D)  also to add with that, too. I mean, there's two giant oak trees that overhang over that playground. So, yeah, a lot of trees. When it rains, all that SAP gets all over and it gets dirty and it weakens it. So I mean, if. Maybe when. </w:t>
      </w:r>
    </w:p>
    <w:p>
      <w:r>
        <w:t xml:space="preserve">01:12:45   (Speaker F)  Maybe when we do this, we can </w:t>
      </w:r>
    </w:p>
    <w:p>
      <w:r>
        <w:t xml:space="preserve">01:12:47   (Speaker D)  get Cardinal to kind of trim some of those oaks back because it'll alleviate a lot of that. A lot of it. </w:t>
      </w:r>
    </w:p>
    <w:p>
      <w:r>
        <w:t xml:space="preserve">01:12:59   (Speaker E)  Because they're nothing but a hazard. Can't do that now. </w:t>
      </w:r>
    </w:p>
    <w:p>
      <w:r>
        <w:t xml:space="preserve">01:13:03   (Speaker B)  We can look into that. </w:t>
      </w:r>
    </w:p>
    <w:p>
      <w:r>
        <w:t xml:space="preserve">01:13:04   (Speaker A)  Yeah. Okay. </w:t>
      </w:r>
    </w:p>
    <w:p>
      <w:r>
        <w:t xml:space="preserve">01:13:08   (Speaker B)  Anything else for the amenity? </w:t>
      </w:r>
    </w:p>
    <w:p>
      <w:r>
        <w:t xml:space="preserve">01:13:12   (Speaker E)  Oh, yeah, one other thing. </w:t>
      </w:r>
    </w:p>
    <w:p>
      <w:r>
        <w:t xml:space="preserve">01:13:13   (Speaker A)  We were. We were going to. </w:t>
      </w:r>
    </w:p>
    <w:p>
      <w:r>
        <w:t xml:space="preserve">01:13:14   (Speaker E)  At one point, we were looking at doing a section at a time, replacing those hideous fans that are under there that do nothing but spin and don't produce any air </w:t>
      </w:r>
    </w:p>
    <w:p>
      <w:r>
        <w:t xml:space="preserve">01:13:26   (Speaker A)  under the canopy. </w:t>
      </w:r>
    </w:p>
    <w:p>
      <w:r>
        <w:t xml:space="preserve">01:13:27   (Speaker E)  You know, that's a little There little homeowner fans that. </w:t>
      </w:r>
    </w:p>
    <w:p>
      <w:r>
        <w:t xml:space="preserve">01:13:32   (Speaker I)  Yeah. </w:t>
      </w:r>
    </w:p>
    <w:p>
      <w:r>
        <w:t xml:space="preserve">01:13:32   (Speaker C)  Rusty. </w:t>
      </w:r>
    </w:p>
    <w:p>
      <w:r>
        <w:t xml:space="preserve">01:13:33   (Speaker F)  And. </w:t>
      </w:r>
    </w:p>
    <w:p>
      <w:r>
        <w:t xml:space="preserve">01:13:33   (Speaker E)  Yeah, you can. You can get a much better fan for 200 bucks, you know, and if we do a few at a time, a section at a time. </w:t>
      </w:r>
    </w:p>
    <w:p>
      <w:r>
        <w:t xml:space="preserve">01:13:42   (Speaker A)  Yeah. </w:t>
      </w:r>
    </w:p>
    <w:p>
      <w:r>
        <w:t xml:space="preserve">01:13:42   (Speaker B)  I'll make a note. We can look at some options. Do the same thing. </w:t>
      </w:r>
    </w:p>
    <w:p>
      <w:r>
        <w:t xml:space="preserve">01:13:46   (Speaker C)  Yeah, well, that was. </w:t>
      </w:r>
    </w:p>
    <w:p>
      <w:r>
        <w:t xml:space="preserve">01:13:47   (Speaker A)  Somebody else did that. </w:t>
      </w:r>
    </w:p>
    <w:p>
      <w:r>
        <w:t xml:space="preserve">01:13:50   (Speaker F)  That was a pergola thing. </w:t>
      </w:r>
    </w:p>
    <w:p>
      <w:r>
        <w:t xml:space="preserve">01:13:51   (Speaker C)  But yeah, I. I agree. </w:t>
      </w:r>
    </w:p>
    <w:p>
      <w:r>
        <w:t xml:space="preserve">01:13:52   (Speaker F)  Because it looks kind of nasty. Yeah. </w:t>
      </w:r>
    </w:p>
    <w:p>
      <w:r>
        <w:t xml:space="preserve">01:13:56   (Speaker I)  Okay. </w:t>
      </w:r>
    </w:p>
    <w:p>
      <w:r>
        <w:t xml:space="preserve">01:13:56   (Speaker B)  Yeah, maybe we can get. </w:t>
      </w:r>
    </w:p>
    <w:p>
      <w:r>
        <w:t xml:space="preserve">01:13:58   (Speaker C)  Yeah. Get a budget or, you know, a cost estimate on that. </w:t>
      </w:r>
    </w:p>
    <w:p>
      <w:r>
        <w:t xml:space="preserve">01:14:02   (Speaker A)  Sure. </w:t>
      </w:r>
    </w:p>
    <w:p>
      <w:r>
        <w:t xml:space="preserve">01:14:02   (Speaker C)  How many fans and what the cost is. </w:t>
      </w:r>
    </w:p>
    <w:p>
      <w:r>
        <w:t xml:space="preserve">01:14:05   (Speaker E)  And your maintenance group can hang those. </w:t>
      </w:r>
    </w:p>
    <w:p>
      <w:r>
        <w:t xml:space="preserve">01:14:07   (Speaker A)  Yeah, those are. </w:t>
      </w:r>
    </w:p>
    <w:p>
      <w:r>
        <w:t xml:space="preserve">01:14:08   (Speaker E)  You know, that's 30 minutes. 30 minutes of fan. </w:t>
      </w:r>
    </w:p>
    <w:p>
      <w:r>
        <w:t xml:space="preserve">01:14:11   (Speaker D)  Yeah. </w:t>
      </w:r>
    </w:p>
    <w:p>
      <w:r>
        <w:t xml:space="preserve">01:14:11   (Speaker B)  We can look in. We've done this in some other districts, so we can put together some fan options and then whatever decided maintenance could install. </w:t>
      </w:r>
    </w:p>
    <w:p>
      <w:r>
        <w:t xml:space="preserve">01:14:20   (Speaker A)  Okay, let's play six rudders. </w:t>
      </w:r>
    </w:p>
    <w:p>
      <w:r>
        <w:t xml:space="preserve">01:14:22   (Speaker E)  That would be night and day. They're like 210 bucks. </w:t>
      </w:r>
    </w:p>
    <w:p>
      <w:r>
        <w:t xml:space="preserve">01:14:27   (Speaker A)  They're pretty cheap, and you got a pretty Big. </w:t>
      </w:r>
    </w:p>
    <w:p>
      <w:r>
        <w:t xml:space="preserve">01:14:36   (Speaker E)  One other thing, I wrote it down with my left hand, so that's why </w:t>
      </w:r>
    </w:p>
    <w:p>
      <w:r>
        <w:t xml:space="preserve">01:14:39   (Speaker A)  it looks like a two year old did it. </w:t>
      </w:r>
    </w:p>
    <w:p>
      <w:r>
        <w:t xml:space="preserve">01:14:41   (Speaker E)  Can we look at putting a zap cap on the meter at the amenity center so that we don't have to worry about. It's a tico thing across like I got it at my house. Costs like eight bucks a month. And what that does is it anything that comes in through their line, it zaps it. It discharges it at the meter before it goes into the building and causes surges. I personally watched that building get struck twice looking at my patio door. So I think there's a need, especially </w:t>
      </w:r>
    </w:p>
    <w:p>
      <w:r>
        <w:t xml:space="preserve">01:15:18   (Speaker A)  since they just put all new WI </w:t>
      </w:r>
    </w:p>
    <w:p>
      <w:r>
        <w:t xml:space="preserve">01:15:20   (Speaker E)  fi in that building and all that other stuff. You know, if we. It's a month, small monthly fee, but it has like 50k worth of insurance. </w:t>
      </w:r>
    </w:p>
    <w:p>
      <w:r>
        <w:t xml:space="preserve">01:15:28   (Speaker F)  Okay. </w:t>
      </w:r>
    </w:p>
    <w:p>
      <w:r>
        <w:t xml:space="preserve">01:15:29   (Speaker E)  Gets attached to it. </w:t>
      </w:r>
    </w:p>
    <w:p>
      <w:r>
        <w:t xml:space="preserve">01:15:30   (Speaker F)  Sure. </w:t>
      </w:r>
    </w:p>
    <w:p>
      <w:r>
        <w:t xml:space="preserve">01:15:31   (Speaker B)  Yeah, we can look at it. </w:t>
      </w:r>
    </w:p>
    <w:p>
      <w:r>
        <w:t xml:space="preserve">01:15:34   (Speaker A)  Okay. </w:t>
      </w:r>
    </w:p>
    <w:p>
      <w:r>
        <w:t xml:space="preserve">01:15:35   (Speaker B)  Any other amenity questions, Comments? </w:t>
      </w:r>
    </w:p>
    <w:p>
      <w:r>
        <w:t xml:space="preserve">01:15:40   (Speaker A)  No. All right. Okay. </w:t>
      </w:r>
    </w:p>
    <w:p>
      <w:r>
        <w:t xml:space="preserve">01:15:44   (Speaker B)  So we'll move on to attorney. I don't have anything. Or the district engineer. But if you do have. Hey, Coach, I'm. </w:t>
      </w:r>
    </w:p>
    <w:p>
      <w:r>
        <w:t xml:space="preserve">01:15:51   (Speaker J)  I'm on the line here for. If you've got. If you've got questions, I'm here. Just, I guess an update for you. I've been working on an agreement for Mr. Hennessy while we've been sitting here. Should have that over to you. We'll just need a certificate of insurance. Name in the district as additional insurance. Be ready to go tomorrow and get your signatures. </w:t>
      </w:r>
    </w:p>
    <w:p>
      <w:r>
        <w:t xml:space="preserve">01:16:17   (Speaker A)  That's what I call the last guy. </w:t>
      </w:r>
    </w:p>
    <w:p>
      <w:r>
        <w:t xml:space="preserve">01:16:20   (Speaker F)  Okay. </w:t>
      </w:r>
    </w:p>
    <w:p>
      <w:r>
        <w:t xml:space="preserve">01:16:21   (Speaker C)  We're not. We're not used to that, </w:t>
      </w:r>
    </w:p>
    <w:p>
      <w:r>
        <w:t xml:space="preserve">01:16:24   (Speaker J)  which I try to make good, good use of everyone's time here. So getting it done. </w:t>
      </w:r>
    </w:p>
    <w:p>
      <w:r>
        <w:t xml:space="preserve">01:16:30   (Speaker D)  Person's a real deal. </w:t>
      </w:r>
    </w:p>
    <w:p>
      <w:r>
        <w:t xml:space="preserve">01:16:34   (Speaker B)  Awesome. Sorry, I didn't see you join in, but thanks for coming. </w:t>
      </w:r>
    </w:p>
    <w:p>
      <w:r>
        <w:t xml:space="preserve">01:16:37   (Speaker E)  That's okay. </w:t>
      </w:r>
    </w:p>
    <w:p>
      <w:r>
        <w:t xml:space="preserve">01:16:38   (Speaker J)  Sorry, I wasn't. I was a little bit late. I used the old meeting room. Didn't realize we had new Zoom stuff. That's my fault. </w:t>
      </w:r>
    </w:p>
    <w:p>
      <w:r>
        <w:t xml:space="preserve">01:16:48   (Speaker B)  No worries. If you have any questions for council, feel free. Otherwise you can always reach out to us. We can always contact as well. </w:t>
      </w:r>
    </w:p>
    <w:p>
      <w:r>
        <w:t xml:space="preserve">01:16:55   (Speaker A)  Okay. </w:t>
      </w:r>
    </w:p>
    <w:p>
      <w:r>
        <w:t xml:space="preserve">01:16:56   (Speaker B)  And then nothing specific from the engineer. Mick touched a little bit about Tyson and the erosion things that he'll be working on here soon. But if you have anything additional or questions, please reach out. Thanks, Kirsten. Okay, so next we do have a couple public hearings. So this is. We'll start with the first one. There is two. So we have consideration of the resolution 2026. 04 adopting the fiscal year 2027 budget. What we would need to do is Do a motion to open the public hearing. This would be the opportunity for the audience to speak to the board spec specifically about the FY27 budget. We do have copies of the budget up there on the table. We also have it in the agenda packet which was online. It'll be opportunity for the residents on Zoom and or in person to speak to the board. Again, residents, we just ask that you limit your comments to three minutes, state your name and address for the record and keep the comments specific to the FY27 budget. After public hearing has in is finished and residents had the opportunity, we would need to do a motion to close the public hearing. And then it would be board discussion on the budget. And from what you've heard and then the resolution 202604 is what we currently have, which was your proposed budget that you had approved a few meetings back or a few months back, I should say. </w:t>
      </w:r>
    </w:p>
    <w:p>
      <w:r>
        <w:t xml:space="preserve">01:18:19   (Speaker A)  Okay. </w:t>
      </w:r>
    </w:p>
    <w:p>
      <w:r>
        <w:t xml:space="preserve">01:18:21   (Speaker B)  So with that we'd be looking for a motion to open the public hearing. </w:t>
      </w:r>
    </w:p>
    <w:p>
      <w:r>
        <w:t xml:space="preserve">01:18:25   (Speaker A)  Make a motion to open the public here. Okay. </w:t>
      </w:r>
    </w:p>
    <w:p>
      <w:r>
        <w:t xml:space="preserve">01:18:28   (Speaker B)  First from Trust, second from Mark. All in favor. I motion has passed. So the public hearing is now open for resolution 2026 04, adopting the FY27 budget. So if anybody has any questions, comments for the board concerning the budget, please just raise your hand, state your name and address for the record and we do ask. Limit your comments to 3 minutes. Don't have any audience members on Zoom at this time, but we'll open it up to the audience. </w:t>
      </w:r>
    </w:p>
    <w:p>
      <w:r>
        <w:t xml:space="preserve">01:19:05   (Speaker F)  I think the biggest question. Thank you. I think the biggest question I got is when I look around at all different other communities, I see CBD rate a lot less with a lot more. And I'm not understanding how we're paying what we're paying if we don't have to make it One school, that pool. Everybody ran over there at one time couldn't fit everybody. </w:t>
      </w:r>
    </w:p>
    <w:p>
      <w:r>
        <w:t xml:space="preserve">01:19:41   (Speaker A)  Five days, 48 people. </w:t>
      </w:r>
    </w:p>
    <w:p>
      <w:r>
        <w:t xml:space="preserve">01:19:44   (Speaker F)  We have the nature's walk that they've been working on since I came in here in 2017 and before that was promised some things because the community was developed in 2015. They've been working on it every year. They keep getting money. We're going to work on this, take care of the budget. Half of the neighborhood really don't really go back there. I mean to look at something like a playground for the children, another pool, you got gates that could be there or something. They I was told with the gate part they can't happen because we're on a public street where you see a many communities out here on this all 301 with gates. Also, there's no speed bumps through the neighborhoods. I haven't seen no lights replays, but I keep seeing the C go up. I have a friend that stay at Bar Bay. They on the outskirts side, they got gated community. Not in the in inside area. She paid less in HOAs in a year than we pay in the 4th. Then 2000 something dollars probably for CDDs a year, almost 3. But they got splash food, they've got workout equipment, they've got meetings. I'm not understanding where is all this coming from. Some communities are even making sure that they groom the outside where you've got the big trees on the front of the lawn or they're. They're doing grass or water is included. We keep going up on the cdd and I'm all for it if it's going to come with the amenities, just like if you're out in Everson in Western Chapel. But what are we getting from this other than looking at contracts? And this is a community here. There's no gates. I had a police come to my door telling me about somebody shooting on the street behind me. I. I don't see it in the papers. I don't know what's going on. I was kind of oblivious to it and it bothered me because I have a daughter, I have a granddaughter, then I have my son, you. And then we walk sometime around the neighborhood. These are things that I'm like, we're not the hugest community, but with the numbers that we're pushing for monetarily, there's no reason for some of these things not to be done. And every time it's a stress, oh, we're gonna have to pay e for what we're paying more than most communities. So what is the hang up here? I keep hearing the last people didn't pay. The last people took the money. The last. Okay. Now they put something into play where we can actually ask audit. I want to see what you're doing. I want to know what you're doing. How you doing the building? How you taking care of the monies? What's going on? Where the spillage over. And we can't keep on blaming the other people because they're taking out the money every year. Talk to the county. I talk to everybody. </w:t>
      </w:r>
    </w:p>
    <w:p>
      <w:r>
        <w:t xml:space="preserve">01:22:49   (Speaker B)  Yep. </w:t>
      </w:r>
    </w:p>
    <w:p>
      <w:r>
        <w:t xml:space="preserve">01:22:50   (Speaker A)  Okay. </w:t>
      </w:r>
    </w:p>
    <w:p>
      <w:r>
        <w:t xml:space="preserve">01:22:50   (Speaker B)  So that. Yeah, we hit three minutes. But thank you for that board. </w:t>
      </w:r>
    </w:p>
    <w:p>
      <w:r>
        <w:t xml:space="preserve">01:22:54   (Speaker F)  Thank you. </w:t>
      </w:r>
    </w:p>
    <w:p>
      <w:r>
        <w:t xml:space="preserve">01:22:55   (Speaker B)  You know, it is. Audience comments so usually how. </w:t>
      </w:r>
    </w:p>
    <w:p>
      <w:r>
        <w:t xml:space="preserve">01:23:00   (Speaker A)  Want to answer some of those questions? </w:t>
      </w:r>
    </w:p>
    <w:p>
      <w:r>
        <w:t xml:space="preserve">01:23:03   (Speaker B)  Yeah, I mean the board can answer now or it can answer when they're in the discussion period, </w:t>
      </w:r>
    </w:p>
    <w:p>
      <w:r>
        <w:t xml:space="preserve">01:23:09   (Speaker A)  they put. They put everything together. They. So how does CBD work? So they sell bonds, put the infrastructure in the ponds, everything like that. So it's not like we can build an entire another community center or another pool, which we kind of were dealt this hand by the developer who put this all together in 2014. Yeah. And we're kind of fruits of maintaining what we have and trying to keep the neighborhood up as far as that. That goes. And as far as gates goes, you can't. You can't have gates unless you have private roads. And if you have private roads, you got to maintain those roads. So as far as being able to gate now, speed bumps, that's an option that you have. The county has to get involved with, </w:t>
      </w:r>
    </w:p>
    <w:p>
      <w:r>
        <w:t xml:space="preserve">01:23:52   (Speaker E)  but you don't want speed bumps. Yeah, </w:t>
      </w:r>
    </w:p>
    <w:p>
      <w:r>
        <w:t xml:space="preserve">01:23:59   (Speaker A)  This was set up way, way back, I mean, before I moved in. And we're kind of just trying to do what we can to maintain and be stewards of the neighborhood. </w:t>
      </w:r>
    </w:p>
    <w:p>
      <w:r>
        <w:t xml:space="preserve">01:24:08   (Speaker F)  But we do have attorneys that we're paying on staff that should be paying attention to this. And this is some of the same things that happen with the sidewalk. There's an easement there. You're being told that you have to pay for certain things. You call the county, they tell you to make sure you contact us because you've got lines and power lines that will be available for them. How do we have people? Right. </w:t>
      </w:r>
    </w:p>
    <w:p>
      <w:r>
        <w:t xml:space="preserve">01:24:29   (Speaker A)  That's hoa. </w:t>
      </w:r>
    </w:p>
    <w:p>
      <w:r>
        <w:t xml:space="preserve">01:24:30   (Speaker E)  So we have nothing to do with. But. But what I can tell you is mir b. You take. You take the total budget and you divide it by how many doors you have and your lot size. A whole lot more houses in your </w:t>
      </w:r>
    </w:p>
    <w:p>
      <w:r>
        <w:t xml:space="preserve">01:24:44   (Speaker A)  bay than there are in Parker. </w:t>
      </w:r>
    </w:p>
    <w:p>
      <w:r>
        <w:t xml:space="preserve">01:24:46   (Speaker E)  I can tell you that trail last year or two years ago, during the last hurricane, the double hurricane, was over a quarter of a million dollars to have it repaired over. And we inherited that albatross from the developers. That wetlands. I would like to give it back to Hillsborough county, but they won't want anything to do with it because they don't want to pay. So that's that. </w:t>
      </w:r>
    </w:p>
    <w:p>
      <w:r>
        <w:t xml:space="preserve">01:25:10   (Speaker A)  We're stuck. </w:t>
      </w:r>
    </w:p>
    <w:p>
      <w:r>
        <w:t xml:space="preserve">01:25:11   (Speaker E)  We're stuck. And that is a huge expense. That trail is a huge expense. I think as far as the rest of it goes, we were told some untruths when we bought our house. We were told there was going to </w:t>
      </w:r>
    </w:p>
    <w:p>
      <w:r>
        <w:t xml:space="preserve">01:25:32   (Speaker A)  be a second pool. </w:t>
      </w:r>
    </w:p>
    <w:p>
      <w:r>
        <w:t xml:space="preserve">01:25:34   (Speaker E)  We were told they were going to put gates in. We were told that they were going to extend that trail all the way around. We were told a lot of things that. That basically were never in writing, but Just told at the, at the sales center. It's had to the point that they even said that they were going to look at the amenity center that we have now and put some type of exercise stuff and all this other stuff. So everything that we got told never came to fruition. So I understand that aspect of it, but we are, we, we did inherit </w:t>
      </w:r>
    </w:p>
    <w:p>
      <w:r>
        <w:t xml:space="preserve">01:26:16   (Speaker A)  the original board when the homeowners took it over. </w:t>
      </w:r>
    </w:p>
    <w:p>
      <w:r>
        <w:t xml:space="preserve">01:26:20   (Speaker E)  We did inherit a deficit when this management company took it over. It was think negative 7,000. </w:t>
      </w:r>
    </w:p>
    <w:p>
      <w:r>
        <w:t xml:space="preserve">01:26:28   (Speaker B)  Yeah, it was in a bad spot </w:t>
      </w:r>
    </w:p>
    <w:p>
      <w:r>
        <w:t xml:space="preserve">01:26:29   (Speaker E)  and a bad spot. So we had to, we had to recover from that. We had to catch up from that. And I can tell you they've done a magnificent job of putting us in a position where we could spend a quarter of a million dollars to redo that trail from all the hurricane damage without having to give each homeowner an additional assessment of, hey, it's going to cost a quarter million dollars. Let's divide a quarter million dollars, about 350 doors and your portion is this. We didn't have to do that because we have had a surplus a rainy day to us, however you want to call it. We, we were able to put a new roof on the amenity center and that roof was shot, it had so many holes and leaks. And so we were able to put a 30 year roof on there. We were able to paint it, we were able to redo the landscaping because what, when developers develop a property, what they do is they go, they call their supplier and go, hey, I've got X number of units me the cheapest you crap you got. That's what we're planting. And what they did, just like in front of the amenity center, we had to take those two holes out because when they planted them and they were falling that door, they look great. But once they grew, overtook the building, held the moisture in, blocked the opening. Now you've got to go back and we're at that mark, we're at that 10, 12, 13 year mark where all the landscaping is so overgrown and, and met its useful life then. Now we got to go back and we gotta start replacing all of that. So there is a tremendous amount of, of maintenance and upkeep and we have done a tremendous job staying on top of that. There's a lot of money I didn't like to spend and we made some improvements that homeowners wanted that weren't quote, necessities. But you know, we're trying to make it as nice as we can for what we got. We put in Changing rooms. We put in fans out in the perus that people wanted. We put new tile in the bathrooms where it wasn't just busted up concrete. You know, we've done a lot of, a lot of upgrades. And when you do them in your house, to put tile in your bathroom is probably with the tile and the labor. </w:t>
      </w:r>
    </w:p>
    <w:p>
      <w:r>
        <w:t xml:space="preserve">01:28:55   (Speaker A)  12 bucks a square foot. </w:t>
      </w:r>
    </w:p>
    <w:p>
      <w:r>
        <w:t xml:space="preserve">01:28:56   (Speaker E)  You put it in a commercial building, you can times that by three or four or five, same bottle. But that's just the price for commercial because the insurances are so much higher. </w:t>
      </w:r>
    </w:p>
    <w:p>
      <w:r>
        <w:t xml:space="preserve">01:29:05   (Speaker A)  It's expensive also. Is it half the amount of the fee is going to retire the bonds, the interest and the amortization? </w:t>
      </w:r>
    </w:p>
    <w:p>
      <w:r>
        <w:t xml:space="preserve">01:29:14   (Speaker B)  Yes. </w:t>
      </w:r>
    </w:p>
    <w:p>
      <w:r>
        <w:t xml:space="preserve">01:29:14   (Speaker A)  So half of that CVV money goes to bonds that were issued in 2014. How it works, Developers don't develop, they just, they create this district, they sell millions of dollars in bonds, they make the place, then they make us pay for it. Okay, so we're still retiring. We got until 11, 144 for those bonds to be paid. So we've got payments on that every year. So half of your fee, half of your monthly fee, half of your yearly fee is going for that headline to Everybody. </w:t>
      </w:r>
    </w:p>
    <w:p>
      <w:r>
        <w:t xml:space="preserve">01:29:46   (Speaker E)  It's a 30 year bond. So at the end of that 30 years what happens is the bond portion drops off. The maintenance portion stays. </w:t>
      </w:r>
    </w:p>
    <w:p>
      <w:r>
        <w:t xml:space="preserve">01:29:54   (Speaker F)  Yes, the 1900s, it stays on. Yeah, I've been, I've been asking about that too because I said if somebody wanted to pay the bond on it looks like it's a daily something that's. </w:t>
      </w:r>
    </w:p>
    <w:p>
      <w:r>
        <w:t xml:space="preserve">01:30:04   (Speaker B)  So I can touch on that real quick and then give some other audience members a chance and then we'll continue with board discussion. But yeah, the debt is as they mentioned, it is, it's almost like a mortgage in a way where you have 30 years. The debt is split up between each household. Each household has a portion of the debt. That household can pay off their portion of the debt. If that's something that a household wants to do, all they have to do is contact us with their address and we can get that information for you. And then essentially you would write a check, it would pay off your portion and then the debt portion for that address would fall off. It would only be the O and M portion. The O M stays the same. The budget that we're talking about tonight is only for the warrant in portion because the debt portion is fixed. There is the amateurization schedule in the agenda as well the budget showing that payment schedule for the bond. So that is an option if residents do choose. We have had residents in the past and various Districts pay off that portion of the debt. So. But you know, and that's a personal decision. </w:t>
      </w:r>
    </w:p>
    <w:p>
      <w:r>
        <w:t xml:space="preserve">01:31:14   (Speaker A)  Put it in the 401k, make more money. Yeah. </w:t>
      </w:r>
    </w:p>
    <w:p>
      <w:r>
        <w:t xml:space="preserve">01:31:17   (Speaker F)  Well, I just asked because the last time I did, they said you have to pay this by that date. </w:t>
      </w:r>
    </w:p>
    <w:p>
      <w:r>
        <w:t xml:space="preserve">01:31:22   (Speaker A)  Correct. </w:t>
      </w:r>
    </w:p>
    <w:p>
      <w:r>
        <w:t xml:space="preserve">01:31:23   (Speaker F)  The question is this something that fluctuates? So if I'm paying 13,000 to pay it off now, it did go down </w:t>
      </w:r>
    </w:p>
    <w:p>
      <w:r>
        <w:t xml:space="preserve">01:31:30   (Speaker A)  next year since averages. </w:t>
      </w:r>
    </w:p>
    <w:p>
      <w:r>
        <w:t xml:space="preserve">01:31:32   (Speaker B)  Yeah. So there's, there's a date, it's July 31st of each year that we have to have the payment for that year's debt. Because of the tax, because we have to submit. We have to do this meeting. Then we have to take this and we have to submit to the county and the county has to process that onto the tax bill. And then that tax bill comes out in November. So to do all that, if you want to pay off the portion for your house, we have to have that. But July 31, if we don't receive it by then, we don't have time to implement it for that tax bill. So then your assessments will be assessed on your property tax bill the same. And then the next year the number will be different because you paid your CDD fees for that year and you paid your own in, but you also paid an additional payment to your debt portion. So the debt portion will be adjusted. </w:t>
      </w:r>
    </w:p>
    <w:p>
      <w:r>
        <w:t xml:space="preserve">01:32:17   (Speaker F)  Thank you. </w:t>
      </w:r>
    </w:p>
    <w:p>
      <w:r>
        <w:t xml:space="preserve">01:32:17   (Speaker B)  So, okay, any other audience comments specific to the agenda or. Sorry, the budget FY27. </w:t>
      </w:r>
    </w:p>
    <w:p>
      <w:r>
        <w:t xml:space="preserve">01:32:27   (Speaker F)  I just have a question to understand. </w:t>
      </w:r>
    </w:p>
    <w:p>
      <w:r>
        <w:t xml:space="preserve">01:32:29   (Speaker B)  Name and address. Sorry. </w:t>
      </w:r>
    </w:p>
    <w:p>
      <w:r>
        <w:t xml:space="preserve">01:32:30   (Speaker F)  For the record, my name is Marie Phillips and I live at 12003 Bernal Rock. </w:t>
      </w:r>
    </w:p>
    <w:p>
      <w:r>
        <w:t xml:space="preserve">01:32:36   (Speaker A)  Okay. </w:t>
      </w:r>
    </w:p>
    <w:p>
      <w:r>
        <w:t xml:space="preserve">01:32:38   (Speaker F)  We had got this letter for the summary of own assessments and I just wanted an explanation of what is the unit types, what does that mean? 50s. </w:t>
      </w:r>
    </w:p>
    <w:p>
      <w:r>
        <w:t xml:space="preserve">01:32:49   (Speaker B)  That is the square footage of the home. So each home has like frontage foot. Yeah, the frontage foot. So not square footage, but the frontage foot, the whole lot, the front end of the lot. To the street. Oh, to the street. Yeah. So on the street. So from your lot to your, the corner on the street here, all the way to the corner there, it's 50 foot. That's just how. So when they, when they set up the CDD and the fees and the ONN breakdowns and the debt and all that stuff, there's different methods, methodologies that they use with your district. You do have it as a frontage. </w:t>
      </w:r>
    </w:p>
    <w:p>
      <w:r>
        <w:t xml:space="preserve">01:33:23   (Speaker C)  So it goes. </w:t>
      </w:r>
    </w:p>
    <w:p>
      <w:r>
        <w:t xml:space="preserve">01:33:28   (Speaker B)  Unfortunately, </w:t>
      </w:r>
    </w:p>
    <w:p>
      <w:r>
        <w:t xml:space="preserve">01:33:32   (Speaker A)  I want to fit in, but </w:t>
      </w:r>
    </w:p>
    <w:p>
      <w:r>
        <w:t xml:space="preserve">01:33:33   (Speaker I)  yeah, I want a corner. </w:t>
      </w:r>
    </w:p>
    <w:p>
      <w:r>
        <w:t xml:space="preserve">01:33:34   (Speaker A)  Yeah. </w:t>
      </w:r>
    </w:p>
    <w:p>
      <w:r>
        <w:t xml:space="preserve">01:33:37   (Speaker B)  So that's how it's broken down. It's broken down by frontage of the lot. </w:t>
      </w:r>
    </w:p>
    <w:p>
      <w:r>
        <w:t xml:space="preserve">01:33:43   (Speaker F)  It's not 60 or 50 square feet. It's. </w:t>
      </w:r>
    </w:p>
    <w:p>
      <w:r>
        <w:t xml:space="preserve">01:33:47   (Speaker B)  It's frontage, not square foot. </w:t>
      </w:r>
    </w:p>
    <w:p>
      <w:r>
        <w:t xml:space="preserve">01:33:49   (Speaker A)  Yeah. </w:t>
      </w:r>
    </w:p>
    <w:p>
      <w:r>
        <w:t xml:space="preserve">01:33:50   (Speaker C)  Width. </w:t>
      </w:r>
    </w:p>
    <w:p>
      <w:r>
        <w:t xml:space="preserve">01:33:50   (Speaker E)  Linear feet. </w:t>
      </w:r>
    </w:p>
    <w:p>
      <w:r>
        <w:t xml:space="preserve">01:33:51   (Speaker B)  Yeah, linear feet from the front. </w:t>
      </w:r>
    </w:p>
    <w:p>
      <w:r>
        <w:t xml:space="preserve">01:33:52   (Speaker E)  You can get that off your black. You have black for your house. </w:t>
      </w:r>
    </w:p>
    <w:p>
      <w:r>
        <w:t xml:space="preserve">01:33:55   (Speaker B)  It's got it right. </w:t>
      </w:r>
    </w:p>
    <w:p>
      <w:r>
        <w:t xml:space="preserve">01:33:56   (Speaker E)  Gives you the. </w:t>
      </w:r>
    </w:p>
    <w:p>
      <w:r>
        <w:t xml:space="preserve">01:33:56   (Speaker B)  So like this district has 50 and 60. That's for the 2013 bond. </w:t>
      </w:r>
    </w:p>
    <w:p>
      <w:r>
        <w:t xml:space="preserve">01:34:08   (Speaker C)  Okay. </w:t>
      </w:r>
    </w:p>
    <w:p>
      <w:r>
        <w:t xml:space="preserve">01:34:08   (Speaker B)  And then there's a 50, 60 and 70 for the 2014 bond. So there's two bonds as well. </w:t>
      </w:r>
    </w:p>
    <w:p>
      <w:r>
        <w:t xml:space="preserve">01:34:16   (Speaker F)  The proposed FY27 OMM, we just subtract that from the FY26 OMM. Right. </w:t>
      </w:r>
    </w:p>
    <w:p>
      <w:r>
        <w:t xml:space="preserve">01:34:24   (Speaker B)  To see what the difference. Yeah, it was about a 20 increase. And that kind of touches on what Joe was saying is you had that hurricane, you spent a few hundred thousand dollars in hurricane damage repairs. And so to try and keep the budget in just the district fiscally in a good position to be able to handle any kind of unforeseen circumstances. Unfortunately, there is a recommended increase on the O and M portion and obviously costs rise, you know, inflation, the whole things. Luckily we don't have as much inflation as we did a couple a year and a half ago. But with those factors, this was something that the board approved, proposed and today they would be deciding on whether to adopt or not. </w:t>
      </w:r>
    </w:p>
    <w:p>
      <w:r>
        <w:t xml:space="preserve">01:35:10   (Speaker F)  That comes on your form, how your house looks. Right. </w:t>
      </w:r>
    </w:p>
    <w:p>
      <w:r>
        <w:t xml:space="preserve">01:35:17   (Speaker A)  As far as what you're assessed. </w:t>
      </w:r>
    </w:p>
    <w:p>
      <w:r>
        <w:t xml:space="preserve">01:35:19   (Speaker F)  I mean. No, the 60s, 70s then. </w:t>
      </w:r>
    </w:p>
    <w:p>
      <w:r>
        <w:t xml:space="preserve">01:35:22   (Speaker A)  Yeah. It has to do with the furniture. </w:t>
      </w:r>
    </w:p>
    <w:p>
      <w:r>
        <w:t xml:space="preserve">01:35:26   (Speaker B)  Okay, that's. </w:t>
      </w:r>
    </w:p>
    <w:p>
      <w:r>
        <w:t xml:space="preserve">01:35:26   (Speaker F)  I just wanted to understand that. </w:t>
      </w:r>
    </w:p>
    <w:p>
      <w:r>
        <w:t xml:space="preserve">01:35:30   (Speaker A)  I'm not quite sure how they handle, but here's an irregular shape since it's on the corner. I don't know how they handle that, but Yes. I don't know. You probably have a. Maybe a special category. </w:t>
      </w:r>
    </w:p>
    <w:p>
      <w:r>
        <w:t xml:space="preserve">01:35:41   (Speaker I)  Yeah. </w:t>
      </w:r>
    </w:p>
    <w:p>
      <w:r>
        <w:t xml:space="preserve">01:35:43   (Speaker A)  50 foot box on the smallest one. </w:t>
      </w:r>
    </w:p>
    <w:p>
      <w:r>
        <w:t xml:space="preserve">01:35:47   (Speaker G)  I'm at the lowest end of it. </w:t>
      </w:r>
    </w:p>
    <w:p>
      <w:r>
        <w:t xml:space="preserve">01:35:49   (Speaker A)  Then you got the 60. Was your 60. Yeah. </w:t>
      </w:r>
    </w:p>
    <w:p>
      <w:r>
        <w:t xml:space="preserve">01:35:58   (Speaker B)  So there's two. Yeah, there's two bonds. There's one has a 50 and 60 foot frontage and then the other one has 50, 60 and 70 foot frontage. </w:t>
      </w:r>
    </w:p>
    <w:p>
      <w:r>
        <w:t xml:space="preserve">01:36:05   (Speaker A)  Yeah. </w:t>
      </w:r>
    </w:p>
    <w:p>
      <w:r>
        <w:t xml:space="preserve">01:36:06   (Speaker B)  With the. </w:t>
      </w:r>
    </w:p>
    <w:p>
      <w:r>
        <w:t xml:space="preserve">01:36:07   (Speaker A)  The second bond be for the phase three and four. </w:t>
      </w:r>
    </w:p>
    <w:p>
      <w:r>
        <w:t xml:space="preserve">01:36:09   (Speaker B)  I'm not sure about the exact phase. I'd have to look that up. </w:t>
      </w:r>
    </w:p>
    <w:p>
      <w:r>
        <w:t xml:space="preserve">01:36:16   (Speaker E)  Where you're at are the larger bonds. </w:t>
      </w:r>
    </w:p>
    <w:p>
      <w:r>
        <w:t xml:space="preserve">01:36:19   (Speaker F)  Yeah, mine's not a huge corner lot, but. </w:t>
      </w:r>
    </w:p>
    <w:p>
      <w:r>
        <w:t xml:space="preserve">01:36:26   (Speaker A)  You almost have two months. </w:t>
      </w:r>
    </w:p>
    <w:p>
      <w:r>
        <w:t xml:space="preserve">01:36:27   (Speaker I)  There supposed to be two houses but </w:t>
      </w:r>
    </w:p>
    <w:p>
      <w:r>
        <w:t xml:space="preserve">01:36:29   (Speaker F)  they were too short, so they said no, no, mine wasn't supposed to be two. It wasn't. It wouldn't be enough for that. </w:t>
      </w:r>
    </w:p>
    <w:p>
      <w:r>
        <w:t xml:space="preserve">01:36:38   (Speaker C)  Okay, what else we got, Richard? </w:t>
      </w:r>
    </w:p>
    <w:p>
      <w:r>
        <w:t xml:space="preserve">01:36:41   (Speaker B)  So still in the public hearing portion. So any Other residents would like to speak the board just raise your hand, state your name and address for the record, and once we close the public hearing, it will go back to board discussion. Okay, I'm not seeing any. Let me just double check. </w:t>
      </w:r>
    </w:p>
    <w:p>
      <w:r>
        <w:t xml:space="preserve">01:37:01   (Speaker A)  Zoom. </w:t>
      </w:r>
    </w:p>
    <w:p>
      <w:r>
        <w:t xml:space="preserve">01:37:01   (Speaker B)  Nope, nobody else has come on. So if there's no other questions or comments concerning the resolution 2026 04, then we'd just be looking for a motion to close the public. So we have. First from Joe, second Kathy. All in favor? </w:t>
      </w:r>
    </w:p>
    <w:p>
      <w:r>
        <w:t xml:space="preserve">01:37:21   (Speaker I)  Aye. </w:t>
      </w:r>
    </w:p>
    <w:p>
      <w:r>
        <w:t xml:space="preserve">01:37:23   (Speaker B)  Okay, Board. So now it's opportunity to discuss. We've heard some from some residents, had some explanations, you know, and again, just as a reminder, based off some of those, I made some notes. You know, obviously it's a cdd, so it doesn't. It's not. The HOA goal is obviously not to assess outside of property taxes. And that's one of the reasons why I know the board had considered raising the assessments, given the things we had just talked about. Just so the audience understands that in the event of a special assessment that does happen outside, similar HOA does. But the CDD does not deal with private property. And so assessments are typically always on the property taxes unless the board special assess, which is not what's happening right. At this point in time. This is just a usual budget hearing. And you know, as the gates you have, CDDs do have. Some CDDs do have gates, but those gates, they still have to give access. So even though there's a gate there, they still have to open up. </w:t>
      </w:r>
    </w:p>
    <w:p>
      <w:r>
        <w:t xml:space="preserve">01:38:32   (Speaker A)  So you can't restrict it unless there's correct roads. </w:t>
      </w:r>
    </w:p>
    <w:p>
      <w:r>
        <w:t xml:space="preserve">01:38:34   (Speaker B)  Yeah. And so if it's private roads, then it wouldn't be a cdd, it would be an hoa. And then they can do what they want to do with their gates. So we are limited on that. And this kind of goes back to the water comment, the HOA. Some HOAs may include like water, but that is not an option for the cdv. That would fall under an HOA covenant if the HOA wanted to do so. </w:t>
      </w:r>
    </w:p>
    <w:p>
      <w:r>
        <w:t xml:space="preserve">01:39:00   (Speaker I)  And you're absolutely right because they did </w:t>
      </w:r>
    </w:p>
    <w:p>
      <w:r>
        <w:t xml:space="preserve">01:39:02   (Speaker B)  promise we would have it gated when I bought my house. Yeah. Another pool was supposed to be built. </w:t>
      </w:r>
    </w:p>
    <w:p>
      <w:r>
        <w:t xml:space="preserve">01:39:07   (Speaker A)  Yeah. </w:t>
      </w:r>
    </w:p>
    <w:p>
      <w:r>
        <w:t xml:space="preserve">01:39:07   (Speaker I)  Before Myrtle Rock was built, you know, </w:t>
      </w:r>
    </w:p>
    <w:p>
      <w:r>
        <w:t xml:space="preserve">01:39:10   (Speaker B)  and those fall outside of what, cbe. </w:t>
      </w:r>
    </w:p>
    <w:p>
      <w:r>
        <w:t xml:space="preserve">01:39:13   (Speaker A)  Yeah, that's right. Yeah. </w:t>
      </w:r>
    </w:p>
    <w:p>
      <w:r>
        <w:t xml:space="preserve">01:39:17   (Speaker B)  So but with that board, any other additional discussion, comments, questions? You know, we do have to the budget here as well for the proposed raise. And this is a high watermark, so we can't increase from here without redoing the process, which we don't really have time to do, given the 60 days and all that. But you could lower it here if you decided to. I know one of the reasons why you did this increase again is because of some of the things that you've had to spend and pull out of the reserves and needing to replenish. But it would be a board decision. </w:t>
      </w:r>
    </w:p>
    <w:p>
      <w:r>
        <w:t xml:space="preserve">01:39:57   (Speaker C)  So I do have a quick question. So you know, most of the. The increase in the budget, you know, if you were just going to compare 26 to 27, you're like, oh, it's increased, but it's really about the reserve. So do you come. Is there a, a formula or best practice or a percentage that, that you all came up to recommend? Like this is what we recommend to put back into reserve. How was that number determined? </w:t>
      </w:r>
    </w:p>
    <w:p>
      <w:r>
        <w:t xml:space="preserve">01:40:24   (Speaker A)  When I first got on, they did a reserve when they. You guys took over. You did a reserve study. </w:t>
      </w:r>
    </w:p>
    <w:p>
      <w:r>
        <w:t xml:space="preserve">01:40:28   (Speaker B)  Yeah. </w:t>
      </w:r>
    </w:p>
    <w:p>
      <w:r>
        <w:t xml:space="preserve">01:40:28   (Speaker A)  It's found out how bad we. We were. Correct. And then Jason had to break. I don't know if he still had all those records. </w:t>
      </w:r>
    </w:p>
    <w:p>
      <w:r>
        <w:t xml:space="preserve">01:40:35   (Speaker B)  Yeah. The reserve study we still have. </w:t>
      </w:r>
    </w:p>
    <w:p>
      <w:r>
        <w:t xml:space="preserve">01:40:37   (Speaker A)  Yeah. They had a reserve study to show that poor we, poor our money was. And they recommended X amount of money. That was right when I first got on four, five years jobs. </w:t>
      </w:r>
    </w:p>
    <w:p>
      <w:r>
        <w:t xml:space="preserve">01:40:44   (Speaker I)  Yeah. </w:t>
      </w:r>
    </w:p>
    <w:p>
      <w:r>
        <w:t xml:space="preserve">01:40:45   (Speaker F)  Okay. </w:t>
      </w:r>
    </w:p>
    <w:p>
      <w:r>
        <w:t xml:space="preserve">01:40:45   (Speaker B)  And that's similar. So essentially the accountants looked at some of the spending that had gone on. They always reference your reserve study. They say, okay, given what has come out of the reserves and where you're at currently, to try and get back to where you should be. This is what we would recommend as an increase. And that could vary. Now there is. Boards can also kind of decide how much they want to keep in their reserves. Again, that is a board decision. You know, I have some boards that decide 250000 is enough. Some say 500, some say a million. </w:t>
      </w:r>
    </w:p>
    <w:p>
      <w:r>
        <w:t xml:space="preserve">01:41:16   (Speaker A)  If we didn't do what we did. </w:t>
      </w:r>
    </w:p>
    <w:p>
      <w:r>
        <w:t xml:space="preserve">01:41:17   (Speaker B)  Correct, Correct. </w:t>
      </w:r>
    </w:p>
    <w:p>
      <w:r>
        <w:t xml:space="preserve">01:41:22   (Speaker A)  Correct. And we'd have been worse position. </w:t>
      </w:r>
    </w:p>
    <w:p>
      <w:r>
        <w:t xml:space="preserve">01:41:24   (Speaker B)  Exactly. </w:t>
      </w:r>
    </w:p>
    <w:p>
      <w:r>
        <w:t xml:space="preserve">01:41:25   (Speaker E)  And we've been incredibly lucky the last two hurricanes. </w:t>
      </w:r>
    </w:p>
    <w:p>
      <w:r>
        <w:t xml:space="preserve">01:41:28   (Speaker I)  Right. </w:t>
      </w:r>
    </w:p>
    <w:p>
      <w:r>
        <w:t xml:space="preserve">01:41:28   (Speaker A)  Correct. </w:t>
      </w:r>
    </w:p>
    <w:p>
      <w:r>
        <w:t xml:space="preserve">01:41:29   (Speaker E)  Next year can be a whole different story. </w:t>
      </w:r>
    </w:p>
    <w:p>
      <w:r>
        <w:t xml:space="preserve">01:41:31   (Speaker B)  Exactly. </w:t>
      </w:r>
    </w:p>
    <w:p>
      <w:r>
        <w:t xml:space="preserve">01:41:32   (Speaker E)  And we end up with another $250,000 go. But there's still plenty of trees back. </w:t>
      </w:r>
    </w:p>
    <w:p>
      <w:r>
        <w:t xml:space="preserve">01:41:37   (Speaker F)  Yeah, don't say that. </w:t>
      </w:r>
    </w:p>
    <w:p>
      <w:r>
        <w:t xml:space="preserve">01:41:40   (Speaker E)  I mean, so. </w:t>
      </w:r>
    </w:p>
    <w:p>
      <w:r>
        <w:t xml:space="preserve">01:41:41   (Speaker C)  Yeah. </w:t>
      </w:r>
    </w:p>
    <w:p>
      <w:r>
        <w:t xml:space="preserve">01:41:41   (Speaker E)  And we are able to beautify the neighborhood. We were able to put the landscaping in. That was a non issue. We're able to keep upgrades. </w:t>
      </w:r>
    </w:p>
    <w:p>
      <w:r>
        <w:t xml:space="preserve">01:41:50   (Speaker A)  And the lighting now. </w:t>
      </w:r>
    </w:p>
    <w:p>
      <w:r>
        <w:t xml:space="preserve">01:41:51   (Speaker E)  The lighting now things that are just make good, you know, financial sense. I mean you put permanent lighting up and sure it's a $14,000, $50,000 bill, but we're paying $5,000 a year to have Christmas Lights, Christmas lights for a month and then take them down. So this will go up and in three years we don't owe any. That 5,000 is, is out of the, </w:t>
      </w:r>
    </w:p>
    <w:p>
      <w:r>
        <w:t xml:space="preserve">01:42:15   (Speaker B)  out of the picture. So that's every, every holiday I think, </w:t>
      </w:r>
    </w:p>
    <w:p>
      <w:r>
        <w:t xml:space="preserve">01:42:19   (Speaker A)  I think that Halloween, Halloween really, we've </w:t>
      </w:r>
    </w:p>
    <w:p>
      <w:r>
        <w:t xml:space="preserve">01:42:24   (Speaker E)  been very good stewards of the people's money and we have also protected the people by having enough reserve that during a natural disaster we don't have to go into anybody's wallet. It's all in the bank. And you know, my, that's, that's one thing I'm really proud of that this </w:t>
      </w:r>
    </w:p>
    <w:p>
      <w:r>
        <w:t xml:space="preserve">01:42:45   (Speaker A)  board has done and that folks before </w:t>
      </w:r>
    </w:p>
    <w:p>
      <w:r>
        <w:t xml:space="preserve">01:42:47   (Speaker E)  me certainly, you know, before I got on, were on top of it. This company has basically taken us from what would be a business bankruptcy to we got money in the bank we're not worried about. </w:t>
      </w:r>
    </w:p>
    <w:p>
      <w:r>
        <w:t xml:space="preserve">01:43:05   (Speaker A)  So yeah, from my individual perspective, the trail is the single biggest problem we've had to deal with. </w:t>
      </w:r>
    </w:p>
    <w:p>
      <w:r>
        <w:t xml:space="preserve">01:43:13   (Speaker F)  Oh. </w:t>
      </w:r>
    </w:p>
    <w:p>
      <w:r>
        <w:t xml:space="preserve">01:43:14   (Speaker A)  And we can't do a single thing with it. We're kind of, we got a metro stuck us with it and not like </w:t>
      </w:r>
    </w:p>
    <w:p>
      <w:r>
        <w:t xml:space="preserve">01:43:19   (Speaker E)  we can give it away. </w:t>
      </w:r>
    </w:p>
    <w:p>
      <w:r>
        <w:t xml:space="preserve">01:43:20   (Speaker A)  So we have to kind of do what we have to do. And what I like to see, spending a quarter of a million dollars on that. We could have done a lot, lot better things and fix that trail if that trail wasn't there. So. But we're stuck with it. </w:t>
      </w:r>
    </w:p>
    <w:p>
      <w:r>
        <w:t xml:space="preserve">01:43:32   (Speaker E)  I moved in in 2016 hurricane. We had our wash out wash undermining and we had to close that thing. We did not have the money to fix it. So it's sat there for three years. </w:t>
      </w:r>
    </w:p>
    <w:p>
      <w:r>
        <w:t xml:space="preserve">01:43:47   (Speaker A)  Five. </w:t>
      </w:r>
    </w:p>
    <w:p>
      <w:r>
        <w:t xml:space="preserve">01:43:47   (Speaker E)  Five years where it was just closed. It was useless. It was overgrown. It was, it was an eyesore to the people that lived on there. It was unsafe to, you know, to walk on. That's all. </w:t>
      </w:r>
    </w:p>
    <w:p>
      <w:r>
        <w:t xml:space="preserve">01:44:00   (Speaker A)  The trail's back open. </w:t>
      </w:r>
    </w:p>
    <w:p>
      <w:r>
        <w:t xml:space="preserve">01:44:02   (Speaker D)  Yeah. Also, also really quickly to add too, like, you know, we, we talk about the trail was a quarter million dollars. I mean the, the CDD has so many more assets too that the reserve study refers to like one, you have a pool. So that pool is eventually going to need to be resurfaced, which for a pool that size is going to cost probably over a hundred thousand dollars. Your wells, your wells have not been replaced as far as I'm concerned, since it's been built. You know that, that's, that's a whole nother thing as well. Like you have a full irrigation system. You have perimeter fencing that luckily through the past hurricane we didn't have too much of that go down. But, but there are a Lot of different things that we have to take into account whenever we do these increases. And kind of like what Rich said, like, the accountants, you know, they. They refer a lot of this back to the reserve study as well. And also what we have spent, meaning a lot. Most of it recently is from the trail. But again, also, like Joe said, there's still a lot of trees back there as well. If we get another hurricane like. Like that, you know, who. Who knows what we're going to be spending. So. But I just wanted to add the input. Like, the board does have a lot of other assets that we need to, you know, keep in mind, like the pool, you know, the wells, stuff like that. Pond erosion. Like, pond erosion ain't gonna stop, especially. Yeah, especially with the. </w:t>
      </w:r>
    </w:p>
    <w:p>
      <w:r>
        <w:t xml:space="preserve">01:45:23   (Speaker I)  Yeah, no, I think 10. </w:t>
      </w:r>
    </w:p>
    <w:p>
      <w:r>
        <w:t xml:space="preserve">01:45:26   (Speaker F)  10. </w:t>
      </w:r>
    </w:p>
    <w:p>
      <w:r>
        <w:t xml:space="preserve">01:45:28   (Speaker C)  One's a little one. </w:t>
      </w:r>
    </w:p>
    <w:p>
      <w:r>
        <w:t xml:space="preserve">01:45:28   (Speaker A)  There's a bunch of holes. </w:t>
      </w:r>
    </w:p>
    <w:p>
      <w:r>
        <w:t xml:space="preserve">01:45:29   (Speaker E)  I know that and I know the irrigation system we're starting to have major problems with. They had to replace piping valves. </w:t>
      </w:r>
    </w:p>
    <w:p>
      <w:r>
        <w:t xml:space="preserve">01:45:36   (Speaker D)  Yeah, it's currently. Right now. Currently right now there's a pinhole in one of the main lines. But the problem is we just had all that landscaping done, so we can't have the. Well, we can't have that main line down. So. But I mean, the pinhole is very, very small. But basically we're waiting two weeks for all that landscaping to establish reform. We have to turn the. Turn the main line off, basically turn the well off in order to repair it. So. But again, these are. These are those costs for stuff like that should come strictly out of operating because we do have budgeted line items for stuff like that. But I'm talking about the bigger items, like full resurfacing, stuff like that. Like, that's what we all need to, you know, keep in mind, too. So. </w:t>
      </w:r>
    </w:p>
    <w:p>
      <w:r>
        <w:t xml:space="preserve">01:46:19   (Speaker E)  And we're at the age now where our own infrastructure is starting to failed. So we're having to do roofs and big maintenance, landscape, major expenses, and then we get a hurricane on top of it. There goes a quarter million dollars we could use for all of that. </w:t>
      </w:r>
    </w:p>
    <w:p>
      <w:r>
        <w:t xml:space="preserve">01:46:35   (Speaker A)  We would. </w:t>
      </w:r>
    </w:p>
    <w:p>
      <w:r>
        <w:t xml:space="preserve">01:46:35   (Speaker E)  We wouldn't be having this increase now, but that's. </w:t>
      </w:r>
    </w:p>
    <w:p>
      <w:r>
        <w:t xml:space="preserve">01:46:39   (Speaker B)  Yeah. </w:t>
      </w:r>
    </w:p>
    <w:p>
      <w:r>
        <w:t xml:space="preserve">01:46:40   (Speaker E)  What happens when you live in Florida and hurricane central. </w:t>
      </w:r>
    </w:p>
    <w:p>
      <w:r>
        <w:t xml:space="preserve">01:46:44   (Speaker B)  The board is doing a good job of being fiscally responsible and maintaining district assets, which is the position that you all are tasked with. So, you know, this is never an easy thing. Management's, you know, always on these letters that go out and. And have these difficult conversations as well and in support of the board. So. But with that, if there's any other discussion, comments about the Budget, then. Yeah, it's. It's. </w:t>
      </w:r>
    </w:p>
    <w:p>
      <w:r>
        <w:t xml:space="preserve">01:47:16   (Speaker F)  If. </w:t>
      </w:r>
    </w:p>
    <w:p>
      <w:r>
        <w:t xml:space="preserve">01:47:16   (Speaker B)  If the board would like to move forward with what was presented, we would need a motion. If there's something that be. Needs to be changed, we can do that in the motion. </w:t>
      </w:r>
    </w:p>
    <w:p>
      <w:r>
        <w:t xml:space="preserve">01:47:24   (Speaker A)  Approve the budget. </w:t>
      </w:r>
    </w:p>
    <w:p>
      <w:r>
        <w:t xml:space="preserve">01:47:26   (Speaker C)  Yeah, I second. </w:t>
      </w:r>
    </w:p>
    <w:p>
      <w:r>
        <w:t xml:space="preserve">01:47:29   (Speaker B)  Okay. So we do have a first for Joe, second from Elaine to approve resolution 2026 04, adopting the fiscal year 27 budget as presented. Is there any other discussion? </w:t>
      </w:r>
    </w:p>
    <w:p>
      <w:r>
        <w:t xml:space="preserve">01:47:41   (Speaker J)  Rich? I'm sorry, did we. The public hearing? </w:t>
      </w:r>
    </w:p>
    <w:p>
      <w:r>
        <w:t xml:space="preserve">01:47:45   (Speaker B)  Yeah, we did. Yeah. </w:t>
      </w:r>
    </w:p>
    <w:p>
      <w:r>
        <w:t xml:space="preserve">01:47:46   (Speaker J)  Okay. Sorry, missed that. Thank you. </w:t>
      </w:r>
    </w:p>
    <w:p>
      <w:r>
        <w:t xml:space="preserve">01:47:53   (Speaker B)  Keeping me in. </w:t>
      </w:r>
    </w:p>
    <w:p>
      <w:r>
        <w:t xml:space="preserve">01:47:53   (Speaker F)  Check it off the list. </w:t>
      </w:r>
    </w:p>
    <w:p>
      <w:r>
        <w:t xml:space="preserve">01:47:57   (Speaker B)  All right, so we do have the motion out. No other discussion. So we'll call to a vote. All in favor? </w:t>
      </w:r>
    </w:p>
    <w:p>
      <w:r>
        <w:t xml:space="preserve">01:48:02   (Speaker C)  Aye. </w:t>
      </w:r>
    </w:p>
    <w:p>
      <w:r>
        <w:t xml:space="preserve">01:48:02   (Speaker B)  Any opposed? Okay, so the motion has passed for zero. Okay. So with that, the next resolution, public hearing is consideration resolution 2026 05. So this is opposing the special assessments and certifying assessment role. This is a special assessment and certifications based off the budget that we just approved. FY27, we do need to open this up to a public hearing. So we would just be looking for a motion to open public hearing. </w:t>
      </w:r>
    </w:p>
    <w:p>
      <w:r>
        <w:t xml:space="preserve">01:48:34   (Speaker A)  Second from Mark. </w:t>
      </w:r>
    </w:p>
    <w:p>
      <w:r>
        <w:t xml:space="preserve">01:48:39   (Speaker B)  All in favor. So the motion has passed. So, audience, similar to the last public hearing, this is specific to resolution 2026 05, opposing the special assessments and certifying assessment role. So this mainly, this resolution means that the budget that was just approved, the assessment role, will be certified and sent to the county. That county will then take that. That is what they will assess on the property taxes at the November bill that comes out for FY27. So if there's any comments on that, that would be the opportunity. If not, then we would just close the public hearing. But we give everybody an opportunity. Anybody have any comments, questions concerning the assessment rules? Okay, so with that check. </w:t>
      </w:r>
    </w:p>
    <w:p>
      <w:r>
        <w:t xml:space="preserve">01:49:39   (Speaker E)  Okay, </w:t>
      </w:r>
    </w:p>
    <w:p>
      <w:r>
        <w:t xml:space="preserve">01:49:41   (Speaker A)  make a motion to close. </w:t>
      </w:r>
    </w:p>
    <w:p>
      <w:r>
        <w:t xml:space="preserve">01:49:43   (Speaker E)  Yeah. </w:t>
      </w:r>
    </w:p>
    <w:p>
      <w:r>
        <w:t xml:space="preserve">01:49:43   (Speaker B)  Okay, so we've got a first show. </w:t>
      </w:r>
    </w:p>
    <w:p>
      <w:r>
        <w:t xml:space="preserve">01:49:46   (Speaker A)  Second. </w:t>
      </w:r>
    </w:p>
    <w:p>
      <w:r>
        <w:t xml:space="preserve">01:49:48   (Speaker B)  First. All in favor? </w:t>
      </w:r>
    </w:p>
    <w:p>
      <w:r>
        <w:t xml:space="preserve">01:49:52   (Speaker A)  Okay. </w:t>
      </w:r>
    </w:p>
    <w:p>
      <w:r>
        <w:t xml:space="preserve">01:49:53   (Speaker E)  Can you express my memory on. </w:t>
      </w:r>
    </w:p>
    <w:p>
      <w:r>
        <w:t xml:space="preserve">01:49:55   (Speaker A)  I know we tabled, for those of you that don't know, we were looking </w:t>
      </w:r>
    </w:p>
    <w:p>
      <w:r>
        <w:t xml:space="preserve">01:49:58   (Speaker E)  at refinancing the bonds. We could only do a portion of them. </w:t>
      </w:r>
    </w:p>
    <w:p>
      <w:r>
        <w:t xml:space="preserve">01:50:02   (Speaker F)  Right. </w:t>
      </w:r>
    </w:p>
    <w:p>
      <w:r>
        <w:t xml:space="preserve">01:50:03   (Speaker E)  And the closing costs were significant. So we tabled that so that when the other ones mature, we could do them all at one time and take one closing cost rather than two, which was about 16,000, I think. When. When is that backup? </w:t>
      </w:r>
    </w:p>
    <w:p>
      <w:r>
        <w:t xml:space="preserve">01:50:18   (Speaker B)  I have to double check. I can send a board email on. On that update because I know I do remember hearing about that one wasn't ready and the other one was. But again, like you just said, if you're going to do One the cost wouldn't make didn't impact everybody. And so you would end up spending the savings in just doing the refinancing. </w:t>
      </w:r>
    </w:p>
    <w:p>
      <w:r>
        <w:t xml:space="preserve">01:50:39   (Speaker A)  Exactly. </w:t>
      </w:r>
    </w:p>
    <w:p>
      <w:r>
        <w:t xml:space="preserve">01:50:40   (Speaker B)  So but let me check with accounting and just see when that might be a viable option. </w:t>
      </w:r>
    </w:p>
    <w:p>
      <w:r>
        <w:t xml:space="preserve">01:50:53   (Speaker A)  I know we. </w:t>
      </w:r>
    </w:p>
    <w:p>
      <w:r>
        <w:t xml:space="preserve">01:50:54   (Speaker E)  That the attorney recommended not. Yeah, I think it was one year or two years. </w:t>
      </w:r>
    </w:p>
    <w:p>
      <w:r>
        <w:t xml:space="preserve">01:51:00   (Speaker F)  I cannot. </w:t>
      </w:r>
    </w:p>
    <w:p>
      <w:r>
        <w:t xml:space="preserve">01:51:02   (Speaker E)  It might be two years. So it may be </w:t>
      </w:r>
    </w:p>
    <w:p>
      <w:r>
        <w:t xml:space="preserve">01:51:06   (Speaker B)  another cycle out </w:t>
      </w:r>
    </w:p>
    <w:p>
      <w:r>
        <w:t xml:space="preserve">01:51:10   (Speaker I)  one and not the other side. </w:t>
      </w:r>
    </w:p>
    <w:p>
      <w:r>
        <w:t xml:space="preserve">01:51:12   (Speaker A)  Yeah. We only had one bank to bid on it, right? </w:t>
      </w:r>
    </w:p>
    <w:p>
      <w:r>
        <w:t xml:space="preserve">01:51:15   (Speaker I)  That's right. That's right. </w:t>
      </w:r>
    </w:p>
    <w:p>
      <w:r>
        <w:t xml:space="preserve">01:51:16   (Speaker A)  Yeah. I'm hoping that we can get a few more in the mix. </w:t>
      </w:r>
    </w:p>
    <w:p>
      <w:r>
        <w:t xml:space="preserve">01:51:20   (Speaker C)  Yeah. </w:t>
      </w:r>
    </w:p>
    <w:p>
      <w:r>
        <w:t xml:space="preserve">01:51:20   (Speaker B)  If you have two bonds. Yeah, you have two bonds available to be able to refinance. </w:t>
      </w:r>
    </w:p>
    <w:p>
      <w:r>
        <w:t xml:space="preserve">01:51:28   (Speaker C)  All right, what do we got next, Rich? </w:t>
      </w:r>
    </w:p>
    <w:p>
      <w:r>
        <w:t xml:space="preserve">01:51:30   (Speaker B)  So we just. Unless there's any other discussion, we would just need a motion to approve resolution 202605 imposing special assessments and certifying assessments. </w:t>
      </w:r>
    </w:p>
    <w:p>
      <w:r>
        <w:t xml:space="preserve">01:51:39   (Speaker C)  Second. </w:t>
      </w:r>
    </w:p>
    <w:p>
      <w:r>
        <w:t xml:space="preserve">01:51:40   (Speaker A)  Okay. </w:t>
      </w:r>
    </w:p>
    <w:p>
      <w:r>
        <w:t xml:space="preserve">01:51:40   (Speaker B)  So we've got first </w:t>
      </w:r>
    </w:p>
    <w:p>
      <w:r>
        <w:t xml:space="preserve">01:51:44   (Speaker C)  just trying to move the select. </w:t>
      </w:r>
    </w:p>
    <w:p>
      <w:r>
        <w:t xml:space="preserve">01:51:50   (Speaker B)  Elaine. All in favor? Any opposed? Okay, so the motion has passed. Business items. Next we got consideration resolution 202606 adopting the fiscal year 2027 meeting schedule. No change. It'd be the second Thursday at this location. We have see that in your agenda. Page 88 specifically has the dates. Obviously if we needed to add a meeting, we could. If you cancel the meeting, you can. But this would just be setting the schedule for. Again starts October, Right. </w:t>
      </w:r>
    </w:p>
    <w:p>
      <w:r>
        <w:t xml:space="preserve">01:52:32   (Speaker C)  It's the same one that we tagged, right? </w:t>
      </w:r>
    </w:p>
    <w:p>
      <w:r>
        <w:t xml:space="preserve">01:52:34   (Speaker B)  Yep. </w:t>
      </w:r>
    </w:p>
    <w:p>
      <w:r>
        <w:t xml:space="preserve">01:52:34   (Speaker C)  Yeah. </w:t>
      </w:r>
    </w:p>
    <w:p>
      <w:r>
        <w:t xml:space="preserve">01:52:35   (Speaker A)  Okay, so we just approved. </w:t>
      </w:r>
    </w:p>
    <w:p>
      <w:r>
        <w:t xml:space="preserve">01:52:37   (Speaker B)  Yes, sir. Okay, so we've got a first, Joe. Second mark. All in favor? All in favor? </w:t>
      </w:r>
    </w:p>
    <w:p>
      <w:r>
        <w:t xml:space="preserve">01:52:48   (Speaker I)  Aye. </w:t>
      </w:r>
    </w:p>
    <w:p>
      <w:r>
        <w:t xml:space="preserve">01:52:49   (Speaker B)  Okay, so motion is passed. 4 0. So next consideration resolution 202607 designating officers. So this is mainly just to be able to add me to your officers list so that I can service the district on behalf of the district. </w:t>
      </w:r>
    </w:p>
    <w:p>
      <w:r>
        <w:t xml:space="preserve">01:53:07   (Speaker A)  How much you got? I don't know. </w:t>
      </w:r>
    </w:p>
    <w:p>
      <w:r>
        <w:t xml:space="preserve">01:53:11   (Speaker B)  I mean you can always vote no, you know, or not. Basically. Yeah. So if we approve you, you have to promise me you're going to call </w:t>
      </w:r>
    </w:p>
    <w:p>
      <w:r>
        <w:t xml:space="preserve">01:53:20   (Speaker A)  Jason and say that we. We don't want. </w:t>
      </w:r>
    </w:p>
    <w:p>
      <w:r>
        <w:t xml:space="preserve">01:53:22   (Speaker C)  We pick. </w:t>
      </w:r>
    </w:p>
    <w:p>
      <w:r>
        <w:t xml:space="preserve">01:53:23   (Speaker B)  I got picked over Jason. </w:t>
      </w:r>
    </w:p>
    <w:p>
      <w:r>
        <w:t xml:space="preserve">01:53:26   (Speaker C)  But we like Jason. </w:t>
      </w:r>
    </w:p>
    <w:p>
      <w:r>
        <w:t xml:space="preserve">01:53:27   (Speaker B)  I know. </w:t>
      </w:r>
    </w:p>
    <w:p>
      <w:r>
        <w:t xml:space="preserve">01:53:28   (Speaker C)  So. </w:t>
      </w:r>
    </w:p>
    <w:p>
      <w:r>
        <w:t xml:space="preserve">01:53:28   (Speaker B)  Yeah. So just, just so everybody understands. It's. I. I probably. I'll be your point more so moving forward, running meetings and things. Jason is not stepping away. He's still involved, just like Brian is still involved, just like Mick is still involved. You just be seeing me more. So hopefully that's okay with everyone. I'd be your main point of contact. But again, Jason's still involved. I talked to today about the meeting and everything. And, you know, he's still around. And so in the event that you do need something, you can reach out to me, you can reach out to Jason. And what this does, it keeps everything the same as you currently have in chair position, vice chair, everything like that. The only changes is basically it's adding me in, and it's changing. Jason's as an assistant secretary and assistant treasurer as well, so he is still able to sign and do checks. And again, so he's still fully involved. </w:t>
      </w:r>
    </w:p>
    <w:p>
      <w:r>
        <w:t xml:space="preserve">01:54:16   (Speaker C)  So did his role with GMS change or just. </w:t>
      </w:r>
    </w:p>
    <w:p>
      <w:r>
        <w:t xml:space="preserve">01:54:18   (Speaker B)  They did not. Managing director still. It's just giving me the opportunity to work with you guys, so I do </w:t>
      </w:r>
    </w:p>
    <w:p>
      <w:r>
        <w:t xml:space="preserve">01:54:25   (Speaker C)  have a good spin on that. </w:t>
      </w:r>
    </w:p>
    <w:p>
      <w:r>
        <w:t xml:space="preserve">01:54:28   (Speaker F)  Okay. </w:t>
      </w:r>
    </w:p>
    <w:p>
      <w:r>
        <w:t xml:space="preserve">01:54:29   (Speaker B)  I do. You know, I do district management as well. And so this was something that we had talked about, and given Jason's schedule and things, it was. We. We talked about me coming in and being able to help out again. I work with Mick and a lot of other districts as well. And, Brian, do we get your office or. Thank you, sir. Yeah, we want to get your cell number, correct. Yeah, yeah. You guys contact information. I mean, I'm available. </w:t>
      </w:r>
    </w:p>
    <w:p>
      <w:r>
        <w:t xml:space="preserve">01:54:54   (Speaker A)  Yeah. </w:t>
      </w:r>
    </w:p>
    <w:p>
      <w:r>
        <w:t xml:space="preserve">01:54:55   (Speaker B)  So, I mean, you can try 24 hours. I might not answer at the midnight and all, but. But yeah, I am. I am available. And again, I do have experience with district management and everything. That's. That's what I do. </w:t>
      </w:r>
    </w:p>
    <w:p>
      <w:r>
        <w:t xml:space="preserve">01:55:09   (Speaker A)  So. </w:t>
      </w:r>
    </w:p>
    <w:p>
      <w:r>
        <w:t xml:space="preserve">01:55:10   (Speaker B)  And. And I can't stress enough. Jason is not gone. He's still managing director in his position. It's just. That would be more the point moving forward, so. </w:t>
      </w:r>
    </w:p>
    <w:p>
      <w:r>
        <w:t xml:space="preserve">01:55:19   (Speaker F)  Okay. All right. </w:t>
      </w:r>
    </w:p>
    <w:p>
      <w:r>
        <w:t xml:space="preserve">01:55:20   (Speaker A)  You look a lot closer, too. </w:t>
      </w:r>
    </w:p>
    <w:p>
      <w:r>
        <w:t xml:space="preserve">01:55:21   (Speaker E)  It makes sense because he's so far out there. </w:t>
      </w:r>
    </w:p>
    <w:p>
      <w:r>
        <w:t xml:space="preserve">01:55:23   (Speaker B)  You're right around the corner. Yeah, I'm not very far away at all. I'm off Sims. </w:t>
      </w:r>
    </w:p>
    <w:p>
      <w:r>
        <w:t xml:space="preserve">01:55:26   (Speaker F)  Oh, okay. </w:t>
      </w:r>
    </w:p>
    <w:p>
      <w:r>
        <w:t xml:space="preserve">01:55:31   (Speaker B)  Depends on what they're doing on 301 sometimes, but yeah. </w:t>
      </w:r>
    </w:p>
    <w:p>
      <w:r>
        <w:t xml:space="preserve">01:55:37   (Speaker E)  All right, so we need a motion </w:t>
      </w:r>
    </w:p>
    <w:p>
      <w:r>
        <w:t xml:space="preserve">01:55:38   (Speaker A)  to add you to the. Yep. </w:t>
      </w:r>
    </w:p>
    <w:p>
      <w:r>
        <w:t xml:space="preserve">01:55:40   (Speaker B)  And so it'd be basically approving Resolution 20, 2607, designated the officers as presented. </w:t>
      </w:r>
    </w:p>
    <w:p>
      <w:r>
        <w:t xml:space="preserve">01:55:47   (Speaker E)  I make that motion. </w:t>
      </w:r>
    </w:p>
    <w:p>
      <w:r>
        <w:t xml:space="preserve">01:55:48   (Speaker A)  Okay. </w:t>
      </w:r>
    </w:p>
    <w:p>
      <w:r>
        <w:t xml:space="preserve">01:55:48   (Speaker B)  First, Joe, Kathy. All in favor? Okay, this motion has passed. Thank you. Look forward to working with everybody. </w:t>
      </w:r>
    </w:p>
    <w:p>
      <w:r>
        <w:t xml:space="preserve">01:56:00   (Speaker E)  Rich. </w:t>
      </w:r>
    </w:p>
    <w:p>
      <w:r>
        <w:t xml:space="preserve">01:56:00   (Speaker B)  My name's Rich. Okay, next is again, just more of a adding. Adding me as an authorized signer for the district. Basically, this just means that I can sign checks as well as Jason to be able to, you know, make sure things get paid on time. And I'll be evaluating as well with counting and Jason on any bills and things that come through. So this would be adding me to the resolution so that we can Give this to the bank so that the bank doesn't declined the check in the event that I signed it. </w:t>
      </w:r>
    </w:p>
    <w:p>
      <w:r>
        <w:t xml:space="preserve">01:56:35   (Speaker F)  Got it. </w:t>
      </w:r>
    </w:p>
    <w:p>
      <w:r>
        <w:t xml:space="preserve">01:56:37   (Speaker I)  But we don't really know yet. </w:t>
      </w:r>
    </w:p>
    <w:p>
      <w:r>
        <w:t xml:space="preserve">01:56:39   (Speaker A)  I know. </w:t>
      </w:r>
    </w:p>
    <w:p>
      <w:r>
        <w:t xml:space="preserve">01:56:40   (Speaker B)  I mean again, you can say no to this child. </w:t>
      </w:r>
    </w:p>
    <w:p>
      <w:r>
        <w:t xml:space="preserve">01:56:47   (Speaker E)  I'll make that motion. </w:t>
      </w:r>
    </w:p>
    <w:p>
      <w:r>
        <w:t xml:space="preserve">01:56:48   (Speaker A)  Yeah. Whatever it is. </w:t>
      </w:r>
    </w:p>
    <w:p>
      <w:r>
        <w:t xml:space="preserve">01:56:50   (Speaker B)  Yeah. Joe, was the first resolution 2020608 appointing authorized signatories for the district's bank accounts as presented. </w:t>
      </w:r>
    </w:p>
    <w:p>
      <w:r>
        <w:t xml:space="preserve">01:57:02   (Speaker F)  Yes. </w:t>
      </w:r>
    </w:p>
    <w:p>
      <w:r>
        <w:t xml:space="preserve">01:57:04   (Speaker B)  Okay, so we've got a second from Mark. All in favor? Thank you. Motion has passed 40. Appreciate it. All right, next business item. So number registered voters in the district. So this is something that every year we have to tell districts what their number of registered voters is. Park Creeks is 741. So again 741 registered voters within the TA. That's a just. Just an information just have to let you know. So it has to do with. Because CDDs have to hit certain requirements to be for board members to be elected, not landowner seats. And this is one of the requirements is you have to have a certain number of electors registered voters within the community to qualify. </w:t>
      </w:r>
    </w:p>
    <w:p>
      <w:r>
        <w:t xml:space="preserve">01:57:53   (Speaker A)  Includes renters too, correct? </w:t>
      </w:r>
    </w:p>
    <w:p>
      <w:r>
        <w:t xml:space="preserve">01:57:55   (Speaker B)  Yeah. It's who lives in the community that's registered to vote, right? </w:t>
      </w:r>
    </w:p>
    <w:p>
      <w:r>
        <w:t xml:space="preserve">01:57:59   (Speaker A)  Yeah. </w:t>
      </w:r>
    </w:p>
    <w:p>
      <w:r>
        <w:t xml:space="preserve">01:58:01   (Speaker F)  Okay. Yep. </w:t>
      </w:r>
    </w:p>
    <w:p>
      <w:r>
        <w:t xml:space="preserve">01:58:05   (Speaker B)  Next item. So I do have this. So this is discussing the HOA movies. </w:t>
      </w:r>
    </w:p>
    <w:p>
      <w:r>
        <w:t xml:space="preserve">01:58:18   (Speaker I)  HOA sorry. Resident. </w:t>
      </w:r>
    </w:p>
    <w:p>
      <w:r>
        <w:t xml:space="preserve">01:58:20   (Speaker B)  Resident Movie night. So Jason did touch base with me on this. I know Kathy had sent this email. Obviously since it came from a board member, we need to present it in the meeting sort of printed off here. So this is something for the board's consideration discussing an amenity center movie night. So I'll turn over the board to kind of discuss what it is, what they would like to do. </w:t>
      </w:r>
    </w:p>
    <w:p>
      <w:r>
        <w:t xml:space="preserve">01:58:47   (Speaker I)  Okay. So I'm the one presenting it. I'm trying to bring fun back to community, especially for the kiddos. </w:t>
      </w:r>
    </w:p>
    <w:p>
      <w:r>
        <w:t xml:space="preserve">01:58:53   (Speaker B)  We're going to be starting to go </w:t>
      </w:r>
    </w:p>
    <w:p>
      <w:r>
        <w:t xml:space="preserve">01:58:53   (Speaker I)  back to school on 10 August 1. I used to have a movie night down at my house, but not anymore. </w:t>
      </w:r>
    </w:p>
    <w:p>
      <w:r>
        <w:t xml:space="preserve">01:59:00   (Speaker F)  I got cool </w:t>
      </w:r>
    </w:p>
    <w:p>
      <w:r>
        <w:t xml:space="preserve">01:59:03   (Speaker I)  however, just said have a one movie night down at the amenity center. We pay for this thing. </w:t>
      </w:r>
    </w:p>
    <w:p>
      <w:r>
        <w:t xml:space="preserve">01:59:11   (Speaker E)  Why not have the. </w:t>
      </w:r>
    </w:p>
    <w:p>
      <w:r>
        <w:t xml:space="preserve">01:59:13   (Speaker I)  It's going to be a PG movie. We're not sure. We're trying to get Toy Story 5 </w:t>
      </w:r>
    </w:p>
    <w:p>
      <w:r>
        <w:t xml:space="preserve">01:59:16   (Speaker F)  but not sure if we can get that. Still trying to get. </w:t>
      </w:r>
    </w:p>
    <w:p>
      <w:r>
        <w:t xml:space="preserve">01:59:19   (Speaker I)  But pj popcorn being served. What we're going to need though is the front of the screen being set up outside when the amenity center is closed. So we'll need access to plug that in. Nobody, of course the menity center is not going to be open. It's just Going to be out front. We're bring a blanket sit down chairs in the front so they can do a before and also another didn't need </w:t>
      </w:r>
    </w:p>
    <w:p>
      <w:r>
        <w:t xml:space="preserve">01:59:43   (Speaker F)  to throw that in. </w:t>
      </w:r>
    </w:p>
    <w:p>
      <w:r>
        <w:t xml:space="preserve">01:59:45   (Speaker I)  One of the community residents and asked reached out to me about a bounce house down there. I said I'm not sure. So I figured I'd bring that up, you know during the day on that day. And then of course the third cost not anything to do with CDD for the kids. Take that down. And then the movie night. What do you guys think? Oh, may also because I'm going to. </w:t>
      </w:r>
    </w:p>
    <w:p>
      <w:r>
        <w:t xml:space="preserve">02:00:09   (Speaker C)  What date is May August 1st fall. </w:t>
      </w:r>
    </w:p>
    <w:p>
      <w:r>
        <w:t xml:space="preserve">02:00:11   (Speaker I)  It's Saturday. If God forbid somebody needs to use the bathroom, is it able to be me being there escort them in and escort them out so they're not in at any way dangerous. </w:t>
      </w:r>
    </w:p>
    <w:p>
      <w:r>
        <w:t xml:space="preserve">02:00:24   (Speaker A)  How you. </w:t>
      </w:r>
    </w:p>
    <w:p>
      <w:r>
        <w:t xml:space="preserve">02:00:25   (Speaker E)  If you get legal to approve it. </w:t>
      </w:r>
    </w:p>
    <w:p>
      <w:r>
        <w:t xml:space="preserve">02:00:27   (Speaker A)  I don't have a problem with that at all. </w:t>
      </w:r>
    </w:p>
    <w:p>
      <w:r>
        <w:t xml:space="preserve">02:00:28   (Speaker H)  Yeah. </w:t>
      </w:r>
    </w:p>
    <w:p>
      <w:r>
        <w:t xml:space="preserve">02:00:29   (Speaker B)  And similar things have been done in other districts. You know, it is something where as mentioned about because if the pool is closed we can discuss possibly putting up like a barrier for the back side past the bathrooms. And then also too if there is a representative from CDD that they would be able to essentially ensure that it's to the bathroom back out because again pool doesn't have the double gates. </w:t>
      </w:r>
    </w:p>
    <w:p>
      <w:r>
        <w:t xml:space="preserve">02:00:57   (Speaker E)  So know somebody just have to stay at the gate to monitor the gate. </w:t>
      </w:r>
    </w:p>
    <w:p>
      <w:r>
        <w:t xml:space="preserve">02:01:01   (Speaker B)  So no, essentially. Well not. Not essential. But yeah, it be closed and then somebody has to basically give access. </w:t>
      </w:r>
    </w:p>
    <w:p>
      <w:r>
        <w:t xml:space="preserve">02:01:08   (Speaker I)  Yes. </w:t>
      </w:r>
    </w:p>
    <w:p>
      <w:r>
        <w:t xml:space="preserve">02:01:08   (Speaker A)  And I'll. </w:t>
      </w:r>
    </w:p>
    <w:p>
      <w:r>
        <w:t xml:space="preserve">02:01:09   (Speaker I)  I'll be in there to make sure </w:t>
      </w:r>
    </w:p>
    <w:p>
      <w:r>
        <w:t xml:space="preserve">02:01:10   (Speaker B)  that I jump in. So. Okay, I'll defer to legal if there's anything in specific that they require for that. I know we have worked it out in other districts and with various attorneys. So it is. </w:t>
      </w:r>
    </w:p>
    <w:p>
      <w:r>
        <w:t xml:space="preserve">02:01:23   (Speaker J)  Okay, Rich, we're talking about. We're talking about a movie night near the pool area on the outside. </w:t>
      </w:r>
    </w:p>
    <w:p>
      <w:r>
        <w:t xml:space="preserve">02:01:31   (Speaker C)  Outside. </w:t>
      </w:r>
    </w:p>
    <w:p>
      <w:r>
        <w:t xml:space="preserve">02:01:32   (Speaker B)  It'd be in front of the amenity outside the pool area. But there would still be potential access to the bathrooms which are through the gate. So essentially board member would be there to allow access. Okay. In the same. </w:t>
      </w:r>
    </w:p>
    <w:p>
      <w:r>
        <w:t xml:space="preserve">02:01:48   (Speaker A)  Yep. </w:t>
      </w:r>
    </w:p>
    <w:p>
      <w:r>
        <w:t xml:space="preserve">02:01:49   (Speaker J)  Yeah. So generally the only agreements that we would put in place for something like that would be to help you get your. Your licensing for the movie that's going to be shown any waivers that you might need and there, there might be some other standard operating procedures that you're insurance folks would recommend. But I, I think we're. Yeah, I think we're. We're definitely amenable to helping you guys get going. </w:t>
      </w:r>
    </w:p>
    <w:p>
      <w:r>
        <w:t xml:space="preserve">02:02:25   (Speaker F)  Whatever you need </w:t>
      </w:r>
    </w:p>
    <w:p>
      <w:r>
        <w:t xml:space="preserve">02:02:28   (Speaker A)  when you. I'm not Talking about licensing, you're talking about license movie of the producers of the movie. The light. The. Yeah, so show the movie. </w:t>
      </w:r>
    </w:p>
    <w:p>
      <w:r>
        <w:t xml:space="preserve">02:02:37   (Speaker B)  Yeah, that, that's right. </w:t>
      </w:r>
    </w:p>
    <w:p>
      <w:r>
        <w:t xml:space="preserve">02:02:39   (Speaker J)  So license to publicly display the film. There are a lot of companies that offer the licensing online really easily. Usually it's just a quick online transaction similar to when you rent something on Amazon or, you know, Netflix, something like that then. And they have apps and everything that can get you all set up and connected and display it from your device directly to your, your projector screen. </w:t>
      </w:r>
    </w:p>
    <w:p>
      <w:r>
        <w:t xml:space="preserve">02:03:17   (Speaker C)  That's. </w:t>
      </w:r>
    </w:p>
    <w:p>
      <w:r>
        <w:t xml:space="preserve">02:03:18   (Speaker J)  That's really the only big legal concern I would have. And they're not super expensive. I've seen them. They, they run discounts here and there and, and different kinds of specials around holidays. So, you know, 250 to th bucks depending on what the movie is, are really the highest I've. I've seen out there. So </w:t>
      </w:r>
    </w:p>
    <w:p>
      <w:r>
        <w:t xml:space="preserve">02:03:42   (Speaker I)  like this is a community where we as a community are gonna put. </w:t>
      </w:r>
    </w:p>
    <w:p>
      <w:r>
        <w:t xml:space="preserve">02:03:46   (Speaker C)  No, I know, but it's the license </w:t>
      </w:r>
    </w:p>
    <w:p>
      <w:r>
        <w:t xml:space="preserve">02:03:48   (Speaker F)  of the movie like the. </w:t>
      </w:r>
    </w:p>
    <w:p>
      <w:r>
        <w:t xml:space="preserve">02:03:51   (Speaker C)  They have. </w:t>
      </w:r>
    </w:p>
    <w:p>
      <w:r>
        <w:t xml:space="preserve">02:03:53   (Speaker I)  But what if. Had the, the VH tape of it. </w:t>
      </w:r>
    </w:p>
    <w:p>
      <w:r>
        <w:t xml:space="preserve">02:03:58   (Speaker B)  We fought it of it still. </w:t>
      </w:r>
    </w:p>
    <w:p>
      <w:r>
        <w:t xml:space="preserve">02:04:00   (Speaker J)  So your VHS tape is going to have a warning at the very beginning that says, you know, FBI warning. This tape is for home, home and private display only. And it gives you all these warnings about piracy. And the, the license that you've been given to use this tape is for, for home use. And anything else would be a violation of the law there. So just, just that license to be able to display it to the public </w:t>
      </w:r>
    </w:p>
    <w:p>
      <w:r>
        <w:t xml:space="preserve">02:04:33   (Speaker F)  is what we'd be looking for. </w:t>
      </w:r>
    </w:p>
    <w:p>
      <w:r>
        <w:t xml:space="preserve">02:04:35   (Speaker J)  And there's often discounts, you know, for local government entities and nonprofit entities for these kinds of things. So certainly do on a, on a more of a budget. </w:t>
      </w:r>
    </w:p>
    <w:p>
      <w:r>
        <w:t xml:space="preserve">02:04:55   (Speaker C)  So who's spearheading that? Is that something that Kathy would have to look at or is legal? </w:t>
      </w:r>
    </w:p>
    <w:p>
      <w:r>
        <w:t xml:space="preserve">02:05:01   (Speaker G)  I mean, I mean we can talk to the amenity. </w:t>
      </w:r>
    </w:p>
    <w:p>
      <w:r>
        <w:t xml:space="preserve">02:05:04   (Speaker B)  The only thing. </w:t>
      </w:r>
    </w:p>
    <w:p>
      <w:r>
        <w:t xml:space="preserve">02:05:07   (Speaker F)  Wow. </w:t>
      </w:r>
    </w:p>
    <w:p>
      <w:r>
        <w:t xml:space="preserve">02:05:08   (Speaker B)  The only thing would be given it's. Since it's August 1st, the concern would be if there's anything that comes up that needs to come back to the board. It wouldn't. We wouldn't have time, Obviously, because of August 1st would be the movie date. The meeting would be after that. </w:t>
      </w:r>
    </w:p>
    <w:p>
      <w:r>
        <w:t xml:space="preserve">02:05:21   (Speaker C)  Well, is there anything that can be just through ex exchange that you could </w:t>
      </w:r>
    </w:p>
    <w:p>
      <w:r>
        <w:t xml:space="preserve">02:05:26   (Speaker B)  appoint a liaison and so you could liaise with Kathy on getting these things set up? </w:t>
      </w:r>
    </w:p>
    <w:p>
      <w:r>
        <w:t xml:space="preserve">02:05:35   (Speaker J)  Yeah, you could give her a not to exceed dollar amount as well. Just make a motion of setting her as a liaison and giving her the authority to, you know, secure the licensing and whatever else you May need up to X dollars. </w:t>
      </w:r>
    </w:p>
    <w:p>
      <w:r>
        <w:t xml:space="preserve">02:05:52   (Speaker B)  I don't, I'm not sure if the district. Do you. Do you guys have a waiver already established for things like this? </w:t>
      </w:r>
    </w:p>
    <w:p>
      <w:r>
        <w:t xml:space="preserve">02:06:05   (Speaker J)  Well, you know and a waiver may not be absolutely necessary. Again I defer to your insurance folks based on where the, the activity is going to be and how well lit it is and that kind of thing but we can absolutely get you a waiver going if that's, if that's what. What what they're asking for and get </w:t>
      </w:r>
    </w:p>
    <w:p>
      <w:r>
        <w:t xml:space="preserve">02:06:28   (Speaker C)  that all done before the first. </w:t>
      </w:r>
    </w:p>
    <w:p>
      <w:r>
        <w:t xml:space="preserve">02:06:31   (Speaker B)  I, I can't absolutely. </w:t>
      </w:r>
    </w:p>
    <w:p>
      <w:r>
        <w:t xml:space="preserve">02:06:33   (Speaker J)  Well I, I'm. I'm sure I can get you a waiver before August 1st. We've done them for plenty of different kinds of district activities and other places. We could turn you one around really quickly. As far as you know. I, I don't want, I don't don't want to speak out of turn about how long it'll take to select a movie and make sure you get all the equipment that's necessary to put on </w:t>
      </w:r>
    </w:p>
    <w:p>
      <w:r>
        <w:t xml:space="preserve">02:07:04   (Speaker A)  an event how much they are and pay for it. </w:t>
      </w:r>
    </w:p>
    <w:p>
      <w:r>
        <w:t xml:space="preserve">02:07:08   (Speaker B)  There are, there are websites that you can. Can go to to do that. There's also I think some movies do have, don't have like have what's the word I'm a bird. They don't have a license restriction. They're public use that movies but it's not going to be anything new. </w:t>
      </w:r>
    </w:p>
    <w:p>
      <w:r>
        <w:t xml:space="preserve">02:07:25   (Speaker A)  I don't mind us calling me enough a little bit of money for that. I mean she's got to figure out what it is right? </w:t>
      </w:r>
    </w:p>
    <w:p>
      <w:r>
        <w:t xml:space="preserve">02:07:31   (Speaker B)  What, what movie we're gonna. </w:t>
      </w:r>
    </w:p>
    <w:p>
      <w:r>
        <w:t xml:space="preserve">02:07:32   (Speaker I)  Because it's not. Yeah my equipment you know. </w:t>
      </w:r>
    </w:p>
    <w:p>
      <w:r>
        <w:t xml:space="preserve">02:07:35   (Speaker A)  Oh yeah yeah. </w:t>
      </w:r>
    </w:p>
    <w:p>
      <w:r>
        <w:t xml:space="preserve">02:07:37   (Speaker I)  You know what movie? </w:t>
      </w:r>
    </w:p>
    <w:p>
      <w:r>
        <w:t xml:space="preserve">02:07:39   (Speaker A)  If she has the, the DVD of it and we pay the licensing fee she can play her DVD there. </w:t>
      </w:r>
    </w:p>
    <w:p>
      <w:r>
        <w:t xml:space="preserve">02:07:44   (Speaker B)  Well it'd be who you paying the licensing fee too. I'm not sure about that because I </w:t>
      </w:r>
    </w:p>
    <w:p>
      <w:r>
        <w:t xml:space="preserve">02:07:48   (Speaker A)  don't know licensing fee for that movie. </w:t>
      </w:r>
    </w:p>
    <w:p>
      <w:r>
        <w:t xml:space="preserve">02:07:51   (Speaker B)  Yeah but I, I don't know who we. I don't know. I, I don't know how we would pay. Usually you're, you're getting it from a company that has. That allows you to view it and you pay them the license. They've got it set up. But that, but you were saying if she had a dvd. </w:t>
      </w:r>
    </w:p>
    <w:p>
      <w:r>
        <w:t xml:space="preserve">02:08:05   (Speaker A)  I mean just pay them the fee. They don't care how we play it as long as we play the movie and pay them money. </w:t>
      </w:r>
    </w:p>
    <w:p>
      <w:r>
        <w:t xml:space="preserve">02:08:10   (Speaker B)  Maybe I don't know. Usually these are set up a little bit more in advance. I'm not sure about this. </w:t>
      </w:r>
    </w:p>
    <w:p>
      <w:r>
        <w:t xml:space="preserve">02:08:16   (Speaker I)  I mean community you just Want kids to watch a movie before they go </w:t>
      </w:r>
    </w:p>
    <w:p>
      <w:r>
        <w:t xml:space="preserve">02:08:20   (Speaker B)  back to school and I understand. </w:t>
      </w:r>
    </w:p>
    <w:p>
      <w:r>
        <w:t xml:space="preserve">02:08:21   (Speaker A)  Yeah, absolutely. </w:t>
      </w:r>
    </w:p>
    <w:p>
      <w:r>
        <w:t xml:space="preserve">02:08:24   (Speaker I)  You can't have any fun in your community, but you got to pay all this money for the land. </w:t>
      </w:r>
    </w:p>
    <w:p>
      <w:r>
        <w:t xml:space="preserve">02:08:28   (Speaker C)  Well, it has nothing to do with </w:t>
      </w:r>
    </w:p>
    <w:p>
      <w:r>
        <w:t xml:space="preserve">02:08:29   (Speaker F)  the community of the land or. </w:t>
      </w:r>
    </w:p>
    <w:p>
      <w:r>
        <w:t xml:space="preserve">02:08:31   (Speaker I)  Well, now I'm speaking as west. </w:t>
      </w:r>
    </w:p>
    <w:p>
      <w:r>
        <w:t xml:space="preserve">02:08:34   (Speaker C)  Well, I know, but it still is not. </w:t>
      </w:r>
    </w:p>
    <w:p>
      <w:r>
        <w:t xml:space="preserve">02:08:35   (Speaker I)  Yeah, I know, I get it, I get it. Well, how about the bounce house then during the day? What would that take to have a bounce house? </w:t>
      </w:r>
    </w:p>
    <w:p>
      <w:r>
        <w:t xml:space="preserve">02:08:42   (Speaker B)  Well, the vendor has the licensing, all that and they would do an agreement with council and a license agreement and everything, whatever council requires for that and then that liability ends up being on. Yeah, there's an insurance requirement, the COI that the defender would have to provide and and so on. </w:t>
      </w:r>
    </w:p>
    <w:p>
      <w:r>
        <w:t xml:space="preserve">02:09:01   (Speaker J)  I just did a couple of VAL types agreements last week. We could get you one going. If you find us a vendor and, and who's willing to, you know, come. Come to an agreement, provide you a certificate, we can absolutely get that done </w:t>
      </w:r>
    </w:p>
    <w:p>
      <w:r>
        <w:t xml:space="preserve">02:09:15   (Speaker F)  quick </w:t>
      </w:r>
    </w:p>
    <w:p>
      <w:r>
        <w:t xml:space="preserve">02:09:17   (Speaker C)  pool in your yard. We could have had it. </w:t>
      </w:r>
    </w:p>
    <w:p>
      <w:r>
        <w:t xml:space="preserve">02:09:23   (Speaker B)  I know August 1st was the post </w:t>
      </w:r>
    </w:p>
    <w:p>
      <w:r>
        <w:t xml:space="preserve">02:09:27   (Speaker I)  before the kids went back to school, </w:t>
      </w:r>
    </w:p>
    <w:p>
      <w:r>
        <w:t xml:space="preserve">02:09:28   (Speaker B)  but yeah, you know, maybe if. See the next meeting is the 13th of August, </w:t>
      </w:r>
    </w:p>
    <w:p>
      <w:r>
        <w:t xml:space="preserve">02:09:38   (Speaker E)  so back to school movie. Do it in September. </w:t>
      </w:r>
    </w:p>
    <w:p>
      <w:r>
        <w:t xml:space="preserve">02:09:44   (Speaker B)  Yeah, maybe do it later August or early September. That way we can kind of look into these things. We can have some things that we brought back to the board for the next meeting of, you know, here's the waiver to approve and here's the licensing of, you know, options of movies and if you wanted to do a bounce house as well and kind of make it an event, maybe we can have something like that and then we can schedule it because since it's the CDD putting it on, you know, it also was going to depend on how much is the CDD involved with it. Is it going to require staffing? Because I think if you going to start having bounce houses that you probably should have CD staff there for that, you know and give me the opportunity to talk to Brian, the Amity team a little bit as well. Okay, so if, if you're okay with that, let me look into a little bit. Let me have a couple conversations. We talk with council. </w:t>
      </w:r>
    </w:p>
    <w:p>
      <w:r>
        <w:t xml:space="preserve">02:10:32   (Speaker C)  So bottom line, we can still do it. </w:t>
      </w:r>
    </w:p>
    <w:p>
      <w:r>
        <w:t xml:space="preserve">02:10:34   (Speaker F)  We just have to finagle a few things. </w:t>
      </w:r>
    </w:p>
    <w:p>
      <w:r>
        <w:t xml:space="preserve">02:10:37   (Speaker A)  It's much more convoluted when you take </w:t>
      </w:r>
    </w:p>
    <w:p>
      <w:r>
        <w:t xml:space="preserve">02:10:39   (Speaker B)  it fortunately backyard to. </w:t>
      </w:r>
    </w:p>
    <w:p>
      <w:r>
        <w:t xml:space="preserve">02:10:43   (Speaker A)  Yeah, yeah, like over doing the within. Vhoa got two then, you know </w:t>
      </w:r>
    </w:p>
    <w:p>
      <w:r>
        <w:t xml:space="preserve">02:10:56   (Speaker C)  and </w:t>
      </w:r>
    </w:p>
    <w:p>
      <w:r>
        <w:t xml:space="preserve">02:10:56   (Speaker B)  I've seen it before and things too were like, like just for instance bars might have like a boxing Match or something. And there's a different package that they have to purchase compared to, like, the residential one that we might get when we're at home because of the commercial aspect of it. </w:t>
      </w:r>
    </w:p>
    <w:p>
      <w:r>
        <w:t xml:space="preserve">02:11:12   (Speaker C)  Right. Well, they're making money off of. </w:t>
      </w:r>
    </w:p>
    <w:p>
      <w:r>
        <w:t xml:space="preserve">02:11:14   (Speaker B)  Yeah. And so showing that there's different caveats to it. Let me make a couple notes here. I got some notes down. We'll look into that. </w:t>
      </w:r>
    </w:p>
    <w:p>
      <w:r>
        <w:t xml:space="preserve">02:11:53   (Speaker F)  Thank you. </w:t>
      </w:r>
    </w:p>
    <w:p>
      <w:r>
        <w:t xml:space="preserve">02:11:54   (Speaker B)  We can reach out as well, keep you updated. </w:t>
      </w:r>
    </w:p>
    <w:p>
      <w:r>
        <w:t xml:space="preserve">02:11:57   (Speaker A)  Okay. </w:t>
      </w:r>
    </w:p>
    <w:p>
      <w:r>
        <w:t xml:space="preserve">02:11:59   (Speaker B)  Okay. So with that, we'll go on to financials. So have the check register, balance, income sheet, special assessments. There's any comments, questions, please let me know. If not, then we just be looking for a motion to approve, essentially a check register. But I usually say check register, financial reports. </w:t>
      </w:r>
    </w:p>
    <w:p>
      <w:r>
        <w:t xml:space="preserve">02:12:28   (Speaker C)  Just the two big, bigger numbers. So the repair of the fence. Was that something Mick did? </w:t>
      </w:r>
    </w:p>
    <w:p>
      <w:r>
        <w:t xml:space="preserve">02:12:35   (Speaker B)  Mick? The repair of the fence. </w:t>
      </w:r>
    </w:p>
    <w:p>
      <w:r>
        <w:t xml:space="preserve">02:12:40   (Speaker F)  99. </w:t>
      </w:r>
    </w:p>
    <w:p>
      <w:r>
        <w:t xml:space="preserve">02:12:41   (Speaker B)  99 of the agenda. </w:t>
      </w:r>
    </w:p>
    <w:p>
      <w:r>
        <w:t xml:space="preserve">02:12:44   (Speaker D)  99 </w:t>
      </w:r>
    </w:p>
    <w:p>
      <w:r>
        <w:t xml:space="preserve">02:12:46   (Speaker B)  on the check register. </w:t>
      </w:r>
    </w:p>
    <w:p>
      <w:r>
        <w:t xml:space="preserve">02:12:48   (Speaker D)  Okay, let me see. </w:t>
      </w:r>
    </w:p>
    <w:p>
      <w:r>
        <w:t xml:space="preserve">02:12:49   (Speaker I)  Hang on. </w:t>
      </w:r>
    </w:p>
    <w:p>
      <w:r>
        <w:t xml:space="preserve">02:13:05   (Speaker C)  What? </w:t>
      </w:r>
    </w:p>
    <w:p>
      <w:r>
        <w:t xml:space="preserve">02:13:05   (Speaker D)  Where's the cost? The fencing repair? </w:t>
      </w:r>
    </w:p>
    <w:p>
      <w:r>
        <w:t xml:space="preserve">02:13:09   (Speaker C)  Yeah. 3600. Am I reading that right? </w:t>
      </w:r>
    </w:p>
    <w:p>
      <w:r>
        <w:t xml:space="preserve">02:13:14   (Speaker D)  Yeah. </w:t>
      </w:r>
    </w:p>
    <w:p>
      <w:r>
        <w:t xml:space="preserve">02:13:15   (Speaker B)  Let me see. </w:t>
      </w:r>
    </w:p>
    <w:p>
      <w:r>
        <w:t xml:space="preserve">02:13:20   (Speaker D)  I mean, if I remember this, it must have been the fencing repair along Tucker Jones. There was, like, four or five panels that were out still from the. </w:t>
      </w:r>
    </w:p>
    <w:p>
      <w:r>
        <w:t xml:space="preserve">02:13:31   (Speaker C)  From the hurricane? </w:t>
      </w:r>
    </w:p>
    <w:p>
      <w:r>
        <w:t xml:space="preserve">02:13:33   (Speaker D)  No, no, this is from one of the afternoon storms that we've. </w:t>
      </w:r>
    </w:p>
    <w:p>
      <w:r>
        <w:t xml:space="preserve">02:13:37   (Speaker A)  That we've had a bunch of entry beers at the amenity center, too. </w:t>
      </w:r>
    </w:p>
    <w:p>
      <w:r>
        <w:t xml:space="preserve">02:13:41   (Speaker D)  That too, yeah. All right. Like if. Like if we're there and we're doing fencing repairs along Tucker Jones. And then there's some of the amenity center. It's two different types of fencing, but it's all built under the same invoice, so. Because it's just fencing, but. </w:t>
      </w:r>
    </w:p>
    <w:p>
      <w:r>
        <w:t xml:space="preserve">02:13:57   (Speaker A)  Okay. </w:t>
      </w:r>
    </w:p>
    <w:p>
      <w:r>
        <w:t xml:space="preserve">02:13:58   (Speaker C)  All right. </w:t>
      </w:r>
    </w:p>
    <w:p>
      <w:r>
        <w:t xml:space="preserve">02:13:59   (Speaker F)  Yep. </w:t>
      </w:r>
    </w:p>
    <w:p>
      <w:r>
        <w:t xml:space="preserve">02:14:01   (Speaker C)  Thank you. </w:t>
      </w:r>
    </w:p>
    <w:p>
      <w:r>
        <w:t xml:space="preserve">02:14:02   (Speaker B)  You're welcome. </w:t>
      </w:r>
    </w:p>
    <w:p>
      <w:r>
        <w:t xml:space="preserve">02:14:06   (Speaker A)  Okay, </w:t>
      </w:r>
    </w:p>
    <w:p>
      <w:r>
        <w:t xml:space="preserve">02:14:09   (Speaker B)  just for the record, Kathy did step out. Just in case we go to a motion. We still have a form. Any other questions? Comments for the check register, financial reports. Okay, so with that, would anybody like to make a motion to approve? </w:t>
      </w:r>
    </w:p>
    <w:p>
      <w:r>
        <w:t xml:space="preserve">02:14:29   (Speaker A)  Make a motion to approve. </w:t>
      </w:r>
    </w:p>
    <w:p>
      <w:r>
        <w:t xml:space="preserve">02:14:30   (Speaker B)  Secondly. </w:t>
      </w:r>
    </w:p>
    <w:p>
      <w:r>
        <w:t xml:space="preserve">02:14:31   (Speaker A)  Thanks. </w:t>
      </w:r>
    </w:p>
    <w:p>
      <w:r>
        <w:t xml:space="preserve">02:14:32   (Speaker B)  First from Joe. Second. </w:t>
      </w:r>
    </w:p>
    <w:p>
      <w:r>
        <w:t xml:space="preserve">02:14:36   (Speaker A)  All in. Bear. Aye. </w:t>
      </w:r>
    </w:p>
    <w:p>
      <w:r>
        <w:t xml:space="preserve">02:14:37   (Speaker C)  Aye. </w:t>
      </w:r>
    </w:p>
    <w:p>
      <w:r>
        <w:t xml:space="preserve">02:14:39   (Speaker B)  So question has passed. 3, 0. Okay, so with that next item here, supervisor requests and general audience comments. So we'll start with audience comments again. This is an opportunity for. For audience members to speak to the board. There's no parameters on this one. It can be about anything that you'd like. Any comments, questions, suggestions? We do just ask that you state your name again and address again. And please limit your comments to three minutes. So with that, we'll open it up to the floor. There's any audience comments? Yes, sir. </w:t>
      </w:r>
    </w:p>
    <w:p>
      <w:r>
        <w:t xml:space="preserve">02:15:17   (Speaker C)  Yes. </w:t>
      </w:r>
    </w:p>
    <w:p>
      <w:r>
        <w:t xml:space="preserve">02:15:18   (Speaker B)  Mike Tugan, 1227 Legacy Bright Street I don't know who's doing the pooper scooper thing. They never pick up on a trail, so it's. </w:t>
      </w:r>
    </w:p>
    <w:p>
      <w:r>
        <w:t xml:space="preserve">02:15:29   (Speaker A)  Well, all the time. </w:t>
      </w:r>
    </w:p>
    <w:p>
      <w:r>
        <w:t xml:space="preserve">02:15:30   (Speaker I)  Really. </w:t>
      </w:r>
    </w:p>
    <w:p>
      <w:r>
        <w:t xml:space="preserve">02:15:31   (Speaker B)  Yeah. </w:t>
      </w:r>
    </w:p>
    <w:p>
      <w:r>
        <w:t xml:space="preserve">02:15:32   (Speaker A)  I don't care if they put the </w:t>
      </w:r>
    </w:p>
    <w:p>
      <w:r>
        <w:t xml:space="preserve">02:15:33   (Speaker B)  boxes in for the warm, but they never pick up the stuff on a trail. </w:t>
      </w:r>
    </w:p>
    <w:p>
      <w:r>
        <w:t xml:space="preserve">02:15:39   (Speaker D)  I'll talk to Randy. I'll get that taken care of. </w:t>
      </w:r>
    </w:p>
    <w:p>
      <w:r>
        <w:t xml:space="preserve">02:15:43   (Speaker C)  Yeah, maybe it's just not on their radar. </w:t>
      </w:r>
    </w:p>
    <w:p>
      <w:r>
        <w:t xml:space="preserve">02:15:47   (Speaker D)  It is because he bills for it, so. </w:t>
      </w:r>
    </w:p>
    <w:p>
      <w:r>
        <w:t xml:space="preserve">02:15:50   (Speaker C)  Okay, good call. Thanks. </w:t>
      </w:r>
    </w:p>
    <w:p>
      <w:r>
        <w:t xml:space="preserve">02:15:51   (Speaker F)  M y. </w:t>
      </w:r>
    </w:p>
    <w:p>
      <w:r>
        <w:t xml:space="preserve">02:15:52   (Speaker A)  That's it. </w:t>
      </w:r>
    </w:p>
    <w:p>
      <w:r>
        <w:t xml:space="preserve">02:15:53   (Speaker B)  Okay, thank you. And Kathy has come back to the meeting here. Sorry, we did a vote on the. So I didn't make sure that record knew that was floating through with you. Any other comments? </w:t>
      </w:r>
    </w:p>
    <w:p>
      <w:r>
        <w:t xml:space="preserve">02:16:22   (Speaker F)  Springway, I want to ask a question. Is there any way within these meetings the HOA and the CDD could be doing the meeting together? So that way we can get se. It looks like there's somebody from here that can answer a question. Then we have to wait for them and when we call, we're getting about at the office and we'll say, can we get a call back in the evening? We're not getting calls. We're not talking. So is there a way that they can do this where we can do </w:t>
      </w:r>
    </w:p>
    <w:p>
      <w:r>
        <w:t xml:space="preserve">02:16:49   (Speaker A)  separate entities by design then legally separate? </w:t>
      </w:r>
    </w:p>
    <w:p>
      <w:r>
        <w:t xml:space="preserve">02:16:53   (Speaker E)  We can't even talk HOA business. </w:t>
      </w:r>
    </w:p>
    <w:p>
      <w:r>
        <w:t xml:space="preserve">02:16:54   (Speaker D)  CDD meeting. </w:t>
      </w:r>
    </w:p>
    <w:p>
      <w:r>
        <w:t xml:space="preserve">02:16:55   (Speaker E)  And they can't talk CDD business at </w:t>
      </w:r>
    </w:p>
    <w:p>
      <w:r>
        <w:t xml:space="preserve">02:16:57   (Speaker F)  hoe, so no one here. </w:t>
      </w:r>
    </w:p>
    <w:p>
      <w:r>
        <w:t xml:space="preserve">02:16:59   (Speaker C)  But, but, but after this meeting you could talk to people that are </w:t>
      </w:r>
    </w:p>
    <w:p>
      <w:r>
        <w:t xml:space="preserve">02:17:06   (Speaker B)  questions. </w:t>
      </w:r>
    </w:p>
    <w:p>
      <w:r>
        <w:t xml:space="preserve">02:17:07   (Speaker C)  So these two gentlemen are on hoa. Oh, Mike too? </w:t>
      </w:r>
    </w:p>
    <w:p>
      <w:r>
        <w:t xml:space="preserve">02:17:13   (Speaker B)  Yeah, big guy up front. So I can touch on that a little bit. So, yeah, the HOA and CZ are completely separate entities. So with the CDD meeting, it is reserved strictly for CBD business. So any type of HOA comments, we do recommend you go to the hoa. I understand that sometimes that may be easier said than done in certain situations, especially when you have, you know, you have two. Two entities within the community. And the thought processes, we. They essentially do the same thing, but we really do quite different things. But after the meeting, again, we do have some that are on the HOA that can speak to you about that. But we really need to reserve the meetings are here too. So, yeah, very rarely I have seen it. I have done one where the HOA and the CDD did do a joint meeting, but it was for a very specific reason that both and there were board members that were on the HOA that were also on the cdd. And because there's sunshine laws in the state of Florida, which means CDD board members can't discuss CDD business outside of a CDD meeting. That there was a joint meeting that was done so that they could talk about both in the same meeting because it. It intertwined with each other. But again, it's very rare for that to happen. </w:t>
      </w:r>
    </w:p>
    <w:p>
      <w:r>
        <w:t xml:space="preserve">02:18:31   (Speaker F)  So. </w:t>
      </w:r>
    </w:p>
    <w:p>
      <w:r>
        <w:t xml:space="preserve">02:18:32   (Speaker B)  Yeah, hope that. Hope that kind of answers your question. Any other comments, questions, recommendations for the board in the audience? </w:t>
      </w:r>
    </w:p>
    <w:p>
      <w:r>
        <w:t xml:space="preserve">02:18:49   (Speaker A)  Okay. </w:t>
      </w:r>
    </w:p>
    <w:p>
      <w:r>
        <w:t xml:space="preserve">02:18:50   (Speaker B)  Seeing none. I don't have any else on Zoom. Board supervisor requests. Any supervisor requests? </w:t>
      </w:r>
    </w:p>
    <w:p>
      <w:r>
        <w:t xml:space="preserve">02:18:59   (Speaker C)  Yeah, this was a pretty long meeting. </w:t>
      </w:r>
    </w:p>
    <w:p>
      <w:r>
        <w:t xml:space="preserve">02:19:02   (Speaker G)  It was. </w:t>
      </w:r>
    </w:p>
    <w:p>
      <w:r>
        <w:t xml:space="preserve">02:19:03   (Speaker B)  Yeah. We had a lot to cover. So I, I. Please don't let that reflect on me being, you know, like all riches here. Meetings gonna be forever. Yeah. </w:t>
      </w:r>
    </w:p>
    <w:p>
      <w:r>
        <w:t xml:space="preserve">02:19:18   (Speaker J)  But. </w:t>
      </w:r>
    </w:p>
    <w:p>
      <w:r>
        <w:t xml:space="preserve">02:19:18   (Speaker B)  But I do appreciate it. I do think we got obviously a lot done. Yeah, we did talk about it had been a minute since you all hadn't met, so. But with that, since there's no supervisor request, as a reminder for everyone. </w:t>
      </w:r>
    </w:p>
    <w:p>
      <w:r>
        <w:t xml:space="preserve">02:19:27   (Speaker G)  Right. </w:t>
      </w:r>
    </w:p>
    <w:p>
      <w:r>
        <w:t xml:space="preserve">02:19:27   (Speaker B)  Next regular scheduled meeting is August 13, 2026, 6:00pm here at the Fairfield in At suites. Unless there's any other business, we'll just be looking for a motion to adjourn. So that was first from Elaine, and then we have second from Joe. All in favor? Okay, so the motion has passed. The time is 8. 21. </w:t>
      </w:r>
    </w:p>
    <w:p>
      <w:r>
        <w:t xml:space="preserve">02:19:50   (Speaker C)  See you, Meg. </w:t>
      </w:r>
    </w:p>
    <w:p>
      <w:r>
        <w:t xml:space="preserve">02:19:51   (Speaker J)  Thanks. </w:t>
      </w:r>
    </w:p>
    <w:p>
      <w:r>
        <w:t xml:space="preserve">02:19:51   (Speaker E)  Yep. </w:t>
      </w:r>
    </w:p>
    <w:p>
      <w:r>
        <w:t xml:space="preserve">02:19:52   (Speaker D)  See you guys, everyone. </w:t>
      </w:r>
    </w:p>
    <w:p>
      <w:r>
        <w:t xml:space="preserve">02:19:53   (Speaker C)  Thanks. </w:t>
      </w:r>
    </w:p>
    <w:p>
      <w:r>
        <w:t xml:space="preserve">02:19:54   (Speaker J)  Bye. </w:t>
      </w:r>
    </w:p>
    <w:p>
      <w:r>
        <w:t xml:space="preserve">02:19:55   (Speaker A)  Bye.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