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grand oaks</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LAKE_072926.m4a</w:t>
      </w:r>
      <w:r>
        <w:rPr>
          <w:b/>
          <w:color w:val="FF0000"/>
        </w:rPr>
        <w:br/>
        <w:tab/>
        <w:tab/>
        <w:tab/>
        <w:tab/>
        <w:t xml:space="preserve"> 67255179</w:t>
        <w:br/>
        <w:br/>
        <w:br/>
      </w:r>
    </w:p>
    <w:p>
      <w:r>
        <w:t>DATE AUDIO FILE SUBMITTED TO THE GAT SYSTEM:</w:t>
      </w:r>
      <w:r>
        <w:rPr>
          <w:b/>
          <w:color w:val="FF0000"/>
        </w:rPr>
        <w:br/>
        <w:tab/>
        <w:tab/>
        <w:tab/>
        <w:tab/>
        <w:t xml:space="preserve"> July 30, 2026 at 02:46 PM</w:t>
        <w:br/>
        <w:br/>
        <w:br/>
      </w:r>
    </w:p>
    <w:p>
      <w:r>
        <w:t>DATE AUDIO FILE COMPLETED BY THE GAT SYSTEM:</w:t>
      </w:r>
      <w:r>
        <w:rPr>
          <w:b/>
          <w:color w:val="FF0000"/>
        </w:rPr>
        <w:br/>
        <w:tab/>
        <w:tab/>
        <w:tab/>
        <w:tab/>
        <w:t xml:space="preserve"> July 30, 2026 at 02:47 PM</w:t>
      </w:r>
      <w:r>
        <w:rPr>
          <w:b/>
          <w:color w:val="FF0000"/>
        </w:rPr>
        <w:br/>
        <w:tab/>
        <w:tab/>
        <w:tab/>
        <w:tab/>
        <w:t xml:space="preserve"> 00:54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00:01      (Speaker A)  Yeah. Oh, let's see. </w:t>
      </w:r>
    </w:p>
    <w:p>
      <w:r>
        <w:t xml:space="preserve">01:16      (Speaker B)  It's humid in here. Yes. Hey, can you sit it? What's that? We're trying to get him back there. </w:t>
      </w:r>
    </w:p>
    <w:p>
      <w:r>
        <w:t xml:space="preserve">01:57      (Speaker A)  Yeah. </w:t>
      </w:r>
    </w:p>
    <w:p>
      <w:r>
        <w:t xml:space="preserve">02:00      (Speaker C)  Who, me? </w:t>
      </w:r>
    </w:p>
    <w:p>
      <w:r>
        <w:t xml:space="preserve">02:01      (Speaker B)  Yeah, he's like, haha. </w:t>
      </w:r>
    </w:p>
    <w:p>
      <w:r>
        <w:t xml:space="preserve">02:05      (Speaker A)  Me. </w:t>
      </w:r>
    </w:p>
    <w:p>
      <w:r>
        <w:t xml:space="preserve">02:07      (Speaker C)  I thought you were talking about you. </w:t>
      </w:r>
    </w:p>
    <w:p>
      <w:r>
        <w:t xml:space="preserve">02:09      (Speaker A)  Oh, no, she pointed to you. </w:t>
      </w:r>
    </w:p>
    <w:p>
      <w:r>
        <w:t xml:space="preserve">02:10      (Speaker C)  Oh, I wasn't paying attention. I usually pay attention </w:t>
      </w:r>
    </w:p>
    <w:p>
      <w:r>
        <w:t xml:space="preserve">02:17      (Speaker A)  that. </w:t>
      </w:r>
    </w:p>
    <w:p>
      <w:r>
        <w:t xml:space="preserve">02:49      (Speaker B)  Nobody's on just. He's on Zoom yet. </w:t>
      </w:r>
    </w:p>
    <w:p>
      <w:r>
        <w:t xml:space="preserve">03:01      (Speaker C)  We had. They had somebody like that with the town there. </w:t>
      </w:r>
    </w:p>
    <w:p>
      <w:r>
        <w:t xml:space="preserve">07:02      (Speaker A)  Sam. </w:t>
      </w:r>
    </w:p>
    <w:p>
      <w:r>
        <w:t xml:space="preserve">07:37      (Speaker B)  There we go. Sorry, that was my bad. </w:t>
      </w:r>
    </w:p>
    <w:p>
      <w:r>
        <w:t xml:space="preserve">07:43      (Speaker A)  All right. </w:t>
      </w:r>
    </w:p>
    <w:p>
      <w:r>
        <w:t xml:space="preserve">07:45      (Speaker B)  Sorry. I had audio off. All right, Clayton, if you can start the discussion on the proposals. </w:t>
      </w:r>
    </w:p>
    <w:p>
      <w:r>
        <w:t xml:space="preserve">07:55      (Speaker D)  Okay, we'll go right into it. Yeah. Okay, so I'll kick that off. One second here. </w:t>
      </w:r>
    </w:p>
    <w:p>
      <w:r>
        <w:t xml:space="preserve">08:02      (Speaker B)  Sorry, I had audio off by accident. </w:t>
      </w:r>
    </w:p>
    <w:p>
      <w:r>
        <w:t xml:space="preserve">08:09      (Speaker D)  Okay, so, you know, we're here today to go over the landscape bids that we received for, you know, Lakeside Plantation cdd, landscape maintenance and irrigation inspection. We reached out to quite a few vendors. One, two. Honestly, about 11 vendors. We did receive back four proposals, which are the four proposals that you'll review tonight. This is a formalized bid, so you do have a scoring sheet that I believe Mandy has supplied to you. The price is set equation. So that's been populated for you already. The rest is up to, you know, your review of the proposals and then also your feedback from the presentations. So what the plan is tonight is each vendor will be given exactly 10 minutes in front of the board. This will include questions. So we highly encourage that vendors take just a brief moment to introduce themselves, a brief moment to explain why they think that they are the best fit for the community, and then the rest of it should really be left for question and answer and discourse with the board. That is the recommendation. And now, as far as the board's perspective goes, the intent for board members that you're trying to accomplish during these presentations is you're trying to accomplish anything that would help you score the vendor. So if there's anything that you reviewed in their proposals that you find contradictory, confusing, or that you need clarification on, those are the kind of things that you would target to make sure that, you know, you can score that vendor as effectively as possible. That's basically the point of the presentations. You know, you have had the proposals now for a little while because the last meeting was canceled. So you've had some time to review them thoroughly, and, you know, they kind of are what they are. So this is why we do the presentations, to try and give vendors opportunity to, you know, clarify anything and make sure that any specific questions that the board may have are answered. Because additionally, you probably want to focus on anything that is a hot button issue to you. I understand irrigation maintenance might be a targeted question that is probably worth answering. You know, what kind of irrigation personnel or whatever they may have. So what we're going to do tonight is we're going to give each vendor Strictly time, 10 minutes. Obviously, if they're in the middle of finishing a question or a board member has another important question, you know, we'll let them finish that out. But really no more than 12 minutes per vendor. But the 10 minutes will be timed, and Mandy is going to time that on her side. And when the alarm goes off, the 10 minute is up. We're going to go ahead and get started with the first vendor. But as a professional courtesy, we do request that other vendors step out while a vendor is presenting. Of course, we can't make you do it, but, you know, it is sort of standard practice that we see. In most cases, you kind of give each other the courtesy, so that way you have freedom to sort of present clearly and fully. And then at the end, we will. We will ask all board or all vendors to wait outside while the board has some discourse. Again, the idea is so the board can have, you know, comfortable discourse. Everything is public record, so you could ask for the record after the meeting if you wanted. If you wanted to know what was discussed. But again, you don't have to do it. It's just. It's a professional courtesy request. So then, does the board have any questions for me before we get started? </w:t>
      </w:r>
    </w:p>
    <w:p>
      <w:r>
        <w:t xml:space="preserve">11:52      (Speaker E)  I just had one for clarification because it kind of sounded a little gray area. So we're giving them a time, but if the board still has questions to ask, we're not going to be stopped from asking those questions. We can continue asking our questions until we're done with questions with each vendor. </w:t>
      </w:r>
    </w:p>
    <w:p>
      <w:r>
        <w:t xml:space="preserve">12:07      (Speaker B)  I believe that's correct. Right. </w:t>
      </w:r>
    </w:p>
    <w:p>
      <w:r>
        <w:t xml:space="preserve">12:09      (Speaker F)  Not. </w:t>
      </w:r>
    </w:p>
    <w:p>
      <w:r>
        <w:t xml:space="preserve">12:10      (Speaker D)  I wouldn't. We can't go indefinitely because we kind of got to try to give everybody around the same time, just for fairness sakes. So, you know, if we do hit the 10 minutes, unfortunately, it is kind of the vendor's responsibility if the board has questions that they. They're there to sell you a product today, so they need to stop talking and let you answer, ask your questions. If they run over and they make it so that they don't have any time to ask them proper questions, I would consider that to be sort of a bad presentation on their part and, you know, not giving you the opportunity to answer questions. But yes, you know, there is some There is some bonus time. We'll say in the end if you have a very important question or something that you want to answer after the time is up to continue it a little longer. </w:t>
      </w:r>
    </w:p>
    <w:p>
      <w:r>
        <w:t xml:space="preserve">12:54      (Speaker A)  Yes, </w:t>
      </w:r>
    </w:p>
    <w:p>
      <w:r>
        <w:t xml:space="preserve">12:56      (Speaker D)  if that makes sense. </w:t>
      </w:r>
    </w:p>
    <w:p>
      <w:r>
        <w:t xml:space="preserve">12:58      (Speaker A)  Okay. </w:t>
      </w:r>
    </w:p>
    <w:p>
      <w:r>
        <w:t xml:space="preserve">13:00      (Speaker F)  Hey, Clayton and Amanda, can you guys hear me? </w:t>
      </w:r>
    </w:p>
    <w:p>
      <w:r>
        <w:t xml:space="preserve">13:04      (Speaker B)  Yes. </w:t>
      </w:r>
    </w:p>
    <w:p>
      <w:r>
        <w:t xml:space="preserve">13:05      (Speaker F)  Hey, this is Ryan Dugan with District Council filling in for Sarah Sandy tonight. Sorry, I, I couldn't hear the start of the meetings. I just want to briefly introduce myself and, and just kind of circle up on. On. On our part of this process. Sounds like Clayton has taken the lead with it and, you know, definitely would defer to his experience here. But from District Council's perspective, we basically review the proposals from. To make sure they satisfied the minimum requirements of the RFP package. And before we start, I just wanted to bring up one item to the board and, and get Clayton's feedback on it from at least my review of the proposals and some of the notes that Sarah provided. I think generally all the proposers submitted a response that satisfies the minimum requirements of your RFP package. Except there's one. One question that I'm looking at regarding one proposal and want to get the board's feedback and direction here. And this relates to Grant's garden proposal, part of your requirements of your package or the language you were asking proposers to have a minimum of 5 years experience and just part of the material submitted for Grants Gardens, they indicate that at least their current entity, business entity, was formed in 2026. So some of the supporting materials show that they're their actual people, have, you know, decades of experience in landscaping. But, you know, this particular entity that, where you would be getting under or going under contract with, may not have technically five years of experience. So the question for the board, and you have the ability to waive irregularities or informalities with your. These bids or you have the. The option to disqualify a bidder. And that's kind of the decision point before we get into scoring and hearing proposals. Wanted to get some feedback from the board and run that by Clayton and see if he was seeing it differently. So I'll stop there and just kind of open it up to the board and to Clayton. </w:t>
      </w:r>
    </w:p>
    <w:p>
      <w:r>
        <w:t xml:space="preserve">15:34      (Speaker D)  If the board like to go, or I can kind of just give my two cents on it first, if that helps. </w:t>
      </w:r>
    </w:p>
    <w:p>
      <w:r>
        <w:t xml:space="preserve">15:39      (Speaker B)  Yeah, I think that's good. Clayton. </w:t>
      </w:r>
    </w:p>
    <w:p>
      <w:r>
        <w:t xml:space="preserve">15:41      (Speaker D)  Yeah. So obviously reviewed some of the concerns that, you know, Sarah Sandy brought up. And I think those are absolutely things that before we finalize a contract with them, at least some of the things. I think there was some discrepancy on the business name and things like that, that'll obviously need to be finalized. But the other thing I think was related to experience, and I think my suggestion would be probably to use the opportunity for these presentations to ask them about their experience, because they did list a high annual revenue starting in 2023, and I can't imagine if they're that new that that high of an annual revenue would have immediately started in 2023. So there's some kind of differing things in the proposal. You know, sometimes vendors don't fill out the applications as well as you'd like, so that's why, you know, kind of answer these questions. And I think, you know, if you don't get the answers you're happy with that, you would reflect it in your scoring of the vendor. That. That's just my suggestion. </w:t>
      </w:r>
    </w:p>
    <w:p>
      <w:r>
        <w:t xml:space="preserve">16:44      (Speaker C)  I. I personally don't have a problem. I mean, they went. They went through the bother of filling everything out. Maybe I didn't phrase that properly, but, you know, they. They did fill it out, and they. They gave us the courtesy of appearing here. So I. I personally don't have a problem with them, you know, given their. </w:t>
      </w:r>
    </w:p>
    <w:p>
      <w:r>
        <w:t xml:space="preserve">17:05      (Speaker A)  You know, and I thought. </w:t>
      </w:r>
    </w:p>
    <w:p>
      <w:r>
        <w:t xml:space="preserve">17:06      (Speaker E)  And maybe I'm wrong, maybe that's what we're doing here, but I thought, and what the attorney said there, that these packages had already been open to make sure they met what we asked for in the bid. So if we would have determined a week ago or two weeks ago they didn't meet the years of experience, I have a problem that we invited them here tonight, and then we're going to make that decision now. So that's where I would say keep them here for that, because if that was one of the qualifications for the bid, it should have been found when we opened the bid package, in my opinion. </w:t>
      </w:r>
    </w:p>
    <w:p>
      <w:r>
        <w:t xml:space="preserve">17:38      (Speaker G)  Right. </w:t>
      </w:r>
    </w:p>
    <w:p>
      <w:r>
        <w:t xml:space="preserve">17:39      (Speaker B)  Good. Pat and Bud, are you good? </w:t>
      </w:r>
    </w:p>
    <w:p>
      <w:r>
        <w:t xml:space="preserve">17:42      (Speaker A)  Okay. </w:t>
      </w:r>
    </w:p>
    <w:p>
      <w:r>
        <w:t xml:space="preserve">17:43      (Speaker B)  Okay. </w:t>
      </w:r>
    </w:p>
    <w:p>
      <w:r>
        <w:t xml:space="preserve">17:43      (Speaker F)  Perfect. Yeah, I totally understand the conversation. And like Clayton mentioned, you do have the ability to, if you have concerns of experience, factor that into the experience category when you go through the evaluation criteria. I think just, you know, just as a matter of record, if we can just have a board's motion to waive the informality with Grant's Garden's proposal and. And continue with scoring their proposal. If that's something that. Amanda, you could tee up a. A motion for the board to make. </w:t>
      </w:r>
    </w:p>
    <w:p>
      <w:r>
        <w:t xml:space="preserve">18:18      (Speaker C)  I'll make a motor second. </w:t>
      </w:r>
    </w:p>
    <w:p>
      <w:r>
        <w:t xml:space="preserve">18:24      (Speaker B)  Okay. That's a motion to include the proposal from Grants Gardens. </w:t>
      </w:r>
    </w:p>
    <w:p>
      <w:r>
        <w:t xml:space="preserve">18:30      (Speaker A)  Okay. </w:t>
      </w:r>
    </w:p>
    <w:p>
      <w:r>
        <w:t xml:space="preserve">18:31      (Speaker B)  Any further discussion? All those in favor? Motion passed. </w:t>
      </w:r>
    </w:p>
    <w:p>
      <w:r>
        <w:t xml:space="preserve">18:38      (Speaker A)  Perfect. </w:t>
      </w:r>
    </w:p>
    <w:p>
      <w:r>
        <w:t xml:space="preserve">18:38      (Speaker F)  All right. Sorry for the interruption, but I appreciate Your attention to that matter, and I'll. I'm on the line if there's any other questions. Thanks. Yeah, thanks. </w:t>
      </w:r>
    </w:p>
    <w:p>
      <w:r>
        <w:t xml:space="preserve">18:46      (Speaker D)  We appreciate it. </w:t>
      </w:r>
    </w:p>
    <w:p>
      <w:r>
        <w:t xml:space="preserve">18:49      (Speaker B)  Before we. Before we ask any of the vendors if they'd like to step out, I did want to confirm we have Bill Simpson on Zoom. Bill, are you with Yellowstone? </w:t>
      </w:r>
    </w:p>
    <w:p>
      <w:r>
        <w:t xml:space="preserve">19:01      (Speaker A)  That's correct. </w:t>
      </w:r>
    </w:p>
    <w:p>
      <w:r>
        <w:t xml:space="preserve">19:03      (Speaker B)  Okay, I think what we're going to do, since the rest of the vendors are here in person and we will ask them to step out. Since you're on Zoom, we would like to see if you would go first with your presentation and then ask you to, you know, politely step off Zoom for the other vendors to then participate. </w:t>
      </w:r>
    </w:p>
    <w:p>
      <w:r>
        <w:t xml:space="preserve">19:27      (Speaker A)  Certainly. </w:t>
      </w:r>
    </w:p>
    <w:p>
      <w:r>
        <w:t xml:space="preserve">19:28      (Speaker B)  Okay. All right, thank you. </w:t>
      </w:r>
    </w:p>
    <w:p>
      <w:r>
        <w:t xml:space="preserve">19:31      (Speaker D)  Okay, then the last thing I have is about the scoring. You know, the intention is. I mean, maybe some of you have already done your own scoring based on the proposals, but I'm sure it will change throughout the presentation. So the kind of. The idea is that you'll sort of do your scoring during and through the presentations, and then of course, at the end there will be discussion and you can finalize your scoring and all that at the end. But this is something that you can accomplish all today in today's meeting. And there's no further questions from the board. </w:t>
      </w:r>
    </w:p>
    <w:p>
      <w:r>
        <w:t xml:space="preserve">20:05      (Speaker H)  We'll. </w:t>
      </w:r>
    </w:p>
    <w:p>
      <w:r>
        <w:t xml:space="preserve">20:05      (Speaker D)  We'll go ahead and get started. </w:t>
      </w:r>
    </w:p>
    <w:p>
      <w:r>
        <w:t xml:space="preserve">20:09      (Speaker A)  Go ahead. </w:t>
      </w:r>
    </w:p>
    <w:p>
      <w:r>
        <w:t xml:space="preserve">20:10      (Speaker B)  All right, give me one second. Let's get started. Okay, Bill, if you would like to introduce yourself and tell us about why you're interested in getting the landscape services at Lakeside Plantation. </w:t>
      </w:r>
    </w:p>
    <w:p>
      <w:r>
        <w:t xml:space="preserve">20:23      (Speaker I)  Okay. I appreciate the opportunity. Sorry I couldn't be there in person. I had something happen to my car, so I couldn't make it. So anyway, my. My name is Bill Sampson. I'm with Yellowstone Landscape. We've been around since 2008. We're a pretty good sized company. We've got about 19 branches here in Florida alone. So we, we do have some, you know, a little bit of experience. Myself, I'm been doing this for over 40 years and certified arborist for 20 some 20, 24 years. Got spray licenses in a couple states. So I've been doing this for a long time myself. We have a very experienced staff, and I think one of the. The biggest things that we do is that we are very proactive versus reactive. You had some really good specs in here. I think we, we provided services for everything that you. You wanted six fertilizations. I think that that's. Well, your St. Augustine is struggling. I know some of that has to do with irrigation and some of it has to do with the drought, but you Know, we also put a blanket coverage of arena out every year in the spring to prevent chinch bugs. So that's a proactive approach. And we don't come back and say, okay, well, we're going to just spot spray that. We try to put everything in our bid so we can take care of you. We don't come back and try to nitpick you and try to get you some to pay for things that you've already got in your package. So, you know, I think our price. I know, is probably a little higher than others because we do cover everything in our package. I think I'd like to open it for questions. I don't want to take up too much time talking about me. I can do that for a while. But I. I have to tell you, though, it's nice being Yellowstone. I'm used to going last because of the. </w:t>
      </w:r>
    </w:p>
    <w:p>
      <w:r>
        <w:t xml:space="preserve">22:31      (Speaker B)  Yeah, yeah, sure. Any questions from the board? </w:t>
      </w:r>
    </w:p>
    <w:p>
      <w:r>
        <w:t xml:space="preserve">22:39      (Speaker G)  Where are you located? Where is your main office at? </w:t>
      </w:r>
    </w:p>
    <w:p>
      <w:r>
        <w:t xml:space="preserve">22:41      (Speaker I)  We're in Bradenton. </w:t>
      </w:r>
    </w:p>
    <w:p>
      <w:r>
        <w:t xml:space="preserve">22:42      (Speaker G)  Okay. </w:t>
      </w:r>
    </w:p>
    <w:p>
      <w:r>
        <w:t xml:space="preserve">22:44      (Speaker I)  Actually, we're getting ready. It's a possibility we're going to be having another branch in. In that area. We're looking at putting a branch down in Punta Gorda, actually. </w:t>
      </w:r>
    </w:p>
    <w:p>
      <w:r>
        <w:t xml:space="preserve">22:55      (Speaker G)  Okay. Another question is, are you or any of your employees ever affiliated with the lmp? </w:t>
      </w:r>
    </w:p>
    <w:p>
      <w:r>
        <w:t xml:space="preserve">23:02      (Speaker I)  I'm sorry, I didn't hear you. </w:t>
      </w:r>
    </w:p>
    <w:p>
      <w:r>
        <w:t xml:space="preserve">23:03      (Speaker G)  LMP is a company that worked for us at one time. Do you have any affiliations with them? </w:t>
      </w:r>
    </w:p>
    <w:p>
      <w:r>
        <w:t xml:space="preserve">23:09      (Speaker J)  No. </w:t>
      </w:r>
    </w:p>
    <w:p>
      <w:r>
        <w:t xml:space="preserve">23:10      (Speaker G)  Okay. </w:t>
      </w:r>
    </w:p>
    <w:p>
      <w:r>
        <w:t xml:space="preserve">23:11      (Speaker I)  No, I think that's. I think Juniper and LMP merged. </w:t>
      </w:r>
    </w:p>
    <w:p>
      <w:r>
        <w:t xml:space="preserve">23:16      (Speaker G)  Just a general question. </w:t>
      </w:r>
    </w:p>
    <w:p>
      <w:r>
        <w:t xml:space="preserve">23:19      (Speaker C)  How many guys would you bring here on a given day and how many days a week? Did he not hear me? </w:t>
      </w:r>
    </w:p>
    <w:p>
      <w:r>
        <w:t xml:space="preserve">23:30      (Speaker I)  So we have. We have a 52 man hours per visit to come down there to cut everything. We got 60 hours per detailing. So that's your trimming for the pruning and all that kind of thing. So that would be a separate crew. So if you looking at 52 man hours, that's basically five to six men one day or two days with four men. It depends on what you want us to do. So, I mean, if you want us to come in and kind of get it all done at one time, then we'll try to, you know, accommodate you for that. So that's, you know, that's something we'll work with you on. </w:t>
      </w:r>
    </w:p>
    <w:p>
      <w:r>
        <w:t xml:space="preserve">24:14      (Speaker C)  We do have some cleanup that needs done here right now. I mean, there's been some lack of. Of attention here to some degree, and that's maybe it. Maybe at first would require a little extra or what have you. </w:t>
      </w:r>
    </w:p>
    <w:p>
      <w:r>
        <w:t xml:space="preserve">24:29      (Speaker I)  Yeah, if you're willing to Work with us. I mean, it's one of those things that we can work on some things as we go and not try to just do it all in, in one fail swoop. I think that that's reasonable. You know, I think a lot of people ask us when can we expect some difference in, in our property. You know, this time of year it hard with depending on what the start date is. I think when. When's the start date on this Clayton </w:t>
      </w:r>
    </w:p>
    <w:p>
      <w:r>
        <w:t xml:space="preserve">25:01      (Speaker D)  chosen, they'd probably be what, September 1st or something like that. </w:t>
      </w:r>
    </w:p>
    <w:p>
      <w:r>
        <w:t xml:space="preserve">25:04      (Speaker I)  September 1st, this time of year? Yeah. So this time of year it's, it's really tough to try to make a lot of difference because we are in the blackout period as far as chemicals go. So, you know, I would say that you're probably looking more towards maybe, you know, April, May, next, next year, because we just got one more app basically in the fall to, to apply fertilizer and then we hit everything in the spring. So that, that's when you're going to see your biggest jump. But I mean, certainly this time of year, especially heading into the fall, and we can take care of a lot of that cleanup and, and get this thing situated as far as that part goes. But I'm, you know, I'm just trying to be honest with you. I didn't know this time of year it's really to. To try to get any kind of chemicals down because we're in the blackout period. </w:t>
      </w:r>
    </w:p>
    <w:p>
      <w:r>
        <w:t xml:space="preserve">25:59      (Speaker B)  Any other board. </w:t>
      </w:r>
    </w:p>
    <w:p>
      <w:r>
        <w:t xml:space="preserve">26:00      (Speaker K)  My question is just reviewing some of your reviews on, you know, Google or, you know, just reviews, and there's been quite a few that actually went to the Better Business Bureau. I mean, can you talk about that? </w:t>
      </w:r>
    </w:p>
    <w:p>
      <w:r>
        <w:t xml:space="preserve">26:20      (Speaker I)  I'm really not sure what you're, you know, on the reviews on there. Yeah, I think that some of those reviews might be just from a few homeowners that, that may probably didn't get something that they thought they were supposed to get. I know that we, we get a lot of reviews doing that, that kind of thing. So. But generally we, we, you know, I think we get good reviews from our branch in particular. </w:t>
      </w:r>
    </w:p>
    <w:p>
      <w:r>
        <w:t xml:space="preserve">26:52      (Speaker K)  I guess it should be company wide. </w:t>
      </w:r>
    </w:p>
    <w:p>
      <w:r>
        <w:t xml:space="preserve">26:54      (Speaker A)  So, you know, you know, they go everywhere. </w:t>
      </w:r>
    </w:p>
    <w:p>
      <w:r>
        <w:t xml:space="preserve">26:57      (Speaker J)  So it could be. </w:t>
      </w:r>
    </w:p>
    <w:p>
      <w:r>
        <w:t xml:space="preserve">26:58      (Speaker L)  Yeah. </w:t>
      </w:r>
    </w:p>
    <w:p>
      <w:r>
        <w:t xml:space="preserve">27:01      (Speaker B)  Any other questions? Devon, do you have any questions from Phil? </w:t>
      </w:r>
    </w:p>
    <w:p>
      <w:r>
        <w:t xml:space="preserve">27:04      (Speaker A)  Good, thank you. </w:t>
      </w:r>
    </w:p>
    <w:p>
      <w:r>
        <w:t xml:space="preserve">27:05      (Speaker B)  No one else. </w:t>
      </w:r>
    </w:p>
    <w:p>
      <w:r>
        <w:t xml:space="preserve">27:07      (Speaker L)  Good. </w:t>
      </w:r>
    </w:p>
    <w:p>
      <w:r>
        <w:t xml:space="preserve">27:08      (Speaker B)  All right. </w:t>
      </w:r>
    </w:p>
    <w:p>
      <w:r>
        <w:t xml:space="preserve">27:10      (Speaker I)  Just one more thing. Do I got a couple more minutes? </w:t>
      </w:r>
    </w:p>
    <w:p>
      <w:r>
        <w:t xml:space="preserve">27:13      (Speaker A)  Sure. </w:t>
      </w:r>
    </w:p>
    <w:p>
      <w:r>
        <w:t xml:space="preserve">27:13      (Speaker B)  You got three minutes. </w:t>
      </w:r>
    </w:p>
    <w:p>
      <w:r>
        <w:t xml:space="preserve">27:14      (Speaker I)  Three minutes. Okay. So I know, you know, I kind of know what the, the numbers probably coming in. I know that you, you got probably a low bid and probably a couple that are right Close together. And then you got our bid, which is the higher one. So I just saying just from experience, you know, I think when you take the low bid, you might have some issues with them competing or what, you know, performing what they say they're going to do. You know, I think the other two that come in the middle typically went by the budget, I think, and just put that number together, which makes me kind of nervous if, if that's what they're looking at. And then, you know, you got our price. But I think that's, you know, that we put everything in it and we're supposed to do what the specs say and that's what we do. So I appreciate your time and I thank you and look forward to your decision. </w:t>
      </w:r>
    </w:p>
    <w:p>
      <w:r>
        <w:t xml:space="preserve">28:11      (Speaker B)  Thank you. Thanks for attending. We appreciate your time. </w:t>
      </w:r>
    </w:p>
    <w:p>
      <w:r>
        <w:t xml:space="preserve">28:16      (Speaker I)  Do you just want me to jump off now? </w:t>
      </w:r>
    </w:p>
    <w:p>
      <w:r>
        <w:t xml:space="preserve">28:18      (Speaker B)  Yeah, yeah. At least give us, you know, enough time for all the presenters and if you wanted to hop back on possibly </w:t>
      </w:r>
    </w:p>
    <w:p>
      <w:r>
        <w:t xml:space="preserve">28:27      (Speaker D)  later then, but I can also email you, so I'll. </w:t>
      </w:r>
    </w:p>
    <w:p>
      <w:r>
        <w:t xml:space="preserve">28:31      (Speaker L)  Yeah, that's fine. </w:t>
      </w:r>
    </w:p>
    <w:p>
      <w:r>
        <w:t xml:space="preserve">28:32      (Speaker I)  Just do that, Clayton. </w:t>
      </w:r>
    </w:p>
    <w:p>
      <w:r>
        <w:t xml:space="preserve">28:34      (Speaker D)  Okay. </w:t>
      </w:r>
    </w:p>
    <w:p>
      <w:r>
        <w:t xml:space="preserve">28:34      (Speaker B)  All right, thank you. All right, see ya. Okay, we'll hop. If you guys are good, we'll go to Grant's Gardens, then we'll stop, go back to the top. </w:t>
      </w:r>
    </w:p>
    <w:p>
      <w:r>
        <w:t xml:space="preserve">28:49      (Speaker D)  Yeah, that's who I have going next as well. </w:t>
      </w:r>
    </w:p>
    <w:p>
      <w:r>
        <w:t xml:space="preserve">28:52      (Speaker B)  Okay. </w:t>
      </w:r>
    </w:p>
    <w:p>
      <w:r>
        <w:t xml:space="preserve">28:52      (Speaker D)  And then Juniper with green tops last, this is the order I have. </w:t>
      </w:r>
    </w:p>
    <w:p>
      <w:r>
        <w:t xml:space="preserve">28:56      (Speaker B)  Okay, </w:t>
      </w:r>
    </w:p>
    <w:p>
      <w:r>
        <w:t xml:space="preserve">29:08      (Speaker L)  First of all, thanks for giving me a chance. I'm certain that was a typo. You know, GR has been in business since 2000. You know, it's a company that has three offices, one in Longbow. They own property out there. We have one in Sarasota and we have 1 in NC of company build on servicing luxury homes, condominiums. You can see on a reference package that we have a lot of long standing resort accounts out there. Like the Longboat Key Club is one of them. Tangerine Bay, you know, these are filter luxury. So this is what we do. So besides that, I have the benefit of knowing this product just to maintain it as well. I used to maintain it with a different company a couple of years back. So I know what it takes. Exactly what it takes. So what I have here, </w:t>
      </w:r>
    </w:p>
    <w:p>
      <w:r>
        <w:t xml:space="preserve">30:10      (Speaker A)  what I </w:t>
      </w:r>
    </w:p>
    <w:p>
      <w:r>
        <w:t xml:space="preserve">30:10      (Speaker L)  have here is something that you should really look at when making a deciding factor here. Talking about the labor hours, supply. </w:t>
      </w:r>
    </w:p>
    <w:p>
      <w:r>
        <w:t xml:space="preserve">30:27      (Speaker A)  Right. </w:t>
      </w:r>
    </w:p>
    <w:p>
      <w:r>
        <w:t xml:space="preserve">30:27      (Speaker L)  So I've got broken down to the average crew size per day. And I can tell you, you know, the Grants Gardens number matches what it takes to bring this place back to what it was, you know, it was in pretty decent shape. You know, before the hurricanes. </w:t>
      </w:r>
    </w:p>
    <w:p>
      <w:r>
        <w:t xml:space="preserve">30:44      (Speaker A)  Yep. </w:t>
      </w:r>
    </w:p>
    <w:p>
      <w:r>
        <w:t xml:space="preserve">30:45      (Speaker L)  And then you had another render in here. Probably the same guy that's doing it now. </w:t>
      </w:r>
    </w:p>
    <w:p>
      <w:r>
        <w:t xml:space="preserve">30:49      (Speaker A)  I don't know. </w:t>
      </w:r>
    </w:p>
    <w:p>
      <w:r>
        <w:t xml:space="preserve">30:49      (Speaker L)  But you know, I could see a lot of change with, you know, a declining health of the landscape, let alone, you know, just the pure aesthetics. So the staff that we have, again, long term account managers, long term, you know, crew foreman, you know, we have a family atmosphere, no problems with turnover. You know, we like to say that if we are hiring to retire, you know, we have a nice family atmosphere. The labor force is actually finding us, you know, we have a good, solid. When I say solid team. Yeah, I mean. So these numbers reflect every square inch of this property, what it actually takes. So not to shoot myself in the foot here, but these are like real questions you should be talking to the other vendors about. When you see, you know, one point, an average crew size of 1.9 and their man hours per week, how are they going to, how is that, how is that possible? They can bring 10 guys, knock the job out and not see them until the following week. Our staffing is a crew. We like to work with full crews fully equipped to do irrigation, pesticide, maintenance, mowing across the board. That would afford you a crew in here, that three man crew all week long. We work for 10 hour days. So you would have, you know, four days out of the week you would have a premiere. So if something's missed, get a complaint about the pool or palm drawn in the way. Guess what, someone's here. You know, it's not, it's not. I'll catch it next week when I'm on site. </w:t>
      </w:r>
    </w:p>
    <w:p>
      <w:r>
        <w:t xml:space="preserve">32:42      (Speaker A)  But thank you. </w:t>
      </w:r>
    </w:p>
    <w:p>
      <w:r>
        <w:t xml:space="preserve">32:43      (Speaker L)  It's really important, you know, and we have seen the value of that kind </w:t>
      </w:r>
    </w:p>
    <w:p>
      <w:r>
        <w:t xml:space="preserve">32:47      (Speaker A)  of service dealing with, you know, you </w:t>
      </w:r>
    </w:p>
    <w:p>
      <w:r>
        <w:t xml:space="preserve">32:50      (Speaker H)  know, and high end homes. </w:t>
      </w:r>
    </w:p>
    <w:p>
      <w:r>
        <w:t xml:space="preserve">32:52      (Speaker L)  That's what this place needs us is what it used to be here. When you had the trellises out there, the bogan via, you know, it was, it was stunning. You know, it was one of the most stunning entryways, you know, to leave a blade. </w:t>
      </w:r>
    </w:p>
    <w:p>
      <w:r>
        <w:t xml:space="preserve">33:03      (Speaker A)  Right. </w:t>
      </w:r>
    </w:p>
    <w:p>
      <w:r>
        <w:t xml:space="preserve">33:03      (Speaker L)  And then when, you know, all that bogan via, you know, disappeared after the hurricanes, you had the fountains, they weren't working. I'm not sure who I was working with, but I did a, you know, a full digital rendering of using those fountain planters as planters instead of. </w:t>
      </w:r>
    </w:p>
    <w:p>
      <w:r>
        <w:t xml:space="preserve">33:22      (Speaker A)  It was cool. </w:t>
      </w:r>
    </w:p>
    <w:p>
      <w:r>
        <w:t xml:space="preserve">33:23      (Speaker L)  I mean, I thought it looked really, really nice. For whatever reason, you know, change, do </w:t>
      </w:r>
    </w:p>
    <w:p>
      <w:r>
        <w:t xml:space="preserve">33:28      (Speaker A)  what we have now. </w:t>
      </w:r>
    </w:p>
    <w:p>
      <w:r>
        <w:t xml:space="preserve">33:30      (Speaker G)  But </w:t>
      </w:r>
    </w:p>
    <w:p>
      <w:r>
        <w:t xml:space="preserve">33:32      (Speaker L)  yeah, what else to say, you know, what we've got within the staff, you know, we have our own cpco which is the certified pest control license. We do not subcontract anything out at all. </w:t>
      </w:r>
    </w:p>
    <w:p>
      <w:r>
        <w:t xml:space="preserve">33:45      (Speaker H)  We believe self sufficient, you know, so </w:t>
      </w:r>
    </w:p>
    <w:p>
      <w:r>
        <w:t xml:space="preserve">33:48      (Speaker L)  this is kind of property that, you know, it needs the tlc, you know, to just point out a couple of things, you know. You know, driving in the boulevard, you know, all those tree rings on the, on your specimen palms, they used to have beautiful, you know, circle tree rings, you know, that you can mulch one time a year, you know, and give you that boulevard look leading up to the clubhouse here. </w:t>
      </w:r>
    </w:p>
    <w:p>
      <w:r>
        <w:t xml:space="preserve">34:12      (Speaker E)  They're completely thrown in. </w:t>
      </w:r>
    </w:p>
    <w:p>
      <w:r>
        <w:t xml:space="preserve">34:14      (Speaker L)  But in order to, you know, get them back in shape and then maintain them the way you envision this place being maintained, it's going to take those kind of labor hours. So without it with 100 certainty, you're going to get what you're going to get with that. And I'm getting the feeling that you know, you want to, you want to move forward, bring the property values you know, up or stabilizing so they don't decline. And it takes, it takes a company like Brands Gardens, you know, that is used to has the eye, you know, for higher end, you know, luxury condominiums and homes. </w:t>
      </w:r>
    </w:p>
    <w:p>
      <w:r>
        <w:t xml:space="preserve">34:56      (Speaker K)  Weekly basis, you know, we were challenged with our irrigation and you know, other vendors have told us, you know, we're </w:t>
      </w:r>
    </w:p>
    <w:p>
      <w:r>
        <w:t xml:space="preserve">35:04      (Speaker A)  going to look at it, we're going </w:t>
      </w:r>
    </w:p>
    <w:p>
      <w:r>
        <w:t xml:space="preserve">35:05      (Speaker K)  to take pictures of it, just you know, squish, flashing it. </w:t>
      </w:r>
    </w:p>
    <w:p>
      <w:r>
        <w:t xml:space="preserve">35:08      (Speaker A)  It's not bad, right? </w:t>
      </w:r>
    </w:p>
    <w:p>
      <w:r>
        <w:t xml:space="preserve">35:09      (Speaker L)  Well see, that's another perfect example right there. Should start with, you know, all of our different disciplines of, you know, what we do, you know, with grants cards, you get a monthly inspection covers, you know, the 15 disciplines of landscaping, maintenance. You'll have photos, you'll have notes, you'll have corrective actions, you'll have a timeline without fail. You have that once a month. But back to the irrigation, you're right. I mean it's a big problem. But would you have guys on site four days a week? </w:t>
      </w:r>
    </w:p>
    <w:p>
      <w:r>
        <w:t xml:space="preserve">35:39      (Speaker G)  Right. </w:t>
      </w:r>
    </w:p>
    <w:p>
      <w:r>
        <w:t xml:space="preserve">35:41      (Speaker L)  Guess what? They can take care of it. Hey, you know, it's all blown hedge, you know, Lumber Boulevard, you know, you have one phone call to make. The guys on site, it's taken care of, you know, within hours versus I'll be back next week. Meanwhile you've got a guys or you know, two or three times, you know, during that week before it gets taken care of. </w:t>
      </w:r>
    </w:p>
    <w:p>
      <w:r>
        <w:t xml:space="preserve">35:59      (Speaker A)  Well, typically it's not functioning right, right. </w:t>
      </w:r>
    </w:p>
    <w:p>
      <w:r>
        <w:t xml:space="preserve">36:02      (Speaker L)  Or you know, you know, you know you were dealing with plastic parts, right? </w:t>
      </w:r>
    </w:p>
    <w:p>
      <w:r>
        <w:t xml:space="preserve">36:06      (Speaker A)  No. </w:t>
      </w:r>
    </w:p>
    <w:p>
      <w:r>
        <w:t xml:space="preserve">36:06      (Speaker L)  So you know, they get out of adjustment, they spray in the road. No one likes that. After you Got your car detail. Guess what? You know, we're on site. We'll take care for you. You know, so we have a two. We do have a full irrigation install </w:t>
      </w:r>
    </w:p>
    <w:p>
      <w:r>
        <w:t xml:space="preserve">36:20      (Speaker A)  and maintenance department you need servicing us. From Sarasota? Yeah. </w:t>
      </w:r>
    </w:p>
    <w:p>
      <w:r>
        <w:t xml:space="preserve">36:25      (Speaker L)  Yes, from Sarasota. </w:t>
      </w:r>
    </w:p>
    <w:p>
      <w:r>
        <w:t xml:space="preserve">36:27      (Speaker A)  Yeah. </w:t>
      </w:r>
    </w:p>
    <w:p>
      <w:r>
        <w:t xml:space="preserve">36:27      (Speaker L)  The company that used to maintain it. We were pretty much in the same proximity, you know, so it's really, you know, you're right off the interstate. It makes it easy to get to. But we also are a design build company. Like, half of our company is, you know, design build. The other half is maintenance. So, you know, we have, you know, the landscape architects on staff. Designers on staff. I do digital, you know, the digital imaging, you know, for free. You know, I should have brought some examples. So, you know, for an example, rather than, you know, if you wanted to just facelift, you know, your clubhouse here, rather than getting an architect and, you know, paying the deposit, you know, and getting a. Maybe the digital images, you know, I'll take a picture of it, fill it all in with, you know, Florida friendly would be the way to go. And you'll be able to see, you know, pass it around and vote on it. Because when you're looking at architectural drawings, you know, you can pass it around and say, this circle is, you know, a Cassidy tree. This is a flax lily. But no one knows the digital imaging, you know, they show you exactly what it's going to work like. And we do. That's a service, you know, we offer for free. </w:t>
      </w:r>
    </w:p>
    <w:p>
      <w:r>
        <w:t xml:space="preserve">37:37      (Speaker K)  You got us at 123 hours a week. </w:t>
      </w:r>
    </w:p>
    <w:p>
      <w:r>
        <w:t xml:space="preserve">37:41      (Speaker A)  Man hours. Yes. </w:t>
      </w:r>
    </w:p>
    <w:p>
      <w:r>
        <w:t xml:space="preserve">37:42      (Speaker K)  And of course, later, that'll be every two weeks. </w:t>
      </w:r>
    </w:p>
    <w:p>
      <w:r>
        <w:t xml:space="preserve">37:46      (Speaker L)  The what? </w:t>
      </w:r>
    </w:p>
    <w:p>
      <w:r>
        <w:t xml:space="preserve">37:47      (Speaker K)  That'll be in the winter. </w:t>
      </w:r>
    </w:p>
    <w:p>
      <w:r>
        <w:t xml:space="preserve">37:48      (Speaker A)  No. </w:t>
      </w:r>
    </w:p>
    <w:p>
      <w:r>
        <w:t xml:space="preserve">37:49      (Speaker L)  So our contracts and this. I'm glad you brought up, that all of our contracts are 50 weeks, even during the, you know, the. We'll call it the fall winter season. Which, by the way, you know, you get trapped in these 42 modes. But guess what? Last three or four years. Anyone that's been around here for a while knows that it's still. It's still 100 degrees in October going into November. The grass is growing. And you're looking at the landscape. We're saying, you know, hey, we didn't know the grass. They're pointing out of the contract it's only 42. </w:t>
      </w:r>
    </w:p>
    <w:p>
      <w:r>
        <w:t xml:space="preserve">38:22      (Speaker A)  We're at 50. </w:t>
      </w:r>
    </w:p>
    <w:p>
      <w:r>
        <w:t xml:space="preserve">38:24      (Speaker L)  And even if we're not mowing, if it doesn't need to be cut, you know, we still have guys inside. </w:t>
      </w:r>
    </w:p>
    <w:p>
      <w:r>
        <w:t xml:space="preserve">38:29      (Speaker A)  Guess what? </w:t>
      </w:r>
    </w:p>
    <w:p>
      <w:r>
        <w:t xml:space="preserve">38:29      (Speaker L)  You know, palm fronds are still falling, weeds are still growing. You know, even, you know, some of the detail work, like, you know, the hard and soft edging, the preserves. You know, this. There's a lot to do here. </w:t>
      </w:r>
    </w:p>
    <w:p>
      <w:r>
        <w:t xml:space="preserve">38:43      (Speaker G)  Yeah. Management. </w:t>
      </w:r>
    </w:p>
    <w:p>
      <w:r>
        <w:t xml:space="preserve">38:45      (Speaker K)  You guys all do that, right? Like our bonds? </w:t>
      </w:r>
    </w:p>
    <w:p>
      <w:r>
        <w:t xml:space="preserve">38:48      (Speaker A)  No, no, we don't. We use someone. That's right. </w:t>
      </w:r>
    </w:p>
    <w:p>
      <w:r>
        <w:t xml:space="preserve">38:51      (Speaker L)  Yeah. </w:t>
      </w:r>
    </w:p>
    <w:p>
      <w:r>
        <w:t xml:space="preserve">38:51      (Speaker A)  Most communities. Yeah. You know, would hire someone else and </w:t>
      </w:r>
    </w:p>
    <w:p>
      <w:r>
        <w:t xml:space="preserve">38:55      (Speaker K)  I did see that your ratings are way up. I see 4.7. </w:t>
      </w:r>
    </w:p>
    <w:p>
      <w:r>
        <w:t xml:space="preserve">39:00      (Speaker L)  Yeah, well, that's. Again, you know, it's. We do have a really good reputation in. Thank you for again, you know. </w:t>
      </w:r>
    </w:p>
    <w:p>
      <w:r>
        <w:t xml:space="preserve">39:08      (Speaker C)  No, you. You showed up. You deserve to have an opportunity to speak. </w:t>
      </w:r>
    </w:p>
    <w:p>
      <w:r>
        <w:t xml:space="preserve">39:12      (Speaker L)  Yeah. </w:t>
      </w:r>
    </w:p>
    <w:p>
      <w:r>
        <w:t xml:space="preserve">39:12      (Speaker A)  So we do. </w:t>
      </w:r>
    </w:p>
    <w:p>
      <w:r>
        <w:t xml:space="preserve">39:13      (Speaker L)  We do have. I've been in this business, you know, for over 40 years, believe it or not. And we do have. You know, we do. We maintain and we hold properties. You know, we have some really what I would call enviable types of jobs, you know, and Lakeside Plantation, you know, would be a good fit, you know, to just, you know, basically it's not. </w:t>
      </w:r>
    </w:p>
    <w:p>
      <w:r>
        <w:t xml:space="preserve">39:46      (Speaker A)  I don't want to, you know, say </w:t>
      </w:r>
    </w:p>
    <w:p>
      <w:r>
        <w:t xml:space="preserve">39:47      (Speaker L)  you're in horrible shape here, but it can. </w:t>
      </w:r>
    </w:p>
    <w:p>
      <w:r>
        <w:t xml:space="preserve">39:50      (Speaker C)  Look, we sort of are. I'll say it. </w:t>
      </w:r>
    </w:p>
    <w:p>
      <w:r>
        <w:t xml:space="preserve">39:58      (Speaker G)  Yeah. Okay. </w:t>
      </w:r>
    </w:p>
    <w:p>
      <w:r>
        <w:t xml:space="preserve">39:58      (Speaker B)  The bar. The bar is set very low. </w:t>
      </w:r>
    </w:p>
    <w:p>
      <w:r>
        <w:t xml:space="preserve">40:06      (Speaker L)  You know, you have Toledo Blade. </w:t>
      </w:r>
    </w:p>
    <w:p>
      <w:r>
        <w:t xml:space="preserve">40:10      (Speaker K)  We got conversation all around the exact. </w:t>
      </w:r>
    </w:p>
    <w:p>
      <w:r>
        <w:t xml:space="preserve">40:13      (Speaker L)  I take mushroom, I think you know, when you know again, whoever's promising, you know, to do what I'm saying with the. </w:t>
      </w:r>
    </w:p>
    <w:p>
      <w:r>
        <w:t xml:space="preserve">40:28      (Speaker C)  Who were you with before then? You were saying, was it LMP then or. </w:t>
      </w:r>
    </w:p>
    <w:p>
      <w:r>
        <w:t xml:space="preserve">40:31      (Speaker A)  Yes, okay. </w:t>
      </w:r>
    </w:p>
    <w:p>
      <w:r>
        <w:t xml:space="preserve">40:32      (Speaker C)  Yeah, okay. I mean when did you leave LMP then? </w:t>
      </w:r>
    </w:p>
    <w:p>
      <w:r>
        <w:t xml:space="preserve">40:37      (Speaker L)  Well, well, I've been actually the current vendors during the hurricanes, you know, the clubhouse was leaking and tennis courts were down and I think our contract expired. And at that time there was just like so much going on. I guess the pressure washing company said he would do it or could do it. Maybe that's the guy you have now. I don't know. </w:t>
      </w:r>
    </w:p>
    <w:p>
      <w:r>
        <w:t xml:space="preserve">41:01      (Speaker A)  But no. It's a landscape. Is it? </w:t>
      </w:r>
    </w:p>
    <w:p>
      <w:r>
        <w:t xml:space="preserve">41:03      (Speaker L)  Okay, well that's what happened then. </w:t>
      </w:r>
    </w:p>
    <w:p>
      <w:r>
        <w:t xml:space="preserve">41:06      (Speaker A)  Your pressure was. </w:t>
      </w:r>
    </w:p>
    <w:p>
      <w:r>
        <w:t xml:space="preserve">41:08      (Speaker C)  LNP was just a year ago. Year, two months ago or something. So that's. That's. </w:t>
      </w:r>
    </w:p>
    <w:p>
      <w:r>
        <w:t xml:space="preserve">41:15      (Speaker A)  They. </w:t>
      </w:r>
    </w:p>
    <w:p>
      <w:r>
        <w:t xml:space="preserve">41:15      (Speaker C)  We had LMP up until that point. </w:t>
      </w:r>
    </w:p>
    <w:p>
      <w:r>
        <w:t xml:space="preserve">41:19      (Speaker A)  Before. </w:t>
      </w:r>
    </w:p>
    <w:p>
      <w:r>
        <w:t xml:space="preserve">41:20      (Speaker B)  Before me. I mean they were. </w:t>
      </w:r>
    </w:p>
    <w:p>
      <w:r>
        <w:t xml:space="preserve">41:24      (Speaker C)  And I've been with July has only been here just. They were like in June of 25 or something like that. </w:t>
      </w:r>
    </w:p>
    <w:p>
      <w:r>
        <w:t xml:space="preserve">41:33      (Speaker L)  So when I say I know every, you know, nook and cranium of this place and I know what it takes to maintain it. </w:t>
      </w:r>
    </w:p>
    <w:p>
      <w:r>
        <w:t xml:space="preserve">41:39      (Speaker A)  I do. So. </w:t>
      </w:r>
    </w:p>
    <w:p>
      <w:r>
        <w:t xml:space="preserve">41:41      (Speaker E)  So for that. So now that we've so. And sorry for overtime. Blaine wants to cut me off too bad. </w:t>
      </w:r>
    </w:p>
    <w:p>
      <w:r>
        <w:t xml:space="preserve">41:48      (Speaker B)  No, no, no, you're fine, you're fine. </w:t>
      </w:r>
    </w:p>
    <w:p>
      <w:r>
        <w:t xml:space="preserve">41:50      (Speaker A)  Yeah, go ahead. </w:t>
      </w:r>
    </w:p>
    <w:p>
      <w:r>
        <w:t xml:space="preserve">41:51      (Speaker E)  Oh, no, for that. So with, with the previous. You were here before the hurricane. </w:t>
      </w:r>
    </w:p>
    <w:p>
      <w:r>
        <w:t xml:space="preserve">41:57      (Speaker M)  Yes. </w:t>
      </w:r>
    </w:p>
    <w:p>
      <w:r>
        <w:t xml:space="preserve">41:58      (Speaker E)  Can you point out a couple items I know you've talked, just sprinkle them in. What was different that you would see improving from before the hurricane to now? </w:t>
      </w:r>
    </w:p>
    <w:p>
      <w:r>
        <w:t xml:space="preserve">42:06      (Speaker L)  Well, the first thing, it catches my eye and it drives me nuts. You know, you have, I know you're a few less right now than the jewel specimen bombs. And you know that oaks down the boulevard, you know, nice perfect circles, you know, that you can mulch in during the fall. You know, that give you that boulevard look, you know, the, you know, canopying the oak trees up, you know, giving you that the boulevard look. I mean, that's one, that's one, One thing that was always, you know, kind of a problem in here is maintaining all of the, you know, the preserve areas and keeping back the trees. And it looks like, you know, on this RFP too, that there's a little bit more that has been added than there was previous. </w:t>
      </w:r>
    </w:p>
    <w:p>
      <w:r>
        <w:t xml:space="preserve">42:48      (Speaker A)  But, but prouder. </w:t>
      </w:r>
    </w:p>
    <w:p>
      <w:r>
        <w:t xml:space="preserve">42:49      (Speaker M)  Yes. </w:t>
      </w:r>
    </w:p>
    <w:p>
      <w:r>
        <w:t xml:space="preserve">42:49      (Speaker E)  And, and clean can stop me if this is going too far into it, but for the mulching around the trees, all that's not part of your guys base bid. That would be an extra service. </w:t>
      </w:r>
    </w:p>
    <w:p>
      <w:r>
        <w:t xml:space="preserve">42:59      (Speaker L)  Oh, yeah. The mulching manuals, cell bombs are always, you know. </w:t>
      </w:r>
    </w:p>
    <w:p>
      <w:r>
        <w:t xml:space="preserve">43:02      (Speaker E)  Okay, I just want to make sure that that's clear here, that we're not all coming out with the idea that we're going to have this right off the bat. </w:t>
      </w:r>
    </w:p>
    <w:p>
      <w:r>
        <w:t xml:space="preserve">43:09      (Speaker A)  Right. </w:t>
      </w:r>
    </w:p>
    <w:p>
      <w:r>
        <w:t xml:space="preserve">43:10      (Speaker L)  But if you wanted to do it today, guess what? You, you can because of the condition. </w:t>
      </w:r>
    </w:p>
    <w:p>
      <w:r>
        <w:t xml:space="preserve">43:15      (Speaker A)  Right? </w:t>
      </w:r>
    </w:p>
    <w:p>
      <w:r>
        <w:t xml:space="preserve">43:16      (Speaker E)  Yeah, I just want to make sure for my clarity. And then the residents that are here, that, that beautiful. That's why I asked the question, what could you guys do now? And the item you gave back to me was an extra service. And that's fine, but that would not be immediately. </w:t>
      </w:r>
    </w:p>
    <w:p>
      <w:r>
        <w:t xml:space="preserve">43:30      (Speaker A)  So. </w:t>
      </w:r>
    </w:p>
    <w:p>
      <w:r>
        <w:t xml:space="preserve">43:30      (Speaker L)  And I would start, you know, I would start with that and you know, getting the trimming, you know, back in control. You know, see, I thought they're trimming now, but you know, in my opinion, it's. That's just for show now. Too late. </w:t>
      </w:r>
    </w:p>
    <w:p>
      <w:r>
        <w:t xml:space="preserve">43:43      (Speaker A)  Right? </w:t>
      </w:r>
    </w:p>
    <w:p>
      <w:r>
        <w:t xml:space="preserve">43:44      (Speaker B)  All right, we good? </w:t>
      </w:r>
    </w:p>
    <w:p>
      <w:r>
        <w:t xml:space="preserve">43:46      (Speaker D)  Any last questions? Are we good? </w:t>
      </w:r>
    </w:p>
    <w:p>
      <w:r>
        <w:t xml:space="preserve">43:48      (Speaker A)  Yes, we good. </w:t>
      </w:r>
    </w:p>
    <w:p>
      <w:r>
        <w:t xml:space="preserve">43:49      (Speaker B)  Okay. Oh, Bud's got a question. </w:t>
      </w:r>
    </w:p>
    <w:p>
      <w:r>
        <w:t xml:space="preserve">43:52      (Speaker G)  What I'm interested in is you've covered it pretty well, but I, I would like somebody who comes in and looks at everything. I don't want the manager having to call your organization and say, we need this, we need that. You've already covered that because that's two separate jobs. The manager has enough to do now. And if you're hired as that pick that position, I want you to be able to come in and tell us and tell Harold what this place needs. </w:t>
      </w:r>
    </w:p>
    <w:p>
      <w:r>
        <w:t xml:space="preserve">44:18      (Speaker A)  Right? </w:t>
      </w:r>
    </w:p>
    <w:p>
      <w:r>
        <w:t xml:space="preserve">44:19      (Speaker L)  And that's exactly what we do. You know, I'll call that a 30, 60, 90 day plan. Come in, you know, do a complete irrigation audit, tell you what you need, tell you any upgrades that we think you might need. So you know, by the second month we're starting at zero. </w:t>
      </w:r>
    </w:p>
    <w:p>
      <w:r>
        <w:t xml:space="preserve">44:33      (Speaker A)  Now we're whole. Right. </w:t>
      </w:r>
    </w:p>
    <w:p>
      <w:r>
        <w:t xml:space="preserve">44:35      (Speaker L)  And the same thing with, you know, any of the upgrades on the polar bar ornamental wise again, that's what we do, you know. </w:t>
      </w:r>
    </w:p>
    <w:p>
      <w:r>
        <w:t xml:space="preserve">44:44      (Speaker G)  Thank you. </w:t>
      </w:r>
    </w:p>
    <w:p>
      <w:r>
        <w:t xml:space="preserve">44:45      (Speaker C)  All right, well. </w:t>
      </w:r>
    </w:p>
    <w:p>
      <w:r>
        <w:t xml:space="preserve">44:46      (Speaker A)  Okay. </w:t>
      </w:r>
    </w:p>
    <w:p>
      <w:r>
        <w:t xml:space="preserve">44:46      (Speaker B)  Okay, thank you. Appreciate it. All right, next is Juniper, correct? </w:t>
      </w:r>
    </w:p>
    <w:p>
      <w:r>
        <w:t xml:space="preserve">44:53      (Speaker D)  Yeah. Yes, next is Juniper. </w:t>
      </w:r>
    </w:p>
    <w:p>
      <w:r>
        <w:t xml:space="preserve">45:00      (Speaker L)  I know, me too. </w:t>
      </w:r>
    </w:p>
    <w:p>
      <w:r>
        <w:t xml:space="preserve">45:07      (Speaker J)  Where do we go? </w:t>
      </w:r>
    </w:p>
    <w:p>
      <w:r>
        <w:t xml:space="preserve">45:09      (Speaker C)  Right here. Mike's right here for you actually. </w:t>
      </w:r>
    </w:p>
    <w:p>
      <w:r>
        <w:t xml:space="preserve">45:10      (Speaker J)  Have to talk? </w:t>
      </w:r>
    </w:p>
    <w:p>
      <w:r>
        <w:t xml:space="preserve">45:11      (Speaker C)  Yeah, You got to get on your knees. </w:t>
      </w:r>
    </w:p>
    <w:p>
      <w:r>
        <w:t xml:space="preserve">45:21      (Speaker A)  My name is Ed. </w:t>
      </w:r>
    </w:p>
    <w:p>
      <w:r>
        <w:t xml:space="preserve">45:23      (Speaker J)  This is Wyatt Renier, operations manager. I'm the branch manager. I'm not a salesperson so this should be easy because I have no fluff on my sales like I said. So I did drop down some things. So Lakeside Plantation is a very large community. Got a lot of roadways, got a lot of ponds and a lot of preserves. So it's very important for us being production mowers, make sure we do a good job. And then my operations team has made sure the quality is there. Reserve management is one of the big things. I'm sure you get a lot of calls about cutting back those areas where there's a lot of stuff coming out. One of the things we're definitely going to do is try to cut that, keep it back. That's kind of keep the residents from calling up that we're not doing our job. Irrigation is one of my background is irrigation. Done it for 50 years. Not to show my age, but I brought a couple of reports just so you can see what we do. And also let's have an idea. We use this called canvas. So every time we do an inspection, every single zone is turned on electrically. Every single part that's replaced, it's all identified. It goes through the textures, notepads, so it's not scrub with paper. They get all wet when they're doing the work. </w:t>
      </w:r>
    </w:p>
    <w:p>
      <w:r>
        <w:t xml:space="preserve">46:40      (Speaker A)  It's thorough. </w:t>
      </w:r>
    </w:p>
    <w:p>
      <w:r>
        <w:t xml:space="preserve">46:41      (Speaker C)  Oh, I thought you said that. Oh, the whole thing. </w:t>
      </w:r>
    </w:p>
    <w:p>
      <w:r>
        <w:t xml:space="preserve">46:47      (Speaker A)  Request. </w:t>
      </w:r>
    </w:p>
    <w:p>
      <w:r>
        <w:t xml:space="preserve">46:48      (Speaker J)  We do have 18 irrigation technicians that work out of the just the dentist office. They're all homegrown guys who train our own people. We have an install team that, hey, these guys want to go to maintenance. We train, don't take out the street. We've been doing it forever because they always have that now let's call bad things they did in the past to get away. Health management is based on making things better. It's not just putting on fertilizer, it's letting you know what we can. We're doing a thing called paranza soil now, soil that's specially made to go over top of grass and gets the nutrients and gives it organic matter and it lasts a lot longer than just a fertilizer. So we're using that. A lot of new properties that we're doing. Island walk just. We just finished doing probably about 600 homes in there. But that's some of the toughest because as you build, you know, all these buildings take all the soil out of the ponds. They put it down, they put grass up with. We're trying to build a nice soil base which in the long run is going to make yourself your grass better. Communication is probably one of our keys. Every single time we do a mowing at the end of the week you're going to get a notice of what we've done and you're also going to get a calendar saying what we're going to do during that month and then when they save their calendar, they're going </w:t>
      </w:r>
    </w:p>
    <w:p>
      <w:r>
        <w:t xml:space="preserve">48:03      (Speaker A)  to say we're going to do next week. </w:t>
      </w:r>
    </w:p>
    <w:p>
      <w:r>
        <w:t xml:space="preserve">48:04      (Speaker J)  Any things that the account manager sees that is going to be explained and any kind of improvements that you need. Our storm response team, I actually brought the rates that we use. We send that out to every community so that you have idea of what we charge. And there's no one bigger in the state of Florida than Juniper. As far as when it comes to hurricane response, we've got just in the Venice branch, probably 15 loaders. We don't rent them, we own them. So when a storm comes, we're ready to go. As far as how we're set up operationally, why talk about that? So go by. </w:t>
      </w:r>
    </w:p>
    <w:p>
      <w:r>
        <w:t xml:space="preserve">48:48      (Speaker M)  Yeah, so operationally again, I oversee all operations for Venice and Juniper. So basically I have eight production managers that are me who oversee all field operations and as far as crews, so again our account managers are more focused client base and making sure you guys are taken care of, doing the weekly updates, talking to you and doing the enhancement work. My guys are just in the dirt with everybody else, making sure everything's done, making sure machines are equipped, making sure safety is there, making sure crews are being checked on and you know, everything is actually being watched. There's not, you know, just one account manager that's overseeing Everything. Now I have a dedicated production manager to every single property within our book of business that report directly to me. And that's all they do. So as far as operations, we have again, any. This is a lot of big field mowing. So again we have, you know, 144s, we have large field equipment for these kind of areas. So yeah, that's. </w:t>
      </w:r>
    </w:p>
    <w:p>
      <w:r>
        <w:t xml:space="preserve">49:43      (Speaker J)  And so one of the questions was supply. Choose juniper on depth of resources. We have our own ag team, we have our own irrigation teams. </w:t>
      </w:r>
    </w:p>
    <w:p>
      <w:r>
        <w:t xml:space="preserve">49:52      (Speaker A)  We have. </w:t>
      </w:r>
    </w:p>
    <w:p>
      <w:r>
        <w:t xml:space="preserve">49:52      (Speaker J)  You get a dedicated account manager that's serves the board and the residents. Then the production is completely. We kind of keep it two different levels. Proactive communications. As I said before, every single week you get communication. Let you know what we've got and what we're going to be doing. And long term assistant management. As far as like budgets and what you. If you wanted a three year budget or five year budget, we've been doing it for a long time. The company's been around 25 years. So as this happens. So we've got a lot of assets, we've got a lot of information we can give you over time as far as irrigation and you know, if you want to make improvements on the irrigation because that usually especially coming off the straw here we just had. We have a lot of information to help make improvements down the road. So I think that's what we got. </w:t>
      </w:r>
    </w:p>
    <w:p>
      <w:r>
        <w:t xml:space="preserve">50:39      (Speaker B)  This is board. How many questions? Yeah, you're. You're Good. You got five minutes. </w:t>
      </w:r>
    </w:p>
    <w:p>
      <w:r>
        <w:t xml:space="preserve">50:43      (Speaker G)  Your company incorporated 25 years ago. </w:t>
      </w:r>
    </w:p>
    <w:p>
      <w:r>
        <w:t xml:space="preserve">50:46      (Speaker A)  Yes. </w:t>
      </w:r>
    </w:p>
    <w:p>
      <w:r>
        <w:t xml:space="preserve">50:46      (Speaker J)  I think for longer </w:t>
      </w:r>
    </w:p>
    <w:p>
      <w:r>
        <w:t xml:space="preserve">50:50      (Speaker E)  Devon's gonna ask his question. I know I'm not gonna steal. </w:t>
      </w:r>
    </w:p>
    <w:p>
      <w:r>
        <w:t xml:space="preserve">50:55      (Speaker B)  He's still thinking about it. Anybody else? Yep. Bud. </w:t>
      </w:r>
    </w:p>
    <w:p>
      <w:r>
        <w:t xml:space="preserve">51:02      (Speaker G)  No, just. </w:t>
      </w:r>
    </w:p>
    <w:p>
      <w:r>
        <w:t xml:space="preserve">51:04      (Speaker B)  Oh, thought you were raising your hand. </w:t>
      </w:r>
    </w:p>
    <w:p>
      <w:r>
        <w:t xml:space="preserve">51:07      (Speaker A)  How many. </w:t>
      </w:r>
    </w:p>
    <w:p>
      <w:r>
        <w:t xml:space="preserve">51:08      (Speaker C)  How many developments around here do you do. I mean I don't need the names, but I mean you do 10, 12, whatever. How many? </w:t>
      </w:r>
    </w:p>
    <w:p>
      <w:r>
        <w:t xml:space="preserve">51:14      (Speaker J)  55 Laurel Road and B. </w:t>
      </w:r>
    </w:p>
    <w:p>
      <w:r>
        <w:t xml:space="preserve">51:20      (Speaker G)  Well, I do have one more question. We've asked this of the other participants, I'll ask you also how many you have several employees or any employees from LMP that work for you. </w:t>
      </w:r>
    </w:p>
    <w:p>
      <w:r>
        <w:t xml:space="preserve">51:31      (Speaker J)  Now at this point I think we only have the two mechanics, Sergio and Sergio. </w:t>
      </w:r>
    </w:p>
    <w:p>
      <w:r>
        <w:t xml:space="preserve">51:38      (Speaker G)  They're just in the maintenance portion. </w:t>
      </w:r>
    </w:p>
    <w:p>
      <w:r>
        <w:t xml:space="preserve">51:40      (Speaker A)  Right. </w:t>
      </w:r>
    </w:p>
    <w:p>
      <w:r>
        <w:t xml:space="preserve">51:40      (Speaker J)  I'm sorry. Fourth, Scott Carlson is in Tampa. He is the vice president of customer service. </w:t>
      </w:r>
    </w:p>
    <w:p>
      <w:r>
        <w:t xml:space="preserve">51:46      (Speaker G)  But nobody's making any major decisions. </w:t>
      </w:r>
    </w:p>
    <w:p>
      <w:r>
        <w:t xml:space="preserve">51:48      (Speaker A)  No. Okay. </w:t>
      </w:r>
    </w:p>
    <w:p>
      <w:r>
        <w:t xml:space="preserve">51:49      (Speaker M)  No, no. Does me. </w:t>
      </w:r>
    </w:p>
    <w:p>
      <w:r>
        <w:t xml:space="preserve">51:53      (Speaker D)  If the. If the board doesn't mind, I'd like to ask a question. </w:t>
      </w:r>
    </w:p>
    <w:p>
      <w:r>
        <w:t xml:space="preserve">51:57      (Speaker C)  Sure, go ahead. </w:t>
      </w:r>
    </w:p>
    <w:p>
      <w:r>
        <w:t xml:space="preserve">51:59      (Speaker D)  Yeah. My question is about staffing the site. Some other vendors have mentioned specifically how many Personnel and how many days they'll be on. On site, on week. In your proposal, you have seven people four days a week. It doesn't really add up to the labor hours that you've put. So if you can just kind of clarify how you guys will staff the site and how you will, you know, have your personnel and whether they'll be in groups, whether they'll come one day a week, how that's going to play out. </w:t>
      </w:r>
    </w:p>
    <w:p>
      <w:r>
        <w:t xml:space="preserve">52:27      (Speaker J)  Yeah, Scott kind of missed that. He's the one that put this together because he worked here, he said, for five years. It's supposed to be seven guys one day a week. </w:t>
      </w:r>
    </w:p>
    <w:p>
      <w:r>
        <w:t xml:space="preserve">52:35      (Speaker M)  And. </w:t>
      </w:r>
    </w:p>
    <w:p>
      <w:r>
        <w:t xml:space="preserve">52:35      (Speaker J)  And he counted as four if it's a bulk. </w:t>
      </w:r>
    </w:p>
    <w:p>
      <w:r>
        <w:t xml:space="preserve">52:38      (Speaker A)  So it's. </w:t>
      </w:r>
    </w:p>
    <w:p>
      <w:r>
        <w:t xml:space="preserve">52:39      (Speaker J)  It's basically one. One crew is seven, and it's 70 </w:t>
      </w:r>
    </w:p>
    <w:p>
      <w:r>
        <w:t xml:space="preserve">52:41      (Speaker A)  hours to do the multiple. </w:t>
      </w:r>
    </w:p>
    <w:p>
      <w:r>
        <w:t xml:space="preserve">52:45      (Speaker C)  And what about the upkeep? You know, the trimming and the ponds? </w:t>
      </w:r>
    </w:p>
    <w:p>
      <w:r>
        <w:t xml:space="preserve">52:49      (Speaker J)  The trimming was 80 hours. That's all included. As far as the 70 hours, it's all in there. The trimming itself, the detail is 80 hours. And irrigation was two men for a day. It does take a little longer when we first start, because that form I showed you, we have to identify every single zone, where it is, what it is. So it takes. The actual audit takes a while. </w:t>
      </w:r>
    </w:p>
    <w:p>
      <w:r>
        <w:t xml:space="preserve">53:12      (Speaker M)  And we do that on both sides for the audits as well. It's not just the irrigation. We'll actually go out to the field and take pictures and, you know, make recommendations from 30 days to 90 days of what we're seeing in the field, too, for you guys to see and understand what issues we're seeing in the field that could be fixed. </w:t>
      </w:r>
    </w:p>
    <w:p>
      <w:r>
        <w:t xml:space="preserve">53:26      (Speaker C)  And when you mentioned Sergio, is it the same Sergio we had here before? Because when I. When I first got on. When I first got on the board, you know, I got onto the landscape, I. I was pretty much immediately assigned on the landscaping thing, and I was getting good response. And then all of a sudden, I'm sending messages, phone calls, emails, or whatever I was doing, and I was not getting any responses back. And then things just kind of started going to hell. What's that? </w:t>
      </w:r>
    </w:p>
    <w:p>
      <w:r>
        <w:t xml:space="preserve">53:59      (Speaker A)  Yeah. </w:t>
      </w:r>
    </w:p>
    <w:p>
      <w:r>
        <w:t xml:space="preserve">54:00      (Speaker J)  Now Sergio still works for us, but he's actually doing a different area. This would be O. Who's actually lives in capable. </w:t>
      </w:r>
    </w:p>
    <w:p>
      <w:r>
        <w:t xml:space="preserve">54:07      (Speaker A)  Okay. </w:t>
      </w:r>
    </w:p>
    <w:p>
      <w:r>
        <w:t xml:space="preserve">54:08      (Speaker J)  He does this error. </w:t>
      </w:r>
    </w:p>
    <w:p>
      <w:r>
        <w:t xml:space="preserve">54:09      (Speaker C)  Okay. Because, like I say, it. </w:t>
      </w:r>
    </w:p>
    <w:p>
      <w:r>
        <w:t xml:space="preserve">54:10      (Speaker A)  It. </w:t>
      </w:r>
    </w:p>
    <w:p>
      <w:r>
        <w:t xml:space="preserve">54:11      (Speaker C)  It got to the point that we were getting no response. Right arrow. </w:t>
      </w:r>
    </w:p>
    <w:p>
      <w:r>
        <w:t xml:space="preserve">54:17      (Speaker A)  So. And we're looking. </w:t>
      </w:r>
    </w:p>
    <w:p>
      <w:r>
        <w:t xml:space="preserve">54:19      (Speaker K)  Your rotation is going to be 40 Molins. </w:t>
      </w:r>
    </w:p>
    <w:p>
      <w:r>
        <w:t xml:space="preserve">54:24      (Speaker A)  How is it broken up? </w:t>
      </w:r>
    </w:p>
    <w:p>
      <w:r>
        <w:t xml:space="preserve">54:25      (Speaker J)  Yeah, I think it's on. It's every other week until mid March. And Then it's every week after that, </w:t>
      </w:r>
    </w:p>
    <w:p>
      <w:r>
        <w:t xml:space="preserve">54:32      (Speaker K)  so typically the ones I've seen. </w:t>
      </w:r>
    </w:p>
    <w:p>
      <w:r>
        <w:t xml:space="preserve">54:38      (Speaker B)  Any other questions for him? Okay. </w:t>
      </w:r>
    </w:p>
    <w:p>
      <w:r>
        <w:t xml:space="preserve">54:44      (Speaker C)  Okay. </w:t>
      </w:r>
    </w:p>
    <w:p>
      <w:r>
        <w:t xml:space="preserve">54:44      (Speaker B)  All right. Thank you for your time. </w:t>
      </w:r>
    </w:p>
    <w:p>
      <w:r>
        <w:t xml:space="preserve">54:46      (Speaker A)  Thank you. </w:t>
      </w:r>
    </w:p>
    <w:p>
      <w:r>
        <w:t xml:space="preserve">54:47      (Speaker K)  Appreciate your time. </w:t>
      </w:r>
    </w:p>
    <w:p>
      <w:r>
        <w:t xml:space="preserve">54:48      (Speaker A)  Good night. </w:t>
      </w:r>
    </w:p>
    <w:p>
      <w:r>
        <w:t xml:space="preserve">54:56      (Speaker B)  Green tops. Hi, how you doing? </w:t>
      </w:r>
    </w:p>
    <w:p>
      <w:r>
        <w:t xml:space="preserve">55:16      (Speaker E)  All right, </w:t>
      </w:r>
    </w:p>
    <w:p>
      <w:r>
        <w:t xml:space="preserve">55:19      (Speaker K)  you're on. </w:t>
      </w:r>
    </w:p>
    <w:p>
      <w:r>
        <w:t xml:space="preserve">55:20      (Speaker B)  Okay, One second, one second. All right. Yeah. If you could just tell us a little bit about your company and about your proposal, and then we'll have a question and answer with the board. </w:t>
      </w:r>
    </w:p>
    <w:p>
      <w:r>
        <w:t xml:space="preserve">55:35      (Speaker H)  Yeah. I'm Steve Grant. I'm the owner of Green Cops. My company started in 89 in Northern Virginia, mainly for trees and landscaping in the D.C. area. And then I came down here in 2005 and worked for artistry with Bill, actually, for almost five years. And then I decided to go out on my own again. So I reformed Green Tops again down here, and we've been mainly trees for the last few years. But when I was with the artistry, we did the landscape installation, FNGLA certified, and then a few other certifications that the EMP and all the business practices, and then helped manage the nursery as. As well, while I was at Artistry. It's a really good jumping point from trees, specifically plants. And so then when I started the Green Tops here, it just, you know, I started working in plantation when you guys were barely even around. There's a lot of different segments in the area that wasn't built yet. You know what I mean? So I've been in here doing a lot of trees, small landscape renovations, the. The irrigation and such as well. So after that, we been doing some. A lot of residential landscape maintenance up on Longboat Key, Siesta Key, Minnesota Beach. Since then, we've kind of cut ties with Longboat Key as far as regular maintenance, because our shop that we have currently is up on Jack Durand right there around the roundabout. </w:t>
      </w:r>
    </w:p>
    <w:p>
      <w:r>
        <w:t xml:space="preserve">57:32      (Speaker G)  We've. </w:t>
      </w:r>
    </w:p>
    <w:p>
      <w:r>
        <w:t xml:space="preserve">57:32      (Speaker H)  We've purchased a couple acres right here, including our blade and 41 that we're gonna put a satellite shop match, you know what I mean? Mainly for the landscape maintenance, the. The pest control. Right now we've got an lno, which is the guy that holds the license for spraying and. And such for the lawn and ornamental, you know, your chemicals and everything. Should be two more months and I'll be available to take my test so I can. I can invest my whole company under my license myself. So we can do, you know, different types of. Under my license, you know, so my license. And we've got quite a few, you know, larger accounts up and down Toledo Blade. One of them is King's Classic. That's the Only held for quite a long time now. I don't know, it's well over eight years. It's been longer than that since we've been working with Jeff. That's a pretty good size account and it's. And then we've got a few other commercial accounts. Got a bunch of them in Venice. And then we still hold all the residential maintenance accounts for the grass and mowing and stuff up and down the beaches. Because you know, the one thing that sets us, sets us apart is the education that we held for our, the guys that work with us. Like there's, like I said, our forte is trees. We do a lot of trees for them. The various companies that do maintenance because the workman's conflictly do trees is written in a manner that you have to specifically be labeled a tree department. Like our do the maintenance are labeled one thing tree department for the other thing. The guys that actually do the climate are labeled for another thing. It's a pretty intricate. Categorizing as far as the, what we said. So we do a lot of the trees. There's a lot of, there's a lot of communities that hire us specifically for the trees because not only do we do a good job trimming the trees, but we do a great job educating our customers. That's the one thing you can go on our website and see is like our customers are educated the time of year on the regular to groups like this, the agency and explain to exactly what we're trying to do, setting them up for the future. No, we're not just coming in there and cutting for clearance. We're cutting in a manner that's going to clear, clear it so it's going to grow steady because you know, we've got afternoon Thunderstorms that get 60, 70 mile an hour winds. So with that being said, back to the education, you know, like there's seven ISA certified harvest lawn staff. We have other certifications, proper, proven qualification, tree risk assessment, you know, and then when it comes to the landscape maintenance, the guys that do the residential or the commercial, if they don't know how to run an irrigation clock, they are taught right off the bat if they don't know what kind of bugs they're looking for, they're taught, you know, I mean we have, we have a, a saying around there, you know, like not </w:t>
      </w:r>
    </w:p>
    <w:p>
      <w:r>
        <w:t xml:space="preserve">01:01:10   (Speaker L)  everybody shows up every day, but the </w:t>
      </w:r>
    </w:p>
    <w:p>
      <w:r>
        <w:t xml:space="preserve">01:01:12   (Speaker H)  job shows up every day. So whoever's on the crew is looking and seeing what's going on. </w:t>
      </w:r>
    </w:p>
    <w:p>
      <w:r>
        <w:t xml:space="preserve">01:01:18   (Speaker E)  You know what I mean? </w:t>
      </w:r>
    </w:p>
    <w:p>
      <w:r>
        <w:t xml:space="preserve">01:01:19   (Speaker H)  They all know what they, they know how to take a picture. Our office is, is pretty, our office is on point, you know what I mean? We do a lot of high end residential and so every one of the guys know when something doesn't look right, they may not know what it is, but then we, we show them how to find out what it is. You know, take a picture, email it to the, to the office and in the office, you know, send it to Gary, myself, one of the other guys that are familiar with everything, and then we get a solution right then and there. And you know, I've been selling service since 1989, you know, I mean, when I graduated from high school. And that's been, that's been my point of, of continuation. You know, I mean, hard work, it's guaranteed to get you what? More hard work, you know, I mean, it's gonna get you what. And there's, there's not one of us that's not scared of, you know, Dave's, he'll be out there as well as myself. All of us do it. That's why, you know, we did go up there long ago because it takes, you know, almost an hour to get over there. It's not fair to the customers, you know, like it's not convenient today and not being convenient tomorrow and, and everybody knows what happened. After a few days of having an issue, that issue's already been around for a couple of weeks. So now it's compound and next thing you know you've got, you know, it might take you a week to fix the issue and that pump might be bad. The parts might not begin. You might have to get a permit. You have to get the right people involved. You do a lot of mangroves, you know, just a very diverse company that, it's pretty close knit. I mean we've got, got the staff to do this and when we come out here, we come out here with the proper safety gear, come out here with a proper equipment and, and we don't have, you know, I'd say one of the biggest things that, that sets us apart is we don't have a schedule or the crew. </w:t>
      </w:r>
    </w:p>
    <w:p>
      <w:r>
        <w:t xml:space="preserve">01:03:44   (Speaker B)  You're fine. </w:t>
      </w:r>
    </w:p>
    <w:p>
      <w:r>
        <w:t xml:space="preserve">01:03:45   (Speaker A)  Okay. </w:t>
      </w:r>
    </w:p>
    <w:p>
      <w:r>
        <w:t xml:space="preserve">01:03:46   (Speaker C)  We just want to be able to ask. </w:t>
      </w:r>
    </w:p>
    <w:p>
      <w:r>
        <w:t xml:space="preserve">01:03:47   (Speaker B)  Yeah, they want to be able to thing. </w:t>
      </w:r>
    </w:p>
    <w:p>
      <w:r>
        <w:t xml:space="preserve">01:03:49   (Speaker C)  I, I, you only got like a minute and a half left, so I, </w:t>
      </w:r>
    </w:p>
    <w:p>
      <w:r>
        <w:t xml:space="preserve">01:03:52   (Speaker K)  I don't wanna, I don't wanna, Yeah, </w:t>
      </w:r>
    </w:p>
    <w:p>
      <w:r>
        <w:t xml:space="preserve">01:03:54   (Speaker C)  I don't want to cut you off when they're doing that, but I, I'll start out here real quick. I, I know you mentioned trees a lot during your presentation there. I, you know, you Know, we're concerned about making sure the ponds get done, the trimming and all. I mean, you. How many, like, places like this do you do. I mean, I know you mentioned King's Plastic. Is there any other development that, that you're doing? </w:t>
      </w:r>
    </w:p>
    <w:p>
      <w:r>
        <w:t xml:space="preserve">01:04:20   (Speaker H)  Smaller ones. Events? Yes. </w:t>
      </w:r>
    </w:p>
    <w:p>
      <w:r>
        <w:t xml:space="preserve">01:04:22   (Speaker C)  What's that? </w:t>
      </w:r>
    </w:p>
    <w:p>
      <w:r>
        <w:t xml:space="preserve">01:04:22   (Speaker H)  Smaller ones in Venice? </w:t>
      </w:r>
    </w:p>
    <w:p>
      <w:r>
        <w:t xml:space="preserve">01:04:23   (Speaker A)  Yes. </w:t>
      </w:r>
    </w:p>
    <w:p>
      <w:r>
        <w:t xml:space="preserve">01:04:24   (Speaker C)  Okay. </w:t>
      </w:r>
    </w:p>
    <w:p>
      <w:r>
        <w:t xml:space="preserve">01:04:24   (Speaker A)  Okay. </w:t>
      </w:r>
    </w:p>
    <w:p>
      <w:r>
        <w:t xml:space="preserve">01:04:25   (Speaker K)  Your book of business is quite low for landscaping. </w:t>
      </w:r>
    </w:p>
    <w:p>
      <w:r>
        <w:t xml:space="preserve">01:04:29   (Speaker A)  Maybe 3 million. </w:t>
      </w:r>
    </w:p>
    <w:p>
      <w:r>
        <w:t xml:space="preserve">01:04:31   (Speaker M)  Yes. </w:t>
      </w:r>
    </w:p>
    <w:p>
      <w:r>
        <w:t xml:space="preserve">01:04:31   (Speaker A)  Yeah. Yeah. We're not. </w:t>
      </w:r>
    </w:p>
    <w:p>
      <w:r>
        <w:t xml:space="preserve">01:04:33   (Speaker H)  We're not the big guys. </w:t>
      </w:r>
    </w:p>
    <w:p>
      <w:r>
        <w:t xml:space="preserve">01:04:34   (Speaker C)  I know these guys. </w:t>
      </w:r>
    </w:p>
    <w:p>
      <w:r>
        <w:t xml:space="preserve">01:04:35   (Speaker A)  I mean, I'm looking at them. </w:t>
      </w:r>
    </w:p>
    <w:p>
      <w:r>
        <w:t xml:space="preserve">01:04:37   (Speaker H)  Yeah, but I mean, they. They filled it out. You know, they're using 23 when they're pulling in 26. So, I mean, like, what my numbers are. My numbers are hard numbers. </w:t>
      </w:r>
    </w:p>
    <w:p>
      <w:r>
        <w:t xml:space="preserve">01:04:48   (Speaker K)  I don't mean. But I know, like, some of the companies. </w:t>
      </w:r>
    </w:p>
    <w:p>
      <w:r>
        <w:t xml:space="preserve">01:04:52   (Speaker H)  Yeah, yeah. And they're getting bought up. You know what I mean? That's. </w:t>
      </w:r>
    </w:p>
    <w:p>
      <w:r>
        <w:t xml:space="preserve">01:04:58   (Speaker L)  That's. </w:t>
      </w:r>
    </w:p>
    <w:p>
      <w:r>
        <w:t xml:space="preserve">01:04:58   (Speaker H)  That's she. That behooves you guys so try. </w:t>
      </w:r>
    </w:p>
    <w:p>
      <w:r>
        <w:t xml:space="preserve">01:05:03   (Speaker C)  I mean, this is a. I don't. I mean, this is a big, big area here, you know, with a lot of trimming and the trees and. </w:t>
      </w:r>
    </w:p>
    <w:p>
      <w:r>
        <w:t xml:space="preserve">01:05:10   (Speaker H)  Well, those guys aren't even going to be here for a half a day, so it's only. It's going to take them half a day, you know, I mean, I have a day and a half, two days scheduled for you guys. So we get done a day and </w:t>
      </w:r>
    </w:p>
    <w:p>
      <w:r>
        <w:t xml:space="preserve">01:05:19   (Speaker C)  a half, two days every week of how many guys? Four to five. </w:t>
      </w:r>
    </w:p>
    <w:p>
      <w:r>
        <w:t xml:space="preserve">01:05:25   (Speaker M)  At least. </w:t>
      </w:r>
    </w:p>
    <w:p>
      <w:r>
        <w:t xml:space="preserve">01:05:25   (Speaker H)  At least one fruit average is four to five. </w:t>
      </w:r>
    </w:p>
    <w:p>
      <w:r>
        <w:t xml:space="preserve">01:05:28   (Speaker A)  Okay, go ahead, bud. </w:t>
      </w:r>
    </w:p>
    <w:p>
      <w:r>
        <w:t xml:space="preserve">01:05:29   (Speaker C)  I didn't mean that. </w:t>
      </w:r>
    </w:p>
    <w:p>
      <w:r>
        <w:t xml:space="preserve">01:05:30   (Speaker G)  We have a big problem here with our lakes and ponds. If you were to receive this proposal, would you be willing to learn any more about controlling lakes and ponds? Because we do have a problem here. We have a company that does work on them that if we hired you, would you be able to eventually maybe get into that area? </w:t>
      </w:r>
    </w:p>
    <w:p>
      <w:r>
        <w:t xml:space="preserve">01:05:50   (Speaker H)  Are you talking about spraying them? </w:t>
      </w:r>
    </w:p>
    <w:p>
      <w:r>
        <w:t xml:space="preserve">01:05:52   (Speaker G)  Yes. </w:t>
      </w:r>
    </w:p>
    <w:p>
      <w:r>
        <w:t xml:space="preserve">01:05:53   (Speaker H)  That's easy. Yes, I, I have. Yeah, that's. No, I already. I'm pretty efficient. That kind of license is really easy to get, you know, I mean, it's. You don't need an. </w:t>
      </w:r>
    </w:p>
    <w:p>
      <w:r>
        <w:t xml:space="preserve">01:06:06   (Speaker G)  Well, we've got a lot of problems. I mean, it's been 100 degrees all the time. Yeah, we've had droughts. Our lawns look terrible. </w:t>
      </w:r>
    </w:p>
    <w:p>
      <w:r>
        <w:t xml:space="preserve">01:06:12   (Speaker A)  They got. </w:t>
      </w:r>
    </w:p>
    <w:p>
      <w:r>
        <w:t xml:space="preserve">01:06:12   (Speaker G)  Well, they always had, you know, heat goes up and we want somebody. It really is knowledgeable in that area. We have a company now. We would like to maybe get some new to look at it. </w:t>
      </w:r>
    </w:p>
    <w:p>
      <w:r>
        <w:t xml:space="preserve">01:06:30   (Speaker B)  Okay, let's. Let's curve it back to the landscape. </w:t>
      </w:r>
    </w:p>
    <w:p>
      <w:r>
        <w:t xml:space="preserve">01:06:38   (Speaker E)  On this pricing summary sheet. We Got there's a, a footer that says yellow highlight indicates number as missing information or inaccuracies. And either my eyes are playing tricks on me. </w:t>
      </w:r>
    </w:p>
    <w:p>
      <w:r>
        <w:t xml:space="preserve">01:06:53   (Speaker M)  There's no. </w:t>
      </w:r>
    </w:p>
    <w:p>
      <w:r>
        <w:t xml:space="preserve">01:06:54   (Speaker B)  Well, I printed it in black and white. </w:t>
      </w:r>
    </w:p>
    <w:p>
      <w:r>
        <w:t xml:space="preserve">01:06:55   (Speaker E)  Okay. Because what does that look like to you? </w:t>
      </w:r>
    </w:p>
    <w:p>
      <w:r>
        <w:t xml:space="preserve">01:06:57   (Speaker B)  Right, Saving money. </w:t>
      </w:r>
    </w:p>
    <w:p>
      <w:r>
        <w:t xml:space="preserve">01:06:59   (Speaker D)  Yeah. So it's the extra services. Their extra services they have only listed at 11,599, which would mean they're trimming palms for like $7 a palm and they're $5 a yard for mulch, which of course is way below like a hundred, you know, a thousand percent below industry standards. </w:t>
      </w:r>
    </w:p>
    <w:p>
      <w:r>
        <w:t xml:space="preserve">01:07:21   (Speaker E)  But this is shaded yellow just for, just for my own personal satisfaction. </w:t>
      </w:r>
    </w:p>
    <w:p>
      <w:r>
        <w:t xml:space="preserve">01:07:25   (Speaker D)  Yes, it is on the color version. The11599. Yes. </w:t>
      </w:r>
    </w:p>
    <w:p>
      <w:r>
        <w:t xml:space="preserve">01:07:29   (Speaker E)  So, so to that there, Clayton, as you were saying there with the pricing, can you guys kind of go into that with your extra services, where you guys kind of got that number from? Because yeah, I did jump out of here with it. </w:t>
      </w:r>
    </w:p>
    <w:p>
      <w:r>
        <w:t xml:space="preserve">01:07:39   (Speaker A)  Yeah, I, I, I do that. Let me pull it up really quick so I can look at it with you. You don't mind. I did notice that. </w:t>
      </w:r>
    </w:p>
    <w:p>
      <w:r>
        <w:t xml:space="preserve">01:07:47   (Speaker E)  I believe that it was just calculated incorrectly </w:t>
      </w:r>
    </w:p>
    <w:p>
      <w:r>
        <w:t xml:space="preserve">01:07:52   (Speaker A)  on my part when I reviewed the. </w:t>
      </w:r>
    </w:p>
    <w:p>
      <w:r>
        <w:t xml:space="preserve">01:07:56   (Speaker D)  Yeah, okay. It's the mulch that is, is like $5 a yard, which is normally 60 yard dollars a yard around there. </w:t>
      </w:r>
    </w:p>
    <w:p>
      <w:r>
        <w:t xml:space="preserve">01:08:06   (Speaker B)  Yeah, we'll take it. </w:t>
      </w:r>
    </w:p>
    <w:p>
      <w:r>
        <w:t xml:space="preserve">01:08:07   (Speaker A)  Just a miscalculation on my part. </w:t>
      </w:r>
    </w:p>
    <w:p>
      <w:r>
        <w:t xml:space="preserve">01:08:10   (Speaker E)  When I inputted the spreadsheet, I must </w:t>
      </w:r>
    </w:p>
    <w:p>
      <w:r>
        <w:t xml:space="preserve">01:08:13   (Speaker A)  have put punched in the wrong numbers for that. We could get the, the correct numbers put back on that. That'd be good for you guys. </w:t>
      </w:r>
    </w:p>
    <w:p>
      <w:r>
        <w:t xml:space="preserve">01:08:20   (Speaker K)  So forth the contract, you're going to </w:t>
      </w:r>
    </w:p>
    <w:p>
      <w:r>
        <w:t xml:space="preserve">01:08:23   (Speaker A)  be mowing 40 times a year? </w:t>
      </w:r>
    </w:p>
    <w:p>
      <w:r>
        <w:t xml:space="preserve">01:08:27   (Speaker L)  I believe so. </w:t>
      </w:r>
    </w:p>
    <w:p>
      <w:r>
        <w:t xml:space="preserve">01:08:28   (Speaker A)  Yeah. Okay. Yeah. </w:t>
      </w:r>
    </w:p>
    <w:p>
      <w:r>
        <w:t xml:space="preserve">01:08:29   (Speaker H)  Usually from April to October. </w:t>
      </w:r>
    </w:p>
    <w:p>
      <w:r>
        <w:t xml:space="preserve">01:08:32   (Speaker G)  Okay. </w:t>
      </w:r>
    </w:p>
    <w:p>
      <w:r>
        <w:t xml:space="preserve">01:08:32   (Speaker A)  And then when you just cut every </w:t>
      </w:r>
    </w:p>
    <w:p>
      <w:r>
        <w:t xml:space="preserve">01:08:35   (Speaker H)  two weeks, you know, we, we make </w:t>
      </w:r>
    </w:p>
    <w:p>
      <w:r>
        <w:t xml:space="preserve">01:08:39   (Speaker L)  sure we come before Christmas because we </w:t>
      </w:r>
    </w:p>
    <w:p>
      <w:r>
        <w:t xml:space="preserve">01:08:41   (Speaker H)  shut down from, from the 24th of December until the 1st. </w:t>
      </w:r>
    </w:p>
    <w:p>
      <w:r>
        <w:t xml:space="preserve">01:08:45   (Speaker A)  Right? </w:t>
      </w:r>
    </w:p>
    <w:p>
      <w:r>
        <w:t xml:space="preserve">01:08:46   (Speaker E)  Yeah. </w:t>
      </w:r>
    </w:p>
    <w:p>
      <w:r>
        <w:t xml:space="preserve">01:08:46   (Speaker H)  I mean so you get motor before that and you get mowed right after that. Because I would give everybody on. </w:t>
      </w:r>
    </w:p>
    <w:p>
      <w:r>
        <w:t xml:space="preserve">01:08:52   (Speaker C)  But, but the other 12 weeks or whatever, you know, the 40 moans or whatever, I mean you still have somebody on site trimming and doing whatever. Okay. </w:t>
      </w:r>
    </w:p>
    <w:p>
      <w:r>
        <w:t xml:space="preserve">01:09:01   (Speaker E)  And then Clayton, I guess this is for, for you. How does that work with us having to make a decision? We have to make the decision based off the information we have in front of us. We can't go back and get a revised number or is that something that they, how does that work? </w:t>
      </w:r>
    </w:p>
    <w:p>
      <w:r>
        <w:t xml:space="preserve">01:09:20   (Speaker D)  I would suggest right now we ask him what his typical unit prices are. Now he doesn't have to be held exactly to it. But I would say, you know, what is your typical yard of mulch cost? Your typical annual installed cost. And it looks like your palms are about 60 bucks per palm pruned, which. That's. That's an accepted. That's a normal number. But yeah, if you can just tell us what your yard of mulch cost and that things. </w:t>
      </w:r>
    </w:p>
    <w:p>
      <w:r>
        <w:t xml:space="preserve">01:09:42   (Speaker F)  Hey, Clayton, I kind of. My thought here is, you know, we kind of have to base our decision on the information that was provided and the proposal, and the board can definitely ask clarifying questions, but, you know, if the information wasn't provided or if it was missing, I think that's what the board should base their decision on. You want to avoid a situation where we're supplementing or adding two proposals with information that's missing. So, unfortunately, I think this is a situation where if you don't have a clear indication on these supplemental services prices, then, you know, you can factor that into your decision of whether you think the price is reasonable or not and, and, you know, potentially take points away because you don't have a complete picture on it. But. Or if you don't think it's, you know, enough to sway your point scoring, that's probably the better approach instead of revising or supplementing these proposals. </w:t>
      </w:r>
    </w:p>
    <w:p>
      <w:r>
        <w:t xml:space="preserve">01:10:43   (Speaker A)  Yeah. </w:t>
      </w:r>
    </w:p>
    <w:p>
      <w:r>
        <w:t xml:space="preserve">01:10:44   (Speaker E)  Yeah, I agree. </w:t>
      </w:r>
    </w:p>
    <w:p>
      <w:r>
        <w:t xml:space="preserve">01:10:45   (Speaker A)  You got it. </w:t>
      </w:r>
    </w:p>
    <w:p>
      <w:r>
        <w:t xml:space="preserve">01:10:46   (Speaker B)  All right, we. Good questions. All right. Thank you. </w:t>
      </w:r>
    </w:p>
    <w:p>
      <w:r>
        <w:t xml:space="preserve">01:10:51   (Speaker H)  Thank you, guys. </w:t>
      </w:r>
    </w:p>
    <w:p>
      <w:r>
        <w:t xml:space="preserve">01:10:57   (Speaker B)  Yeah, if they want. They would like to. I know, </w:t>
      </w:r>
    </w:p>
    <w:p>
      <w:r>
        <w:t xml:space="preserve">01:11:04   (Speaker C)  Could have brokers too. Right. </w:t>
      </w:r>
    </w:p>
    <w:p>
      <w:r>
        <w:t xml:space="preserve">01:11:10   (Speaker B)  I was going to go. </w:t>
      </w:r>
    </w:p>
    <w:p>
      <w:r>
        <w:t xml:space="preserve">01:11:18   (Speaker K)  Question for our zoom people. Do we have to make a decision tonight as to who we pick? </w:t>
      </w:r>
    </w:p>
    <w:p>
      <w:r>
        <w:t xml:space="preserve">01:11:28   (Speaker A)  I mean, you. </w:t>
      </w:r>
    </w:p>
    <w:p>
      <w:r>
        <w:t xml:space="preserve">01:11:28   (Speaker D)  You do not. </w:t>
      </w:r>
    </w:p>
    <w:p>
      <w:r>
        <w:t xml:space="preserve">01:11:30   (Speaker A)  Okay. </w:t>
      </w:r>
    </w:p>
    <w:p>
      <w:r>
        <w:t xml:space="preserve">01:11:31   (Speaker D)  But it's entirely up to you guys. You could view all the presentations and then come back and do your final scoring at the next meeting. That's. That's. Yeah, you can do it that way. </w:t>
      </w:r>
    </w:p>
    <w:p>
      <w:r>
        <w:t xml:space="preserve">01:11:48   (Speaker K)  He's one of our board members. </w:t>
      </w:r>
    </w:p>
    <w:p>
      <w:r>
        <w:t xml:space="preserve">01:11:50   (Speaker A)  He's not here. </w:t>
      </w:r>
    </w:p>
    <w:p>
      <w:r>
        <w:t xml:space="preserve">01:11:50   (Speaker K)  He's on vacation. </w:t>
      </w:r>
    </w:p>
    <w:p>
      <w:r>
        <w:t xml:space="preserve">01:11:52   (Speaker B)  Okay. With that being said, he does have </w:t>
      </w:r>
    </w:p>
    <w:p>
      <w:r>
        <w:t xml:space="preserve">01:11:55   (Speaker C)  a statement that he wanted bread. </w:t>
      </w:r>
    </w:p>
    <w:p>
      <w:r>
        <w:t xml:space="preserve">01:11:57   (Speaker B)  Yeah, right. I. I do have a statement. I was kind of waiting for all the proposers to. </w:t>
      </w:r>
    </w:p>
    <w:p>
      <w:r>
        <w:t xml:space="preserve">01:12:03   (Speaker I)  To. </w:t>
      </w:r>
    </w:p>
    <w:p>
      <w:r>
        <w:t xml:space="preserve">01:12:03   (Speaker L)  You were. </w:t>
      </w:r>
    </w:p>
    <w:p>
      <w:r>
        <w:t xml:space="preserve">01:12:04   (Speaker K)  Just stepped out. I asked, do we have to make a decision? Oh, the answer is no. </w:t>
      </w:r>
    </w:p>
    <w:p>
      <w:r>
        <w:t xml:space="preserve">01:12:08   (Speaker E)  Can before we read. And I'm just asking here, before we read that we have so much fresh ideas in our minds. Can we go through our thoughts first before we read Rod's statement or. </w:t>
      </w:r>
    </w:p>
    <w:p>
      <w:r>
        <w:t xml:space="preserve">01:12:19   (Speaker K)  It's pretty short. </w:t>
      </w:r>
    </w:p>
    <w:p>
      <w:r>
        <w:t xml:space="preserve">01:12:20   (Speaker B)  Yeah, okay. </w:t>
      </w:r>
    </w:p>
    <w:p>
      <w:r>
        <w:t xml:space="preserve">01:12:21   (Speaker E)  S. I don't know. </w:t>
      </w:r>
    </w:p>
    <w:p>
      <w:r>
        <w:t xml:space="preserve">01:12:26   (Speaker B)  It's four paragraphs. </w:t>
      </w:r>
    </w:p>
    <w:p>
      <w:r>
        <w:t xml:space="preserve">01:12:28   (Speaker A)  Yeah, okay. </w:t>
      </w:r>
    </w:p>
    <w:p>
      <w:r>
        <w:t xml:space="preserve">01:12:33   (Speaker B)  Yeah, I was gonna say size five font. </w:t>
      </w:r>
    </w:p>
    <w:p>
      <w:r>
        <w:t xml:space="preserve">01:12:37   (Speaker K)  Go ahead and read it. </w:t>
      </w:r>
    </w:p>
    <w:p>
      <w:r>
        <w:t xml:space="preserve">01:12:38   (Speaker C)  Yeah, yeah, go Ahead. </w:t>
      </w:r>
    </w:p>
    <w:p>
      <w:r>
        <w:t xml:space="preserve">01:12:39   (Speaker B)  Okay, Go ahead. Okay. Ron's. Ron's statement is I have refrained from expressing any opinion on the additional budget expense for the landscaping contract for fiscal year 2027 as well as the RFP until the quotes were in hand. And it's unfortunate that I will not be in a position to to my opinion at this week's meeting. But Amanda has agreed to read the address to my fellow supervisors. After reviewing the quotes for landscaping maintenance, I can say that supervisor Lavoy absolutely forecasted these prices. Now the board will have to weigh throwing the dice on a new untested company for the additional tidy sum of 80,000 to 100,000 a year. The only company that we have had experience with is Greentops, but the work they have done for us did not involve mowing, which in my opinion is the highest priority. I am fully aware of some of the issues we have had with gets, some of them, some of the service related and some communication related, as well as the $9,000 reimbursement not received for retention bank on bank repairs. I can't say that I've ever seen a documented list of issues. And with all due respect to Harold, I think that the decision to replace Getz weighs heavily on his input as well as the complaints from homeowners which in my mind are isolated to a small group and primarily focused on the median and the caps. I would. I would hazard a guess that if we surveyed the entire community, the majority would indicate that they are satisfied with the landscaping maintenance on CDD property. We are in the critical weekly mowing season and the immediate. And the immediate question to be asked is, is gets getting the mowing done satisfactory weekly? Quite frankly, looking at the prices, we are obviously getting a bargain. I have now been informed by Amanda that we are in the a month to month contract with Getz. Since they did not submit a proposal, I would think that if they are losing money, they would have exercised contract cancellation long before now. It would be doing the residents a disservice if we did not do our due diligence before making a decision. Which you have been asked to make by scoring the proposals in two days, which I feel is not enough time to do it properly. I see no reason to rush this through the proposals. Supply a current customer's contact information for each vendor. But of course no company is going to supply a reference. That would be detrimental and we should delve deeper. Thank you, </w:t>
      </w:r>
    </w:p>
    <w:p>
      <w:r>
        <w:t xml:space="preserve">01:15:13   (Speaker D)  Manny. This was from when the previous meeting was heard. So it's actually been weeks now. </w:t>
      </w:r>
    </w:p>
    <w:p>
      <w:r>
        <w:t xml:space="preserve">01:15:17   (Speaker B)  That's right, yeah. When he said about the two days. </w:t>
      </w:r>
    </w:p>
    <w:p>
      <w:r>
        <w:t xml:space="preserve">01:15:19   (Speaker L)  So. </w:t>
      </w:r>
    </w:p>
    <w:p>
      <w:r>
        <w:t xml:space="preserve">01:15:20   (Speaker C)  Well, there, there definitely is a communication issue there. I mean, I've tried to get him down here multiple times. I think Pat stepped up once and tried to get him down here. They did not step up. We got Bob six, who represents the ho. You know, he's with the president of the hoa. They had gets he multiple times that he tried to hook up with him and, and he never did. You know, as an instance, a week or two ago I went up around by where the pergolas was and I, I wrote yets and I said, listen, this needs to get addressed, it looks like. And, and, and he. Okay, I'm on it. And he, he didn't do it in that. So I wrote him again last night with put a, you know, a couple exclamation points behind it and apparently that's all I needed because they were up there today and they did that. But I shouldn't, you know, Harold's got plenty of other stuff to do. He doesn't need to tell him to get that blade of grass there and, and trim that, that shrub there. I mean, that's, we're, we're paying them to, to do that for us and that. And, and I was a real advocate for gats. Anybody up here would say, would, would say that. I'm not lying when I say that, and Bob would say that also. But I'm, I'm past that point myself. I'm, I'm sorry, but they, you know, I, I there. I believe there is some personal issues going on on his part, but, you know, that's not my problem. You know, my problem is, you know, I'm on the board and chairman and I've got to hear a lot of this stuff myself. And you know, I, I appreciate Ron's input, but, you know, I, I think there is a point in time that to move on and I've seen a couple heads nodding in the audience. So, I mean, I, I don't think I'm totally wrong here on that statement. </w:t>
      </w:r>
    </w:p>
    <w:p>
      <w:r>
        <w:t xml:space="preserve">01:17:26   (Speaker E)  Well, and I think the, the issue that I'm having with these prices, it was very disheartening to see green tops did not have the correct pricing in there because if you combine the two with your extra services, it was really a sweet spot of where we already were thinking when we put the number in there is that I think the issue with, with gets is we're paying a pretty good chunk out of our tax dollars to support this. And a big chunk of that does go to landscaping. And then you got the services to keep the clubhouse up and all those items there. And other than communicating, I bless 10 of them for being. Because I don't have the time. I work full time. I would not have the time to be on the phone. What does this have to get done? I believe Bud asked the question and none of them necessarily answered. It was somebody else has to tell them something's wrong. No, you guys are here. You guys should see that something's wrong. You should be notifying Harold before he knows that something's wrong. Say hey this is the fix. And, and, and it just wasn't there. And, and I'll say that the, the Yellowstone. I have an issue with him attending by zoom. My personal feelings I'll put on the scorecard for mine. But I have an issue with that. We had all the other vendor. </w:t>
      </w:r>
    </w:p>
    <w:p>
      <w:r>
        <w:t xml:space="preserve">01:18:36   (Speaker C)  It's almost a million dollar contract. If he signs it and then your </w:t>
      </w:r>
    </w:p>
    <w:p>
      <w:r>
        <w:t xml:space="preserve">01:18:39   (Speaker E)  reason was your, your car didn't work </w:t>
      </w:r>
    </w:p>
    <w:p>
      <w:r>
        <w:t xml:space="preserve">01:18:42   (Speaker C)  50 some thousand times four. </w:t>
      </w:r>
    </w:p>
    <w:p>
      <w:r>
        <w:t xml:space="preserve">01:18:44   (Speaker E)  And then the only other comment for the other one is we were all here for LMP with the whole Sergio. I got the same vibe from the Grant Gardens. We're going to come in here and sell you this and it's what my 3 year old does at home. Watch this dad, while we're bringing this in over here and then bubbling up and sooner or later we'll be spending $350,000 a year. I mean I have never met a vendor and I deal with this in my day to day to day job coming. So arrogant. Like we need, you know, that's not where we're at. And I just felt that vibe from them and I just got the LMP look there and then the green tops I think and I heard somebody over here, I think they said oh, I just love the average Joe and I love the average Joe. But if green tops got it here, we would sever an outstanding relationship with an outstanding tree trimmer. Tree work that they do is hands down great. You give them a landscape contract, we'll never use them again for anything. I mean it's just not their suit. So I kind of like when Pat asked Clayton the, the question of do we have to make a decision today? I don't know if I'm prepared to make a decision today on those based on what we. Yeah, on these four, I, I don't, I don't think any of these four presented that they were going to be better than what we currently have and not spend extra money on getting that there remind. </w:t>
      </w:r>
    </w:p>
    <w:p>
      <w:r>
        <w:t xml:space="preserve">01:20:10   (Speaker G)  The proof is in the pudding. </w:t>
      </w:r>
    </w:p>
    <w:p>
      <w:r>
        <w:t xml:space="preserve">01:20:11   (Speaker A)  Okay. </w:t>
      </w:r>
    </w:p>
    <w:p>
      <w:r>
        <w:t xml:space="preserve">01:20:12   (Speaker G)  Green Tops has not provided us good service. There's no doubt about that. </w:t>
      </w:r>
    </w:p>
    <w:p>
      <w:r>
        <w:t xml:space="preserve">01:20:16   (Speaker C)  Wait. </w:t>
      </w:r>
    </w:p>
    <w:p>
      <w:r>
        <w:t xml:space="preserve">01:20:16   (Speaker B)  Yes. </w:t>
      </w:r>
    </w:p>
    <w:p>
      <w:r>
        <w:t xml:space="preserve">01:20:21   (Speaker G)  Guest has not provided good service to us. </w:t>
      </w:r>
    </w:p>
    <w:p>
      <w:r>
        <w:t xml:space="preserve">01:20:25   (Speaker A)  Oh, my gosh. </w:t>
      </w:r>
    </w:p>
    <w:p>
      <w:r>
        <w:t xml:space="preserve">01:20:29   (Speaker C)  Yeah, you gotta deal that, Deal with that. </w:t>
      </w:r>
    </w:p>
    <w:p>
      <w:r>
        <w:t xml:space="preserve">01:20:34   (Speaker B)  I know, I know. We're still discussing. But I don't want them to have to stay any longer if the board's not gonna make it. Okay. </w:t>
      </w:r>
    </w:p>
    <w:p>
      <w:r>
        <w:t xml:space="preserve">01:20:44   (Speaker G)  But I do feel just like you. These two are talking. I think we have two more weeks. Why not take them two weeks, make the final decision. </w:t>
      </w:r>
    </w:p>
    <w:p>
      <w:r>
        <w:t xml:space="preserve">01:20:52   (Speaker K)  We got more than two weeks. But we got two months. We got three years. I, I don't want to sign a contract. And we haven't explored exactly. </w:t>
      </w:r>
    </w:p>
    <w:p>
      <w:r>
        <w:t xml:space="preserve">01:21:01   (Speaker C)  Right. </w:t>
      </w:r>
    </w:p>
    <w:p>
      <w:r>
        <w:t xml:space="preserve">01:21:02   (Speaker F)  Really. </w:t>
      </w:r>
    </w:p>
    <w:p>
      <w:r>
        <w:t xml:space="preserve">01:21:05   (Speaker C)  I, I knew what I was saying. I brought it up to him. You know, I, I know that anything so far in here that Green Tops has done, they've done very well. </w:t>
      </w:r>
    </w:p>
    <w:p>
      <w:r>
        <w:t xml:space="preserve">01:21:13   (Speaker A)  Sure. </w:t>
      </w:r>
    </w:p>
    <w:p>
      <w:r>
        <w:t xml:space="preserve">01:21:13   (Speaker C)  There's no, Nobody, nobody's going to debate that up here at all. But I, I heard him say tree a million times. I did hear him say grass. He doesn't, I mean, that's just, that's just my concern. </w:t>
      </w:r>
    </w:p>
    <w:p>
      <w:r>
        <w:t xml:space="preserve">01:21:29   (Speaker K)  So, I mean, he's not the landscaping business, so we got to get past that. </w:t>
      </w:r>
    </w:p>
    <w:p>
      <w:r>
        <w:t xml:space="preserve">01:21:33   (Speaker A)  Yeah. </w:t>
      </w:r>
    </w:p>
    <w:p>
      <w:r>
        <w:t xml:space="preserve">01:21:33   (Speaker K)  And he's in a tree business. </w:t>
      </w:r>
    </w:p>
    <w:p>
      <w:r>
        <w:t xml:space="preserve">01:21:34   (Speaker C)  Yeah. </w:t>
      </w:r>
    </w:p>
    <w:p>
      <w:r>
        <w:t xml:space="preserve">01:21:35   (Speaker G)  It's just like Devon said. If you look at the avenue and the job they did on that avenue, that's the way they're going to treat us, too. Wonderful. </w:t>
      </w:r>
    </w:p>
    <w:p>
      <w:r>
        <w:t xml:space="preserve">01:21:42   (Speaker A)  They're doing it. </w:t>
      </w:r>
    </w:p>
    <w:p>
      <w:r>
        <w:t xml:space="preserve">01:21:43   (Speaker G)  They did a wonderful job. </w:t>
      </w:r>
    </w:p>
    <w:p>
      <w:r>
        <w:t xml:space="preserve">01:21:44   (Speaker A)  Yeah. </w:t>
      </w:r>
    </w:p>
    <w:p>
      <w:r>
        <w:t xml:space="preserve">01:21:47   (Speaker G)  Right. And I'm sure the people carry through with the workmanship. They have digital landscape. </w:t>
      </w:r>
    </w:p>
    <w:p>
      <w:r>
        <w:t xml:space="preserve">01:21:52   (Speaker C)  But there's. </w:t>
      </w:r>
    </w:p>
    <w:p>
      <w:r>
        <w:t xml:space="preserve">01:21:53   (Speaker K)  I'd be concerned, but I think there's, there's. I don't want to start. You know, these other companies are $300 </w:t>
      </w:r>
    </w:p>
    <w:p>
      <w:r>
        <w:t xml:space="preserve">01:22:01   (Speaker A)  million company, you know, plastic, you know, </w:t>
      </w:r>
    </w:p>
    <w:p>
      <w:r>
        <w:t xml:space="preserve">01:22:05   (Speaker C)  that's just, you know, mowing around a factory or whatever. </w:t>
      </w:r>
    </w:p>
    <w:p>
      <w:r>
        <w:t xml:space="preserve">01:22:09   (Speaker E)  Right. And only the employees are seeing it. You can't see the factory. </w:t>
      </w:r>
    </w:p>
    <w:p>
      <w:r>
        <w:t xml:space="preserve">01:22:13   (Speaker C)  So, I mean, I, I hate to say it, you know, I, I, I, </w:t>
      </w:r>
    </w:p>
    <w:p>
      <w:r>
        <w:t xml:space="preserve">01:22:19   (Speaker K)  I don't want to build green tops business. I mean, his, his numbers are w. </w:t>
      </w:r>
    </w:p>
    <w:p>
      <w:r>
        <w:t xml:space="preserve">01:22:26   (Speaker C)  He didn't, he didn't mention grass. He, he just kept saying that we do this with trees. And, you know, my, my concern. And I don't think I'm the only one that, you know, I've seen heads nodding in the audience on this, too, that he just never mentioned grass. </w:t>
      </w:r>
    </w:p>
    <w:p>
      <w:r>
        <w:t xml:space="preserve">01:22:44   (Speaker A)  Right. </w:t>
      </w:r>
    </w:p>
    <w:p>
      <w:r>
        <w:t xml:space="preserve">01:22:45   (Speaker K)  Well, I think that I checked, but I checked all four, you know. </w:t>
      </w:r>
    </w:p>
    <w:p>
      <w:r>
        <w:t xml:space="preserve">01:22:49   (Speaker H)  Yeah. </w:t>
      </w:r>
    </w:p>
    <w:p>
      <w:r>
        <w:t xml:space="preserve">01:22:49   (Speaker K)  You could say, oh, they're just reviews or whatever. </w:t>
      </w:r>
    </w:p>
    <w:p>
      <w:r>
        <w:t xml:space="preserve">01:22:51   (Speaker A)  You know what? </w:t>
      </w:r>
    </w:p>
    <w:p>
      <w:r>
        <w:t xml:space="preserve">01:22:52   (Speaker K)  They're important. </w:t>
      </w:r>
    </w:p>
    <w:p>
      <w:r>
        <w:t xml:space="preserve">01:22:53   (Speaker A)  Yeah. </w:t>
      </w:r>
    </w:p>
    <w:p>
      <w:r>
        <w:t xml:space="preserve">01:22:53   (Speaker K)  And there's lots of them. And both but the one Yellowstone have terrible. </w:t>
      </w:r>
    </w:p>
    <w:p>
      <w:r>
        <w:t xml:space="preserve">01:22:59   (Speaker C)  But the one that you questioned though I'm looking on here and there is like well over 14 states. I didn't count them but I mean they're so you know, so maybe the California crew is trash in that but you know, so you don't know that </w:t>
      </w:r>
    </w:p>
    <w:p>
      <w:r>
        <w:t xml:space="preserve">01:23:13   (Speaker K)  still as a company. </w:t>
      </w:r>
    </w:p>
    <w:p>
      <w:r>
        <w:t xml:space="preserve">01:23:15   (Speaker A)  Yeah. </w:t>
      </w:r>
    </w:p>
    <w:p>
      <w:r>
        <w:t xml:space="preserve">01:23:15   (Speaker C)  I mean business model. </w:t>
      </w:r>
    </w:p>
    <w:p>
      <w:r>
        <w:t xml:space="preserve">01:23:17   (Speaker A)  Right. </w:t>
      </w:r>
    </w:p>
    <w:p>
      <w:r>
        <w:t xml:space="preserve">01:23:19   (Speaker D)  I could just have a. Just a few points. Just my professional opinions and concerns about a few things. First off gets has been reeling at some other communities and they, they have been having some issues. You don't currently have a contract with them so it's also unclear if they are going to be willing to continue a new contract. There was no bid provided so that that is. There's not certainty there in my opinion then as far as your bidders go. We reached out to 12 bidders. You guys unfortunately are in an area where it is difficult to find you bidders. So I don't know that doing another bid is going to yield you different results in the future. </w:t>
      </w:r>
    </w:p>
    <w:p>
      <w:r>
        <w:t xml:space="preserve">01:24:11   (Speaker C)  I don't think anybody's saying put out another bid. I think the, I think what they're leaning to do and then tell me if I'm wrong but taking another, you know going home and thinking about what was just said and giving her, you know. We got another meeting in three weeks. </w:t>
      </w:r>
    </w:p>
    <w:p>
      <w:r>
        <w:t xml:space="preserve">01:24:27   (Speaker A)  Three weeks and we gotta look at, </w:t>
      </w:r>
    </w:p>
    <w:p>
      <w:r>
        <w:t xml:space="preserve">01:24:29   (Speaker E)  we gotta look at the overall budget because I believe we've raised it to 230, 220, 525. So in inside and we're looking at our budget on here. We can't go any higher than that. What the assessment that everybody got in our mail is the highest that we can go or we're gonna have to pull from the reserves or use less money in other lines whatever the case may be from there now with, with gets with their contract that we had before. Was there not a renewal clause in that? It was just a one year contract. I thought there was like an escalator. </w:t>
      </w:r>
    </w:p>
    <w:p>
      <w:r>
        <w:t xml:space="preserve">01:25:00   (Speaker C)  I thought I truly do too. I thought it was like they would go up 3% or, or something like that. So but, but we you know, so everybody keeps mentioning that we're not operating under a contract. But, but we signed something and then that contract said that they do it 20 whatever at 3% more and the year after that at 3% more. I mean nobody's, nobody's sitting here you know saying how good they are. But you know by any Ryan can answer that question. </w:t>
      </w:r>
    </w:p>
    <w:p>
      <w:r>
        <w:t xml:space="preserve">01:25:33   (Speaker D)  But the term of their contract that is on the contract is, is up. It doesn't Have a provision to just perpetually continue. But. But Ryan can of course help with that further or. Or other legal staff. </w:t>
      </w:r>
    </w:p>
    <w:p>
      <w:r>
        <w:t xml:space="preserve">01:25:45   (Speaker C)  You were. </w:t>
      </w:r>
    </w:p>
    <w:p>
      <w:r>
        <w:t xml:space="preserve">01:25:46   (Speaker A)  You were. </w:t>
      </w:r>
    </w:p>
    <w:p>
      <w:r>
        <w:t xml:space="preserve">01:25:47   (Speaker C)  So what did you think about that? Did you think it was </w:t>
      </w:r>
    </w:p>
    <w:p>
      <w:r>
        <w:t xml:space="preserve">01:25:53   (Speaker B)  we already. </w:t>
      </w:r>
    </w:p>
    <w:p>
      <w:r>
        <w:t xml:space="preserve">01:25:54   (Speaker A)  Yes. </w:t>
      </w:r>
    </w:p>
    <w:p>
      <w:r>
        <w:t xml:space="preserve">01:25:56   (Speaker K)  That's more food for thought. </w:t>
      </w:r>
    </w:p>
    <w:p>
      <w:r>
        <w:t xml:space="preserve">01:25:58   (Speaker B)  Well. Oh, I know it's remaining if we. </w:t>
      </w:r>
    </w:p>
    <w:p>
      <w:r>
        <w:t xml:space="preserve">01:26:00   (Speaker C)  This is not the answer. </w:t>
      </w:r>
    </w:p>
    <w:p>
      <w:r>
        <w:t xml:space="preserve">01:26:01   (Speaker B)  You gotta pay. </w:t>
      </w:r>
    </w:p>
    <w:p>
      <w:r>
        <w:t xml:space="preserve">01:26:02   (Speaker K)  He's not. Yeah, he's quite happy with the money. </w:t>
      </w:r>
    </w:p>
    <w:p>
      <w:r>
        <w:t xml:space="preserve">01:26:07   (Speaker C)  Yeah, but, yeah, they're not. They're not the answer. But that's. </w:t>
      </w:r>
    </w:p>
    <w:p>
      <w:r>
        <w:t xml:space="preserve">01:26:14   (Speaker F)  And board that this is Ryan. And just for what it's worth, just looking at the contract that was executed in 2025 and, and I, I agree with Clayton that it's not a automatic renewal. It's. </w:t>
      </w:r>
    </w:p>
    <w:p>
      <w:r>
        <w:t xml:space="preserve">01:26:29   (Speaker B)  Excuse me, can we keep it down, please? Thank you. </w:t>
      </w:r>
    </w:p>
    <w:p>
      <w:r>
        <w:t xml:space="preserve">01:26:34   (Speaker F)  Sorry. It's not an automatic renewal. It's set up in a manner where if you wanted to extend it, you kind of agree in writing and this way you can set your prices and your term. I think Clayton's point really was in the short term, while you're considering, you want to make sure the district's in the. In the proper contractual position to at least have someone to maintain the grass. So even if guess is not the long term solution, maybe communicating with them. I know they've been shown a lack of communication, but communicating with them with what is our. What is your current arrangement or situation? If you want a month to month contract just to make sure you have somebody that's contractually obligated, then you can go that route. Or hiring. Hiring somebody else on a short term basis. </w:t>
      </w:r>
    </w:p>
    <w:p>
      <w:r>
        <w:t xml:space="preserve">01:27:26   (Speaker C)  Yeah, we got a 30 day cancellation, but there also is a thing that we did work out with green tops that, you know, if for whatever reason that gets with the bail, we did do like a week by week kind of deal that, that they agree that they agreed upon. If we ended up with nothing, </w:t>
      </w:r>
    </w:p>
    <w:p>
      <w:r>
        <w:t xml:space="preserve">01:27:48   (Speaker E)  the </w:t>
      </w:r>
    </w:p>
    <w:p>
      <w:r>
        <w:t xml:space="preserve">01:27:48   (Speaker C)  numbers were a little higher. The numbers were a little higher. But, you know, the end result is it would have got, you know, it would have got the job done. </w:t>
      </w:r>
    </w:p>
    <w:p>
      <w:r>
        <w:t xml:space="preserve">01:27:58   (Speaker K)  But if the concern is that they, that we lock them in, I would say lock them in to another contract, period. Give them their 3% and, and we'll watch them and that'll give us time to properly select another company. We can cancel in 30 days. I mean, I don't want to play green. </w:t>
      </w:r>
    </w:p>
    <w:p>
      <w:r>
        <w:t xml:space="preserve">01:28:18   (Speaker D)  The proposals are not. And my point about doing another bid is this. Proposals are not. They're not viable indefinitely. They've. They all are going to have a certain time timeline. So if you want to pick a vendor, I've done this a lot of times because I've done this for million dollar contracts, 600 most of the time the board picks that night. But if you guys have some doubts and you want to look into some more things, I do think it's perfectly reasonable to come back on your, your meeting that's two or three weeks away and then, and then make your final decision then I would not recommend going any further than that. </w:t>
      </w:r>
    </w:p>
    <w:p>
      <w:r>
        <w:t xml:space="preserve">01:28:54   (Speaker E)  I guess the issue right now Clayton for, for the, the people that are here in the audience, we are against a rock and a hard spot. These proposals are not within the money that we've allocated right now. And this was the fear when we went into that. We have, we have Juniper, that 183 with their extra services which are the mold chains and all those puts them at 246 green tops as it stands 227 with their extra services grants Garden 328 with their extra services and Yellowstone 327 and our budget's 225. So I don't know how we can even decide on, you know, with the monies without bravely going into our reserves to help cover that cost. So I'm kind of in the same England. I thought we were still in a contract contract with GETS until we cancel them are I think our issue with green tops last meeting and I'll have to go back and look at the minutes was that in their contract they didn't specify it was a weekly Service. They put 12 mowings at this price and it wasn't necessarily spelled out but, </w:t>
      </w:r>
    </w:p>
    <w:p>
      <w:r>
        <w:t xml:space="preserve">01:30:02   (Speaker C)  but Harold had a conversation with them and that we. It can be easily changed. </w:t>
      </w:r>
    </w:p>
    <w:p>
      <w:r>
        <w:t xml:space="preserve">01:30:09   (Speaker A)  Yeah, it was just for a temporary period of time until. </w:t>
      </w:r>
    </w:p>
    <w:p>
      <w:r>
        <w:t xml:space="preserve">01:30:13   (Speaker C)  But that 12 week can be removed. </w:t>
      </w:r>
    </w:p>
    <w:p>
      <w:r>
        <w:t xml:space="preserve">01:30:14   (Speaker E)  Yeah, yeah. </w:t>
      </w:r>
    </w:p>
    <w:p>
      <w:r>
        <w:t xml:space="preserve">01:30:16   (Speaker D)  And just a couple other points there. What you're picking today and what the even this point scoring is based off on the sheet you have in front of you is, is the five year essential services average. I believe I'd have to pull up your budget but I believe in your budget you have other line items for the extra services. And what I always recommend is that you don't actually write the contract for the fixed extra services amount because quite frankly you could always have somebody else come in and do mulch for example. You could get blown in mulch instead you could have somebody else do your annuals. You know, you could have somebody else do your palm pruning. You can get cheaper proposals for those things. You don't actually write the contract for those amounts. So really what you're looking at is the 190,000 average. But first year, because you have a 30 day out your first year. All of them, but Yellowstone are within your budget. You have 1832-160002-25000 and then Yellowstone's at 264,000. Yellowstone's way past your budget. The other three are within the budget that you've allotted. Now you could try to maybe write the contract for 225 and make them do renewals after that. Or you know, we do the five years and then you just increase your budget accordingly over time is another way to think about it. I don't typically use the extra services as a number included in picking the vendor because first off, you don't even have to do 700 yards of mulch. That's what's in the scope. That's what we wanted to price because we want to get rates. But you don't even have to do 700. You could do 300 yards of mulch. You know, you have that discretion on the extra services. So really what you should focus on is the essential services to maintain your property. And there's a fixed scope. These guys have a very specific scope. The first vendor, I believe talked about it. You know, it's got a lot of details in it. They all have to follow that scope. If one of them says they're only going to be there 40 weeks, it doesn't matter. This says they need to be there mowing 42 weeks a year. It also says that they need to have a detail crew on site every single week of the year. So they have to follow that scope regardless. So if they're going to agree to the contract, that scope is going to be in the contract and they have to be held to it. And they're going to be held to it because they've signed the contract. So that's another thing to keep in mind as well. </w:t>
      </w:r>
    </w:p>
    <w:p>
      <w:r>
        <w:t xml:space="preserve">01:32:36   (Speaker B)  I did want to note in your budget that your landscape contract price that you have in the budget is 225,000. You also have landscape maintenance other for 20 going into fiscal year 27. </w:t>
      </w:r>
    </w:p>
    <w:p>
      <w:r>
        <w:t xml:space="preserve">01:32:48   (Speaker K)  Okay, my concern is now, did you check any references from these clients, </w:t>
      </w:r>
    </w:p>
    <w:p>
      <w:r>
        <w:t xml:space="preserve">01:33:00   (Speaker D)  plus check references? I have not visited their references. Obviously I know some of these companies pretty well. There are two that are more local to you that I am not super familiar with. But I have had some good interactions with. I have had very mixed experience with Juniper. Some sites they do well. I think it really depends on the account manager they have. I have had almost no good Experiences with Yellowstone. As a matter of fact, some of the worst experiences I've had with a landscaper have been with Yellowstone. And these are just factual items. I'm not giving you an opinion. These are just the case that I've had some of the worst experiences with Yellowstone. As far as, you know, talking to Green Tops and Grants Gardens. You know, I've had good experiences interfacing with them, but I have not had an opportunity to review. And I believe out of the two of them, they only listed 3.1cdd as well. Cross Creek or something like that. Are you there? Did I lose. </w:t>
      </w:r>
    </w:p>
    <w:p>
      <w:r>
        <w:t xml:space="preserve">01:34:25   (Speaker F)  And I can hear you, but I think </w:t>
      </w:r>
    </w:p>
    <w:p>
      <w:r>
        <w:t xml:space="preserve">01:34:29   (Speaker D)  what happened there? Ryan, can you hear me? </w:t>
      </w:r>
    </w:p>
    <w:p>
      <w:r>
        <w:t xml:space="preserve">01:34:32   (Speaker F)  Yeah, I can hear you. Can you hear me? </w:t>
      </w:r>
    </w:p>
    <w:p>
      <w:r>
        <w:t xml:space="preserve">01:34:35   (Speaker D)  Yeah, I can hear you. It looks like. </w:t>
      </w:r>
    </w:p>
    <w:p>
      <w:r>
        <w:t xml:space="preserve">01:34:37   (Speaker F)  Yeah, I think we dropped. </w:t>
      </w:r>
    </w:p>
    <w:p>
      <w:r>
        <w:t xml:space="preserve">01:34:40   (Speaker D)  Okay, well, got so that they heard. </w:t>
      </w:r>
    </w:p>
    <w:p>
      <w:r>
        <w:t xml:space="preserve">01:34:46   (Speaker F)  Can you maybe call, text or call Amanda? </w:t>
      </w:r>
    </w:p>
    <w:p>
      <w:r>
        <w:t xml:space="preserve">01:34:49   (Speaker D)  I'm texting Mandy right now. </w:t>
      </w:r>
    </w:p>
    <w:p>
      <w:r>
        <w:t xml:space="preserve">01:34:50   (Speaker F)  Yeah, she goes by Mandy. Okay, sorry. </w:t>
      </w:r>
    </w:p>
    <w:p>
      <w:r>
        <w:t xml:space="preserve">01:34:56   (Speaker D)  Maybe professionally Amanda. I don't know. I just call her. We call her Mandy at work. Texts aren't even going through. I guess the hotspot dropped. They're trying to get it back up. </w:t>
      </w:r>
    </w:p>
    <w:p>
      <w:r>
        <w:t xml:space="preserve">01:38:08   (Speaker M)  Okay. </w:t>
      </w:r>
    </w:p>
    <w:p>
      <w:r>
        <w:t xml:space="preserve">01:38:09   (Speaker B)  Clayton. </w:t>
      </w:r>
    </w:p>
    <w:p>
      <w:r>
        <w:t xml:space="preserve">01:38:09   (Speaker D)  Okay. </w:t>
      </w:r>
    </w:p>
    <w:p>
      <w:r>
        <w:t xml:space="preserve">01:39:52   (Speaker A)  It's. </w:t>
      </w:r>
    </w:p>
    <w:p>
      <w:r>
        <w:t xml:space="preserve">01:48:25   (Speaker D)  Hey, Ryan, if you can hear me. They adjourned the meeting, I guess because of technical issues and whatnot. </w:t>
      </w:r>
    </w:p>
    <w:p>
      <w:r>
        <w:t xml:space="preserve">01:48:31   (Speaker A)  Oh, wow. </w:t>
      </w:r>
    </w:p>
    <w:p>
      <w:r>
        <w:t xml:space="preserve">01:48:32   (Speaker F)  Okay. Well, it seemed like they. They didn't want to make a decision tonight anyway. </w:t>
      </w:r>
    </w:p>
    <w:p>
      <w:r>
        <w:t xml:space="preserve">01:48:40   (Speaker D)  Yeah. So I guess they'll make a decision hopefully at the next meeting. But like you said, to my point, I. I think we need to try and see if Getz is even gonna, you know, sign a extension or what. </w:t>
      </w:r>
    </w:p>
    <w:p>
      <w:r>
        <w:t xml:space="preserve">01:48:55   (Speaker F)  Yeah, so did they. I'm looking at the. Our files. Did they have some sort of agreement with Green Tops on a temporary basis? </w:t>
      </w:r>
    </w:p>
    <w:p>
      <w:r>
        <w:t xml:space="preserve">01:49:04   (Speaker A)  It looks like something. </w:t>
      </w:r>
    </w:p>
    <w:p>
      <w:r>
        <w:t xml:space="preserve">01:49:06   (Speaker D)  They had a proposal. I don't believe they ended up approving it because it was like more expensive per month. But we did get them a proposal for temporary services with Green Tops. </w:t>
      </w:r>
    </w:p>
    <w:p>
      <w:r>
        <w:t xml:space="preserve">01:49:19   (Speaker F)  Okay, I. That might be what they were talking about. I. I don't have the full picture, obviously, but I'm seeing a signed contract. I don't know if they. Maybe they allows them to terminate immediately or, you know, with 30 day notice. So maybe that's what they're talking about. But I'll let Sarah know and maybe you guys can circle up between now and then and probably my only. Only other point to them is they're still technically in like a blackout period, so they shouldn't. Outside of the meeting. They shouldn't be contacting these vendors or the vendor shouldn't be contacting them to try to, you know, persuade them. </w:t>
      </w:r>
    </w:p>
    <w:p>
      <w:r>
        <w:t xml:space="preserve">01:49:54   (Speaker G)  Oh, yeah. </w:t>
      </w:r>
    </w:p>
    <w:p>
      <w:r>
        <w:t xml:space="preserve">01:49:55   (Speaker D)  For fairness sake. Yeah, you're right, because they're still in. They're technically still in the formal bid process because they haven't dismissed it or chosen. </w:t>
      </w:r>
    </w:p>
    <w:p>
      <w:r>
        <w:t xml:space="preserve">01:50:01   (Speaker A)  Yep. Yeah, that's a good point. </w:t>
      </w:r>
    </w:p>
    <w:p>
      <w:r>
        <w:t xml:space="preserve">01:50:02   (Speaker D)  I will let Mandy know about that. Maybe we'll just send a note to the board members. </w:t>
      </w:r>
    </w:p>
    <w:p>
      <w:r>
        <w:t xml:space="preserve">01:50:10   (Speaker F)  Okay. Yeah, I'm happy to do so. I'll send. Or if you want. </w:t>
      </w:r>
    </w:p>
    <w:p>
      <w:r>
        <w:t xml:space="preserve">01:50:13   (Speaker D)  Yeah, no, you want to. Take care, go ahead. Yeah, that's. That's perfect. Technically, I might. </w:t>
      </w:r>
    </w:p>
    <w:p>
      <w:r>
        <w:t xml:space="preserve">01:50:20   (Speaker F)  I'm going to send Sarah some meeting notes, and maybe if she looks at it, she can kind of decide how she wants to handle it. </w:t>
      </w:r>
    </w:p>
    <w:p>
      <w:r>
        <w:t xml:space="preserve">01:50:28   (Speaker D)  Okay. </w:t>
      </w:r>
    </w:p>
    <w:p>
      <w:r>
        <w:t xml:space="preserve">01:50:30   (Speaker F)  Okay. </w:t>
      </w:r>
    </w:p>
    <w:p>
      <w:r>
        <w:t xml:space="preserve">01:50:30   (Speaker A)  Well, I. </w:t>
      </w:r>
    </w:p>
    <w:p>
      <w:r>
        <w:t xml:space="preserve">01:50:32   (Speaker F)  Thanks for handling that. I. Kind of jumping in. It was interesting that they. They didn't want to make a decision tonight. I haven't seen that a ton. </w:t>
      </w:r>
    </w:p>
    <w:p>
      <w:r>
        <w:t xml:space="preserve">01:50:42   (Speaker D)  I haven't either. And that's why I just wanted to make sure they were making decisions based on the right things, because, you know, they don't have to immediately agree to pay, you know, $350,000. Right now. They're only agreeing to the year one essential. And then they can adjust their budget over the next five years as they want. You know, it's. You know, they don't. </w:t>
      </w:r>
    </w:p>
    <w:p>
      <w:r>
        <w:t xml:space="preserve">01:51:00   (Speaker F)  Yeah. </w:t>
      </w:r>
    </w:p>
    <w:p>
      <w:r>
        <w:t xml:space="preserve">01:51:01   (Speaker D)  Overwhelming themselves a little bit with. With the decision. But that's okay. </w:t>
      </w:r>
    </w:p>
    <w:p>
      <w:r>
        <w:t xml:space="preserve">01:51:06   (Speaker F)  Yeah. Right. Okay. Well, I. I guess we'll just see how they. How they want to handle it. But yeah, I'll. I'll send some notes to Sarah, and then we'll try to follow up if needed. </w:t>
      </w:r>
    </w:p>
    <w:p>
      <w:r>
        <w:t xml:space="preserve">01:51:21   (Speaker D)  Okay, Sounds good. </w:t>
      </w:r>
    </w:p>
    <w:p>
      <w:r>
        <w:t xml:space="preserve">01:51:22   (Speaker F)  All right, man. </w:t>
      </w:r>
    </w:p>
    <w:p>
      <w:r>
        <w:t xml:space="preserve">01:51:22   (Speaker G)  Take care. </w:t>
      </w:r>
    </w:p>
    <w:p>
      <w:r>
        <w:t xml:space="preserve">01:51:23   (Speaker F)  All right. </w:t>
      </w:r>
    </w:p>
    <w:p>
      <w:r>
        <w:t xml:space="preserve">01:51:24   (Speaker D)  Have a good night. </w:t>
      </w:r>
    </w:p>
    <w:p>
      <w:r>
        <w:t xml:space="preserve">01:51:24   (Speaker A)  You too. Bye. </w:t>
      </w:r>
    </w:p>
    <w:p>
      <w:r>
        <w:t xml:space="preserve">01:51:26   (Speaker D)  Bye.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