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 xml:space="preserve">                                                                            Transcript                                                                          </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BEGINNING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br/>
        <w:br/>
        <w:br/>
      </w:r>
    </w:p>
    <w:p>
      <w:r>
        <w:t>CDD NAME:</w:t>
      </w:r>
      <w:r>
        <w:rPr>
          <w:b/>
          <w:color w:val="FF0000"/>
        </w:rPr>
        <w:br/>
        <w:tab/>
        <w:tab/>
        <w:tab/>
        <w:tab/>
        <w:t xml:space="preserve"> Rolling hills </w:t>
        <w:br/>
        <w:br/>
        <w:br/>
      </w:r>
    </w:p>
    <w:p>
      <w:r>
        <w:t>START AND END TIME OF THE CDD MEETING FILE:</w:t>
      </w:r>
      <w:r>
        <w:rPr>
          <w:b/>
          <w:color w:val="FF0000"/>
        </w:rPr>
        <w:br/>
        <w:tab/>
        <w:tab/>
        <w:tab/>
        <w:tab/>
        <w:t xml:space="preserve"> September 14, 2026 at 04:00 PM</w:t>
      </w:r>
      <w:r>
        <w:rPr>
          <w:b/>
          <w:color w:val="FF0000"/>
        </w:rPr>
        <w:br/>
        <w:tab/>
        <w:tab/>
        <w:tab/>
        <w:tab/>
        <w:t xml:space="preserve"> September 14, 2026 at 05:11 PM</w:t>
        <w:br/>
        <w:br/>
        <w:br/>
      </w:r>
    </w:p>
    <w:p>
      <w:r>
        <w:t>AUDIO FILE NAME, FILE SIZE:</w:t>
      </w:r>
      <w:r>
        <w:rPr>
          <w:b/>
          <w:color w:val="FF0000"/>
        </w:rPr>
        <w:br/>
        <w:tab/>
        <w:tab/>
        <w:tab/>
        <w:tab/>
        <w:t xml:space="preserve"> Heritage_Park_alt_9-24-2026.MP3</w:t>
      </w:r>
      <w:r>
        <w:rPr>
          <w:b/>
          <w:color w:val="FF0000"/>
        </w:rPr>
        <w:br/>
        <w:tab/>
        <w:tab/>
        <w:tab/>
        <w:tab/>
        <w:t xml:space="preserve"> 105443025</w:t>
        <w:br/>
        <w:br/>
        <w:br/>
      </w:r>
    </w:p>
    <w:p>
      <w:r>
        <w:t>DATE AUDIO FILE SUBMITTED TO THE GAT SYSTEM:</w:t>
      </w:r>
      <w:r>
        <w:rPr>
          <w:b/>
          <w:color w:val="FF0000"/>
        </w:rPr>
        <w:br/>
        <w:tab/>
        <w:tab/>
        <w:tab/>
        <w:tab/>
        <w:t xml:space="preserve"> October 06, 2026 at 11:39 AM</w:t>
        <w:br/>
        <w:br/>
        <w:br/>
      </w:r>
    </w:p>
    <w:p>
      <w:r>
        <w:t>DATE AUDIO FILE COMPLETED BY THE GAT SYSTEM:</w:t>
      </w:r>
      <w:r>
        <w:rPr>
          <w:b/>
          <w:color w:val="FF0000"/>
        </w:rPr>
        <w:br/>
        <w:tab/>
        <w:tab/>
        <w:tab/>
        <w:tab/>
        <w:t xml:space="preserve"> October 06, 2026 at 11:41 AM</w:t>
      </w:r>
      <w:r>
        <w:rPr>
          <w:b/>
          <w:color w:val="FF0000"/>
        </w:rPr>
        <w:br/>
        <w:tab/>
        <w:tab/>
        <w:tab/>
        <w:tab/>
        <w:t xml:space="preserve"> 01:12 ELAPSED TIME</w:t>
        <w:br/>
        <w:br/>
        <w:br/>
      </w:r>
    </w:p>
    <w:p>
      <w:r>
        <w:t>MEETING AGENDA:</w:t>
      </w:r>
      <w:r>
        <w:rPr>
          <w:b/>
          <w:color w:val="FF0000"/>
        </w:rPr>
        <w:br/>
        <w:br/>
        <w:br/>
        <w:tab/>
        <w:tab/>
        <w:tab/>
        <w:tab/>
        <w:t xml:space="preserve"> Double Branch Meeting Notes Sep 14, 2026  Meeting Notes: 1) Supervisors present: Cindy Nelsen, Scott Thomas, Amy Ambrosio, Andre Lanier, and Tom Horton. 2) Staff: Mike Eckert, Carl Allen (phone), Jay Soriano, and Marilee Giles. Staff from VerdeGo included Chalon Suchsland. Staff from Sporting Jax Academy included Matt Hollyoak. 3) Approved the Minutes of Aug 10, 2026; update Ms. Genelle Thomas to Mrs. Genelle Thomas on pages 2-5. 4) Approved the Check Register. 5) Discussed the meter at 3168 Stonebriar: Staff is working with Clay Electric and JEA; meter belongs to JEA not the District. 6) Accepted the 2025 Annual Engineer’s Report. 7) Approved the Agreement with CALM III subject to Vice Chair and Counsel review and execution; ratify at the next meeting. 8) Supervisor and Public comments:  A resident expressed concern for an algae bloom. Supervisors identified some lights out at the Oakleaf monument sign, sprinklers spraying in the road, and requested S3 Security be in attendance at meetings.  9) Next meeting is Oct 12, 2026 at 4:00 pm.  Action Items: 1) Jay – Please pay supervisors. Continue working with JEA to transition meter  #7332257 to JEA. Follow up with VerdeGo for sprinkler spraying in to the road. 2) Marilee – Follow up with Accountant on the Trustee question from Supervisor Lanier. Follow up with the Engineer to attend meetings on an as-needed basis, or at least quarterly. 3) Courtney – Please post the approved minutes to the website. Schedule the monthly agenda call for Staff. 4) Recording uploaded – 1 hour and 9 minutes. 5) Courtney – DRAFT Agenda Oct 12, 2026: a. Update on the Meter at 3168 Stonebriar b. Ratify Agreement with CALM III, LLC. c. Staff Reports/District Manager – FY26 Goals and Objectives Report   </w:t>
        <w:br/>
        <w:br/>
        <w:br/>
      </w:r>
    </w:p>
    <w:p>
      <w:r>
        <w:t xml:space="preserve">00:00      (Speaker A)  Anybody else have one? </w:t>
      </w:r>
    </w:p>
    <w:p>
      <w:r>
        <w:t xml:space="preserve">00:03      (Speaker B)  1 o'. </w:t>
      </w:r>
    </w:p>
    <w:p>
      <w:r>
        <w:t xml:space="preserve">00:03      (Speaker C)  Clock. All right. </w:t>
      </w:r>
    </w:p>
    <w:p>
      <w:r>
        <w:t xml:space="preserve">00:06      (Speaker D)  Good afternoon. This is a Heritage Park Community Development District meeting. Today is Thursday, September 24th. It is 1pm and we're here at the Heritage park amenities Center in St. Augustine, Florida. The first item of business is roll call. Will each of the supervisors please state your name for the record? </w:t>
      </w:r>
    </w:p>
    <w:p>
      <w:r>
        <w:t xml:space="preserve">00:24      (Speaker A)  Lois Pentagon, Judith Kinnicum, Joanne Wharton, Robert </w:t>
      </w:r>
    </w:p>
    <w:p>
      <w:r>
        <w:t xml:space="preserve">00:28      (Speaker C)  Curran, Thomas Ferry and staff. </w:t>
      </w:r>
    </w:p>
    <w:p>
      <w:r>
        <w:t xml:space="preserve">00:31      (Speaker D)  I'm Matt Biagetti, District Manager. </w:t>
      </w:r>
    </w:p>
    <w:p>
      <w:r>
        <w:t xml:space="preserve">00:32      (Speaker E)  Rich Gray, rms. </w:t>
      </w:r>
    </w:p>
    <w:p>
      <w:r>
        <w:t xml:space="preserve">00:34      (Speaker F)  Jeff Mason, on behalf of the district </w:t>
      </w:r>
    </w:p>
    <w:p>
      <w:r>
        <w:t xml:space="preserve">00:36      (Speaker D)  engineer and on the line, Kyle. </w:t>
      </w:r>
    </w:p>
    <w:p>
      <w:r>
        <w:t xml:space="preserve">00:41      (Speaker G)  Kyle McGee, district counsel. </w:t>
      </w:r>
    </w:p>
    <w:p>
      <w:r>
        <w:t xml:space="preserve">00:44      (Speaker C)  Great. </w:t>
      </w:r>
    </w:p>
    <w:p>
      <w:r>
        <w:t xml:space="preserve">00:44      (Speaker D)  Thank you, Kyle. Next item of business is public comment. This area of the agenda. For public comment or for those items that are on the agenda today, if you could please state your name and address for the record and limit your comment to three minutes. </w:t>
      </w:r>
    </w:p>
    <w:p>
      <w:r>
        <w:t xml:space="preserve">01:01      (Speaker H)  Ann Jermaine, 907 Oak Harbor Circle. </w:t>
      </w:r>
    </w:p>
    <w:p>
      <w:r>
        <w:t xml:space="preserve">01:05      (Speaker C)  Ann, on behalf of the board, I'd like to thank you for not only for showing up, but for keeping us informed if we miss anything. And thank you for the pictures you sent me. The landscaping pictures I photoed to Jeff. </w:t>
      </w:r>
    </w:p>
    <w:p>
      <w:r>
        <w:t xml:space="preserve">01:18      (Speaker I)  Jeff Johnson. </w:t>
      </w:r>
    </w:p>
    <w:p>
      <w:r>
        <w:t xml:space="preserve">01:19      (Speaker C)  Unfortunately, he had a death in family, so Rich has taken his spot. If you remember, Rich was here before Jeff. </w:t>
      </w:r>
    </w:p>
    <w:p>
      <w:r>
        <w:t xml:space="preserve">01:25      (Speaker H)  Yes, yes, I do. Yes. </w:t>
      </w:r>
    </w:p>
    <w:p>
      <w:r>
        <w:t xml:space="preserve">01:27      (Speaker C)  Actually, he got a promotion. So congratulations from the board. </w:t>
      </w:r>
    </w:p>
    <w:p>
      <w:r>
        <w:t xml:space="preserve">01:30      (Speaker E)  Thank you. </w:t>
      </w:r>
    </w:p>
    <w:p>
      <w:r>
        <w:t xml:space="preserve">01:31      (Speaker A)  Another one. </w:t>
      </w:r>
    </w:p>
    <w:p>
      <w:r>
        <w:t xml:space="preserve">01:33      (Speaker H)  Awesome. </w:t>
      </w:r>
    </w:p>
    <w:p>
      <w:r>
        <w:t xml:space="preserve">01:33      (Speaker C)  Sorry, Ann, Go ahead. </w:t>
      </w:r>
    </w:p>
    <w:p>
      <w:r>
        <w:t xml:space="preserve">01:37      (Speaker H)  I hope I'm not out of line or out of order in bringing this up, but because I just, I can't stay, I have to leave. So I'm here because of the mowing. I took pictures. I sent them to Tom. I've been complaining for weeks about the lack of mowing on Yellowstone. Now, I have never made any qualms or never bitten my tongue about my displeasure about Yellowstone. It has got to be terrible and it proved it. This past month I have. Between the area from my backyard to the pond, grass growing literally up to my hip. Now, you might say that's not too high. Well, you know, it is. But to add insult to injury, what's happened is yesterday they mowed and I was pleased to see that. And they came along with their weed whacker. But because of the way the grass grows, I now have to hire somebody to get the grass out from what they left because it's going to die because it was mowed and now I can't pull it out. </w:t>
      </w:r>
    </w:p>
    <w:p>
      <w:r>
        <w:t xml:space="preserve">02:53      (Speaker A)  It's under your fence. </w:t>
      </w:r>
    </w:p>
    <w:p>
      <w:r>
        <w:t xml:space="preserve">02:54      (Speaker H)  From under my fence. So yes, you know, Yellowstone did. Excuse me. And if I'm out of line, a half assed job as usual. You know, I mean, I mean, I just want to go back to the Bottlebrush trees that come into Arbor Park. Those things were planted six, no, four months prior to when I put in my bottlebrush bush. My bush is bigger than those trees, wider than those trees by three feet. And that's the poor quality that we have been getting from Yellowstone. So ever since I moved into this </w:t>
      </w:r>
    </w:p>
    <w:p>
      <w:r>
        <w:t xml:space="preserve">03:38      (Speaker J)  place, I wouldn't go that far back. </w:t>
      </w:r>
    </w:p>
    <w:p>
      <w:r>
        <w:t xml:space="preserve">03:40      (Speaker H)  Well, I'm sorry, but I do. </w:t>
      </w:r>
    </w:p>
    <w:p>
      <w:r>
        <w:t xml:space="preserve">03:42      (Speaker J)  So before I can, before I comment on your comment about Yellowstone, I sent Jeff an email two days ago because the mowing wasn't being done. But those are the restrictions that we put on to cut back because. Cut back. Let me finish. Cut back while the weather was the way it was and there was no water in the pond. So Jeff's recommendation when, if he was going to be here today is to go back to the mowing the way it was before. So it's not all on Yellowstone. And I agree along the walkway I had to get Jeff to mow that back at the end of August. So if we go back to the original mowing schedule, I think that stuff will correct itself. </w:t>
      </w:r>
    </w:p>
    <w:p>
      <w:r>
        <w:t xml:space="preserve">04:30      (Speaker H)  Okay. And I understand what you're saying and yes, I do remember that that restrictions were placed on Yellowstone as to the distance from the waterline to where they could mow. But they're not mowing up against the people's property. That's what I'm talking. I'm not talking about the pond. I'm as worried about the pond as you are. I'm talking about they're falling down on the job near the person's property. And yes, I'm ticked off. Then I now have to hire somebody because I can't be out in the sun. And now I've got to hire somebody to come along and pull out that head grass. </w:t>
      </w:r>
    </w:p>
    <w:p>
      <w:r>
        <w:t xml:space="preserve">05:10      (Speaker C)  Well, Ann, I let Jeff know and last time I spoke to him, he had a meeting set up with Yellowstone. </w:t>
      </w:r>
    </w:p>
    <w:p>
      <w:r>
        <w:t xml:space="preserve">05:16      (Speaker H)  Okay. </w:t>
      </w:r>
    </w:p>
    <w:p>
      <w:r>
        <w:t xml:space="preserve">05:16      (Speaker C)  And he was going to let us know what happened, but unfortunately he's not here. </w:t>
      </w:r>
    </w:p>
    <w:p>
      <w:r>
        <w:t xml:space="preserve">05:20      (Speaker H)  Yeah, And I also don't understand why Yellowstone representative isn't here. I mean, this is a big community and you know what? </w:t>
      </w:r>
    </w:p>
    <w:p>
      <w:r>
        <w:t xml:space="preserve">05:27      (Speaker C)  No one could do that. </w:t>
      </w:r>
    </w:p>
    <w:p>
      <w:r>
        <w:t xml:space="preserve">05:28      (Speaker H)  The other thing is that I looked at the grass near behind my house. Fine. I then looked at the grass by the ponds as you come in. What is that off Woodlawn? What is that? What? Heritage Park Drive? Those ponds. That grass wasn't half as high. So that meant that they were mowing or doing something or I don't know what they were doing out there. Whatever they were doing there, they weren't doing by My pond, I think they </w:t>
      </w:r>
    </w:p>
    <w:p>
      <w:r>
        <w:t xml:space="preserve">05:57      (Speaker A)  only the day before. Because it had been very high. It had been very high. Okay, they did it. </w:t>
      </w:r>
    </w:p>
    <w:p>
      <w:r>
        <w:t xml:space="preserve">06:02      (Speaker J)  I agree with that. They did it at the entrance, and then they stopped by pond 400. But the other side of pond 400, by the fence, by our neighbor and up over the edge of the berm where I am. They haven't mowed that either. </w:t>
      </w:r>
    </w:p>
    <w:p>
      <w:r>
        <w:t xml:space="preserve">06:14      (Speaker H)  Yeah, they haven't mowed that. </w:t>
      </w:r>
    </w:p>
    <w:p>
      <w:r>
        <w:t xml:space="preserve">06:16      (Speaker K)  It was a month, twice. </w:t>
      </w:r>
    </w:p>
    <w:p>
      <w:r>
        <w:t xml:space="preserve">06:18      (Speaker A)  We're going to discuss this. </w:t>
      </w:r>
    </w:p>
    <w:p>
      <w:r>
        <w:t xml:space="preserve">06:19      (Speaker D)  Yeah, so we do plan on addressing this, and I think a lot of it is falling behind as well with the additional weed eating. So we're going to discuss that today. Rich is going to provide some. </w:t>
      </w:r>
    </w:p>
    <w:p>
      <w:r>
        <w:t xml:space="preserve">06:31      (Speaker A)  That's stick on our list. Yeah. </w:t>
      </w:r>
    </w:p>
    <w:p>
      <w:r>
        <w:t xml:space="preserve">06:33      (Speaker B)  But. </w:t>
      </w:r>
    </w:p>
    <w:p>
      <w:r>
        <w:t xml:space="preserve">06:33      (Speaker D)  Yeah, I know the board and the staff is well aware of the issues that we've been facing with that. So thank you, Ann. Any further public comment to that? </w:t>
      </w:r>
    </w:p>
    <w:p>
      <w:r>
        <w:t xml:space="preserve">06:45      (Speaker H)  No, I'm going home now. </w:t>
      </w:r>
    </w:p>
    <w:p>
      <w:r>
        <w:t xml:space="preserve">06:47      (Speaker C)  Well, thank you. </w:t>
      </w:r>
    </w:p>
    <w:p>
      <w:r>
        <w:t xml:space="preserve">06:50      (Speaker J)  Don't everybody applaud. </w:t>
      </w:r>
    </w:p>
    <w:p>
      <w:r>
        <w:t xml:space="preserve">06:53      (Speaker D)  And for the audience in attendance today, there's another opportunity after staff reports, to make comment to the board. And with that, item 3 is the approval of the minutes of the July 30, 2026 meeting. Any comments or revisions noted by the board? </w:t>
      </w:r>
    </w:p>
    <w:p>
      <w:r>
        <w:t xml:space="preserve">07:08      (Speaker A)  Yeah. Anybody else want to go first? Anybody else have any? </w:t>
      </w:r>
    </w:p>
    <w:p>
      <w:r>
        <w:t xml:space="preserve">07:18      (Speaker C)  No. </w:t>
      </w:r>
    </w:p>
    <w:p>
      <w:r>
        <w:t xml:space="preserve">07:19      (Speaker J)  No. </w:t>
      </w:r>
    </w:p>
    <w:p>
      <w:r>
        <w:t xml:space="preserve">07:19      (Speaker A)  Okay, page eight, first paragraph has to do with what we were discussing today. Mr. Ferry, you've requested that Yellowstone not mow within four days of a rain. That's fine. Ms. Wharton recalled that the only stipulation was that Yellowstone not use big mowers by the edge of the pond bank, which was also requested by Andre Main. I think we have a communication problem. The four days of the rain was only about the second pass. Because for a while there we said, we want two mowers up just for a little bit because it was so muddy and we just didn't want it. Boom, right when it's raining and creating the troughs and the tracks that create the erosion issues. So I think there's a little bit of a communication problem there. I don't think it's so much about the verbiage in that quote, but I think there needs to be distinct clarification. </w:t>
      </w:r>
    </w:p>
    <w:p>
      <w:r>
        <w:t xml:space="preserve">08:22      (Speaker K)  Can I jump in a second before you go? </w:t>
      </w:r>
    </w:p>
    <w:p>
      <w:r>
        <w:t xml:space="preserve">08:24      (Speaker A)  And it wasn't for mowing all within four days of a rain. And that part we probably do need to clarify in this. So it was four days of a rain. For the one that was close, they were asking for an exception to mow all the way to the bank one time. This is the only thing that issue was addressing at that time. Don't do it. It's right before a rain, right after a rain. Find if it's going to rain the next day. So that needed clarification both in writing and verbally. </w:t>
      </w:r>
    </w:p>
    <w:p>
      <w:r>
        <w:t xml:space="preserve">08:55      (Speaker C)  What if we put heavy rain just </w:t>
      </w:r>
    </w:p>
    <w:p>
      <w:r>
        <w:t xml:space="preserve">08:57      (Speaker A)  where it's not going to leave tracks, just muddy. I don't care if it was a sprinkle. Don't count that as a rain. It's just common sense. We don't want the weight of that equipment damaging the bank that we're working so hard and restoring common sense. </w:t>
      </w:r>
    </w:p>
    <w:p>
      <w:r>
        <w:t xml:space="preserve">09:10      (Speaker C)  That was Anne's speaking. </w:t>
      </w:r>
    </w:p>
    <w:p>
      <w:r>
        <w:t xml:space="preserve">09:11      (Speaker K)  You did it in the rain yesterday. </w:t>
      </w:r>
    </w:p>
    <w:p>
      <w:r>
        <w:t xml:space="preserve">09:13      (Speaker A)  I did it in the rain. But there's rain and then there's where it's going to cause detrimental effects. </w:t>
      </w:r>
    </w:p>
    <w:p>
      <w:r>
        <w:t xml:space="preserve">09:19      (Speaker C)  So, Rich, if they don't mow because it rains, then we're off schedule till the next cycle. Or do they come back the next day which froze off their schedule? </w:t>
      </w:r>
    </w:p>
    <w:p>
      <w:r>
        <w:t xml:space="preserve">09:29      (Speaker E)  Typically, the way I would like to see it in the way that it should be done in a perfect world, if you will, is where you left off is where you should pick up. If you stop at Pond 400 because of rain and you dispatch the next day, then your team should start at 400 and continue in rotation. What runs into the issue is when you have three or four days consistent rain and now you're so far off schedule to where you may just have to say, okay, to get back on schedule, we go to the rotation we're supposed to be on and then try to catch the stuff that's behind up. I will say I won't go too far because I'll go in my notes. I've had a thorough conversation with Yellowstone because I've drove the property multiple times myself and they've shared a lot of interest of why they've gotten behind and why they feel they're behind. And I'll be able to touch on all that during my report. </w:t>
      </w:r>
    </w:p>
    <w:p>
      <w:r>
        <w:t xml:space="preserve">10:11      (Speaker C)  Thank you. </w:t>
      </w:r>
    </w:p>
    <w:p>
      <w:r>
        <w:t xml:space="preserve">10:12      (Speaker A)  Yeah, I didn't want to delve any deeper. </w:t>
      </w:r>
    </w:p>
    <w:p>
      <w:r>
        <w:t xml:space="preserve">10:14      (Speaker B)  Can I have one question? I remember we had every rain and there's no mowing and we asked them o and they said, oh, they'd have to charge us additional fee because we're out of rotation. Well, did they charge us when they didn't mow? </w:t>
      </w:r>
    </w:p>
    <w:p>
      <w:r>
        <w:t xml:space="preserve">10:26      (Speaker E)  No, that should not be the case. You pay for consistent mowing rotations throughout the year that you pay within your contract. So if they were unable to mow, then that should be included. </w:t>
      </w:r>
    </w:p>
    <w:p>
      <w:r>
        <w:t xml:space="preserve">10:34      (Speaker B)  Well, that was Jeff's answer. Jeff's answer said when he touched the base with Them about mowing after a heavy rain. They said we were out of rotation and we would have to pay that additional fee to get that additional mow. If anybody remembers that. </w:t>
      </w:r>
    </w:p>
    <w:p>
      <w:r>
        <w:t xml:space="preserve">10:47      (Speaker A)  I don't remember that statement. </w:t>
      </w:r>
    </w:p>
    <w:p>
      <w:r>
        <w:t xml:space="preserve">10:48      (Speaker B)  Yes, he said that. </w:t>
      </w:r>
    </w:p>
    <w:p>
      <w:r>
        <w:t xml:space="preserve">10:50      (Speaker A)  Oh, I'm sure. I just don't. </w:t>
      </w:r>
    </w:p>
    <w:p>
      <w:r>
        <w:t xml:space="preserve">10:51      (Speaker B)  Yeah. And then my thought was, well, when they didn't mow, do we pay for that? </w:t>
      </w:r>
    </w:p>
    <w:p>
      <w:r>
        <w:t xml:space="preserve">10:55      (Speaker K)  Yeah, right. </w:t>
      </w:r>
    </w:p>
    <w:p>
      <w:r>
        <w:t xml:space="preserve">10:56      (Speaker A)  Yes, we did. </w:t>
      </w:r>
    </w:p>
    <w:p>
      <w:r>
        <w:t xml:space="preserve">10:57      (Speaker B)  So we paid for what they didn't do, but to get them to do it again because our rotation is going </w:t>
      </w:r>
    </w:p>
    <w:p>
      <w:r>
        <w:t xml:space="preserve">11:01      (Speaker A)  to cost us more money when we renegotiate. </w:t>
      </w:r>
    </w:p>
    <w:p>
      <w:r>
        <w:t xml:space="preserve">11:05      (Speaker L)  We should. </w:t>
      </w:r>
    </w:p>
    <w:p>
      <w:r>
        <w:t xml:space="preserve">11:05      (Speaker A)  When we renegotiated the contract with them, we specifically at that time said we wanted weed whack one mower length. And there was not. And we renegotiated that into the fee. And now they're trying to say, no, they can't keep up with that. We want a one time exemption. And so we gave them the exemption with that one time stipulation of not doing it right before it was raining. Now they're thinking that's all the time. So I think it's a deliberate misconception communication. But it's a miscommunication that we want clarified. And I'm sorry, we're talking out of turn. We're supposed to be approving the minutes I said I'll move to approve the minutes I got. </w:t>
      </w:r>
    </w:p>
    <w:p>
      <w:r>
        <w:t xml:space="preserve">11:44      (Speaker C)  Okay. </w:t>
      </w:r>
    </w:p>
    <w:p>
      <w:r>
        <w:t xml:space="preserve">11:45      (Speaker A)  On page eight. </w:t>
      </w:r>
    </w:p>
    <w:p>
      <w:r>
        <w:t xml:space="preserve">11:46      (Speaker K)  Also on the duck situation, I just need to say that upon 100, our ducks were killed or died of barrister. I believe they poisoned. So they were not. They did not disappear because they disappeared and they died. And we. Jeff had his guy, he picked over 31 dead ducks up. So those ducks died in that pond, not because people stopped feeding them or anything else. </w:t>
      </w:r>
    </w:p>
    <w:p>
      <w:r>
        <w:t xml:space="preserve">12:15      (Speaker A)  What paragraph is that? </w:t>
      </w:r>
    </w:p>
    <w:p>
      <w:r>
        <w:t xml:space="preserve">12:16      (Speaker J)  The very last. </w:t>
      </w:r>
    </w:p>
    <w:p>
      <w:r>
        <w:t xml:space="preserve">12:18      (Speaker A)  Okay. </w:t>
      </w:r>
    </w:p>
    <w:p>
      <w:r>
        <w:t xml:space="preserve">12:18      (Speaker K)  I really believe that they were poisoned and they died the year before. Same thing. Oh, there we go. </w:t>
      </w:r>
    </w:p>
    <w:p>
      <w:r>
        <w:t xml:space="preserve">12:24      (Speaker A)  So it's not who fed them stocks that needs to be deleted due to the death of the ducks. Do you see it? Third line from the bottom in the middle. Who fed them stopped because the majority of residents who fed them stopped. </w:t>
      </w:r>
    </w:p>
    <w:p>
      <w:r>
        <w:t xml:space="preserve">12:38      (Speaker K)  No, that had nothing to do. </w:t>
      </w:r>
    </w:p>
    <w:p>
      <w:r>
        <w:t xml:space="preserve">12:40      (Speaker A)  Probably just because they died. </w:t>
      </w:r>
    </w:p>
    <w:p>
      <w:r>
        <w:t xml:space="preserve">12:44      (Speaker D)  You feel it's more accurate to just take that out? </w:t>
      </w:r>
    </w:p>
    <w:p>
      <w:r>
        <w:t xml:space="preserve">12:47      (Speaker A)  Yes, strike it. And we'll just strike that out and just put. Because they died. We don't have to put anything accusatory in there or anything else. Just the fact that they died. </w:t>
      </w:r>
    </w:p>
    <w:p>
      <w:r>
        <w:t xml:space="preserve">12:56      (Speaker K)  They died very hard death too. It took her like three days to die. All those things. </w:t>
      </w:r>
    </w:p>
    <w:p>
      <w:r>
        <w:t xml:space="preserve">13:04      (Speaker C)  Jeff told us they had another community that you guys do. And the Ducks were dying. They were blaming the low water in the pond. </w:t>
      </w:r>
    </w:p>
    <w:p>
      <w:r>
        <w:t xml:space="preserve">13:12      (Speaker F)  Yeah. </w:t>
      </w:r>
    </w:p>
    <w:p>
      <w:r>
        <w:t xml:space="preserve">13:13      (Speaker A)  And we could be toxicity. </w:t>
      </w:r>
    </w:p>
    <w:p>
      <w:r>
        <w:t xml:space="preserve">13:14      (Speaker E)  I've had a couple, couple properties where there's been some dead ducks and you know, it's kind of hard to distinguish what actually killed them. Whether it's natural causes or, you know, chemical or somebody mistreating, you know, </w:t>
      </w:r>
    </w:p>
    <w:p>
      <w:r>
        <w:t xml:space="preserve">13:28      (Speaker B)  so </w:t>
      </w:r>
    </w:p>
    <w:p>
      <w:r>
        <w:t xml:space="preserve">13:28      (Speaker C)  the chemicals aren't diluted when the rain is low. When the water is low. </w:t>
      </w:r>
    </w:p>
    <w:p>
      <w:r>
        <w:t xml:space="preserve">13:32      (Speaker B)  Yeah. </w:t>
      </w:r>
    </w:p>
    <w:p>
      <w:r>
        <w:t xml:space="preserve">13:33      (Speaker E)  Well, you know the pond. You talking about the pond? Well, and those pond guys, you know, they got to turn in all their logs into the state. All that stuff goes in. It's all trash for EPA regulations. So I mean most of them are very careful and they're very aware of the surroundings for the day of what they're going to be treating. </w:t>
      </w:r>
    </w:p>
    <w:p>
      <w:r>
        <w:t xml:space="preserve">13:47      (Speaker B)  Okay. </w:t>
      </w:r>
    </w:p>
    <w:p>
      <w:r>
        <w:t xml:space="preserve">13:48      (Speaker E)  So it's. And then, you know, at an instant the district can request any of the pond treatment reports and then you can see how many pounds were put in of what chemical at what time of day. What was the weather? </w:t>
      </w:r>
    </w:p>
    <w:p>
      <w:r>
        <w:t xml:space="preserve">13:57      (Speaker C)  What was the weather? </w:t>
      </w:r>
    </w:p>
    <w:p>
      <w:r>
        <w:t xml:space="preserve">13:58      (Speaker A)  Right. But it's not telling the level of toxicity that is currently in the pond. </w:t>
      </w:r>
    </w:p>
    <w:p>
      <w:r>
        <w:t xml:space="preserve">14:03      (Speaker E)  But we could do a water sample. If we thought that there are current ponds that may have problems. We could request for the pond company or the landscape company to do a water sample. </w:t>
      </w:r>
    </w:p>
    <w:p>
      <w:r>
        <w:t xml:space="preserve">14:11      (Speaker K)  Requested and requested. </w:t>
      </w:r>
    </w:p>
    <w:p>
      <w:r>
        <w:t xml:space="preserve">14:13      (Speaker E)  And we haven't got. </w:t>
      </w:r>
    </w:p>
    <w:p>
      <w:r>
        <w:t xml:space="preserve">14:13      (Speaker A)  Anybody would do it. </w:t>
      </w:r>
    </w:p>
    <w:p>
      <w:r>
        <w:t xml:space="preserve">14:15      (Speaker E)  Okay. </w:t>
      </w:r>
    </w:p>
    <w:p>
      <w:r>
        <w:t xml:space="preserve">14:15      (Speaker K)  Nobody would do it. </w:t>
      </w:r>
    </w:p>
    <w:p>
      <w:r>
        <w:t xml:space="preserve">14:18      (Speaker A)  Your careful. That's a dangerous can of worms to open. </w:t>
      </w:r>
    </w:p>
    <w:p>
      <w:r>
        <w:t xml:space="preserve">14:24      (Speaker E)  I mean, if the board would like, I can look into it. </w:t>
      </w:r>
    </w:p>
    <w:p>
      <w:r>
        <w:t xml:space="preserve">14:26      (Speaker C)  Well, then you would suggest testing when the water level is low. Yeah. </w:t>
      </w:r>
    </w:p>
    <w:p>
      <w:r>
        <w:t xml:space="preserve">14:30      (Speaker E)  Well, I mean any pond at any time, if you wanted to do a water sample, we could get a water sample done and just kind of see what's in the pond. If we have kind of questions that there may be something toxic or something to, you know, that could harm animals, we could always do a water sample on the selected pond that the board would like. </w:t>
      </w:r>
    </w:p>
    <w:p>
      <w:r>
        <w:t xml:space="preserve">14:45      (Speaker C)  Does anybody want to make a motion on that? I think that's a good idea. </w:t>
      </w:r>
    </w:p>
    <w:p>
      <w:r>
        <w:t xml:space="preserve">14:49      (Speaker B)  Anyone </w:t>
      </w:r>
    </w:p>
    <w:p>
      <w:r>
        <w:t xml:space="preserve">14:52      (Speaker C)  wait till we see the ducks die again? </w:t>
      </w:r>
    </w:p>
    <w:p>
      <w:r>
        <w:t xml:space="preserve">14:54      (Speaker I)  Sure. </w:t>
      </w:r>
    </w:p>
    <w:p>
      <w:r>
        <w:t xml:space="preserve">14:55      (Speaker C)  Is it only one pond? </w:t>
      </w:r>
    </w:p>
    <w:p>
      <w:r>
        <w:t xml:space="preserve">14:56      (Speaker E)  I think she said 100. </w:t>
      </w:r>
    </w:p>
    <w:p>
      <w:r>
        <w:t xml:space="preserve">14:57      (Speaker A)  It was a couple ponds, but it has stopped and I think it's more. And that's when the water was historically low, which would make the water more toxic. However, I would like to wait until another die off happens. What do you want to do? </w:t>
      </w:r>
    </w:p>
    <w:p>
      <w:r>
        <w:t xml:space="preserve">15:18      (Speaker K)  Well, there's no ducks there, so. </w:t>
      </w:r>
    </w:p>
    <w:p>
      <w:r>
        <w:t xml:space="preserve">15:19      (Speaker A)  Right. So. </w:t>
      </w:r>
    </w:p>
    <w:p>
      <w:r>
        <w:t xml:space="preserve">15:20      (Speaker K)  But see this. Our pond was the only pond that </w:t>
      </w:r>
    </w:p>
    <w:p>
      <w:r>
        <w:t xml:space="preserve">15:23      (Speaker A)  they were dying in. No, they've disappeared in my pond. </w:t>
      </w:r>
    </w:p>
    <w:p>
      <w:r>
        <w:t xml:space="preserve">15:27      (Speaker J)  So if the residents don't Start feeding them again. The ducks will stay away. So that's my take on it. And they shouldn't be feeding them anyway. </w:t>
      </w:r>
    </w:p>
    <w:p>
      <w:r>
        <w:t xml:space="preserve">15:34      (Speaker K)  Well, there's no ducks there to feed, so don't worry about it. </w:t>
      </w:r>
    </w:p>
    <w:p>
      <w:r>
        <w:t xml:space="preserve">15:37      (Speaker I)  They're all on one. </w:t>
      </w:r>
    </w:p>
    <w:p>
      <w:r>
        <w:t xml:space="preserve">15:38      (Speaker A)  They're all on my street. Did we move to accept the minutes? </w:t>
      </w:r>
    </w:p>
    <w:p>
      <w:r>
        <w:t xml:space="preserve">15:43      (Speaker C)  I'll make a motion to accept the minutes. </w:t>
      </w:r>
    </w:p>
    <w:p>
      <w:r>
        <w:t xml:space="preserve">15:45      (Speaker A)  Thank you. I second. </w:t>
      </w:r>
    </w:p>
    <w:p>
      <w:r>
        <w:t xml:space="preserve">15:48      (Speaker D)  All those in favor? Motion carries. Thank you. Item 4 on the agenda today and in your package are documents relating to a lease agreement proposed by National Stormwater Trust. And with us today, we have Jeff Littlejohn to present his proposal. </w:t>
      </w:r>
    </w:p>
    <w:p>
      <w:r>
        <w:t xml:space="preserve">16:08      (Speaker M)  Thank you, Matt. </w:t>
      </w:r>
    </w:p>
    <w:p>
      <w:r>
        <w:t xml:space="preserve">16:09      (Speaker I)  I appreciate it. What would be most comfortable for you all? I hate the idea, asking you all to listen if we want to backturn. </w:t>
      </w:r>
    </w:p>
    <w:p>
      <w:r>
        <w:t xml:space="preserve">16:16      (Speaker B)  So. </w:t>
      </w:r>
    </w:p>
    <w:p>
      <w:r>
        <w:t xml:space="preserve">16:18      (Speaker K)  Perfect. </w:t>
      </w:r>
    </w:p>
    <w:p>
      <w:r>
        <w:t xml:space="preserve">16:19      (Speaker I)  So I'm Jeff Lojohn with National Stormwater Trust. Appreciate the opportunity to be here. There's a. There's a packet of information, including a letter to y'. </w:t>
      </w:r>
    </w:p>
    <w:p>
      <w:r>
        <w:t xml:space="preserve">16:26      (Speaker M)  All. </w:t>
      </w:r>
    </w:p>
    <w:p>
      <w:r>
        <w:t xml:space="preserve">16:27      (Speaker I)  There's a sample letter to homeowners if we get to that point. A lot of Q and A questions and answers that we've heard from residents from the communities that we serve. And so all that stuff is in there, along with a specific proposal for this community and a draft lease agreement for this community. Before we get into the meat of the materials, I just want to say so I'm a Floridian born and raised. I'm a professional engineer. I'm a Naval Academy grad. I'm a veteran. Other than my time in the service, I've been in Florida my whole life. We are Tallahassee based. We're a small firm. We're all engineers, and we are absolutely. You can characterize all of us as stormwater nerds. It sounds like with this community being focused on its stormwater ponds, y' all may be stormwater nerds, too. So I hope that we can have a great relationship and get to know each other and do some great things with your lakes out here. So what we do is we partner with communities and we improve the way their ponds operate, and the benefits accrue to the community in some ways that I'll describe. The benefits may also very well be financial, which we can share the benefit of that. And we've been doing this for about four years now, so it's still relatively new. There are some new stormwater regulations that just hit the books at the state level in 2024. We started doing this just a little bit before that. And really, some of the reasons why the rules are the way they are is because we arrived on the scene and started talking to the state about this opportunity to, to partner with communities that have large systems of stormwater management like y' all do. We are in. I just wanted to highlight a couple of communities. We're in Babcock Ranch in South Florida. We're a part of their hurricane resiliency community priority down there. So we do a lot of lake management for water levels, for flood control. We're in the villages. We've got a lot of ponds under management in the villages and we do it for water savings. They like to save, save all as much water as they can so they can irrigate more golf courses. So we store a lot of water in the villages and also for water quality benefits. But with, with this team here. So your district attorney, your district manager, not your district engineer yet. You've not worked with your district engineer before. But we have done multiple community development districts in the northeast Florida area. So we've got Grand Oaks near, nearby here. And you've done one south Houston called Indigo and then one up in Jacksonville called Rallis Creek. So we've got some experience in working with your team, which is a, which is a nice plus here. So what we are, what we do is if we can get comfortable with our relationship. So I'm going to describe our relationship this way and then we can get to the point. We're talking about lease agreement that we can get executed and get started. But what we do is we look at communities like this that has lots of stormwater ponds. We do some analysis on our end. So my engineering team have already looked at several of the lakes in your community and we're focused here today on Lakes 8 and 10. They happen to be 800 and 1000. 800. </w:t>
      </w:r>
    </w:p>
    <w:p>
      <w:r>
        <w:t xml:space="preserve">19:43      (Speaker J)  1000. </w:t>
      </w:r>
    </w:p>
    <w:p>
      <w:r>
        <w:t xml:space="preserve">19:43      (Speaker I)  I want to make sure I got that right. 800,000 on the map and on the permits. But I know sometimes y' all refer to them by single digit numbers or whatever. Anyway, Lake 800, 1000, they are interconnected and when the Lake 1000 discharges out into. Into the creek. Yes, into Red House Branch. We have already looked at that Alphal structure. We've done some preliminary engineering and we believe we can improve. We know we can improve the functionality of that outfall structure with an automated control system. I'm going to describe what that is and how that works and what it does. But with an automated control system installed on that alcohol structure, we can actively manage the water levels in 800 to 1000 to maximize water quality benefit for the water body that it discharges to Red House Branch. I want to make sure I get that right. So the water quality going out to Red House Branch from that lake system would be improved by this change in, in how it's managed. And then that corresponding environmental benefit goes downstream out to the. To regional environmental benefit. This would all has to be approved by the state. Our modeling, the water quality benefits, our water quality testing, everything that's associated with what I'm describing has to be approved by the state before then we have an opportunity to sell or water quality. The excess water quality treatment credit that this would be generating. This project would generate water quality credit that could be sold in the same region. I let Matt know and his team know we actually do have a buyer under contract. So this is something that could happen relatively quickly. </w:t>
      </w:r>
    </w:p>
    <w:p>
      <w:r>
        <w:t xml:space="preserve">21:24      (Speaker A)  Who's the big puller? </w:t>
      </w:r>
    </w:p>
    <w:p>
      <w:r>
        <w:t xml:space="preserve">21:26      (Speaker I)  It is. It is not. It is not a new development. It is not a. It is not a green field development. It's redevelopment downtown above big marina downtown. But we have sold to dot. We've never sold from one community stormwater pond to another community. We've never done that. I know there's a lot of people that have sensitivity about that. I won't say that we wouldn't approach you if that offer presents itself, but the buyer, and it's not the buyer of the entire portfolio of credits, but the buyer is a marine center in St. Albertson. </w:t>
      </w:r>
    </w:p>
    <w:p>
      <w:r>
        <w:t xml:space="preserve">22:00      (Speaker K)  Okay. </w:t>
      </w:r>
    </w:p>
    <w:p>
      <w:r>
        <w:t xml:space="preserve">22:03      (Speaker A)  Oh, St. Augustine or downtown? You said downtown. I assume Jacksonville is in St. Augustine. </w:t>
      </w:r>
    </w:p>
    <w:p>
      <w:r>
        <w:t xml:space="preserve">22:07      (Speaker I)  St. Augustine. </w:t>
      </w:r>
    </w:p>
    <w:p>
      <w:r>
        <w:t xml:space="preserve">22:08      (Speaker A)  Thank you. </w:t>
      </w:r>
    </w:p>
    <w:p>
      <w:r>
        <w:t xml:space="preserve">22:09      (Speaker I)  St. Augustine Marine Center. So it's a redevelopment project, not a greenfield development. Pollution. I mean, we are talking about pollution. What comes out of your lake system still contains pollution. It is treated to the minimum requirement that the state required. Every residential development developed at the same time as this community. Generally speaking, as communities are newer, the standards are more stringent. So there's actually a little bit of a benefit to going to communities that have been around a while because the water that comes out of their communities is actually a little less clean than like a brand new community that's built today. But we can clean that up. So what we do is we put a. So right now a discharge structure from the stormwater pond. And y' all have seen them around your neighborhood. The discharge structure is a concrete box. So when the water gets high enough, the water spills down the concrete box and goes out of pipe. What we do is there's a couple of photos in your packet from some other communities that we put these in. Also. Thank you, Rich, for bringing the one from Grand Oak. So this is right up the street from y'. </w:t>
      </w:r>
    </w:p>
    <w:p>
      <w:r>
        <w:t xml:space="preserve">23:18      (Speaker B)  All. </w:t>
      </w:r>
    </w:p>
    <w:p>
      <w:r>
        <w:t xml:space="preserve">23:18      (Speaker I)  This is one we just put in a month or so ago. At Grand Oaks, we install an actuated, which just means a controllable gate, a remote controllable gate that sits in front of the concrete box. That will prevent the water from going in the box when the gate is closed, but will allow the water to move through the box when the gate is open. So it's remote controllable. It's manually remote controllable. It is locally controllable, so somebody with a key can spin a wheel and open it manually. It is remote controllable from my team's office in Tallahassee. And it is also automated. It has a computer that's sitting in a watertight box that is sitting nearby the structure on a pole. It's got its own power supply, and that computer is receiving real time weather forecast information for the National Weather Service. That computer is running a real time stormwater model, which means it knows what the water level is in the pond, it knows how large the area that drains into that pond, and it knows what that next rain event is projected to drop. And it can run the math and calculate that that next rain event is going to make the pond water level go up by 4 inches. So we can do that math, and it does it all the time. And whenever the math says, that model says that that water level is going to go up high enough and overflow, it will reach that conclusion and it will release some water before the storm arrives, that equivalent amount of water. And the goal in doing that is the water quality in your ponds is at its best right before the rainfall. It's at the most time to settle. It's at the most time to clarify, it's at the most, most time for the vegetation around the pond to eat the nutrients that are in the pond water. And right after it rains is when that pond is the dirtiest. That's the runoff from your streets and your yards and everything else. So by releasing that water before the rainfall instead of after the rainfall, you're releasing cleaner water and you're holding dirtier water. So that combination of change in operation is how these systems generate extra water quality treatment. So in everything I said, I haven't described that we hold the water level higher. I haven't described that we hold the water longer. I haven't described that we're lowering the lakes down to the bottom or anything like that. We're just simply taking as close as we can before that next rain event, that calculated water volume, and we're Releasing it right before it rains instead of right after it rains. That's the magic in all of this. And the computers, doing all that math and doing all that work, that is how it's going to operate 90% of the time. And no one will notice because we're talking about inches, right? The times when people will notice. And this is why we got a homeowner communication package and we've done a lot of town hall meetings with homeowners because people have a lot of questions about, well, what about that really big tropical event that's coming or what about if you. The other questions we get a lot is would you expect a big rain event, like a big 6 inch rain event that's going to generate a lot of stormwater. You drop the lakes by a foot and then you only get an inch, right. And you've got low lakes. So those are the types of questions we get a lot. And so I'm kind of just putting them out there for y'. </w:t>
      </w:r>
    </w:p>
    <w:p>
      <w:r>
        <w:t xml:space="preserve">26:40      (Speaker F)  All. </w:t>
      </w:r>
    </w:p>
    <w:p>
      <w:r>
        <w:t xml:space="preserve">26:41      (Speaker I)  These are the things we hear about a lot. In the case of. I'll take them a couple. They're completely different scenarios, but they're both questions of what. And they both have happened. We've had hurricanes go over our systems before. When you have a very large rain event coming, we will communicate this, of course, with everybody. Everybody should know it. If you're watching news, we can lower the lake. Those two lakes, we won't be able to help out the whole community. We could lower those two lakes by three feet. Will it prevent flooding that might not otherwise happen? </w:t>
      </w:r>
    </w:p>
    <w:p>
      <w:r>
        <w:t xml:space="preserve">27:18      (Speaker L)  Probably. </w:t>
      </w:r>
    </w:p>
    <w:p>
      <w:r>
        <w:t xml:space="preserve">27:19      (Speaker I)  Will it prevent all flooding? </w:t>
      </w:r>
    </w:p>
    <w:p>
      <w:r>
        <w:t xml:space="preserve">27:20      (Speaker E)  Probably not. </w:t>
      </w:r>
    </w:p>
    <w:p>
      <w:r>
        <w:t xml:space="preserve">27:21      (Speaker I)  Like it totally depends on the hurricane. Depends on how much rain, Depends on so many factors. There's no guarantees in this. But by lowering the lakes that much, when that rain does fall, it has a lot more room to fill those lakes up before it starts to get into people's yards and all that stuff. So it does help. It's not, it's not a silver bullet. It's. It's not hurricane flood protection forever for everybody in all circumstances. But it does help in a community like Babcock Ranch, where the entire community is operated with this automated control structure. Sid Kinston, the master developer of that community, is out on 60 Minutes talking about a hurricane proof community because he believes that he's going to actively manage this water and actually prevent flooding. And he has successfully done it with multiple hurricanes down there. So it is achievable. Now that is a much more aggressive application of this technology. It's every single pond in the community. I'm not advocating anything like that. But it is effective technology, and the state is its acceptance that this is growing. Every year, we're going to see a lot more of this type of technology deployed. The opportunity here, with private company coming to a public entity like a CBD and offering to do this for free, and that's what we're offering. No money from this community at all to do this. The reason is these water quality credits are valuable. The value of the water quality credits from just those two ponds is approximately $5 million. Now, I'm not saying the Marine center is going to pay all that money that the Marine center is not. They're only taking a little bit of this if we can make all this work. But it is really expensive to meet the new water quality standards of the state, because the new water quality standards of the state are the highest of any state in the country. And so communities and projects like the Marine center downtown and DOT and the county and city and schools and jails and libraries, everybody is subject to the new stormwater rules. So no matter who it is that is developing today in 2026 in Florida, has to meet these, the highest stormwater treatment standards in the entire country. And to do that is extremely expensive if you have to do it all on site. So this regionalization of water quality treatment and regionalization of the water quality requirements was built into these rules to make them more affordable. So you can still do affordable housing, you can still do your school, you can still do your church or your library or a marine center in downtown St. Augustine, because the new state requirements, while they're extring, they do allow you to use to regionalize the treatment opportunity. It's got to be in the same area. So we've got to be in St. Augustine in order to do that. So you can't trade to Jacksonville, you can't trade to Tallahassee, but you can trade within this area. So I hope that was helpful as kind of a background. The rest of what's in the packet, the lease is in there. It's the same lease agreement that we've used with other CBDs. The business terms I wanted to talk about, and then I wanted to talk about the water levels, because I know people are going to care about water levels and people are going to care about money. In every community I've been to, those are where the questions tend to get reduced to. So right now, your overflow elevation in those two lakes is about 30.5ft. That is not changing the water level will Never get above that because at that level it is going over the top of the structure and it is going out to the river or the creek and there's no impediment to drainage. We're not changing any of that right now. 35ft 20 or 30.5ft 30. </w:t>
      </w:r>
    </w:p>
    <w:p>
      <w:r>
        <w:t xml:space="preserve">31:04      (Speaker A)  Thank you. </w:t>
      </w:r>
    </w:p>
    <w:p>
      <w:r>
        <w:t xml:space="preserve">31:05      (Speaker D)  That's the normal water level. </w:t>
      </w:r>
    </w:p>
    <w:p>
      <w:r>
        <w:t xml:space="preserve">31:06      (Speaker I)  No, that's the overflow. That's the overflow at the top. That's the emergency overflow. When attenuation, water quality, attenuation, everything else is already underwater. It is going over the top of the structure. The 25 year flood projected flood elevation is 28.5. So 2ft below what I just said. We are going to lower that. I will be able to tell you how much we lower it after we do all the math and the state will accept it. But right now your 25 year projected flood elevation of 28.5 is going to come up into probably the road. I don't think it's going to impact houses. The engineering requires that houses be at least a foot above that elevation. But that's an elevation that's in the road. We are going to lower that because we will have the opportunity to lower the lengths before the arrival of a 25 year storm, which should provide a benefit. We'll be able to tell you what that benefit is after the engineering is done. Right now your normal water level is 25.5. So three feet below that, our normal level is 25. Normal water level is 25.5. We are not going to change that. Your normal water level today will be your normal water level after we're done. </w:t>
      </w:r>
    </w:p>
    <w:p>
      <w:r>
        <w:t xml:space="preserve">32:18      (Speaker A)  Because we're not at full capacity right now because we are lower. </w:t>
      </w:r>
    </w:p>
    <w:p>
      <w:r>
        <w:t xml:space="preserve">32:21      (Speaker I)  Joanne, your normal water level is what, is what the pond would sit at right before or right before and during and after rainfall. That is the bottom opening of the drainage. </w:t>
      </w:r>
    </w:p>
    <w:p>
      <w:r>
        <w:t xml:space="preserve">32:36      (Speaker A)  Correct. </w:t>
      </w:r>
    </w:p>
    <w:p>
      <w:r>
        <w:t xml:space="preserve">32:37      (Speaker I)  All right, so when the lakes come up, they'll come up to that level and once they get above that level, they start to drain. </w:t>
      </w:r>
    </w:p>
    <w:p>
      <w:r>
        <w:t xml:space="preserve">32:41      (Speaker H)  Right. </w:t>
      </w:r>
    </w:p>
    <w:p>
      <w:r>
        <w:t xml:space="preserve">32:41      (Speaker I)  And once the rain is over, it'll drain back to that level. So that's that normal water level of 25.5 is going to remain the same. Okay, so we're going to actively control the lakes, those two lakes at 25.5 with the computer. </w:t>
      </w:r>
    </w:p>
    <w:p>
      <w:r>
        <w:t xml:space="preserve">32:55      (Speaker A)  But it's already doing it. </w:t>
      </w:r>
    </w:p>
    <w:p>
      <w:r>
        <w:t xml:space="preserve">32:56      (Speaker I)  No, I know. I just want you to know that it's not going to change. </w:t>
      </w:r>
    </w:p>
    <w:p>
      <w:r>
        <w:t xml:space="preserve">32:59      (Speaker K)  Okay, I'll wait. </w:t>
      </w:r>
    </w:p>
    <w:p>
      <w:r>
        <w:t xml:space="preserve">33:01      (Speaker I)  That's the purpose of the software is not. Is to maximize water quality, but we do not want to raise the water levels to do it. </w:t>
      </w:r>
    </w:p>
    <w:p>
      <w:r>
        <w:t xml:space="preserve">33:08      (Speaker A)  Okay. </w:t>
      </w:r>
    </w:p>
    <w:p>
      <w:r>
        <w:t xml:space="preserve">33:09      (Speaker G)  Okay. </w:t>
      </w:r>
    </w:p>
    <w:p>
      <w:r>
        <w:t xml:space="preserve">33:11      (Speaker I)  Right now there's a water quality weir and there's an outfall invert. We are going to remove the attenuation weir and the water quality weir and replace them with a gate. That gate picture that you all have seen and they're in the packet, that'll be a movable gate. And the bottom of that gate will be a 23.6, which is the lowest we could get. The lake if we open the gate all the way up and let all the water go up. Your lakes right now, cannot get that much. So we have an opportunity to lower your legs two more feet in an emergency. If we needed to, if you wanted it, if whatever, if you wanted to maintain, do some, some side bank maintenance or whatever, we could dewater two feet by opening the gate. Like these are. These are. That's the bottom level of what we can control. It does require that we have positive outfall out through the creek and out </w:t>
      </w:r>
    </w:p>
    <w:p>
      <w:r>
        <w:t xml:space="preserve">34:01      (Speaker F)  all the way out. </w:t>
      </w:r>
    </w:p>
    <w:p>
      <w:r>
        <w:t xml:space="preserve">34:02      (Speaker I)  So it does. It does depend somewhat on what is happening in the creek outside the lake. All right, so any questions about overall water levels now before, during and after storms, the lake will behave differently again. Most people are used to the idea it rains, the lakes go up and then when it stops raining, the lakes go back down slowly in our ponds, rains, it's sunny, lakes go down, people go, what the heck is going on the first time that happens? Well, the answer is there's something in the forecast that's right and we're getting ready for tomorrow. So that brings me to the second kind of scenario. And it does happen, but it's not very often, is when we're seeing projected significant rainfall and we've got to lower the lakes and that rainfall doesn't happen. It does. This does happen. Forecasters do get along. What we do to mitigate that risk, and there is a risk, what we do to mitigate that or minimize that is we wait to the last possible moment before we let any water out. What's really great about what's bad about forecasting is it's just that it's human error. It's modeling, it's getting better, but it's not perfect. But what is also true about forecasting is the closer you get to the event, the more accurate it is. So when we can wait until six hours prior to the start of rainfall, that is far more accurate than 24 hours. And so we do, we wait. We wait and wait and wait until the computer says there's no more time to wait. The rainfall is coming you got to get the water out or we're going to go over the top. Not over the top top like flooding, but over the top of the weir which is at 27.35. So still a foot below. That's what happens today. </w:t>
      </w:r>
    </w:p>
    <w:p>
      <w:r>
        <w:t xml:space="preserve">35:41      (Speaker K)  Okay. </w:t>
      </w:r>
    </w:p>
    <w:p>
      <w:r>
        <w:t xml:space="preserve">35:42      (Speaker A)  The top of the weir now is 30.5. And you're going to lower it to 27.5. </w:t>
      </w:r>
    </w:p>
    <w:p>
      <w:r>
        <w:t xml:space="preserve">35:46      (Speaker I)  No, I'm sorry. And I know that this is not. While we are both stormwater nerves, I do this every single day. And so I'll just go through it one more time. Yeah, 30.5 is the. Everything is flooding and all the water is going over the top. </w:t>
      </w:r>
    </w:p>
    <w:p>
      <w:r>
        <w:t xml:space="preserve">36:03      (Speaker A)  Understand? </w:t>
      </w:r>
    </w:p>
    <w:p>
      <w:r>
        <w:t xml:space="preserve">36:04      (Speaker I)  Nobody's changing. Nobody's changing that. Now that's the top of the control structure. The weir is three feet below that. </w:t>
      </w:r>
    </w:p>
    <w:p>
      <w:r>
        <w:t xml:space="preserve">36:12      (Speaker A)  Okay, thank you. </w:t>
      </w:r>
    </w:p>
    <w:p>
      <w:r>
        <w:t xml:space="preserve">36:13      (Speaker I)  So there's a hole in the side of that box that is 3ft by 5ft that the water will go through when you get a lot of rainfall. If that rain is a hurricane and it gets really, really high and that's not a big enough opening, it will spill right down the top of the box. The tops of these boxes are open so they can accommodate a tremendous amount of water. If the water gets that high, that's like your flood relief. We're not changing the flood relief. We are changing that attenuation. We are in the front. We're replacing it with a gate right now. It's just a. It's just a hole in a box. We're going to put a slidable gate. A 3 foot by 4 foot slidable gate. </w:t>
      </w:r>
    </w:p>
    <w:p>
      <w:r>
        <w:t xml:space="preserve">36:52      (Speaker A)  One more question for clarification. The current water level is 25.5. Your gate is going to be at 23.6. </w:t>
      </w:r>
    </w:p>
    <w:p>
      <w:r>
        <w:t xml:space="preserve">37:01      (Speaker I)  That's the bottom. </w:t>
      </w:r>
    </w:p>
    <w:p>
      <w:r>
        <w:t xml:space="preserve">37:02      (Speaker A)  That's. Is that where the weir is, where the gate is? That's where the gate is. </w:t>
      </w:r>
    </w:p>
    <w:p>
      <w:r>
        <w:t xml:space="preserve">37:06      (Speaker I)  That's the bottom of the gate. It's 23.6. </w:t>
      </w:r>
    </w:p>
    <w:p>
      <w:r>
        <w:t xml:space="preserve">37:08      (Speaker K)  Okay. </w:t>
      </w:r>
    </w:p>
    <w:p>
      <w:r>
        <w:t xml:space="preserve">37:09      (Speaker I)  The top of the gate will be 27.6. And if the gate is welded shut, if something catastrophic happens, water will spill over the top of the gate. </w:t>
      </w:r>
    </w:p>
    <w:p>
      <w:r>
        <w:t xml:space="preserve">37:23      (Speaker A)  Okay, but my question was the water level will remain at approximately 25.5 unless by choice lowered before the storm or because like the drought we had this </w:t>
      </w:r>
    </w:p>
    <w:p>
      <w:r>
        <w:t xml:space="preserve">37:39      (Speaker I)  year, it will be programmed to keep it at that level. If it gets higher than that, well, </w:t>
      </w:r>
    </w:p>
    <w:p>
      <w:r>
        <w:t xml:space="preserve">37:44      (Speaker A)  it would be lower if we had an event like this year where we had no rain and the evaporator, </w:t>
      </w:r>
    </w:p>
    <w:p>
      <w:r>
        <w:t xml:space="preserve">37:50      (Speaker B)  we </w:t>
      </w:r>
    </w:p>
    <w:p>
      <w:r>
        <w:t xml:space="preserve">37:51      (Speaker I)  can't add water to it, but we can decide when it goes. </w:t>
      </w:r>
    </w:p>
    <w:p>
      <w:r>
        <w:t xml:space="preserve">37:53      (Speaker A)  Right. So the only thing is before a hurricane or a Major, I guess they're not nor'. </w:t>
      </w:r>
    </w:p>
    <w:p>
      <w:r>
        <w:t xml:space="preserve">37:58      (Speaker H)  Easter. </w:t>
      </w:r>
    </w:p>
    <w:p>
      <w:r>
        <w:t xml:space="preserve">37:59      (Speaker C)  Just for clarification. </w:t>
      </w:r>
    </w:p>
    <w:p>
      <w:r>
        <w:t xml:space="preserve">38:01      (Speaker M)  Yeah. </w:t>
      </w:r>
    </w:p>
    <w:p>
      <w:r>
        <w:t xml:space="preserve">38:01      (Speaker F)  What he's talking about, the normal water level is designed for rainy season. </w:t>
      </w:r>
    </w:p>
    <w:p>
      <w:r>
        <w:t xml:space="preserve">38:06      (Speaker A)  Yeah. </w:t>
      </w:r>
    </w:p>
    <w:p>
      <w:r>
        <w:t xml:space="preserve">38:07      (Speaker F)  So that's always going to be elevated above where it's going to be outside of the rainy season. </w:t>
      </w:r>
    </w:p>
    <w:p>
      <w:r>
        <w:t xml:space="preserve">38:12      (Speaker L)  Right. </w:t>
      </w:r>
    </w:p>
    <w:p>
      <w:r>
        <w:t xml:space="preserve">38:13      (Speaker F)  So that's. </w:t>
      </w:r>
    </w:p>
    <w:p>
      <w:r>
        <w:t xml:space="preserve">38:14      (Speaker A)  We just were so low today and I just wanted to clarify it for everybody. I want to make sure that we're understanding numbers. </w:t>
      </w:r>
    </w:p>
    <w:p>
      <w:r>
        <w:t xml:space="preserve">38:21      (Speaker K)  Okay. </w:t>
      </w:r>
    </w:p>
    <w:p>
      <w:r>
        <w:t xml:space="preserve">38:22      (Speaker A)  Those are my two. For those two for right now, one </w:t>
      </w:r>
    </w:p>
    <w:p>
      <w:r>
        <w:t xml:space="preserve">38:26      (Speaker I)  of the things that's going to be a little bit intention here, policy tension. And we're going to work with your engineer about this. As I understand you've got some bank stability issues, meaning you've got escarpments around your lakes, you've got some erosion around your lakes. One of the things that is that that scenario doesn't benefit from. I'll say it that way. That's a very positive way of saying it is if you suddenly drop the water level by a foot, you can get bank slough off because the banks are saturated with water at the level of the lake. And if you drop it by a foot, that saturated soil wants to come out. So this is all programmable. So if we work together and we say bank stability is more important than overshooting a discharge event, then we're going to. We're not going to wait until six hours before the arrival. And we have a 95% confidence forecast. We may do 24 hours before where the weather forecast is still 80%. So we'll have more misses but we can slowly lower the lakes instead of rapidly lowering the lakes. So all of it is controllable. </w:t>
      </w:r>
    </w:p>
    <w:p>
      <w:r>
        <w:t xml:space="preserve">39:35      (Speaker A)  And that was one of my questions was how long would it actually take? Because I know you said you could wait six hours before, but I don't think you can go much past the volume that currently leaves unless you're putting a lot. So you're putting a bigger pipe in. </w:t>
      </w:r>
    </w:p>
    <w:p>
      <w:r>
        <w:t xml:space="preserve">39:51      (Speaker I)  It is. It's not the pipe, it's the size of the opening. And we're lifting the gate from the top, which means it's opening from the bottom driving head and you have the full width of the box to drain. We can drain a tremendous amount of water in a very short period of time. </w:t>
      </w:r>
    </w:p>
    <w:p>
      <w:r>
        <w:t xml:space="preserve">40:07      (Speaker F)  To the capacity of the pipe. </w:t>
      </w:r>
    </w:p>
    <w:p>
      <w:r>
        <w:t xml:space="preserve">40:09      (Speaker I)  To the capacity of the pipe. </w:t>
      </w:r>
    </w:p>
    <w:p>
      <w:r>
        <w:t xml:space="preserve">40:11      (Speaker A)  So they are increasing. They're not increasing the pipe, they're just increasing the amount of water that can get to the pipe. </w:t>
      </w:r>
    </w:p>
    <w:p>
      <w:r>
        <w:t xml:space="preserve">40:18      (Speaker I)  That's right. Earlier and earlier in the storm. Normally you don't get to full flow until that Box is all the way to the top. </w:t>
      </w:r>
    </w:p>
    <w:p>
      <w:r>
        <w:t xml:space="preserve">40:24      (Speaker B)  Yeah. </w:t>
      </w:r>
    </w:p>
    <w:p>
      <w:r>
        <w:t xml:space="preserve">40:25      (Speaker I)  We can get full flow from the very beginning because we're bringing the water in from the bottom. </w:t>
      </w:r>
    </w:p>
    <w:p>
      <w:r>
        <w:t xml:space="preserve">40:31      (Speaker B)  Okay. </w:t>
      </w:r>
    </w:p>
    <w:p>
      <w:r>
        <w:t xml:space="preserve">40:32      (Speaker A)  When you're bringing it in from the bottom, how close are you getting more of the pollutant stuff? </w:t>
      </w:r>
    </w:p>
    <w:p>
      <w:r>
        <w:t xml:space="preserve">40:37      (Speaker I)  No, it's inside the. </w:t>
      </w:r>
    </w:p>
    <w:p>
      <w:r>
        <w:t xml:space="preserve">40:38      (Speaker A)  It's inside the box. </w:t>
      </w:r>
    </w:p>
    <w:p>
      <w:r>
        <w:t xml:space="preserve">40:38      (Speaker I)  It's in the box. Not in the bottom of the lake. Bottom of the box. </w:t>
      </w:r>
    </w:p>
    <w:p>
      <w:r>
        <w:t xml:space="preserve">40:41      (Speaker A)  So you're good. I just wanted to make sure that we weren't discharging the. </w:t>
      </w:r>
    </w:p>
    <w:p>
      <w:r>
        <w:t xml:space="preserve">40:45      (Speaker I)  In this case, the box is on the outlet of the pipe, not sitting in the lake. So that picture that you all are looking at or may have looked at at Grand Oaks, that box is sitting in the lake. So homeowners are looking at that. </w:t>
      </w:r>
    </w:p>
    <w:p>
      <w:r>
        <w:t xml:space="preserve">40:57      (Speaker K)  Yeah. </w:t>
      </w:r>
    </w:p>
    <w:p>
      <w:r>
        <w:t xml:space="preserve">40:58      (Speaker I)  In this scenario in the lake, it's just the pipe. The pipe connects to the box on the other side of the street. We'll be doing all those modifications on that side of the street. </w:t>
      </w:r>
    </w:p>
    <w:p>
      <w:r>
        <w:t xml:space="preserve">41:07      (Speaker F)  And Joanne, also, the pond is typically 12ft deep from where the normal water level is to the bottom. Yeah, we're still pulling off of the top, very top of the water. All the particulates and all of the nasty stuff is all the way at the bottom. </w:t>
      </w:r>
    </w:p>
    <w:p>
      <w:r>
        <w:t xml:space="preserve">41:22      (Speaker A)  Yeah, I think we had ours measured because we were getting so low this year, and I wanted to make sure we were still within the state guidelines. So I think we had ours measured this year to make sure they weren't too low. </w:t>
      </w:r>
    </w:p>
    <w:p>
      <w:r>
        <w:t xml:space="preserve">41:34      (Speaker F)  And 12ft is typical, but depending on each pond is in individual entity. So some may be, maybe due to constraints, we went 10ft or sometimes they'll allow them to go to 14ft deep. I mean, it just varies on to pond. </w:t>
      </w:r>
    </w:p>
    <w:p>
      <w:r>
        <w:t xml:space="preserve">41:50      (Speaker A)  Thank you. </w:t>
      </w:r>
    </w:p>
    <w:p>
      <w:r>
        <w:t xml:space="preserve">41:52      (Speaker I)  We can always go back to any of these questions, and I'm happy to continue as long as we want to. On the technical part, I'll just say on as far as technical review goes, we're engineers. We're not the district engineers. So when we do develop our plans, we will present our fully full plan set to the district engineer to review prior to applying to the St. John's river mansion district. The engineers St. John's will review it, they will approve it, and then one more time. And we routinely offer this and as routinely take it up. We do this at Grand Oaks before we construct. We'll go meet with the. With the homeowner. So if you want to invite all the folks who live around East Red House Branch or maybe the south side of Wooded Crossing Circle that are going to be affected by the project, you invite them all to A meeting space. We show up, we answer all the questions. We can show the pictures of what it's going to look like. We can talk through and answer all the questions. So we're comfortable doing all of that. </w:t>
      </w:r>
    </w:p>
    <w:p>
      <w:r>
        <w:t xml:space="preserve">42:48      (Speaker K)  Okay. </w:t>
      </w:r>
    </w:p>
    <w:p>
      <w:r>
        <w:t xml:space="preserve">42:49      (Speaker A)  So currently, right now, you would only be doing one at 1000. </w:t>
      </w:r>
    </w:p>
    <w:p>
      <w:r>
        <w:t xml:space="preserve">42:54      (Speaker I)  We are going to put one structure on the outlet of 1,000, but it affects both lakes, 800 and 1,000, which </w:t>
      </w:r>
    </w:p>
    <w:p>
      <w:r>
        <w:t xml:space="preserve">43:00      (Speaker A)  really affects 200 and 300, because they fell into 800, interestingly. </w:t>
      </w:r>
    </w:p>
    <w:p>
      <w:r>
        <w:t xml:space="preserve">43:05      (Speaker I)  Well, that's true. But interestingly, and this is my engineer's team's opinion, based on the design files, not. We haven't gone and looked and inspected. Those other lakes have their own control structures. </w:t>
      </w:r>
    </w:p>
    <w:p>
      <w:r>
        <w:t xml:space="preserve">43:15      (Speaker L)  Okay. </w:t>
      </w:r>
    </w:p>
    <w:p>
      <w:r>
        <w:t xml:space="preserve">43:16      (Speaker I)  Which means when we drop 800, it doesn't drop all those other lakes. </w:t>
      </w:r>
    </w:p>
    <w:p>
      <w:r>
        <w:t xml:space="preserve">43:20      (Speaker A)  Right. It only has to do with if there's excess structure. That's all I was talking about. I understand that part. </w:t>
      </w:r>
    </w:p>
    <w:p>
      <w:r>
        <w:t xml:space="preserve">43:27      (Speaker I)  What it would be. Those homeowners who would see the lake level dropping from the rest of the community would not. So those would be the folks I would want to invite to a meeting. </w:t>
      </w:r>
    </w:p>
    <w:p>
      <w:r>
        <w:t xml:space="preserve">43:36      (Speaker A)  And that picture of the. Do you want me to wait for a minute? Are you guys okay with my questions? All right, this. The thing that you're building will be visible by what houses on east. Because there's one open area on East, Red House branch where there is no house. But where you're going to be putting it is up here where there are houses. </w:t>
      </w:r>
    </w:p>
    <w:p>
      <w:r>
        <w:t xml:space="preserve">44:03      (Speaker I)  I think it would be invisible to everybody. </w:t>
      </w:r>
    </w:p>
    <w:p>
      <w:r>
        <w:t xml:space="preserve">44:05      (Speaker H)  Okay. </w:t>
      </w:r>
    </w:p>
    <w:p>
      <w:r>
        <w:t xml:space="preserve">44:06      (Speaker A)  Because of the height of the bank. </w:t>
      </w:r>
    </w:p>
    <w:p>
      <w:r>
        <w:t xml:space="preserve">44:07      (Speaker I)  Because this structure is behind all the houses by the bridge that crosses over to the community center. It's right back there. It's on the backside. </w:t>
      </w:r>
    </w:p>
    <w:p>
      <w:r>
        <w:t xml:space="preserve">44:16      (Speaker A)  It's not on the lake. Well, that's what I just wanted to verify. </w:t>
      </w:r>
    </w:p>
    <w:p>
      <w:r>
        <w:t xml:space="preserve">44:20      (Speaker I)  That one's in the woods. </w:t>
      </w:r>
    </w:p>
    <w:p>
      <w:r>
        <w:t xml:space="preserve">44:21      (Speaker A)  It's all books run by bamboo. I know which one you're talking about. </w:t>
      </w:r>
    </w:p>
    <w:p>
      <w:r>
        <w:t xml:space="preserve">44:26      (Speaker K)  Okay, so constructability. </w:t>
      </w:r>
    </w:p>
    <w:p>
      <w:r>
        <w:t xml:space="preserve">44:29      (Speaker I)  Constructability is a bit of a challenge for us because we gotta get equipment back there and get the. </w:t>
      </w:r>
    </w:p>
    <w:p>
      <w:r>
        <w:t xml:space="preserve">44:34      (Speaker A)  Except you do have access there. </w:t>
      </w:r>
    </w:p>
    <w:p>
      <w:r>
        <w:t xml:space="preserve">44:36      (Speaker I)  Yeah, but once it's built, it really will be out of sight. Okay, so now let's get to the fun part, the money part. So we have. When we show up to a community like this, we've done the calculations that we've done. These are not final calculations. These aren't. This isn't a final number, but we will finalize the number as we go through permitting, and we will establish. We have established a revenue sharing financial model that we had to present to the Department of Transportation because they were actually the very first public entity that we've done this with. We are leasing, I think, eight or nine DOT ponds around the state to generate water quality credit and sell them to third parties, and we revenue share with dot. So dot, like every other public entity, by state law, is required to receive a fair market value for the use of public property. This is public property. It's your property, it's the CD's property, just like it is Dot's property. So we had a very interesting thought experiment that lasted almost 18 months with DOT's Office of Approval Appraisal in their department in Tallahassee with an outside appraiser that we hired and a bunch of business wizards that try to figure out what the heck a fair market value would be. When a public entity provides access but doesn't otherwise lift a finger, they're just the landowner. And we do all the work. We market, we build it, we permit it, we just, you know, maintain it forever. In that scenario, what is the homeowner, or, sorry, what is the landowner entitled to under a fair market value approach? We got through that exercise, and the answer is around 17%. I did not make the number up. The number came from, again, business people and appraisers and all that. But the model that we are using for this calculation that we're presenting to you is the same model that we use with DOT that is checked by, reviewed by appraisers. And you are welcome to hire an appraiser to review the business model or the financial model on our side. It is proprietary. We spent a lot of time developing this, so we don't publish it on our website. We're happy to show it to an appraiser if that's important to you. </w:t>
      </w:r>
    </w:p>
    <w:p>
      <w:r>
        <w:t xml:space="preserve">46:51      (Speaker A)  I was trying to analyze it, but you didn't give me all the information. </w:t>
      </w:r>
    </w:p>
    <w:p>
      <w:r>
        <w:t xml:space="preserve">46:54      (Speaker B)  We're not. </w:t>
      </w:r>
    </w:p>
    <w:p>
      <w:r>
        <w:t xml:space="preserve">46:55      (Speaker I)  Probably not going to, but I'll give you the numbers. Okay, but what goes into it is you provide the land, we do all the work, right? And we give you 17% of what we make. I know that it's gonna </w:t>
      </w:r>
    </w:p>
    <w:p>
      <w:r>
        <w:t xml:space="preserve">47:12      (Speaker A)  work. </w:t>
      </w:r>
    </w:p>
    <w:p>
      <w:r>
        <w:t xml:space="preserve">47:13      (Speaker C)  You get 83%, but it's still 17% more than we had before. </w:t>
      </w:r>
    </w:p>
    <w:p>
      <w:r>
        <w:t xml:space="preserve">47:17      (Speaker I)  It is $830,000 to this community, right, that we can pay you in a check, in a single check if you want one of those big, gigantic checks. We'll give you one of those big, gigantic checks if you want. Or we'll pay you for the next 100 years. </w:t>
      </w:r>
    </w:p>
    <w:p>
      <w:r>
        <w:t xml:space="preserve">47:32      (Speaker A)  Yeah, the 99 years. </w:t>
      </w:r>
    </w:p>
    <w:p>
      <w:r>
        <w:t xml:space="preserve">47:33      (Speaker I)  So either way is fine. And we're fine with breaking it up in Any way that you want to. But the number that results in, If I put 5 million in into one end of the equation, it spits out 830. That's the number. That's the black box that we will share with a professional appraiser. We are not going to publicize. I share with dot, but it's exempt from public records. </w:t>
      </w:r>
    </w:p>
    <w:p>
      <w:r>
        <w:t xml:space="preserve">47:56      (Speaker A)  Yeah, because I couldn't. I can't do an analysis on your figures without how you're getting at 8:30. </w:t>
      </w:r>
    </w:p>
    <w:p>
      <w:r>
        <w:t xml:space="preserve">48:02      (Speaker I)  I understand. </w:t>
      </w:r>
    </w:p>
    <w:p>
      <w:r>
        <w:t xml:space="preserve">48:03      (Speaker H)  Okay. </w:t>
      </w:r>
    </w:p>
    <w:p>
      <w:r>
        <w:t xml:space="preserve">48:04      (Speaker A)  I can analyze everything else, but that's a big chunk missing. </w:t>
      </w:r>
    </w:p>
    <w:p>
      <w:r>
        <w:t xml:space="preserve">48:10      (Speaker I)  What is. What is. This will probably fill in a lot of the gaps for you. We do not keep 83%, put it in our pockets and go to Bermuda. </w:t>
      </w:r>
    </w:p>
    <w:p>
      <w:r>
        <w:t xml:space="preserve">48:22      (Speaker J)  Right. </w:t>
      </w:r>
    </w:p>
    <w:p>
      <w:r>
        <w:t xml:space="preserve">48:23      (Speaker I)  We are required to pay for all of this. That's about $250,000. We are required to post a financial assurance deposit in escrow. </w:t>
      </w:r>
    </w:p>
    <w:p>
      <w:r>
        <w:t xml:space="preserve">48:36      (Speaker A)  So it's not a market protecting our property. </w:t>
      </w:r>
    </w:p>
    <w:p>
      <w:r>
        <w:t xml:space="preserve">48:38      (Speaker I)  Protecting you from. If we all get hit by a meteor, we go bankrupt. Right, exactly. So 250 is the cost of all of this. </w:t>
      </w:r>
    </w:p>
    <w:p>
      <w:r>
        <w:t xml:space="preserve">48:49      (Speaker A)  Okay. </w:t>
      </w:r>
    </w:p>
    <w:p>
      <w:r>
        <w:t xml:space="preserve">48:49      (Speaker I)  250 sits in the bank account. So $500,000 is already coming off the top for those two things. And that's accessible to you. It's enforceable by the state. If anything happens, that money goes to you. You can give to Jeff and get in. The equipment is not hard to maintain or operate. It's an electric motor. We have future maintenance and repair obligations. Forever. </w:t>
      </w:r>
    </w:p>
    <w:p>
      <w:r>
        <w:t xml:space="preserve">49:15      (Speaker B)  Forever. </w:t>
      </w:r>
    </w:p>
    <w:p>
      <w:r>
        <w:t xml:space="preserve">49:17      (Speaker I)  Anybody want to estimate what that number, what we project, Our total number is of what that cost is. So it's equipment. I mean, I said it's not hard to operate, but, you know, it's $100,000 worth of equipment. We're going to maintain it forever. That's our obligation to you under this framework. The net present value of what we believe our future maintenance obligation is about $1.2 million for forever maintenance, replacing everything out there. Anything breaks, it's our responsibility, not yours. Now, we don't have to set that in the bank. We could use that. We could deploy it as part of our business, but we are obligated under our own. And then we have a $1 million insurance policy. So we are obviously covering the cost of that. So again, we're not putting this money in our pocket. We are putting money in our pocket. We wouldn't do this if it wasn't profitable. But we are not taking $4 million and going to Las Vegas. We're a responsible Florida based company that has a lot of relationships that are, by design, 99 year relationships. So we want our relationship to be as healthy 20 years from now as it is in year one when you all pocket the check. And that requires us to be really responsible partners. So communicative, transparent, responsive. Yes, sir. </w:t>
      </w:r>
    </w:p>
    <w:p>
      <w:r>
        <w:t xml:space="preserve">50:37      (Speaker B)  Why does that deviate from your cash? </w:t>
      </w:r>
    </w:p>
    <w:p>
      <w:r>
        <w:t xml:space="preserve">50:39      (Speaker I)  B. I'm sorry, </w:t>
      </w:r>
    </w:p>
    <w:p>
      <w:r>
        <w:t xml:space="preserve">50:43      (Speaker M)  what? </w:t>
      </w:r>
    </w:p>
    <w:p>
      <w:r>
        <w:t xml:space="preserve">50:43      (Speaker A)  The 2% escalator. </w:t>
      </w:r>
    </w:p>
    <w:p>
      <w:r>
        <w:t xml:space="preserve">50:45      (Speaker I)  The 11. So the 11. </w:t>
      </w:r>
    </w:p>
    <w:p>
      <w:r>
        <w:t xml:space="preserve">50:46      (Speaker B)  So what. </w:t>
      </w:r>
    </w:p>
    <w:p>
      <w:r>
        <w:t xml:space="preserve">50:47      (Speaker I)  What we presented in the. As a, as a sample offer was not. Oh, this is a sample, this is a sample offer. This is a fill in the blank office. </w:t>
      </w:r>
    </w:p>
    <w:p>
      <w:r>
        <w:t xml:space="preserve">50:56      (Speaker B)  Because what this says is, this says lessee shall pay the lesser, which is </w:t>
      </w:r>
    </w:p>
    <w:p>
      <w:r>
        <w:t xml:space="preserve">51:02      (Speaker I)  us 50% of each credit until you get to.210. </w:t>
      </w:r>
    </w:p>
    <w:p>
      <w:r>
        <w:t xml:space="preserve">51:06      (Speaker B)  Right? </w:t>
      </w:r>
    </w:p>
    <w:p>
      <w:r>
        <w:t xml:space="preserve">51:07      (Speaker I)  That's right. So let me describe. So what I described was a bunch of generic information about the model. We put in our packet a sample proposal. So how we would break down the 830 and we use the exact same thing with Grandex. So we put $10,000 on day one because we know you're probably going to hire with your engineer. Your attorney is going to need to review. You may want to hire an appraiser to look at the, look at our financial model. Whatever, whatever you want to do. We want to give you $10,000 when you sign our document so you can cover some of your own staff costs of evaluating our stuff. Okay, you keep that. </w:t>
      </w:r>
    </w:p>
    <w:p>
      <w:r>
        <w:t xml:space="preserve">51:49      (Speaker M)  All right. </w:t>
      </w:r>
    </w:p>
    <w:p>
      <w:r>
        <w:t xml:space="preserve">51:50      (Speaker I)  If we break up before we install the equipment, we do not want a 99 year obligation to this neighborhood if we do not install the equipment and do not sell the credit. So if, when we give you the $10,000, if at the end of that you decide, this is terrible, I hate it. You don't like it. Your attorney doesn't. Well, your attorney, your attorney. I'll say that your attorney doesn't like St. John's river water Management District. Doesn't like it. That's yours. That's to cover your cost. After we have built the thing, sold the credits, we want to pay ourselves back for the cost of the project. So we're going to keep the first $500,000, which does two things. The very first money needs to go in the financial insurance before we even get to recoup our costs. The state requires us to fund the financial insurance. So the very first $250,000 is going into escrow. The next $250,000 pays back my vendors, the equipment, all that stuff. After that, we're splitting 50, 50 until you get in this scenario, $200,000 after. And then on top of that, starting in January, we pay you your first lease payment. Which is 11,600. $11,601 in year one. In year 99 at a 2% escalator, that number is 80,000. </w:t>
      </w:r>
    </w:p>
    <w:p>
      <w:r>
        <w:t xml:space="preserve">53:11      (Speaker A)  Your lease says two and a half percent. So there's conflict between that. On this page says two and your page says two. </w:t>
      </w:r>
    </w:p>
    <w:p>
      <w:r>
        <w:t xml:space="preserve">53:17      (Speaker I)  You're right. You got me. You know where you got me from is the. Is your. The team at Grand Oaks, their board wanted a better deal. I got a better deal. 2% is my. Was my starting offer, but we. We've given Grand Oaks. </w:t>
      </w:r>
    </w:p>
    <w:p>
      <w:r>
        <w:t xml:space="preserve">53:31      (Speaker H)  Right. </w:t>
      </w:r>
    </w:p>
    <w:p>
      <w:r>
        <w:t xml:space="preserve">53:31      (Speaker A)  And just so. And anybody else have questions? I got a couple more. Is that okay? All right. </w:t>
      </w:r>
    </w:p>
    <w:p>
      <w:r>
        <w:t xml:space="preserve">53:39      (Speaker C)  This could have been a separate meeting. </w:t>
      </w:r>
    </w:p>
    <w:p>
      <w:r>
        <w:t xml:space="preserve">53:40      (Speaker A)  First of all, I apologize if I'm not. I think this is actually probably a good thing to make. Figures don't quite mesh on when we're getting the money, et cetera, but I think it's not a bad thing for our community. One of the things that has me concerned is your exclusivity to any. If the federal government. Right now, this is a federal government grant that you're getting the money for our state. </w:t>
      </w:r>
    </w:p>
    <w:p>
      <w:r>
        <w:t xml:space="preserve">54:10      (Speaker I)  There's no public dollars here. This is all our money. </w:t>
      </w:r>
    </w:p>
    <w:p>
      <w:r>
        <w:t xml:space="preserve">54:13      (Speaker A)  Okay. The credit and the 5.5 million is coming from what? </w:t>
      </w:r>
    </w:p>
    <w:p>
      <w:r>
        <w:t xml:space="preserve">54:17      (Speaker I)  Private sector. </w:t>
      </w:r>
    </w:p>
    <w:p>
      <w:r>
        <w:t xml:space="preserve">54:19      (Speaker A)  But where is that coming from? They're buying it from the private sector. But this was created federally, wasn't it? No, it was not. </w:t>
      </w:r>
    </w:p>
    <w:p>
      <w:r>
        <w:t xml:space="preserve">54:27      (Speaker I)  No. This is a state program. </w:t>
      </w:r>
    </w:p>
    <w:p>
      <w:r>
        <w:t xml:space="preserve">54:28      (Speaker A)  Okay, so it's a state. </w:t>
      </w:r>
    </w:p>
    <w:p>
      <w:r>
        <w:t xml:space="preserve">54:29      (Speaker K)  State program. </w:t>
      </w:r>
    </w:p>
    <w:p>
      <w:r>
        <w:t xml:space="preserve">54:30      (Speaker H)  All right. </w:t>
      </w:r>
    </w:p>
    <w:p>
      <w:r>
        <w:t xml:space="preserve">54:31      (Speaker I)  There is no state money here. This is a state regulation the. </w:t>
      </w:r>
    </w:p>
    <w:p>
      <w:r>
        <w:t xml:space="preserve">54:34      (Speaker A)  That they can use it to help public. </w:t>
      </w:r>
    </w:p>
    <w:p>
      <w:r>
        <w:t xml:space="preserve">54:37      (Speaker I)  And private buyers can buy, and we're a private provider. </w:t>
      </w:r>
    </w:p>
    <w:p>
      <w:r>
        <w:t xml:space="preserve">54:41      (Speaker A)  I was looking at it a little bit differently, like a tax credit that you could use. Okay. Anyways, it's just how my brain works. So first of all, what is your estimation on the first 500,000 in amount of you years? </w:t>
      </w:r>
    </w:p>
    <w:p>
      <w:r>
        <w:t xml:space="preserve">54:56      (Speaker I)  Second quarter. </w:t>
      </w:r>
    </w:p>
    <w:p>
      <w:r>
        <w:t xml:space="preserve">54:57      (Speaker A)  So you think in first year you'll have already made your 500,000. </w:t>
      </w:r>
    </w:p>
    <w:p>
      <w:r>
        <w:t xml:space="preserve">55:01      (Speaker I)  I think by April we'll be writing a check. </w:t>
      </w:r>
    </w:p>
    <w:p>
      <w:r>
        <w:t xml:space="preserve">55:04      (Speaker A)  Okay, so. And then the second part from that is why it's being capped at the 200,000. Or we can change that slightly with the yearly and change it to a lump sum. </w:t>
      </w:r>
    </w:p>
    <w:p>
      <w:r>
        <w:t xml:space="preserve">55:22      (Speaker I)  Both of those are completely flexible. They're sliding scale. If you take more out of the front, it lowers your trailing payment. It is completely adjustable. The total number is 830. And you can slice it any way you want. The more you take off the top, the less your residual is. Think about like a reverse mortgage or something like that. </w:t>
      </w:r>
    </w:p>
    <w:p>
      <w:r>
        <w:t xml:space="preserve">55:38      (Speaker A)  Okay, my other question. Oh, brain don't fail me now. God, it's like a sieve. It just goes in and out. Welcome to the. Oh, boogers. Give me a second. </w:t>
      </w:r>
    </w:p>
    <w:p>
      <w:r>
        <w:t xml:space="preserve">55:54      (Speaker I)  Take your time, Joe. </w:t>
      </w:r>
    </w:p>
    <w:p>
      <w:r>
        <w:t xml:space="preserve">55:55      (Speaker A)  I actually used to be somewhat intelligent. Now stupid embarrass. </w:t>
      </w:r>
    </w:p>
    <w:p>
      <w:r>
        <w:t xml:space="preserve">56:03      (Speaker C)  Should we continue the meeting and go back to him? </w:t>
      </w:r>
    </w:p>
    <w:p>
      <w:r>
        <w:t xml:space="preserve">56:07      (Speaker I)  The first thing you said is we </w:t>
      </w:r>
    </w:p>
    <w:p>
      <w:r>
        <w:t xml:space="preserve">56:09      (Speaker B)  get 17, you get 83. This says 50. </w:t>
      </w:r>
    </w:p>
    <w:p>
      <w:r>
        <w:t xml:space="preserve">56:12      (Speaker I)  50, which is it? Oh, no, no. Okay, so when the cash comes in. So a million dollar check comes in the door for. From a buyer. From a buyer of credit. I'm going to split that with you until you're paid up. </w:t>
      </w:r>
    </w:p>
    <w:p>
      <w:r>
        <w:t xml:space="preserve">56:25      (Speaker A)  And they're only paying us 200,000 or the 830. </w:t>
      </w:r>
    </w:p>
    <w:p>
      <w:r>
        <w:t xml:space="preserve">56:31      (Speaker B)  So from each sale or for. </w:t>
      </w:r>
    </w:p>
    <w:p>
      <w:r>
        <w:t xml:space="preserve">56:32      (Speaker I)  Until you're paid up, that's it? </w:t>
      </w:r>
    </w:p>
    <w:p>
      <w:r>
        <w:t xml:space="preserve">56:34      (Speaker A)  Until you're paid, that's it. For the life. That's all they're offering is for 99 years. </w:t>
      </w:r>
    </w:p>
    <w:p>
      <w:r>
        <w:t xml:space="preserve">56:38      (Speaker H)  That's it. </w:t>
      </w:r>
    </w:p>
    <w:p>
      <w:r>
        <w:t xml:space="preserve">56:38      (Speaker B)  So $100,000? </w:t>
      </w:r>
    </w:p>
    <w:p>
      <w:r>
        <w:t xml:space="preserve">56:41      (Speaker I)  Well, no, we're offering you $830,000 with a 2. </w:t>
      </w:r>
    </w:p>
    <w:p>
      <w:r>
        <w:t xml:space="preserve">56:44      (Speaker B)  That says we get paid 50. 50 until we reach 200,000. </w:t>
      </w:r>
    </w:p>
    <w:p>
      <w:r>
        <w:t xml:space="preserve">56:48      (Speaker I)  Oh, right, right. In our sample proposal, if you want to change that number from 200 to 300 or 400 or 500, whatever you </w:t>
      </w:r>
    </w:p>
    <w:p>
      <w:r>
        <w:t xml:space="preserve">56:54      (Speaker A)  want, you don't get the annual rent. Okay, so that's how they're doing it. </w:t>
      </w:r>
    </w:p>
    <w:p>
      <w:r>
        <w:t xml:space="preserve">56:59      (Speaker I)  I want to make sure that when the money comes in. We call this a waterfall. In a financial model, when the money comes in, a buyer writes a million dollar check. How is the million dollars divvied up if it's the very first million dollars that comes in? The very first obligation is financial insurance. That's your assurance. The state requires it. The second obligated. The second 250 goes to us to pay back our people who build it. After that, we Split the money 50, 50. Until your upfront cost share. Sorry, until your upfront payment is fulfilled. </w:t>
      </w:r>
    </w:p>
    <w:p>
      <w:r>
        <w:t xml:space="preserve">57:36      (Speaker B)  Well, we don't have an upfront payment. </w:t>
      </w:r>
    </w:p>
    <w:p>
      <w:r>
        <w:t xml:space="preserve">57:37      (Speaker I)  Your upfront payment is negotiated in this document we wrote in 200,000. If you, you can change that number all the way up to 820. </w:t>
      </w:r>
    </w:p>
    <w:p>
      <w:r>
        <w:t xml:space="preserve">57:46      (Speaker A)  Does anybody else have any questions? </w:t>
      </w:r>
    </w:p>
    <w:p>
      <w:r>
        <w:t xml:space="preserve">57:47      (Speaker B)  So 820 is annual? </w:t>
      </w:r>
    </w:p>
    <w:p>
      <w:r>
        <w:t xml:space="preserve">57:49      (Speaker I)  No, that's. </w:t>
      </w:r>
    </w:p>
    <w:p>
      <w:r>
        <w:t xml:space="preserve">57:49      (Speaker H)  That's </w:t>
      </w:r>
    </w:p>
    <w:p>
      <w:r>
        <w:t xml:space="preserve">57:52      (Speaker I)  $500 million. </w:t>
      </w:r>
    </w:p>
    <w:p>
      <w:r>
        <w:t xml:space="preserve">57:55      (Speaker C)  Separately or have another meeting scheduled for this? </w:t>
      </w:r>
    </w:p>
    <w:p>
      <w:r>
        <w:t xml:space="preserve">58:01      (Speaker I)  Yes, sir. </w:t>
      </w:r>
    </w:p>
    <w:p>
      <w:r>
        <w:t xml:space="preserve">58:02      (Speaker A)  During the public comment, I think you </w:t>
      </w:r>
    </w:p>
    <w:p>
      <w:r>
        <w:t xml:space="preserve">58:05      (Speaker I)  have no obligations, but you've been fully paid there. </w:t>
      </w:r>
    </w:p>
    <w:p>
      <w:r>
        <w:t xml:space="preserve">58:08      (Speaker B)  So just. So everybody heard what we're saying, because you guys are talking on there too. Because once we make the 800,000, we get nothing after that, right? </w:t>
      </w:r>
    </w:p>
    <w:p>
      <w:r>
        <w:t xml:space="preserve">58:15      (Speaker I)  That's right. That's true. </w:t>
      </w:r>
    </w:p>
    <w:p>
      <w:r>
        <w:t xml:space="preserve">58:16      (Speaker A)  But right now we're getting zero and it's not really affecting our legs. There's a whole lot of ways to look at this and from a financial background. My first. Everything is negotiable to a point. And how we look at it is negotiable, I think. Does anybody have any. For any questions though, on the information that he has provided? Because we are obviously going to have to discuss this further amongst ourselves. But I'm pretty satisfied with what he's doing. I'm a little. There's some concerns about the average lifespan of Pond is 50 years. You know, it's already at 25 years, which is why we're trying to build up some money in reserves at this point in case we do have a pond bank goes, because that's a tremendous amount of money to do it. If it happens at your outfall, do you assume part of that? So there's a lot of things that we all have to discuss with legal and everything else. I don't think this is a bad thing for the community. It's not really affecting us and it is a source of income. </w:t>
      </w:r>
    </w:p>
    <w:p>
      <w:r>
        <w:t xml:space="preserve">59:27      (Speaker I)  And these are just the first two lakes we're going to be done here. If you like this and we like this and everybody likes each other. You got a lot more lakes here. And more lakes is more money, and more money is more revenue. </w:t>
      </w:r>
    </w:p>
    <w:p>
      <w:r>
        <w:t xml:space="preserve">59:39      (Speaker H)  Shake. </w:t>
      </w:r>
    </w:p>
    <w:p>
      <w:r>
        <w:t xml:space="preserve">59:40      (Speaker C)  Kyle, you still there? Kyle? I guess not. </w:t>
      </w:r>
    </w:p>
    <w:p>
      <w:r>
        <w:t xml:space="preserve">59:47      (Speaker G)  Yes, I'm here. Sorry, I was fighting with my mute button there. </w:t>
      </w:r>
    </w:p>
    <w:p>
      <w:r>
        <w:t xml:space="preserve">59:51      (Speaker C)  What's your opinion on this? </w:t>
      </w:r>
    </w:p>
    <w:p>
      <w:r>
        <w:t xml:space="preserve">59:55      (Speaker G)  So we had a call on this earlier in the week and as they alluded to, you know, our office has, you know, entered into partnerships like this in two other districts. My understanding from, you know, the district that, you know, we partnered in, it's been a good experience as far as I know, so far. I think Wes and I are both, you know, obviously in. In favor of this. You know, obviously you have some repairs you're going to have coming up on your ponds. And you know, as. As we've kind of just been discussing, you know, this, this could potentially offset, you know, a pretty substantial amount of those costs. So, I mean, it is a program that we've. Our office has worked through and engaged at, you know, in other districts. And as. As far as I know, we haven't had any issues in those. </w:t>
      </w:r>
    </w:p>
    <w:p>
      <w:r>
        <w:t xml:space="preserve">01:00:52   (Speaker C)  Thank you. </w:t>
      </w:r>
    </w:p>
    <w:p>
      <w:r>
        <w:t xml:space="preserve">01:00:53   (Speaker A)  Thank you. </w:t>
      </w:r>
    </w:p>
    <w:p>
      <w:r>
        <w:t xml:space="preserve">01:00:53   (Speaker C)  You're earning your money well. </w:t>
      </w:r>
    </w:p>
    <w:p>
      <w:r>
        <w:t xml:space="preserve">01:00:57   (Speaker G)  Thank you. </w:t>
      </w:r>
    </w:p>
    <w:p>
      <w:r>
        <w:t xml:space="preserve">01:01:04   (Speaker A)  I'm good. I don't have. I think we need to finish the rest of our business and then we need to take time. I think we're probably going to have to come call a special meeting. So we don't. We have to. Gosh, we might be the smallest institution, but we're still under government. We are. And we will have to have another meeting just to discuss this. But so we don't keep everybody waiting. I think we need to finish our business for the rest of the stuff. Do you have anything else that you want to say? </w:t>
      </w:r>
    </w:p>
    <w:p>
      <w:r>
        <w:t xml:space="preserve">01:01:41   (Speaker I)  I just want to make sure all the questions have been answered </w:t>
      </w:r>
    </w:p>
    <w:p>
      <w:r>
        <w:t xml:space="preserve">01:01:45   (Speaker L)  and we </w:t>
      </w:r>
    </w:p>
    <w:p>
      <w:r>
        <w:t xml:space="preserve">01:01:45   (Speaker A)  can reach you if we have another meeting. Then if we had some questions, maybe we could notify you of the meeting in advance so that if you're available and you have some questions, kind of a thing. Yeah, yeah. </w:t>
      </w:r>
    </w:p>
    <w:p>
      <w:r>
        <w:t xml:space="preserve">01:02:01   (Speaker D)  And I'm just thinking if you want to meet rather quickly, we can continue this meeting. I think is an option that makes it a little bit easier on advertising purposes and whatnot. If we're looking, you know, a week, two, three weeks from now, we can continue this meeting as an agenda item. Unless, Kyle, you feel differently on that. </w:t>
      </w:r>
    </w:p>
    <w:p>
      <w:r>
        <w:t xml:space="preserve">01:02:30   (Speaker G)  No, I think we'd be fine to continue the meeting. You know, obviously we need to state which, you know, which agenda item we're continuing and do that at the. At the end of this meeting rather than. Rather than closing it out. </w:t>
      </w:r>
    </w:p>
    <w:p>
      <w:r>
        <w:t xml:space="preserve">01:02:45   (Speaker C)  Yeah, we've done that before. </w:t>
      </w:r>
    </w:p>
    <w:p>
      <w:r>
        <w:t xml:space="preserve">01:02:47   (Speaker I)  Okay, thank you. </w:t>
      </w:r>
    </w:p>
    <w:p>
      <w:r>
        <w:t xml:space="preserve">01:02:53   (Speaker L)  Also have the zoom component. Don't forget, if you need a zoom, we have the TV. </w:t>
      </w:r>
    </w:p>
    <w:p>
      <w:r>
        <w:t xml:space="preserve">01:02:57   (Speaker A)  It's all </w:t>
      </w:r>
    </w:p>
    <w:p>
      <w:r>
        <w:t xml:space="preserve">01:02:59   (Speaker K)  done. </w:t>
      </w:r>
    </w:p>
    <w:p>
      <w:r>
        <w:t xml:space="preserve">01:03:01   (Speaker A)  So you were estimating approximately 250 out of pocket for. </w:t>
      </w:r>
    </w:p>
    <w:p>
      <w:r>
        <w:t xml:space="preserve">01:03:04   (Speaker G)  For you. </w:t>
      </w:r>
    </w:p>
    <w:p>
      <w:r>
        <w:t xml:space="preserve">01:03:05   (Speaker A)  Yes, ma'. </w:t>
      </w:r>
    </w:p>
    <w:p>
      <w:r>
        <w:t xml:space="preserve">01:03:05   (Speaker C)  Am. </w:t>
      </w:r>
    </w:p>
    <w:p>
      <w:r>
        <w:t xml:space="preserve">01:03:05   (Speaker A)  Thank you. And then 250 for assurances. </w:t>
      </w:r>
    </w:p>
    <w:p>
      <w:r>
        <w:t xml:space="preserve">01:03:11   (Speaker I)  Esc. </w:t>
      </w:r>
    </w:p>
    <w:p>
      <w:r>
        <w:t xml:space="preserve">01:03:12   (Speaker M)  Yeah. </w:t>
      </w:r>
    </w:p>
    <w:p>
      <w:r>
        <w:t xml:space="preserve">01:03:15   (Speaker I)  Okay. </w:t>
      </w:r>
    </w:p>
    <w:p>
      <w:r>
        <w:t xml:space="preserve">01:03:18   (Speaker A)  How does the water go from that? </w:t>
      </w:r>
    </w:p>
    <w:p>
      <w:r>
        <w:t xml:space="preserve">01:03:21   (Speaker K)  You sell? </w:t>
      </w:r>
    </w:p>
    <w:p>
      <w:r>
        <w:t xml:space="preserve">01:03:22   (Speaker I)  How does it go? We don't sell the water. The water is just going out cleaner into the world. So then we measure. We monitor and measure how much cleaner it is. And the state gives us credit based on how much we. The pollutants, we remove and document all that stuff. So we're given essentially a ledger of extra water quality credit that we're going to generate. We've got to prove it. Every year we have to do annual reports, testing, all that stuff, but we get a stack of extra credit. Now that is nutrient removal credit that comes out of your community, meaning your communities. The community today might be discharging a thousand pounds a year. I'm just making pollution. If we can knock that down by 20%, then there's 200 pounds a year that we're taking out of the environment that we're selling. </w:t>
      </w:r>
    </w:p>
    <w:p>
      <w:r>
        <w:t xml:space="preserve">01:04:18   (Speaker A)  And so there's somebody else putting 200 pounds, trying to be fined because they're putting too many pollutants in and they. </w:t>
      </w:r>
    </w:p>
    <w:p>
      <w:r>
        <w:t xml:space="preserve">01:04:25   (Speaker I)  It's not about fines, they're not avoiding penalties. It's not like a polluter dumped pollution into the environment. It's a schoolhouse or a development. I know you don't want, maybe you don't want that happening all around you, but a Wawa or a Starbucks or whatever. If anybody goes in and puts something new in. Where there was grass and now it's not grass, the state requires you to treat up to here. So you can buy down that treatment obligation and treat a little less than the requirement by substituting by supplementing their treatment provided on that development site with a credit from off the site, which </w:t>
      </w:r>
    </w:p>
    <w:p>
      <w:r>
        <w:t xml:space="preserve">01:05:03   (Speaker A)  is kind of the same way. Same with the polar beam. </w:t>
      </w:r>
    </w:p>
    <w:p>
      <w:r>
        <w:t xml:space="preserve">01:05:08   (Speaker I)  The opportunity to buy down is still greater treatment than the requirements of this community when it was developed. So we're still talking about nation leading nutrient removal requirements in the whole country. And if you buy down some credits, you're still treating better than Alabama requires. </w:t>
      </w:r>
    </w:p>
    <w:p>
      <w:r>
        <w:t xml:space="preserve">01:05:28   (Speaker A)  We have more golf courses that are polluting our waterways. </w:t>
      </w:r>
    </w:p>
    <w:p>
      <w:r>
        <w:t xml:space="preserve">01:05:32   (Speaker I)  From an Alabama golf course does it require to be treated as much as a Florida. </w:t>
      </w:r>
    </w:p>
    <w:p>
      <w:r>
        <w:t xml:space="preserve">01:05:36   (Speaker F)  You're also talking regional. You can't leave this area. </w:t>
      </w:r>
    </w:p>
    <w:p>
      <w:r>
        <w:t xml:space="preserve">01:05:40   (Speaker A)  Because by area do you mean St. John's county or whatever. </w:t>
      </w:r>
    </w:p>
    <w:p>
      <w:r>
        <w:t xml:space="preserve">01:05:43   (Speaker F)  Whatever the receiving body is that the stormwater pond is discharging into, which is everything here is either going to the intercoastal or to the St. John's River. It's the final body. </w:t>
      </w:r>
    </w:p>
    <w:p>
      <w:r>
        <w:t xml:space="preserve">01:05:56   (Speaker A)  Yeah, I thought the same body. Yeah, that's what I thought it was St. John's River. </w:t>
      </w:r>
    </w:p>
    <w:p>
      <w:r>
        <w:t xml:space="preserve">01:05:59   (Speaker F)  What he explained earlier is that that's how it would work is it stays within the base basin within which it is so that it's all benefiting the </w:t>
      </w:r>
    </w:p>
    <w:p>
      <w:r>
        <w:t xml:space="preserve">01:06:09   (Speaker A)  final water, which is good for us because they've been so much development here. This is an opportunity for us to make some money. Because you know, I've been trying to slowly build the kush up on our contingency for bank failure. And this is. We all have been trying to build up. I'm sorry, I didn't mean to say me. I apologize. Yeah. So I think it's a good possibility to look at though. I think we might want to really talk about the figures. </w:t>
      </w:r>
    </w:p>
    <w:p>
      <w:r>
        <w:t xml:space="preserve">01:06:38   (Speaker F)  And Jeff, if I'm out of line saying this, please correct me. There's a very similar thing that happens with wetlands today. Yeah, People buy large properties that are nothing but wetlands and sell credits off to people who are developing an area and maybe taking out a small wetland. And it's a pay to play type of situation. Hey, we're going to cover this cost by paying this mitigation bank. And now area is going to stay </w:t>
      </w:r>
    </w:p>
    <w:p>
      <w:r>
        <w:t xml:space="preserve">01:07:04   (Speaker I)  preserved free forever, right? </w:t>
      </w:r>
    </w:p>
    <w:p>
      <w:r>
        <w:t xml:space="preserve">01:07:07   (Speaker B)  Okay, sir, one last. So the rent is forever for 990 fish. </w:t>
      </w:r>
    </w:p>
    <w:p>
      <w:r>
        <w:t xml:space="preserve">01:07:12   (Speaker A)  Okay, maybe, I mean, maybe it depends if you want the money up front or if you want to spread out over, over 99 years. I'll, we can, we can, we'll talk about that. </w:t>
      </w:r>
    </w:p>
    <w:p>
      <w:r>
        <w:t xml:space="preserve">01:07:23   (Speaker I)  It's, it's like a. Maybe not. I'm not, I'm not a financial expert. Maybe more analogous to a reverse mortgage. How much do you want to take out of your, of the equity? How much cash out do you want and how does that affect your residual payment? </w:t>
      </w:r>
    </w:p>
    <w:p>
      <w:r>
        <w:t xml:space="preserve">01:07:40   (Speaker B)  So does the rent come off at 860,000? </w:t>
      </w:r>
    </w:p>
    <w:p>
      <w:r>
        <w:t xml:space="preserve">01:07:42   (Speaker J)  The more </w:t>
      </w:r>
    </w:p>
    <w:p>
      <w:r>
        <w:t xml:space="preserve">01:07:44   (Speaker I)  that rent is part of the 830,000? It's actually a lot more than that over 99 years. But the cost, the value of money goes down over time. So the net present value of 99 years of payments can be shared with you as a single number, even though the combined accumulative payment is much larger than that number. </w:t>
      </w:r>
    </w:p>
    <w:p>
      <w:r>
        <w:t xml:space="preserve">01:08:05   (Speaker B)  So once we reach 838. </w:t>
      </w:r>
    </w:p>
    <w:p>
      <w:r>
        <w:t xml:space="preserve">01:08:07   (Speaker I)  Which is it, which is 830,000. </w:t>
      </w:r>
    </w:p>
    <w:p>
      <w:r>
        <w:t xml:space="preserve">01:08:10   (Speaker B)  So once we reach 830,000, we don't get them right anymore? </w:t>
      </w:r>
    </w:p>
    <w:p>
      <w:r>
        <w:t xml:space="preserve">01:08:13   (Speaker I)  No, sir. 830,000 is the, is the net present value of 200,000 today, 210,000 today, plus that number at a 2.5 and a 2% escalator out to forever. It's the net present value at the </w:t>
      </w:r>
    </w:p>
    <w:p>
      <w:r>
        <w:t xml:space="preserve">01:08:30   (Speaker J)  end of the day. </w:t>
      </w:r>
    </w:p>
    <w:p>
      <w:r>
        <w:t xml:space="preserve">01:08:30   (Speaker I)  If you never spend any of this money and you just don't put it in a bank account and you didn't make any interest at the end of 99 years, you have a lot more than $830,000 sitting there. Because by the end of this, I'm still confused. The assumption is that. </w:t>
      </w:r>
    </w:p>
    <w:p>
      <w:r>
        <w:t xml:space="preserve">01:08:43   (Speaker B)  So Tomorrow we got $830,000 next year. </w:t>
      </w:r>
    </w:p>
    <w:p>
      <w:r>
        <w:t xml:space="preserve">01:08:50   (Speaker A)  Question about that too. </w:t>
      </w:r>
    </w:p>
    <w:p>
      <w:r>
        <w:t xml:space="preserve">01:08:51   (Speaker I)  If you take it all Today, you get 830 today. </w:t>
      </w:r>
    </w:p>
    <w:p>
      <w:r>
        <w:t xml:space="preserve">01:08:54   (Speaker C)  If you. </w:t>
      </w:r>
    </w:p>
    <w:p>
      <w:r>
        <w:t xml:space="preserve">01:08:54   (Speaker I)  Maybe it's more like. What's the, like the lottery. Like a lottery. </w:t>
      </w:r>
    </w:p>
    <w:p>
      <w:r>
        <w:t xml:space="preserve">01:09:00   (Speaker A)  Like a lottery. </w:t>
      </w:r>
    </w:p>
    <w:p>
      <w:r>
        <w:t xml:space="preserve">01:09:01   (Speaker I)  You get less if you take it on day one than if you spread out. </w:t>
      </w:r>
    </w:p>
    <w:p>
      <w:r>
        <w:t xml:space="preserve">01:09:04   (Speaker B)  I got you. </w:t>
      </w:r>
    </w:p>
    <w:p>
      <w:r>
        <w:t xml:space="preserve">01:09:05   (Speaker C)  And what about inflation? Isn't it better to take it up front? </w:t>
      </w:r>
    </w:p>
    <w:p>
      <w:r>
        <w:t xml:space="preserve">01:09:08   (Speaker I)  The 2.5 is meant to leave the inflation. </w:t>
      </w:r>
    </w:p>
    <w:p>
      <w:r>
        <w:t xml:space="preserve">01:09:11   (Speaker A)  Well, they're doing a 2% which is even below what Social Security gives us. Everything's negotiable and we'll talk. </w:t>
      </w:r>
    </w:p>
    <w:p>
      <w:r>
        <w:t xml:space="preserve">01:09:20   (Speaker I)  Those are the figures that we can negotiate. So what is really important to us. I don't want to Say we can't negotiate. I just mean when we do these things, DOT and we have agreed on what the value split is, we are not going to go back to DOT and tell them we have another public entity, a CDD in St. John's county, that decided that wasn't fair market value. You were wrong. The number should be this. Because then DOT is going to make me change my agreement with them, and I'm not going to. </w:t>
      </w:r>
    </w:p>
    <w:p>
      <w:r>
        <w:t xml:space="preserve">01:09:51   (Speaker A)  But we can do it differently by asking for less month. Not 99 years of payments, but 40 years of payments. </w:t>
      </w:r>
    </w:p>
    <w:p>
      <w:r>
        <w:t xml:space="preserve">01:09:58   (Speaker I)  All of that is flexible. </w:t>
      </w:r>
    </w:p>
    <w:p>
      <w:r>
        <w:t xml:space="preserve">01:09:59   (Speaker H)  All that's. </w:t>
      </w:r>
    </w:p>
    <w:p>
      <w:r>
        <w:t xml:space="preserve">01:10:00   (Speaker I)  Yeah, the interest rate is flexible. There are things that are possible with that net present value of the total deal. That's the part that I have kind of etched into stone some. </w:t>
      </w:r>
    </w:p>
    <w:p>
      <w:r>
        <w:t xml:space="preserve">01:10:09   (Speaker H)  Yeah. </w:t>
      </w:r>
    </w:p>
    <w:p>
      <w:r>
        <w:t xml:space="preserve">01:10:10   (Speaker L)  Yep. </w:t>
      </w:r>
    </w:p>
    <w:p>
      <w:r>
        <w:t xml:space="preserve">01:10:11   (Speaker C)  I understand in 10 years, when they buy your credits, they're gonna. It's gonna cost them more money because of the inflation. </w:t>
      </w:r>
    </w:p>
    <w:p>
      <w:r>
        <w:t xml:space="preserve">01:10:20   (Speaker A)  Sounds like they're gonna be the credits. </w:t>
      </w:r>
    </w:p>
    <w:p>
      <w:r>
        <w:t xml:space="preserve">01:10:21   (Speaker I)  We're gonna sell these credits out, and </w:t>
      </w:r>
    </w:p>
    <w:p>
      <w:r>
        <w:t xml:space="preserve">01:10:24   (Speaker A)  then hopefully there will be more incentives and more credits, which was my biggest thing about you having exclusive rights is about future potential later on. </w:t>
      </w:r>
    </w:p>
    <w:p>
      <w:r>
        <w:t xml:space="preserve">01:10:34   (Speaker M)  Yeah. </w:t>
      </w:r>
    </w:p>
    <w:p>
      <w:r>
        <w:t xml:space="preserve">01:10:34   (Speaker I)  We don't need exclusivity if my competitors. If my competitor does say that. </w:t>
      </w:r>
    </w:p>
    <w:p>
      <w:r>
        <w:t xml:space="preserve">01:10:40   (Speaker M)  Yeah, there was an exclusive just in your neighborhood. </w:t>
      </w:r>
    </w:p>
    <w:p>
      <w:r>
        <w:t xml:space="preserve">01:10:43   (Speaker A)  I thought there was an exclusivity in here when I looked at it. But as I said, my brain is not what it used to be. So I have moments of. </w:t>
      </w:r>
    </w:p>
    <w:p>
      <w:r>
        <w:t xml:space="preserve">01:10:54   (Speaker I)  Moments of. </w:t>
      </w:r>
    </w:p>
    <w:p>
      <w:r>
        <w:t xml:space="preserve">01:10:55   (Speaker A)  I'm 99 years old. </w:t>
      </w:r>
    </w:p>
    <w:p>
      <w:r>
        <w:t xml:space="preserve">01:10:56   (Speaker C)  Only men get smarter. </w:t>
      </w:r>
    </w:p>
    <w:p>
      <w:r>
        <w:t xml:space="preserve">01:11:00   (Speaker A)  I. </w:t>
      </w:r>
    </w:p>
    <w:p>
      <w:r>
        <w:t xml:space="preserve">01:11:01   (Speaker L)  Relax. </w:t>
      </w:r>
    </w:p>
    <w:p>
      <w:r>
        <w:t xml:space="preserve">01:11:04   (Speaker C)  You walked in to that one. </w:t>
      </w:r>
    </w:p>
    <w:p>
      <w:r>
        <w:t xml:space="preserve">01:11:14   (Speaker I)  I was going to say, there's no way you say that in front of your wife. </w:t>
      </w:r>
    </w:p>
    <w:p>
      <w:r>
        <w:t xml:space="preserve">01:11:19   (Speaker C)  I eat ke, too. So this was really nice. </w:t>
      </w:r>
    </w:p>
    <w:p>
      <w:r>
        <w:t xml:space="preserve">01:11:23   (Speaker A)  Thank you, Jeff. Good presentation and an opportunity for us to discuss. </w:t>
      </w:r>
    </w:p>
    <w:p>
      <w:r>
        <w:t xml:space="preserve">01:11:29   (Speaker H)  Thank you. </w:t>
      </w:r>
    </w:p>
    <w:p>
      <w:r>
        <w:t xml:space="preserve">01:11:30   (Speaker C)  Thank you. </w:t>
      </w:r>
    </w:p>
    <w:p>
      <w:r>
        <w:t xml:space="preserve">01:11:30   (Speaker K)  Thank you. </w:t>
      </w:r>
    </w:p>
    <w:p>
      <w:r>
        <w:t xml:space="preserve">01:11:37   (Speaker C)  Where were we? </w:t>
      </w:r>
    </w:p>
    <w:p>
      <w:r>
        <w:t xml:space="preserve">01:11:42   (Speaker B)  Number five. </w:t>
      </w:r>
    </w:p>
    <w:p>
      <w:r>
        <w:t xml:space="preserve">01:11:42   (Speaker C)  Number five. </w:t>
      </w:r>
    </w:p>
    <w:p>
      <w:r>
        <w:t xml:space="preserve">01:11:43   (Speaker D)  Number five. So we do have the ratification of the audit engagement letter with Real and Associates for fiscal year 2026. </w:t>
      </w:r>
    </w:p>
    <w:p>
      <w:r>
        <w:t xml:space="preserve">01:11:50   (Speaker A)  Well, we skipped our operations report first, didn't we? </w:t>
      </w:r>
    </w:p>
    <w:p>
      <w:r>
        <w:t xml:space="preserve">01:11:55   (Speaker D)  No, we'll get to that. </w:t>
      </w:r>
    </w:p>
    <w:p>
      <w:r>
        <w:t xml:space="preserve">01:11:56   (Speaker F)  Get to that. </w:t>
      </w:r>
    </w:p>
    <w:p>
      <w:r>
        <w:t xml:space="preserve">01:11:57   (Speaker A)  Oh, I skipped. </w:t>
      </w:r>
    </w:p>
    <w:p>
      <w:r>
        <w:t xml:space="preserve">01:11:58   (Speaker B)  Sorry. </w:t>
      </w:r>
    </w:p>
    <w:p>
      <w:r>
        <w:t xml:space="preserve">01:11:59   (Speaker D)  Hey, that's quite all right. </w:t>
      </w:r>
    </w:p>
    <w:p>
      <w:r>
        <w:t xml:space="preserve">01:12:00   (Speaker I)  That's quite all right. </w:t>
      </w:r>
    </w:p>
    <w:p>
      <w:r>
        <w:t xml:space="preserve">01:12:01   (Speaker A)  I don't see. </w:t>
      </w:r>
    </w:p>
    <w:p>
      <w:r>
        <w:t xml:space="preserve">01:12:01   (Speaker I)  Oh, there's 5V. </w:t>
      </w:r>
    </w:p>
    <w:p>
      <w:r>
        <w:t xml:space="preserve">01:12:03   (Speaker A)  Got it. My big hand was over. </w:t>
      </w:r>
    </w:p>
    <w:p>
      <w:r>
        <w:t xml:space="preserve">01:12:06   (Speaker D)  And as we're all aware, we. We do need to have an independent auditor perform an audit of our. I think it was just maybe last meeting I presented last audit. So this is standard process. We already put this in motion. Looks like we signed, except that on August 7th of 2026. So we're just looking for ratification to approve that. </w:t>
      </w:r>
    </w:p>
    <w:p>
      <w:r>
        <w:t xml:space="preserve">01:12:29   (Speaker A)  There were 3400 for this one. </w:t>
      </w:r>
    </w:p>
    <w:p>
      <w:r>
        <w:t xml:space="preserve">01:12:31   (Speaker D)  What were they previous 3400. You know what, I can look at the current financials and give you this year's. Usually it's about a hundred dollar increase on standard, but let's look at FY25 audit. And that was $3,300. So it's a hundred dollar increase. Yeah, we typically do a five year agreement as we go out to RFP with the auditing services. </w:t>
      </w:r>
    </w:p>
    <w:p>
      <w:r>
        <w:t xml:space="preserve">01:13:01   (Speaker A)  Okay. I hope for. So five years you think it's going to go up? That's it, 100 for five years. </w:t>
      </w:r>
    </w:p>
    <w:p>
      <w:r>
        <w:t xml:space="preserve">01:13:07   (Speaker D)  Typically that's what it is. I'm not looking at that exact agreement at the moment. And for, for reference, this current fiscal year we actually budgeted additional dollars and we're under budget. So it was $3,300 and we budgeted $3,500. So it's a $200 positive variance that was under budget. </w:t>
      </w:r>
    </w:p>
    <w:p>
      <w:r>
        <w:t xml:space="preserve">01:13:34   (Speaker A)  Okay, I move to approve. </w:t>
      </w:r>
    </w:p>
    <w:p>
      <w:r>
        <w:t xml:space="preserve">01:13:37   (Speaker J)  I second that. </w:t>
      </w:r>
    </w:p>
    <w:p>
      <w:r>
        <w:t xml:space="preserve">01:13:38   (Speaker D)  All those in favor? Motion carries. Thank you. Next begins the staff reports. And first up is the attorney, Kyle. </w:t>
      </w:r>
    </w:p>
    <w:p>
      <w:r>
        <w:t xml:space="preserve">01:13:52   (Speaker G)  No, I really don't have anything to report. Been quiet on the legal side, I will say just in regards to the Stormwater Trust, kind of going back to that as far as that lease agreement goes, our office actually had a large part in drafting the lease agreement for other, other districts. So I believe the documentation that they have, you know, once we settle on, you know, the numbers that we want, I think the lease agreement would have, we'd have pretty minimal input on that just because, you know, other members of my office have already hammered out, negotiated on the terms. So obviously we'd review it. But I think, you know, our, I think it should be in good shape. You know, once the district, you know, if, if we're looking to move forward on that, I think, you know, there wouldn't be too much on West Nye's end as far as negotiating the actual terms of that. Just wanted to put that out there. Obviously we'll discuss that, you know, at the continued meeting more, but beyond that, really nothing to report. </w:t>
      </w:r>
    </w:p>
    <w:p>
      <w:r>
        <w:t xml:space="preserve">01:14:59   (Speaker A)  And what would be the maximum we could have in our reserve account without any state conflicts and stuff? </w:t>
      </w:r>
    </w:p>
    <w:p>
      <w:r>
        <w:t xml:space="preserve">01:15:11   (Speaker D)  I don't see. </w:t>
      </w:r>
    </w:p>
    <w:p>
      <w:r>
        <w:t xml:space="preserve">01:15:12   (Speaker G)  I, I think, yeah, I think that'd be, I think that'd be a question for your, for your accountant. Okay. </w:t>
      </w:r>
    </w:p>
    <w:p>
      <w:r>
        <w:t xml:space="preserve">01:15:18   (Speaker A)  Yeah, I thought that was a legal question. </w:t>
      </w:r>
    </w:p>
    <w:p>
      <w:r>
        <w:t xml:space="preserve">01:15:20   (Speaker D)  Yeah, I typically don't see any, any concerns with, you know, having too much. I don't think that's concern. There are some boards that have a resolution that they must maintain A minimum that's set, you know, but as far as having, gosh, say we got $800,000, there's no downfall to that. </w:t>
      </w:r>
    </w:p>
    <w:p>
      <w:r>
        <w:t xml:space="preserve">01:15:44   (Speaker A)  Okay. </w:t>
      </w:r>
    </w:p>
    <w:p>
      <w:r>
        <w:t xml:space="preserve">01:15:44   (Speaker D)  Obviously there's reporting requirements and whatnot, but there's also interest earned on that as well. </w:t>
      </w:r>
    </w:p>
    <w:p>
      <w:r>
        <w:t xml:space="preserve">01:15:51   (Speaker C)  Thank you, Kyle. </w:t>
      </w:r>
    </w:p>
    <w:p>
      <w:r>
        <w:t xml:space="preserve">01:15:52   (Speaker G)  Yeah. I would say I don't believe there's any kind of reserve, you know, limit to the account that, you know, there would be penalties for going over, you know, there's no cap on your reserves as far as I know. </w:t>
      </w:r>
    </w:p>
    <w:p>
      <w:r>
        <w:t xml:space="preserve">01:16:05   (Speaker H)  Okay. </w:t>
      </w:r>
    </w:p>
    <w:p>
      <w:r>
        <w:t xml:space="preserve">01:16:06   (Speaker A)  And I thought there was. I thought it could only be so much in a certain form and then it had to go into another. All right, thank you. That's my little brain problems again. </w:t>
      </w:r>
    </w:p>
    <w:p>
      <w:r>
        <w:t xml:space="preserve">01:16:18   (Speaker F)  Okay. </w:t>
      </w:r>
    </w:p>
    <w:p>
      <w:r>
        <w:t xml:space="preserve">01:16:21   (Speaker D)  And next, moving on to the engineer, we also have in here the consulting engineer report that we would be looking for a motion to accept. Jeff, if you want to touch on </w:t>
      </w:r>
    </w:p>
    <w:p>
      <w:r>
        <w:t xml:space="preserve">01:16:30   (Speaker F)  that at all or just following on kind of what Kyle was saying, talk to Ryan about the National Stormwater. And after our review, from an engineering perspective, we don't have any issue with that. He can bring more back to that when you have the other meeting, but just wanted to convey that he asked me to do that. </w:t>
      </w:r>
    </w:p>
    <w:p>
      <w:r>
        <w:t xml:space="preserve">01:16:52   (Speaker A)  I think last meeting we were waiting on an engineering report. There was no cost yet on erosion control. You're waiting on a vendor. </w:t>
      </w:r>
    </w:p>
    <w:p>
      <w:r>
        <w:t xml:space="preserve">01:16:59   (Speaker F)  Yeah. And the report he provided is still. He did not convey any information that he received that I think we're still waiting on that. </w:t>
      </w:r>
    </w:p>
    <w:p>
      <w:r>
        <w:t xml:space="preserve">01:17:07   (Speaker K)  Okay. </w:t>
      </w:r>
    </w:p>
    <w:p>
      <w:r>
        <w:t xml:space="preserve">01:17:07   (Speaker A)  Could you remember for next meeting? Because I might not remember. I will try to, but I might want to make sure that we get there. And on your review of the banks, how are they doing? </w:t>
      </w:r>
    </w:p>
    <w:p>
      <w:r>
        <w:t xml:space="preserve">01:17:22   (Speaker F)  I did not review it. I think in the letter he had indicated that there was still some areas of concern and he was trying to get cost figure out. </w:t>
      </w:r>
    </w:p>
    <w:p>
      <w:r>
        <w:t xml:space="preserve">01:17:28   (Speaker A)  Okay. I thought that was more for a specific. Okay, I was. Is the overall condition. I'm a worry. </w:t>
      </w:r>
    </w:p>
    <w:p>
      <w:r>
        <w:t xml:space="preserve">01:17:38   (Speaker F)  Absolutely. </w:t>
      </w:r>
    </w:p>
    <w:p>
      <w:r>
        <w:t xml:space="preserve">01:17:39   (Speaker A)  So I'll put that for follow up for next. </w:t>
      </w:r>
    </w:p>
    <w:p>
      <w:r>
        <w:t xml:space="preserve">01:17:41   (Speaker D)  And what was the. The first item that you were looking for a followup on? </w:t>
      </w:r>
    </w:p>
    <w:p>
      <w:r>
        <w:t xml:space="preserve">01:17:43   (Speaker K)  Just for. </w:t>
      </w:r>
    </w:p>
    <w:p>
      <w:r>
        <w:t xml:space="preserve">01:17:44   (Speaker D)  For my notes as well. </w:t>
      </w:r>
    </w:p>
    <w:p>
      <w:r>
        <w:t xml:space="preserve">01:17:46   (Speaker A)  I mean, the engineering report. </w:t>
      </w:r>
    </w:p>
    <w:p>
      <w:r>
        <w:t xml:space="preserve">01:17:47   (Speaker B)  Yeah. </w:t>
      </w:r>
    </w:p>
    <w:p>
      <w:r>
        <w:t xml:space="preserve">01:17:48   (Speaker A)  It was a cost on the erosion control. </w:t>
      </w:r>
    </w:p>
    <w:p>
      <w:r>
        <w:t xml:space="preserve">01:17:50   (Speaker D)  Oh, that's right. Working with another vendor on that. The linear footage. </w:t>
      </w:r>
    </w:p>
    <w:p>
      <w:r>
        <w:t xml:space="preserve">01:17:55   (Speaker F)  Yeah, he had noted that in the report. </w:t>
      </w:r>
    </w:p>
    <w:p>
      <w:r>
        <w:t xml:space="preserve">01:17:57   (Speaker D)  Yeah. </w:t>
      </w:r>
    </w:p>
    <w:p>
      <w:r>
        <w:t xml:space="preserve">01:17:58   (Speaker A)  Which pond was that for? Does anybody remember before I ripped through my whole book, the November that we're waiting on, it was erosion control at another specific pond and we were looking for linear feet. And I'll find it if I rip through it, but I just thought somebody else might know. </w:t>
      </w:r>
    </w:p>
    <w:p>
      <w:r>
        <w:t xml:space="preserve">01:18:18   (Speaker D)  I think it was A general understanding that could be applied to most pond banks. And general. I think they were maybe looking at specific pond banks, but I think the bulk of what we were looking for was generalized term of what it would cost per linear foot of a pond bank to make those repairs and their suggested repairs. </w:t>
      </w:r>
    </w:p>
    <w:p>
      <w:r>
        <w:t xml:space="preserve">01:18:38   (Speaker A)  Thank you. </w:t>
      </w:r>
    </w:p>
    <w:p>
      <w:r>
        <w:t xml:space="preserve">01:18:39   (Speaker C)  I know I remember someone mentioned the </w:t>
      </w:r>
    </w:p>
    <w:p>
      <w:r>
        <w:t xml:space="preserve">01:18:41   (Speaker D)  ponds in Chancellor's Ridge. </w:t>
      </w:r>
    </w:p>
    <w:p>
      <w:r>
        <w:t xml:space="preserve">01:18:44   (Speaker C)  But you're going to look at the ponds, right? Yep. </w:t>
      </w:r>
    </w:p>
    <w:p>
      <w:r>
        <w:t xml:space="preserve">01:18:47   (Speaker A)  Okay. </w:t>
      </w:r>
    </w:p>
    <w:p>
      <w:r>
        <w:t xml:space="preserve">01:18:54   (Speaker D)  And with that on the engineers, we do have the consulting engineers report for 2026. I think the important note here from the engineering team is that they say fiscal year 2026 budget is sufficient in our opinion to provide for the proper operation and maintenance of the portion of the project owned by the district. So this is a recommendation required report that's included. So if there's no questions on that. </w:t>
      </w:r>
    </w:p>
    <w:p>
      <w:r>
        <w:t xml:space="preserve">01:19:20   (Speaker A)  So I'm assuming then that means they think our pond are in good condition, otherwise we wouldn't have sufficient funds, I think for this. Okay. Okay. I just, just, I like clarification in </w:t>
      </w:r>
    </w:p>
    <w:p>
      <w:r>
        <w:t xml:space="preserve">01:19:38   (Speaker I)  sure. </w:t>
      </w:r>
    </w:p>
    <w:p>
      <w:r>
        <w:t xml:space="preserve">01:19:38   (Speaker D)  So with that there's no questions on that of what's stated. Be looking for a motion to accept the consulting engineer motion to accept. </w:t>
      </w:r>
    </w:p>
    <w:p>
      <w:r>
        <w:t xml:space="preserve">01:19:46   (Speaker C)  I'll second. </w:t>
      </w:r>
    </w:p>
    <w:p>
      <w:r>
        <w:t xml:space="preserve">01:19:47   (Speaker I)  All those in favor? </w:t>
      </w:r>
    </w:p>
    <w:p>
      <w:r>
        <w:t xml:space="preserve">01:19:48   (Speaker H)  Aye. </w:t>
      </w:r>
    </w:p>
    <w:p>
      <w:r>
        <w:t xml:space="preserve">01:19:52   (Speaker B)  Very good. </w:t>
      </w:r>
    </w:p>
    <w:p>
      <w:r>
        <w:t xml:space="preserve">01:19:53   (Speaker D)  Thank you. And for district manager, I do not have anything further to report, but I'll follow the engineer and the attorney just speaking. Speaking on prior experience working with the National Stormwater Trust. QTAC Rock Kyle's group has really kind of set this path to make it an easier discussion point with them in the community that we're. That I'm directly involved with. It's an added benefit of knowing the annual lease payment even because there's financial troubles in that community. And that really does help the operations and the future plan planning as well. So there's been no ill effect from, from that implementation from my standpoint. So I just want to convey that to the board with that operations manager. </w:t>
      </w:r>
    </w:p>
    <w:p>
      <w:r>
        <w:t xml:space="preserve">01:20:47   (Speaker I)  Yes, sir. Rich. </w:t>
      </w:r>
    </w:p>
    <w:p>
      <w:r>
        <w:t xml:space="preserve">01:20:49   (Speaker E)  So first I'll touch on the mowing issues. I think that was a big, pretty big topic. So after speaking with Yellowstone, they had, you know, we, I, I said where do, where do we go wrong? Where do we mess up? Where did we not hit the mark when I was here, it was east side of the ponds first and the third. West side of the ponds were second and fourth. After speaking with the project manager and then looking back at everything, looking at the agreements coming up on the two mowers with which is about 10ft, he was telling me ponds like 1400 and some of the bigger ponds it was Taking them a lot longer to weed eat around those bigger ponds. So which was throwing them off rotation. I said, okay, in a perfect world, we stopped that today. Where you're at right now, realistically, how quickly can you get the ponds where we need to be back in rotation? He said they're about two and a half to three weeks behind. So right now the rotation, instead of being done bi weekly, is realistically being done every third to three and a half weeks. Which is why the time they get back to another pond that may have been mowed prior, as the lady had mentioned, it's three to four feet high. </w:t>
      </w:r>
    </w:p>
    <w:p>
      <w:r>
        <w:t xml:space="preserve">01:21:45   (Speaker A)  Got it. </w:t>
      </w:r>
    </w:p>
    <w:p>
      <w:r>
        <w:t xml:space="preserve">01:21:45   (Speaker E)  So I told them that wasn't acceptable. We need to try to figure out a better solution. What can we do if we still want to maintain, if, if the board doesn't want to bring the mowing all the way down to the deck, we still gotta try to find a way to make the rowing rotation work. Do we need to bring in more clientele? Does it gotta be a higher cost? Can we bring in an autonomous mower instead of doing the weed eating and having a robotic mower or just a </w:t>
      </w:r>
    </w:p>
    <w:p>
      <w:r>
        <w:t xml:space="preserve">01:22:05   (Speaker A)  regular big mower that doesn't weigh the same as those huge riding mowers would be fine. </w:t>
      </w:r>
    </w:p>
    <w:p>
      <w:r>
        <w:t xml:space="preserve">01:22:11   (Speaker I)  Yeah. </w:t>
      </w:r>
    </w:p>
    <w:p>
      <w:r>
        <w:t xml:space="preserve">01:22:11   (Speaker E)  And the autonomous mower is really the branch that they have that's servicing this area. It doesn't have an autonomous mower. The autonomous mowers in the Jacksonville branch, they do have one and it's just coming in the trial market and they're just trying it out at certain properties. So that could be potential in the future. </w:t>
      </w:r>
    </w:p>
    <w:p>
      <w:r>
        <w:t xml:space="preserve">01:22:25   (Speaker H)  All right. </w:t>
      </w:r>
    </w:p>
    <w:p>
      <w:r>
        <w:t xml:space="preserve">01:22:26   (Speaker E)  Realistically, after I sat down with Yellowstone, I think it would be in the board's best interest and the resident's best interest. Just in the emails that I've seen received personally alone for residents reaching out directly to me, I think it would be best to go back to the normal mowing rotation. I know that that is not really what the board was looking for for on an erosion aspect, but I think in the bigger picture, I think on a maintaining aspect, you almost have to because Yellowstone can't keep up. And I don't think any in my purse, this is my personal opinion, I don't think any landscape entity will be able to keep up with the cost, provided I think that they could with the district absorbing a lot more of a cost. But if you want to stay where you're at budget wise and not pay an additional cost, I would recommend going back to the original rotation where it was mow, blow and go. Those ponds on the first and the third and the second and the fourth. We can maintain the erosion the best of our ability. Trying to bring awareness to the landscape as soon as we see it. </w:t>
      </w:r>
    </w:p>
    <w:p>
      <w:r>
        <w:t xml:space="preserve">01:23:22   (Speaker A)  Okay, that's not going to happen. </w:t>
      </w:r>
    </w:p>
    <w:p>
      <w:r>
        <w:t xml:space="preserve">01:23:24   (Speaker C)  Okay. </w:t>
      </w:r>
    </w:p>
    <w:p>
      <w:r>
        <w:t xml:space="preserve">01:23:26   (Speaker A)  But I am fine with one riding mower length versus two which is what we originally agreed on. The two is supposed to be a temporary thing when it was really bad. We're in wet season right now. I certainly don't want them down there with the heavy equipment because the cost in the long run for us to repair those banks is tenfold the extra its cost would cost us for what we have to pay them for another mower or weed whacking. We can't afford the erosion on the banks. It's so much more expensive. So I'm comfortable personally doing the one length. Get a push mower. It's easier than a stupid weed whacker or something similar. There are lighter weight mowers that will not cause the same damage for the lower. And we did give them an exception to go all the way down to the bank with the big mower. It was supposed to be a one time thing and they're playing I'm sorry, I don't quite believe, you know that all of a sudden it's back to the two mower width lengths and stuff. That was a temporary thing. We gave them special permission go down to the bank and then they said they could keep up. Do you all remember that conversation? They said they could then keep up, that would be fine. But it had gotten out of control. So if there's a dry spell, I'm fine with them doing it one more time and I'm fine with them doing one riding lower mower with however they cheat all the time on that. And that's why we went to two for that little bit because they were still going down, especially on pond. What's Ann's Pond 100. They were going all the way down again. </w:t>
      </w:r>
    </w:p>
    <w:p>
      <w:r>
        <w:t xml:space="preserve">01:25:12   (Speaker H)  And </w:t>
      </w:r>
    </w:p>
    <w:p>
      <w:r>
        <w:t xml:space="preserve">01:25:15   (Speaker A)  they cannot create erosion problems on our banks for landscaping. No if, ands or buts. They can do it or I think I'm going to try to get them some of the bill for doing damage to it. So that's my personal two cents </w:t>
      </w:r>
    </w:p>
    <w:p>
      <w:r>
        <w:t xml:space="preserve">01:25:33   (Speaker K)  beforehand. They, they always mow with two and then they did weed whack. </w:t>
      </w:r>
    </w:p>
    <w:p>
      <w:r>
        <w:t xml:space="preserve">01:25:38   (Speaker A)  They did at the very edge. </w:t>
      </w:r>
    </w:p>
    <w:p>
      <w:r>
        <w:t xml:space="preserve">01:25:40   (Speaker K)  So why are they turning into weed whacker when they used to? </w:t>
      </w:r>
    </w:p>
    <w:p>
      <w:r>
        <w:t xml:space="preserve">01:25:42   (Speaker A)  Because they used to just do this much and now they're doing this. </w:t>
      </w:r>
    </w:p>
    <w:p>
      <w:r>
        <w:t xml:space="preserve">01:25:46   (Speaker K)  They're not so like they're mowing right to the edge. </w:t>
      </w:r>
    </w:p>
    <w:p>
      <w:r>
        <w:t xml:space="preserve">01:25:49   (Speaker E)  The example that the crew meter gave </w:t>
      </w:r>
    </w:p>
    <w:p>
      <w:r>
        <w:t xml:space="preserve">01:25:52   (Speaker K)  you was like 1400. </w:t>
      </w:r>
    </w:p>
    <w:p>
      <w:r>
        <w:t xml:space="preserve">01:25:55   (Speaker E)  It's such a big pond. Even with one mower link, 60 foot mower. That's, that's five feet. </w:t>
      </w:r>
    </w:p>
    <w:p>
      <w:r>
        <w:t xml:space="preserve">01:26:00   (Speaker K)  Yeah. </w:t>
      </w:r>
    </w:p>
    <w:p>
      <w:r>
        <w:t xml:space="preserve">01:26:00   (Speaker E)  You take, you put two people realistically with the weed eater, even if they're running it would probably take them an hour, hour and a half on that. </w:t>
      </w:r>
    </w:p>
    <w:p>
      <w:r>
        <w:t xml:space="preserve">01:26:06   (Speaker A)  Don't they have any of it? Have the arms like a bush hogger? </w:t>
      </w:r>
    </w:p>
    <w:p>
      <w:r>
        <w:t xml:space="preserve">01:26:09   (Speaker E)  No, because then again you're looking at heavy equipment. Because you'd have. </w:t>
      </w:r>
    </w:p>
    <w:p>
      <w:r>
        <w:t xml:space="preserve">01:26:12   (Speaker A)  No, because the arm extension extends out, it extends out five feet. </w:t>
      </w:r>
    </w:p>
    <w:p>
      <w:r>
        <w:t xml:space="preserve">01:26:17   (Speaker E)  Yeah, they don't, they don't have anything like that. </w:t>
      </w:r>
    </w:p>
    <w:p>
      <w:r>
        <w:t xml:space="preserve">01:26:19   (Speaker F)  Unfortunately. </w:t>
      </w:r>
    </w:p>
    <w:p>
      <w:r>
        <w:t xml:space="preserve">01:26:19   (Speaker E)  That's more of like a, that'd be more of a, in my opinion like a bigger commercial operation like a roadway mowing or something like that. </w:t>
      </w:r>
    </w:p>
    <w:p>
      <w:r>
        <w:t xml:space="preserve">01:26:25   (Speaker A)  Yeah, well that's, and that's why I said it's like a bush ho hogger. </w:t>
      </w:r>
    </w:p>
    <w:p>
      <w:r>
        <w:t xml:space="preserve">01:26:28   (Speaker E)  I mean, you know, I want the board to set the expectation and then I'll enforce the expectation. I just, I'm trying to get the best resolution for everyone so everyone's happy. And it seems like a lot of the complaints that I've got from the residents alone and this was a couple of the verbiage is I don't care about the erosion, I want the grass cut. </w:t>
      </w:r>
    </w:p>
    <w:p>
      <w:r>
        <w:t xml:space="preserve">01:26:48   (Speaker B)  Correct. Here's the issue behind our houses. We've got a six foot flat area before it even starts sloping down. They're not even going back. The weeds behind my house were higher than ants and they didn't mow in a month. </w:t>
      </w:r>
    </w:p>
    <w:p>
      <w:r>
        <w:t xml:space="preserve">01:27:07   (Speaker I)  They're really, there's no reason they can't mow the tops. </w:t>
      </w:r>
    </w:p>
    <w:p>
      <w:r>
        <w:t xml:space="preserve">01:27:11   (Speaker B)  They just don't do it because we told them if the rain comes, don't mow. </w:t>
      </w:r>
    </w:p>
    <w:p>
      <w:r>
        <w:t xml:space="preserve">01:27:16   (Speaker A)  But that's not exactly what we told them. </w:t>
      </w:r>
    </w:p>
    <w:p>
      <w:r>
        <w:t xml:space="preserve">01:27:19   (Speaker B)  That's what they're understanding. </w:t>
      </w:r>
    </w:p>
    <w:p>
      <w:r>
        <w:t xml:space="preserve">01:27:20   (Speaker A)  So we need clarification. They are not doing the job they did a year ago. There's no if, ands or buts. And when we negotiate this contract again with them, they were still doing it. Good job. But something majorly has changed. I know they have a new head guy. I don't know if it's that. I don't know if it's because of. I know ice was, took a lot of the help that they had and they're not showing up for work. So I don't really care. I mean I care deeply but I don't care about the excuses we're getting from them. </w:t>
      </w:r>
    </w:p>
    <w:p>
      <w:r>
        <w:t xml:space="preserve">01:27:59   (Speaker C)  Could we get a manager or foreman at the next meeting? </w:t>
      </w:r>
    </w:p>
    <w:p>
      <w:r>
        <w:t xml:space="preserve">01:28:02   (Speaker E)  Well, I'm going to request that Yellowstone be At every meeting going forward. I don't see why the project manager or somebody representation especially when there's issues like this. I would expect them to be here. So I apologize on their behalf. I shouldn't have to apologize for them but I will. I think that, I think that's, that's a standard that we need to set going forward for Yellowstone to be here because it shows representation not only that you respect what you're doing but you care about the contract that you have. </w:t>
      </w:r>
    </w:p>
    <w:p>
      <w:r>
        <w:t xml:space="preserve">01:28:25   (Speaker B)  Yeah. </w:t>
      </w:r>
    </w:p>
    <w:p>
      <w:r>
        <w:t xml:space="preserve">01:28:27   (Speaker E)  And again for today for me I would just like with the clarity of what you guys would expect. If it's 1 mower width we'll see </w:t>
      </w:r>
    </w:p>
    <w:p>
      <w:r>
        <w:t xml:space="preserve">01:28:34   (Speaker A)  what that I'm good with. What about every but one mower width from the big equipment I don't care if they bring in a small mower to do the smaller part. It's the weight. I don't want ruts. So no two days before rain or four days, none of that. Just the one mower with right now Weed whack it. And we want everything done all the way up the bank. </w:t>
      </w:r>
    </w:p>
    <w:p>
      <w:r>
        <w:t xml:space="preserve">01:28:59   (Speaker E)  Yes. </w:t>
      </w:r>
    </w:p>
    <w:p>
      <w:r>
        <w:t xml:space="preserve">01:29:01   (Speaker A)  They're not doing it. They did do it yesterday or two days ago on pond 1000. They came up all the way and they had done but they didn't do the bottom two. I mean the guy weed whacked for five minutes then rested in the shade then just like left. So I was going to go down with popsicles and it disappeared. </w:t>
      </w:r>
    </w:p>
    <w:p>
      <w:r>
        <w:t xml:space="preserve">01:29:22   (Speaker B)  And Rick, what is your contractor? </w:t>
      </w:r>
    </w:p>
    <w:p>
      <w:r>
        <w:t xml:space="preserve">01:29:25   (Speaker E)  Give me one second. </w:t>
      </w:r>
    </w:p>
    <w:p>
      <w:r>
        <w:t xml:space="preserve">01:29:26   (Speaker I)  Not sure. </w:t>
      </w:r>
    </w:p>
    <w:p>
      <w:r>
        <w:t xml:space="preserve">01:29:30   (Speaker A)  Hot, cold, hot, cold </w:t>
      </w:r>
    </w:p>
    <w:p>
      <w:r>
        <w:t xml:space="preserve">01:29:33   (Speaker K)  here. </w:t>
      </w:r>
    </w:p>
    <w:p>
      <w:r>
        <w:t xml:space="preserve">01:29:34   (Speaker A)  Did you have a question? We're almost ready. </w:t>
      </w:r>
    </w:p>
    <w:p>
      <w:r>
        <w:t xml:space="preserve">01:29:36   (Speaker E)  Did you have that packet that they said they resigned? </w:t>
      </w:r>
    </w:p>
    <w:p>
      <w:r>
        <w:t xml:space="preserve">01:29:44   (Speaker J)  We made changes to that based on what the weather was like. </w:t>
      </w:r>
    </w:p>
    <w:p>
      <w:r>
        <w:t xml:space="preserve">01:29:48   (Speaker E)  So yeah, the mowing crew leader did tell me that he did say that he was instructed by Jeff to not mow when it was within three to four days of rain. And he said that's where it makes it kind of hard. He said because if it doesn't, if I'm not supposed to rain and mow within three days of rain and then two days I got two, two clear days we mow and then it starts raining again. They don't really ever have a chance to, to get caught back. </w:t>
      </w:r>
    </w:p>
    <w:p>
      <w:r>
        <w:t xml:space="preserve">01:30:10   (Speaker A)  That was supposed to be for the exception when they asked to mow all the way to the bank. And I apologize if that got miscommunicated but that was a one time thing. </w:t>
      </w:r>
    </w:p>
    <w:p>
      <w:r>
        <w:t xml:space="preserve">01:30:22   (Speaker E)  I mean to me I think as long as no rain and this is my own personal opinion, as long as they're putting the embankments and it's more for safety. And then also the erosion. To me, as long as they're not raining present within 24 hours, I mean they can, they're professionals. They should check the ground conditions. They should naturally know if it's. The mower is going to slide. </w:t>
      </w:r>
    </w:p>
    <w:p>
      <w:r>
        <w:t xml:space="preserve">01:30:36   (Speaker C)  Today it rained but not much recounting that as a whole. </w:t>
      </w:r>
    </w:p>
    <w:p>
      <w:r>
        <w:t xml:space="preserve">01:30:39   (Speaker K)  They were mowing in the rain yesterday. Yeah, they were mowing in. </w:t>
      </w:r>
    </w:p>
    <w:p>
      <w:r>
        <w:t xml:space="preserve">01:30:42   (Speaker A)  Which is, which is fine. </w:t>
      </w:r>
    </w:p>
    <w:p>
      <w:r>
        <w:t xml:space="preserve">01:30:44   (Speaker K)  Which they have to because they had to mow it in a month. </w:t>
      </w:r>
    </w:p>
    <w:p>
      <w:r>
        <w:t xml:space="preserve">01:30:47   (Speaker D)  So the current agreement is through September 30, 2026 with two additional one year terms. So essentially 2028. But we can always. </w:t>
      </w:r>
    </w:p>
    <w:p>
      <w:r>
        <w:t xml:space="preserve">01:30:56   (Speaker B)  Yeah. </w:t>
      </w:r>
    </w:p>
    <w:p>
      <w:r>
        <w:t xml:space="preserve">01:30:57   (Speaker A)  And now. And we got some new fountains in. We got the fountain. </w:t>
      </w:r>
    </w:p>
    <w:p>
      <w:r>
        <w:t xml:space="preserve">01:31:01   (Speaker H)  Yep. Okay. </w:t>
      </w:r>
    </w:p>
    <w:p>
      <w:r>
        <w:t xml:space="preserve">01:31:01   (Speaker A)  So we got to five. </w:t>
      </w:r>
    </w:p>
    <w:p>
      <w:r>
        <w:t xml:space="preserve">01:31:04   (Speaker E)  Well and then Jeff also noted in his operations report but there was some comments made today. So I'm gonna do another drive after today's meeting. But he did notice noted in the operations report the tree limbs around FPL lights have been trimmed back. </w:t>
      </w:r>
    </w:p>
    <w:p>
      <w:r>
        <w:t xml:space="preserve">01:31:13   (Speaker A)  Yeah. </w:t>
      </w:r>
    </w:p>
    <w:p>
      <w:r>
        <w:t xml:space="preserve">01:31:14   (Speaker E)  However, I still think after today's conversations there's still more that needs to be done as well as some photo cells and stuff that need to be checked. So we'll jump on that. </w:t>
      </w:r>
    </w:p>
    <w:p>
      <w:r>
        <w:t xml:space="preserve">01:31:21   (Speaker A)  Thank you. </w:t>
      </w:r>
    </w:p>
    <w:p>
      <w:r>
        <w:t xml:space="preserve">01:31:22   (Speaker E)  Only other thing that I have is working on the alcohol structure cutbacks again. 15, 18 and 200. We got those cleaned up with Yellowstone. I told Jeff we need to make sure we're keeping those clean. There is some vegetation in 200's structure, some grass and stuff and debris that we're going to get out and try to remove and get that cleaned up a little bit better. But for the most part they looked okay. </w:t>
      </w:r>
    </w:p>
    <w:p>
      <w:r>
        <w:t xml:space="preserve">01:31:42   (Speaker A)  And the bamboo outcropping at £1000 still looks okay. We didn't do it last year. I think we did it the year before. Still looking okay. </w:t>
      </w:r>
    </w:p>
    <w:p>
      <w:r>
        <w:t xml:space="preserve">01:31:52   (Speaker E)  It looks okay, but it is starting to creep in. I think the last time when we cut it back we went three feet all the way around the box. </w:t>
      </w:r>
    </w:p>
    <w:p>
      <w:r>
        <w:t xml:space="preserve">01:31:57   (Speaker A)  It moves in so fast. </w:t>
      </w:r>
    </w:p>
    <w:p>
      <w:r>
        <w:t xml:space="preserve">01:31:59   (Speaker F)  It does. </w:t>
      </w:r>
    </w:p>
    <w:p>
      <w:r>
        <w:t xml:space="preserve">01:31:59   (Speaker A)  So I know we're going to need to do that here very soon. </w:t>
      </w:r>
    </w:p>
    <w:p>
      <w:r>
        <w:t xml:space="preserve">01:32:05   (Speaker K)  Okay. On pond 100 we reported last time about that there's a big erosion on that pond. I took some pictures of it and </w:t>
      </w:r>
    </w:p>
    <w:p>
      <w:r>
        <w:t xml:space="preserve">01:32:17   (Speaker A)  it's very deemed by which. </w:t>
      </w:r>
    </w:p>
    <w:p>
      <w:r>
        <w:t xml:space="preserve">01:32:20   (Speaker K)  By which area I can give you the. I, I took a. </w:t>
      </w:r>
    </w:p>
    <w:p>
      <w:r>
        <w:t xml:space="preserve">01:32:24   (Speaker A)  Is it by one of the courts? </w:t>
      </w:r>
    </w:p>
    <w:p>
      <w:r>
        <w:t xml:space="preserve">01:32:26   (Speaker K)  No. </w:t>
      </w:r>
    </w:p>
    <w:p>
      <w:r>
        <w:t xml:space="preserve">01:32:26   (Speaker A)  Okay. </w:t>
      </w:r>
    </w:p>
    <w:p>
      <w:r>
        <w:t xml:space="preserve">01:32:27   (Speaker K)  No, it's like opposite my house. I like to take some pictures. </w:t>
      </w:r>
    </w:p>
    <w:p>
      <w:r>
        <w:t xml:space="preserve">01:32:30   (Speaker A)  You're on sandpine. </w:t>
      </w:r>
    </w:p>
    <w:p>
      <w:r>
        <w:t xml:space="preserve">01:32:32   (Speaker K)  Yeah. Get my pictures. </w:t>
      </w:r>
    </w:p>
    <w:p>
      <w:r>
        <w:t xml:space="preserve">01:32:34   (Speaker A)  Court. So it's in one of the courts. </w:t>
      </w:r>
    </w:p>
    <w:p>
      <w:r>
        <w:t xml:space="preserve">01:32:36   (Speaker I)  Yeah, that's the one. </w:t>
      </w:r>
    </w:p>
    <w:p>
      <w:r>
        <w:t xml:space="preserve">01:32:37   (Speaker J)  I just did all the Work on. </w:t>
      </w:r>
    </w:p>
    <w:p>
      <w:r>
        <w:t xml:space="preserve">01:32:39   (Speaker A)  Yeah, I know. Spent a lot of money on that. </w:t>
      </w:r>
    </w:p>
    <w:p>
      <w:r>
        <w:t xml:space="preserve">01:32:47   (Speaker K)  Oh, here it is. It's 997 behind. 997 on. </w:t>
      </w:r>
    </w:p>
    <w:p>
      <w:r>
        <w:t xml:space="preserve">01:32:52   (Speaker E)  You said 997. </w:t>
      </w:r>
    </w:p>
    <w:p>
      <w:r>
        <w:t xml:space="preserve">01:32:53   (Speaker K)  Yeah, 9997 and very deep. I recorded it. And you can actually see I've got some really good pictures of how deep this really is. </w:t>
      </w:r>
    </w:p>
    <w:p>
      <w:r>
        <w:t xml:space="preserve">01:33:05   (Speaker A)  Is this below the watermark? </w:t>
      </w:r>
    </w:p>
    <w:p>
      <w:r>
        <w:t xml:space="preserve">01:33:09   (Speaker K)  Where is it? It's on the bank. And then here's the sand coming down. </w:t>
      </w:r>
    </w:p>
    <w:p>
      <w:r>
        <w:t xml:space="preserve">01:33:16   (Speaker A)  Okay. </w:t>
      </w:r>
    </w:p>
    <w:p>
      <w:r>
        <w:t xml:space="preserve">01:33:16   (Speaker E)  Yeah, I'll go right after the meeting. </w:t>
      </w:r>
    </w:p>
    <w:p>
      <w:r>
        <w:t xml:space="preserve">01:33:18   (Speaker F)  Get visualized. </w:t>
      </w:r>
    </w:p>
    <w:p>
      <w:r>
        <w:t xml:space="preserve">01:33:20   (Speaker C)  That's the south. South end or the north end. That would be the west side. </w:t>
      </w:r>
    </w:p>
    <w:p>
      <w:r>
        <w:t xml:space="preserve">01:33:27   (Speaker K)  And I have one more thing. In our pond. </w:t>
      </w:r>
    </w:p>
    <w:p>
      <w:r>
        <w:t xml:space="preserve">01:33:31   (Speaker A)  We don't have any more. </w:t>
      </w:r>
    </w:p>
    <w:p>
      <w:r>
        <w:t xml:space="preserve">01:33:32   (Speaker K)  The cops. The big fish must have been killed with ducks. So there's. </w:t>
      </w:r>
    </w:p>
    <w:p>
      <w:r>
        <w:t xml:space="preserve">01:33:39   (Speaker M)  There's no. </w:t>
      </w:r>
    </w:p>
    <w:p>
      <w:r>
        <w:t xml:space="preserve">01:33:40   (Speaker K)  There's no big fish. There's little teeny fishes, which I see. But I guess I'm not supposed to do that either. But there's no cops at all. There was. There was some earlier in the spring, but there is no. </w:t>
      </w:r>
    </w:p>
    <w:p>
      <w:r>
        <w:t xml:space="preserve">01:33:52   (Speaker A)  None now. </w:t>
      </w:r>
    </w:p>
    <w:p>
      <w:r>
        <w:t xml:space="preserve">01:33:54   (Speaker E)  If the board is interested. I know Future Horizon offers fish stocking services. </w:t>
      </w:r>
    </w:p>
    <w:p>
      <w:r>
        <w:t xml:space="preserve">01:33:58   (Speaker A)  We've done it in the past. We have. And we're actually do. We haven't done it in quite a few years. </w:t>
      </w:r>
    </w:p>
    <w:p>
      <w:r>
        <w:t xml:space="preserve">01:34:02   (Speaker B)  Years. </w:t>
      </w:r>
    </w:p>
    <w:p>
      <w:r>
        <w:t xml:space="preserve">01:34:02   (Speaker A)  But we were investigating instead of the sterile carp, which don't always stay sterile. Maybe doing some native as well. The carp is good for the algae. But we had talked about this a couple times and we're trying to get some new ideas. </w:t>
      </w:r>
    </w:p>
    <w:p>
      <w:r>
        <w:t xml:space="preserve">01:34:16   (Speaker B)  Okay. </w:t>
      </w:r>
    </w:p>
    <w:p>
      <w:r>
        <w:t xml:space="preserve">01:34:18   (Speaker A)  But yeah, I do think we need to probably. I don't know when a good time to. But probably after hurricane season so they don't get all. Get washed into the well. </w:t>
      </w:r>
    </w:p>
    <w:p>
      <w:r>
        <w:t xml:space="preserve">01:34:30   (Speaker E)  I can follow up. </w:t>
      </w:r>
    </w:p>
    <w:p>
      <w:r>
        <w:t xml:space="preserve">01:34:31   (Speaker C)  Let them recommend. </w:t>
      </w:r>
    </w:p>
    <w:p>
      <w:r>
        <w:t xml:space="preserve">01:34:32   (Speaker A)  Yeah. </w:t>
      </w:r>
    </w:p>
    <w:p>
      <w:r>
        <w:t xml:space="preserve">01:34:32   (Speaker E)  Yeah. </w:t>
      </w:r>
    </w:p>
    <w:p>
      <w:r>
        <w:t xml:space="preserve">01:34:33   (Speaker A)  Because I don't think we've done it in like four or five years and we used to do it every couple of years. </w:t>
      </w:r>
    </w:p>
    <w:p>
      <w:r>
        <w:t xml:space="preserve">01:34:40   (Speaker E)  Would you like options at the next meeting or at least discussion topics? </w:t>
      </w:r>
    </w:p>
    <w:p>
      <w:r>
        <w:t xml:space="preserve">01:34:44   (Speaker A)  Yes, please, Please. And yes, the carp. But also some other things. </w:t>
      </w:r>
    </w:p>
    <w:p>
      <w:r>
        <w:t xml:space="preserve">01:34:49   (Speaker L)  Okay. </w:t>
      </w:r>
    </w:p>
    <w:p>
      <w:r>
        <w:t xml:space="preserve">01:34:49   (Speaker A)  But I don't want to encourage the fishermen. </w:t>
      </w:r>
    </w:p>
    <w:p>
      <w:r>
        <w:t xml:space="preserve">01:34:53   (Speaker K)  No, that's probably. I think they probably died with the dust. </w:t>
      </w:r>
    </w:p>
    <w:p>
      <w:r>
        <w:t xml:space="preserve">01:34:58   (Speaker A)  Now the water was so incredibly low. So I didn't know I was walking </w:t>
      </w:r>
    </w:p>
    <w:p>
      <w:r>
        <w:t xml:space="preserve">01:35:03   (Speaker E)  and I didn't see outside of that. I'm gonna address the mowing issues. I'll address the lighting issues. I'll take a look at the pond 100 erosion. I will contact Future Horizons, ask them to bring material to the next meeting. And Yellowstone will be in attendance at the meetings going forward. </w:t>
      </w:r>
    </w:p>
    <w:p>
      <w:r>
        <w:t xml:space="preserve">01:35:16   (Speaker F)  Thank you. </w:t>
      </w:r>
    </w:p>
    <w:p>
      <w:r>
        <w:t xml:space="preserve">01:35:20   (Speaker D)  Thank you, Rich. </w:t>
      </w:r>
    </w:p>
    <w:p>
      <w:r>
        <w:t xml:space="preserve">01:35:21   (Speaker I)  You're welcome. </w:t>
      </w:r>
    </w:p>
    <w:p>
      <w:r>
        <w:t xml:space="preserve">01:35:22   (Speaker D)  Next is audience comments. And this is the audience's opportunity to address the board on any CDD related matter. If you could just please state your name and address for the record. </w:t>
      </w:r>
    </w:p>
    <w:p>
      <w:r>
        <w:t xml:space="preserve">01:35:30   (Speaker L)  Geraldine Ferry. 724 South Heritage Creek Lake HOA Board President 1. Two of the things, there's two lights right out here on hefalon that have created a safety concern because they're both out and it's pitch black out there at night. So we need to really address those. </w:t>
      </w:r>
    </w:p>
    <w:p>
      <w:r>
        <w:t xml:space="preserve">01:35:49   (Speaker C)  I told Jeff about that. Jeff Johnson. </w:t>
      </w:r>
    </w:p>
    <w:p>
      <w:r>
        <w:t xml:space="preserve">01:35:51   (Speaker A)  I mean there's two. </w:t>
      </w:r>
    </w:p>
    <w:p>
      <w:r>
        <w:t xml:space="preserve">01:35:51   (Speaker L)  There's one on this side and one on the other side. And </w:t>
      </w:r>
    </w:p>
    <w:p>
      <w:r>
        <w:t xml:space="preserve">01:35:58   (Speaker C)  then there was another one. </w:t>
      </w:r>
    </w:p>
    <w:p>
      <w:r>
        <w:t xml:space="preserve">01:35:59   (Speaker K)  I told. </w:t>
      </w:r>
    </w:p>
    <w:p>
      <w:r>
        <w:t xml:space="preserve">01:36:00   (Speaker L)  Another thing is the wood lawn portion that you guys are supposed to be mowing that has not been mowed for a while. So we've gotten complaints about that. </w:t>
      </w:r>
    </w:p>
    <w:p>
      <w:r>
        <w:t xml:space="preserve">01:36:09   (Speaker C)  Okay. </w:t>
      </w:r>
    </w:p>
    <w:p>
      <w:r>
        <w:t xml:space="preserve">01:36:10   (Speaker L)  So if the CDD could look into why that's not mowed because that's your strip. For some reason they give you guys that strip land over there. So if we can just take care of that. And again we've been getting complaints from number of residents from all. Every single community. There hasn't been one about the ponds and the mowing and the neatness of it and landscaping. </w:t>
      </w:r>
    </w:p>
    <w:p>
      <w:r>
        <w:t xml:space="preserve">01:36:31   (Speaker K)  So. </w:t>
      </w:r>
    </w:p>
    <w:p>
      <w:r>
        <w:t xml:space="preserve">01:36:31   (Speaker L)  And thank you. But the lights, if you could put that kind of like as a priority. I know you have to rely but I don't know if the other lights that have to be replaced like the </w:t>
      </w:r>
    </w:p>
    <w:p>
      <w:r>
        <w:t xml:space="preserve">01:36:40   (Speaker B)  one in the front. </w:t>
      </w:r>
    </w:p>
    <w:p>
      <w:r>
        <w:t xml:space="preserve">01:36:40   (Speaker L)  But we really do need that lighting back. </w:t>
      </w:r>
    </w:p>
    <w:p>
      <w:r>
        <w:t xml:space="preserve">01:36:43   (Speaker E)  I'll take a look into it. </w:t>
      </w:r>
    </w:p>
    <w:p>
      <w:r>
        <w:t xml:space="preserve">01:36:44   (Speaker L)  It's a dangerous situation. </w:t>
      </w:r>
    </w:p>
    <w:p>
      <w:r>
        <w:t xml:space="preserve">01:36:45   (Speaker C)  I will. </w:t>
      </w:r>
    </w:p>
    <w:p>
      <w:r>
        <w:t xml:space="preserve">01:36:45   (Speaker A)  And Rick, I think that's all I have right now. </w:t>
      </w:r>
    </w:p>
    <w:p>
      <w:r>
        <w:t xml:space="preserve">01:36:48   (Speaker C)  Thank you. </w:t>
      </w:r>
    </w:p>
    <w:p>
      <w:r>
        <w:t xml:space="preserve">01:36:49   (Speaker L)  Talk to my son about this trust thing because this is what he does up in Delaware in the Pennsylvania. </w:t>
      </w:r>
    </w:p>
    <w:p>
      <w:r>
        <w:t xml:space="preserve">01:36:53   (Speaker A)  So he'll be able to don't harbor water gap. </w:t>
      </w:r>
    </w:p>
    <w:p>
      <w:r>
        <w:t xml:space="preserve">01:36:56   (Speaker L)  Yeah. So I'll be able to get some questions. I'm like what do you mean credit water credits. Where do they go? To me it's like you put it in a bucket and bring it to somebody. You know, find out a time where </w:t>
      </w:r>
    </w:p>
    <w:p>
      <w:r>
        <w:t xml:space="preserve">01:37:08   (Speaker A)  they will be caught up to our standards. And if there's a one time upcharge, I want to know to, to get it expedited. </w:t>
      </w:r>
    </w:p>
    <w:p>
      <w:r>
        <w:t xml:space="preserve">01:37:16   (Speaker E)  I. I think with the Ms. Mowing I, I think I can work a no time charge. That's you shouldn't be charged for to get caught up. They should be stay caught up. </w:t>
      </w:r>
    </w:p>
    <w:p>
      <w:r>
        <w:t xml:space="preserve">01:37:26   (Speaker A)  I just know that they're. It's really bad right now. </w:t>
      </w:r>
    </w:p>
    <w:p>
      <w:r>
        <w:t xml:space="preserve">01:37:29   (Speaker E)  We're gonna, we're gonna get it right. </w:t>
      </w:r>
    </w:p>
    <w:p>
      <w:r>
        <w:t xml:space="preserve">01:37:31   (Speaker L)  Thank you and thank you board for all you do? </w:t>
      </w:r>
    </w:p>
    <w:p>
      <w:r>
        <w:t xml:space="preserve">01:37:33   (Speaker M)  Yeah. Appreciate it. I just have. I just have one comment, if you don't mind. My name's Diane Cavias. I'm the vice president of HOA over here. And I just want to ask that we respectfully not talk about this duck situation as if, you know, that they're being poisoned or anything. We don't know about the water quality. We don't know that because we had some issues with the water and the amount of water, the amount of ducts that are there and their excrement and all kinds of stuff could create an imbalance in the water, which can affect the health of the ducks. </w:t>
      </w:r>
    </w:p>
    <w:p>
      <w:r>
        <w:t xml:space="preserve">01:38:12   (Speaker A)  Well, and viruses in addition to. </w:t>
      </w:r>
    </w:p>
    <w:p>
      <w:r>
        <w:t xml:space="preserve">01:38:15   (Speaker M)  We did have some bird flu just. Just south of here, and that could be affecting them as well. But I don't want that out there spreading some misinformation that we don't know for a fact that anybody has killed these ducks or done anything nefarious out there in our ponds. </w:t>
      </w:r>
    </w:p>
    <w:p>
      <w:r>
        <w:t xml:space="preserve">01:38:34   (Speaker A)  I think we clarified that in a few minutes. We just changed. </w:t>
      </w:r>
    </w:p>
    <w:p>
      <w:r>
        <w:t xml:space="preserve">01:38:38   (Speaker M)  It's been mentioned multiple times in this meeting alone, so. </w:t>
      </w:r>
    </w:p>
    <w:p>
      <w:r>
        <w:t xml:space="preserve">01:38:41   (Speaker A)  And also to us. </w:t>
      </w:r>
    </w:p>
    <w:p>
      <w:r>
        <w:t xml:space="preserve">01:38:42   (Speaker L)  We've gotten messages ago. I heard messages. </w:t>
      </w:r>
    </w:p>
    <w:p>
      <w:r>
        <w:t xml:space="preserve">01:38:44   (Speaker A)  Ducks were being killed over. No, somebody's poisoning the ducks. </w:t>
      </w:r>
    </w:p>
    <w:p>
      <w:r>
        <w:t xml:space="preserve">01:38:49   (Speaker D)  Somebody's put. </w:t>
      </w:r>
    </w:p>
    <w:p>
      <w:r>
        <w:t xml:space="preserve">01:38:49   (Speaker A)  No, he's poisoning ducks. </w:t>
      </w:r>
    </w:p>
    <w:p>
      <w:r>
        <w:t xml:space="preserve">01:38:51   (Speaker M)  Not that we know of. </w:t>
      </w:r>
    </w:p>
    <w:p>
      <w:r>
        <w:t xml:space="preserve">01:38:52   (Speaker A)  We don't know anything. </w:t>
      </w:r>
    </w:p>
    <w:p>
      <w:r>
        <w:t xml:space="preserve">01:38:53   (Speaker M)  So I'd appreciate if there's no misinformation or, you know, that kind of thing out there. </w:t>
      </w:r>
    </w:p>
    <w:p>
      <w:r>
        <w:t xml:space="preserve">01:39:00   (Speaker J)  Well, it comes back to what I said earlier, too. The residents are not supposed to be feeding the ducks, Right? </w:t>
      </w:r>
    </w:p>
    <w:p>
      <w:r>
        <w:t xml:space="preserve">01:39:06   (Speaker M)  Well, that's right. </w:t>
      </w:r>
    </w:p>
    <w:p>
      <w:r>
        <w:t xml:space="preserve">01:39:07   (Speaker J)  And when they feed them, it only increases the population. </w:t>
      </w:r>
    </w:p>
    <w:p>
      <w:r>
        <w:t xml:space="preserve">01:39:10   (Speaker A)  Correct. </w:t>
      </w:r>
    </w:p>
    <w:p>
      <w:r>
        <w:t xml:space="preserve">01:39:10   (Speaker J)  So there's a few individuals that have not gotten that through their heads yet. </w:t>
      </w:r>
    </w:p>
    <w:p>
      <w:r>
        <w:t xml:space="preserve">01:39:16   (Speaker L)  Correct. </w:t>
      </w:r>
    </w:p>
    <w:p>
      <w:r>
        <w:t xml:space="preserve">01:39:16   (Speaker K)  Which is. Which is. </w:t>
      </w:r>
    </w:p>
    <w:p>
      <w:r>
        <w:t xml:space="preserve">01:39:17   (Speaker M)  Can create an issue for any of the other ducks and the fish and everything else that's out there that's surviving in our ponds. </w:t>
      </w:r>
    </w:p>
    <w:p>
      <w:r>
        <w:t xml:space="preserve">01:39:25   (Speaker L)  Turtles. And now we have. Now we have additional geese this time down here. </w:t>
      </w:r>
    </w:p>
    <w:p>
      <w:r>
        <w:t xml:space="preserve">01:39:29   (Speaker F)  Correct. </w:t>
      </w:r>
    </w:p>
    <w:p>
      <w:r>
        <w:t xml:space="preserve">01:39:30   (Speaker C)  What happened to that man? Is he still. </w:t>
      </w:r>
    </w:p>
    <w:p>
      <w:r>
        <w:t xml:space="preserve">01:39:32   (Speaker L)  That's in litigation and we'll be having </w:t>
      </w:r>
    </w:p>
    <w:p>
      <w:r>
        <w:t xml:space="preserve">01:39:34   (Speaker M)  mediation of overpopulation causes problems for the health and welfare of all of the wildlife out there. </w:t>
      </w:r>
    </w:p>
    <w:p>
      <w:r>
        <w:t xml:space="preserve">01:39:42   (Speaker B)  So. </w:t>
      </w:r>
    </w:p>
    <w:p>
      <w:r>
        <w:t xml:space="preserve">01:39:43   (Speaker L)  And it makes the wildlife too reliant on us, which they shouldn't be exactly relying on themselves. And that's where the problem comes in. </w:t>
      </w:r>
    </w:p>
    <w:p>
      <w:r>
        <w:t xml:space="preserve">01:39:51   (Speaker K)  They leave. </w:t>
      </w:r>
    </w:p>
    <w:p>
      <w:r>
        <w:t xml:space="preserve">01:39:51   (Speaker L)  The ducks that we see down here now in Quail Ridge by the hundreds, are just go there every night because that's their home. They know they're going to get fed and they're going to get a good night's sleep in all the little nooks and crannies that they have and it's like, whoa. And the people who live nearby are going to hell. </w:t>
      </w:r>
    </w:p>
    <w:p>
      <w:r>
        <w:t xml:space="preserve">01:40:08   (Speaker I)  So I just want to make sure </w:t>
      </w:r>
    </w:p>
    <w:p>
      <w:r>
        <w:t xml:space="preserve">01:40:11   (Speaker M)  that we're giving people good information. </w:t>
      </w:r>
    </w:p>
    <w:p>
      <w:r>
        <w:t xml:space="preserve">01:40:13   (Speaker C)  That's something. </w:t>
      </w:r>
    </w:p>
    <w:p>
      <w:r>
        <w:t xml:space="preserve">01:40:16   (Speaker J)  Thank you. </w:t>
      </w:r>
    </w:p>
    <w:p>
      <w:r>
        <w:t xml:space="preserve">01:40:17   (Speaker K)  Thank you. </w:t>
      </w:r>
    </w:p>
    <w:p>
      <w:r>
        <w:t xml:space="preserve">01:40:18   (Speaker D)  Any further public comment? Seeing none, we move on to supervisor's request. </w:t>
      </w:r>
    </w:p>
    <w:p>
      <w:r>
        <w:t xml:space="preserve">01:40:25   (Speaker A)  I don't have any. </w:t>
      </w:r>
    </w:p>
    <w:p>
      <w:r>
        <w:t xml:space="preserve">01:40:30   (Speaker D)  I think there's been a lot of great questions and requests throughout the meeting today. So I value the board's input. </w:t>
      </w:r>
    </w:p>
    <w:p>
      <w:r>
        <w:t xml:space="preserve">01:40:36   (Speaker C)  My only request was, like I said before, I spoke to Jeff about trimming the trees by the lights and changing the ones that need repair. Yeah, changing them or repairing them? </w:t>
      </w:r>
    </w:p>
    <w:p>
      <w:r>
        <w:t xml:space="preserve">01:40:48   (Speaker F)  Yeah. </w:t>
      </w:r>
    </w:p>
    <w:p>
      <w:r>
        <w:t xml:space="preserve">01:40:50   (Speaker A)  And I'd like to get that meeting scheduled, schedule a follow up meeting on this. </w:t>
      </w:r>
    </w:p>
    <w:p>
      <w:r>
        <w:t xml:space="preserve">01:40:55   (Speaker E)  Once I get updates on all this stuff, I'll send out an email to the board just kind of telling everybody where I'm at on these open projects. </w:t>
      </w:r>
    </w:p>
    <w:p>
      <w:r>
        <w:t xml:space="preserve">01:41:01   (Speaker C)  Thank you. </w:t>
      </w:r>
    </w:p>
    <w:p>
      <w:r>
        <w:t xml:space="preserve">01:41:02   (Speaker D)  Let's, let's go through the financials quickly and then we'll discuss what we want to do with whether we schedule a special meeting or continue this meeting which doesn't require the noticing purposes. </w:t>
      </w:r>
    </w:p>
    <w:p>
      <w:r>
        <w:t xml:space="preserve">01:41:14   (Speaker A)  Yes. </w:t>
      </w:r>
    </w:p>
    <w:p>
      <w:r>
        <w:t xml:space="preserve">01:41:16   (Speaker D)  So with that, the financial reports behind 10 tab A, I'm showing a positive variance all the way around here. The revenues, we have almost 5,000. $5,000. Positive variance. Then expenditures in total 44,000. So that leaves this district with a positive variance of close to $49,000. And these are unaudited financials through August 31st. So really we just have one month left to right report on September and that ends the fiscal year. So you're going to end this fiscal year. Very, very healthy, if you will. Yeah, it is, it is. That's right. And then any, obviously, you know, excess funds, if you don't spend it, you don't lose it. We can transfer those funds to Capital Reserve as well in the next fiscal year. The assessment receipts schedule behind tab B shows that you're fully collected. And before you know it, we're going to be running into the new fiscal year and be waiting for those assessments to come in. But we are 100.74% collected. And then behind tab C is the approval of the check register. We have July and August check registers in here totaling 54,610, $10 and 87 cents. I didn't see any unusual variances there. There is one thing that was omitted were the FPL invoices which I did print to save on copying costs. 1, 1 copy of each month. So if you did want to look through that, if you had any questions Please let me know. But I figured that'd be a little bit more instead of stuffing up your agenda packets. Yeah. </w:t>
      </w:r>
    </w:p>
    <w:p>
      <w:r>
        <w:t xml:space="preserve">01:42:59   (Speaker A)  Thank you. </w:t>
      </w:r>
    </w:p>
    <w:p>
      <w:r>
        <w:t xml:space="preserve">01:43:00   (Speaker I)  You're welcome. </w:t>
      </w:r>
    </w:p>
    <w:p>
      <w:r>
        <w:t xml:space="preserve">01:43:02   (Speaker A)  I wish we could cut back on that. That's a big expense. </w:t>
      </w:r>
    </w:p>
    <w:p>
      <w:r>
        <w:t xml:space="preserve">01:43:06   (Speaker D)  And if there's any questions on the invoices, I'd be happy to look into it. If not, I'd be looking for a motion to approve </w:t>
      </w:r>
    </w:p>
    <w:p>
      <w:r>
        <w:t xml:space="preserve">01:43:14   (Speaker C)  the Future Horizons 1550. Is that </w:t>
      </w:r>
    </w:p>
    <w:p>
      <w:r>
        <w:t xml:space="preserve">01:43:19   (Speaker I)  a normal price? </w:t>
      </w:r>
    </w:p>
    <w:p>
      <w:r>
        <w:t xml:space="preserve">01:43:22   (Speaker C)  Aquatic Weed Control? </w:t>
      </w:r>
    </w:p>
    <w:p>
      <w:r>
        <w:t xml:space="preserve">01:43:24   (Speaker E)  It should be ponding. </w:t>
      </w:r>
    </w:p>
    <w:p>
      <w:r>
        <w:t xml:space="preserve">01:43:25   (Speaker D)  That is. Yeah. </w:t>
      </w:r>
    </w:p>
    <w:p>
      <w:r>
        <w:t xml:space="preserve">01:43:27   (Speaker F)  Yeah. </w:t>
      </w:r>
    </w:p>
    <w:p>
      <w:r>
        <w:t xml:space="preserve">01:43:28   (Speaker A)  Okay. </w:t>
      </w:r>
    </w:p>
    <w:p>
      <w:r>
        <w:t xml:space="preserve">01:43:28   (Speaker E)  Typically, year over year, they do 2 to 3% increase. </w:t>
      </w:r>
    </w:p>
    <w:p>
      <w:r>
        <w:t xml:space="preserve">01:43:31   (Speaker K)  Yeah. </w:t>
      </w:r>
    </w:p>
    <w:p>
      <w:r>
        <w:t xml:space="preserve">01:43:31   (Speaker F)  Yeah. </w:t>
      </w:r>
    </w:p>
    <w:p>
      <w:r>
        <w:t xml:space="preserve">01:43:34   (Speaker J)  Okay. </w:t>
      </w:r>
    </w:p>
    <w:p>
      <w:r>
        <w:t xml:space="preserve">01:43:34   (Speaker D)  And this one's on the airway. </w:t>
      </w:r>
    </w:p>
    <w:p>
      <w:r>
        <w:t xml:space="preserve">01:43:35   (Speaker I)  Yeah. </w:t>
      </w:r>
    </w:p>
    <w:p>
      <w:r>
        <w:t xml:space="preserve">01:43:36   (Speaker C)  Right. Thank you. </w:t>
      </w:r>
    </w:p>
    <w:p>
      <w:r>
        <w:t xml:space="preserve">01:43:37   (Speaker E)  And then I saw there was also one in there for a quick disconnect that wasn't under warranty. Yeah, there was a charge for that. </w:t>
      </w:r>
    </w:p>
    <w:p>
      <w:r>
        <w:t xml:space="preserve">01:43:42   (Speaker C)  Okay, thank you. </w:t>
      </w:r>
    </w:p>
    <w:p>
      <w:r>
        <w:t xml:space="preserve">01:43:43   (Speaker D)  And I had a motion by Supervisor Warden or. That was the motion. Very good. All those in favor? </w:t>
      </w:r>
    </w:p>
    <w:p>
      <w:r>
        <w:t xml:space="preserve">01:43:52   (Speaker C)  Aye. </w:t>
      </w:r>
    </w:p>
    <w:p>
      <w:r>
        <w:t xml:space="preserve">01:43:54   (Speaker D)  Motion carries. Thank you. So, looking ahead, you know how quickly you would like to schedule this meeting we can look at next week. Even if you would like to discuss this matter, I will state that I am not available the week of </w:t>
      </w:r>
    </w:p>
    <w:p>
      <w:r>
        <w:t xml:space="preserve">01:44:15   (Speaker I)  October </w:t>
      </w:r>
    </w:p>
    <w:p>
      <w:r>
        <w:t xml:space="preserve">01:44:16   (Speaker D)  5th through the 9th. But I do have pretty wide open availability next week. And just to make it clear, we want to continue the meeting and notes, those specific agenda items that we are continuing the meeting for. And so I know for sure we want to discuss the National Stormwater Trust. I don't know if there's anything else that you'd want to cover in that continued meeting. </w:t>
      </w:r>
    </w:p>
    <w:p>
      <w:r>
        <w:t xml:space="preserve">01:44:51   (Speaker A)  I don't have my. No, that's all I wanted to discuss. Anybody else? </w:t>
      </w:r>
    </w:p>
    <w:p>
      <w:r>
        <w:t xml:space="preserve">01:44:56   (Speaker B)  No. </w:t>
      </w:r>
    </w:p>
    <w:p>
      <w:r>
        <w:t xml:space="preserve">01:44:56   (Speaker J)  Okay. </w:t>
      </w:r>
    </w:p>
    <w:p>
      <w:r>
        <w:t xml:space="preserve">01:44:59   (Speaker A)  I don't have my other calendar with me. Could we just give a cup. Could you give us a couple options for dates? Then we can check our calendars or </w:t>
      </w:r>
    </w:p>
    <w:p>
      <w:r>
        <w:t xml:space="preserve">01:45:07   (Speaker C)  a week from Today is the first. Does that work? </w:t>
      </w:r>
    </w:p>
    <w:p>
      <w:r>
        <w:t xml:space="preserve">01:45:11   (Speaker D)  It is the first. October 1st. </w:t>
      </w:r>
    </w:p>
    <w:p>
      <w:r>
        <w:t xml:space="preserve">01:45:12   (Speaker J)  Yeah, that works. </w:t>
      </w:r>
    </w:p>
    <w:p>
      <w:r>
        <w:t xml:space="preserve">01:45:14   (Speaker A)  That's my son's birthday. I'll probably be in Georgia. </w:t>
      </w:r>
    </w:p>
    <w:p>
      <w:r>
        <w:t xml:space="preserve">01:45:24   (Speaker B)  I mean, I'm free all week, so. </w:t>
      </w:r>
    </w:p>
    <w:p>
      <w:r>
        <w:t xml:space="preserve">01:45:26   (Speaker A)  I could do the second, which is a Friday. I could do. I think I can do the 30th. However, I don't have my calendar here. </w:t>
      </w:r>
    </w:p>
    <w:p>
      <w:r>
        <w:t xml:space="preserve">01:45:36   (Speaker G)  Here. </w:t>
      </w:r>
    </w:p>
    <w:p>
      <w:r>
        <w:t xml:space="preserve">01:45:36   (Speaker A)  But if we shoot for next week, I. I think I'm open the 30th or the 29th, which is a Tuesday, I think. I just don't have my big fat calendar. </w:t>
      </w:r>
    </w:p>
    <w:p>
      <w:r>
        <w:t xml:space="preserve">01:45:47   (Speaker C)  Well, I'm good. The second. </w:t>
      </w:r>
    </w:p>
    <w:p>
      <w:r>
        <w:t xml:space="preserve">01:45:48   (Speaker I)  You want to do the second. Friday the second. </w:t>
      </w:r>
    </w:p>
    <w:p>
      <w:r>
        <w:t xml:space="preserve">01:45:55   (Speaker A)  Does that look good for you? </w:t>
      </w:r>
    </w:p>
    <w:p>
      <w:r>
        <w:t xml:space="preserve">01:45:56   (Speaker D)  Looks good for me. </w:t>
      </w:r>
    </w:p>
    <w:p>
      <w:r>
        <w:t xml:space="preserve">01:45:58   (Speaker C)  We can't do this online. We have to come here, right? </w:t>
      </w:r>
    </w:p>
    <w:p>
      <w:r>
        <w:t xml:space="preserve">01:46:01   (Speaker F)  Yeah. </w:t>
      </w:r>
    </w:p>
    <w:p>
      <w:r>
        <w:t xml:space="preserve">01:46:02   (Speaker D)  We would need to have three members present to have forum. </w:t>
      </w:r>
    </w:p>
    <w:p>
      <w:r>
        <w:t xml:space="preserve">01:46:05   (Speaker A)  And this one's so important, I'd really like everyone to be here. </w:t>
      </w:r>
    </w:p>
    <w:p>
      <w:r>
        <w:t xml:space="preserve">01:46:14   (Speaker I)  So the continuation was right now? </w:t>
      </w:r>
    </w:p>
    <w:p>
      <w:r>
        <w:t xml:space="preserve">01:46:16   (Speaker D)  Yeah. So we're looking at a continuation to discuss the National Stormwater Trust. I think right now we're looking at Friday, October 2nd, which is next Friday. </w:t>
      </w:r>
    </w:p>
    <w:p>
      <w:r>
        <w:t xml:space="preserve">01:46:28   (Speaker I)  And Jeff should be back by then. </w:t>
      </w:r>
    </w:p>
    <w:p>
      <w:r>
        <w:t xml:space="preserve">01:46:29   (Speaker E)  But if the board would like me here, I'll make arrangements to be here. </w:t>
      </w:r>
    </w:p>
    <w:p>
      <w:r>
        <w:t xml:space="preserve">01:46:32   (Speaker A)  I don't think he needs to be here for this. I think this is strictly a numbers thing. </w:t>
      </w:r>
    </w:p>
    <w:p>
      <w:r>
        <w:t xml:space="preserve">01:46:37   (Speaker E)  Okay. </w:t>
      </w:r>
    </w:p>
    <w:p>
      <w:r>
        <w:t xml:space="preserve">01:46:38   (Speaker F)  You want Ryan here? </w:t>
      </w:r>
    </w:p>
    <w:p>
      <w:r>
        <w:t xml:space="preserve">01:46:40   (Speaker A)  I think so. I think we need our engineer here in case we have any questions. </w:t>
      </w:r>
    </w:p>
    <w:p>
      <w:r>
        <w:t xml:space="preserve">01:46:47   (Speaker I)  All right, I'm available if I could be helpful. That'd be great. </w:t>
      </w:r>
    </w:p>
    <w:p>
      <w:r>
        <w:t xml:space="preserve">01:46:52   (Speaker A)  One o' clock we're looking at. Do you want to do early? </w:t>
      </w:r>
    </w:p>
    <w:p>
      <w:r>
        <w:t xml:space="preserve">01:46:54   (Speaker I)  It's up to the board. </w:t>
      </w:r>
    </w:p>
    <w:p>
      <w:r>
        <w:t xml:space="preserve">01:46:56   (Speaker D)  I'm free all day. </w:t>
      </w:r>
    </w:p>
    <w:p>
      <w:r>
        <w:t xml:space="preserve">01:46:57   (Speaker B)  Harley's good for me. </w:t>
      </w:r>
    </w:p>
    <w:p>
      <w:r>
        <w:t xml:space="preserve">01:46:58   (Speaker C)  It's up to you guys. </w:t>
      </w:r>
    </w:p>
    <w:p>
      <w:r>
        <w:t xml:space="preserve">01:46:59   (Speaker K)  I prefer the afternoon tear in the morning, but that's okay. Everybody else wants morning. </w:t>
      </w:r>
    </w:p>
    <w:p>
      <w:r>
        <w:t xml:space="preserve">01:47:04   (Speaker A)  Okay, stick with one. Okay, stick with one. </w:t>
      </w:r>
    </w:p>
    <w:p>
      <w:r>
        <w:t xml:space="preserve">01:47:07   (Speaker D)  And if we could, before we make a motion on that, I would like to check with the HOA to ensure that there's nothing. </w:t>
      </w:r>
    </w:p>
    <w:p>
      <w:r>
        <w:t xml:space="preserve">01:47:15   (Speaker A)  And I have. </w:t>
      </w:r>
    </w:p>
    <w:p>
      <w:r>
        <w:t xml:space="preserve">01:47:27   (Speaker D)  Well, I guess we could have this chat. If this room is taken with cards or whatnot, we can have it poolside, maybe. Weather's getting a little. </w:t>
      </w:r>
    </w:p>
    <w:p>
      <w:r>
        <w:t xml:space="preserve">01:47:39   (Speaker B)  There you go. </w:t>
      </w:r>
    </w:p>
    <w:p>
      <w:r>
        <w:t xml:space="preserve">01:47:40   (Speaker I)  That's even better. </w:t>
      </w:r>
    </w:p>
    <w:p>
      <w:r>
        <w:t xml:space="preserve">01:47:46   (Speaker L)  Yeah, yeah. </w:t>
      </w:r>
    </w:p>
    <w:p>
      <w:r>
        <w:t xml:space="preserve">01:47:47   (Speaker A)  She said you couldn't do Morning. Yeah. And I think it's important. Everybody's here for this. </w:t>
      </w:r>
    </w:p>
    <w:p>
      <w:r>
        <w:t xml:space="preserve">01:47:52   (Speaker K)  I mean, I think I can. I don't have to do it, you </w:t>
      </w:r>
    </w:p>
    <w:p>
      <w:r>
        <w:t xml:space="preserve">01:47:56   (Speaker A)  know, and I just have to check I don't have all this stupid one that's on my phone yet. </w:t>
      </w:r>
    </w:p>
    <w:p>
      <w:r>
        <w:t xml:space="preserve">01:48:04   (Speaker D)  And Joanne, if something comes up on Friday, just let me know. </w:t>
      </w:r>
    </w:p>
    <w:p>
      <w:r>
        <w:t xml:space="preserve">01:48:07   (Speaker B)  Oh, I will. </w:t>
      </w:r>
    </w:p>
    <w:p>
      <w:r>
        <w:t xml:space="preserve">01:48:08   (Speaker A)  I'll let you know as soon as I get home. </w:t>
      </w:r>
    </w:p>
    <w:p>
      <w:r>
        <w:t xml:space="preserve">01:48:10   (Speaker D)  I can send the information out to the board. </w:t>
      </w:r>
    </w:p>
    <w:p>
      <w:r>
        <w:t xml:space="preserve">01:48:12   (Speaker C)  Yeah, yeah, have a meeting, but they'll do it in the office. </w:t>
      </w:r>
    </w:p>
    <w:p>
      <w:r>
        <w:t xml:space="preserve">01:48:15   (Speaker D)  So the second looking Friday, October 2nd at 1. At 1:00pm yeah. </w:t>
      </w:r>
    </w:p>
    <w:p>
      <w:r>
        <w:t xml:space="preserve">01:48:30   (Speaker C)  She'll send out an email confirmation. </w:t>
      </w:r>
    </w:p>
    <w:p>
      <w:r>
        <w:t xml:space="preserve">01:48:33   (Speaker D)  Yes, yes, yes, she will. </w:t>
      </w:r>
    </w:p>
    <w:p>
      <w:r>
        <w:t xml:space="preserve">01:48:37   (Speaker B)  Very good. </w:t>
      </w:r>
    </w:p>
    <w:p>
      <w:r>
        <w:t xml:space="preserve">01:48:37   (Speaker D)  Our next regular schedule meeting is November 19th at 1pm and I'm not looking for a motion to look at our </w:t>
      </w:r>
    </w:p>
    <w:p>
      <w:r>
        <w:t xml:space="preserve">01:48:45   (Speaker A)  calendar and see if there's anything on the schedule for Friday, October 2nd. </w:t>
      </w:r>
    </w:p>
    <w:p>
      <w:r>
        <w:t xml:space="preserve">01:48:50   (Speaker C)  We won't close the meeting. </w:t>
      </w:r>
    </w:p>
    <w:p>
      <w:r>
        <w:t xml:space="preserve">01:48:52   (Speaker I)  Yeah, we're not going to adjourn the </w:t>
      </w:r>
    </w:p>
    <w:p>
      <w:r>
        <w:t xml:space="preserve">01:48:53   (Speaker C)  meeting just because then you got to advertise it. </w:t>
      </w:r>
    </w:p>
    <w:p>
      <w:r>
        <w:t xml:space="preserve">01:48:55   (Speaker D)  We're going to look for a motion to continue the meeting to that date. </w:t>
      </w:r>
    </w:p>
    <w:p>
      <w:r>
        <w:t xml:space="preserve">01:48:58   (Speaker A)  We're just finishing. </w:t>
      </w:r>
    </w:p>
    <w:p>
      <w:r>
        <w:t xml:space="preserve">01:49:07   (Speaker H)  Yeah, </w:t>
      </w:r>
    </w:p>
    <w:p>
      <w:r>
        <w:t xml:space="preserve">01:49:11   (Speaker A)  at 4:30 in Jacksonville. </w:t>
      </w:r>
    </w:p>
    <w:p>
      <w:r>
        <w:t xml:space="preserve">01:49:17   (Speaker L)  Okay. </w:t>
      </w:r>
    </w:p>
    <w:p>
      <w:r>
        <w:t xml:space="preserve">01:49:18   (Speaker A)  Thank you. Okay. Thank you. Okay. </w:t>
      </w:r>
    </w:p>
    <w:p>
      <w:r>
        <w:t xml:space="preserve">01:49:22   (Speaker L)  Bye. </w:t>
      </w:r>
    </w:p>
    <w:p>
      <w:r>
        <w:t xml:space="preserve">01:49:22   (Speaker A)  Bye. I just have to. I would just have to leave by like, 3:45. So we should be good. </w:t>
      </w:r>
    </w:p>
    <w:p>
      <w:r>
        <w:t xml:space="preserve">01:49:29   (Speaker K)  Yeah. </w:t>
      </w:r>
    </w:p>
    <w:p>
      <w:r>
        <w:t xml:space="preserve">01:49:29   (Speaker C)  Great. </w:t>
      </w:r>
    </w:p>
    <w:p>
      <w:r>
        <w:t xml:space="preserve">01:49:30   (Speaker D)  So thank you all. With that, do I have a motion to continue the meeting to next Friday, October 2nd, at 1? </w:t>
      </w:r>
    </w:p>
    <w:p>
      <w:r>
        <w:t xml:space="preserve">01:49:36   (Speaker B)  I make a motion. </w:t>
      </w:r>
    </w:p>
    <w:p>
      <w:r>
        <w:t xml:space="preserve">01:49:38   (Speaker D)  I'll second all those in favor. Motion carries. Thank you all. Great meeting today. </w:t>
      </w:r>
    </w:p>
    <w:p>
      <w:r>
        <w:t xml:space="preserve">01:49:45   (Speaker I)  Thank you, Kyle. </w:t>
      </w:r>
    </w:p>
    <w:p>
      <w:r>
        <w:t xml:space="preserve">01:49:47   (Speaker D)  Thank you. </w:t>
      </w:r>
    </w:p>
    <w:p>
      <w:r>
        <w:br/>
        <w:br/>
        <w:b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p>
      <w:r>
        <w:t xml:space="preserve">&gt;&gt;&gt;&gt;&gt;&gt;&gt;&gt;&gt;&gt;&gt;&gt;&gt;  </w:t>
      </w:r>
      <w:r>
        <w:rPr>
          <w:b/>
          <w:color w:val="FF0000"/>
        </w:rPr>
        <w:t>GAT END OF FILE</w:t>
      </w:r>
      <w:r>
        <w:rPr>
          <w:b w:val="0"/>
          <w:color w:val="000000"/>
        </w:rPr>
        <w:t xml:space="preserve">  &gt;&gt;&gt;&gt;&gt;&gt;&gt;&gt;&gt;&gt;&gt;&gt;&gt;&gt;&gt;&gt;&gt;&gt;&gt;&gt;&gt;&gt;&gt;&gt;&gt;&gt;&gt;&gt;&gt;&gt;&gt;&gt;&gt;&gt;&gt;&gt;&gt;&gt;&gt;&gt;&gt;&gt;&gt;&gt;&gt;&gt;&gt;&gt;&gt;&gt;&gt;&gt;&gt;&gt;&gt;&gt;&gt;&gt;&gt;&gt;&gt;&gt;&gt;&gt;&gt;&gt;&gt;&gt;&gt;&gt;&gt;&gt;&gt;&gt;&gt;&gt;&gt;&gt;&gt;&gt;&gt;&gt;&gt;&gt;&gt;&gt;&gt;&gt;&gt;&gt;&gt;&gt;&gt;&gt;&gt;&gt;&gt;&gt;&gt;&gt;&gt;&gt;&gt;&gt;&gt;&gt;&gt;&gt;&gt;&gt;&gt;&gt;&gt;&gt;&gt;&gt;&gt;&gt;&gt;&gt;&gt;&gt;&gt;&gt;&gt;&gt;&gt;&gt;&gt;</w:t>
      </w:r>
    </w:p>
    <w:p>
      <w:r>
        <w: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gt;</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