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Heritage_Park_alt_7-30-2026.MP3</w:t>
      </w:r>
      <w:r>
        <w:rPr>
          <w:b/>
          <w:color w:val="FF0000"/>
        </w:rPr>
        <w:br/>
        <w:tab/>
        <w:tab/>
        <w:tab/>
        <w:tab/>
        <w:t xml:space="preserve"> 95280347</w:t>
        <w:br/>
        <w:br/>
        <w:br/>
      </w:r>
    </w:p>
    <w:p>
      <w:r>
        <w:t>DATE AUDIO FILE SUBMITTED TO THE GAT SYSTEM:</w:t>
      </w:r>
      <w:r>
        <w:rPr>
          <w:b/>
          <w:color w:val="FF0000"/>
        </w:rPr>
        <w:br/>
        <w:tab/>
        <w:tab/>
        <w:tab/>
        <w:tab/>
        <w:t xml:space="preserve"> August 13, 2026 at 03:30 PM</w:t>
        <w:br/>
        <w:br/>
        <w:br/>
      </w:r>
    </w:p>
    <w:p>
      <w:r>
        <w:t>DATE AUDIO FILE COMPLETED BY THE GAT SYSTEM:</w:t>
      </w:r>
      <w:r>
        <w:rPr>
          <w:b/>
          <w:color w:val="FF0000"/>
        </w:rPr>
        <w:br/>
        <w:tab/>
        <w:tab/>
        <w:tab/>
        <w:tab/>
        <w:t xml:space="preserve"> August 13, 2026 at 03:31 PM</w:t>
      </w:r>
      <w:r>
        <w:rPr>
          <w:b/>
          <w:color w:val="FF0000"/>
        </w:rPr>
        <w:br/>
        <w:tab/>
        <w:tab/>
        <w:tab/>
        <w:tab/>
        <w:t xml:space="preserve"> 01:05 ELAPSED TIME</w:t>
        <w:br/>
        <w:br/>
        <w:br/>
      </w:r>
    </w:p>
    <w:p>
      <w:r>
        <w:t>MEETING AGENDA:</w:t>
      </w:r>
      <w:r>
        <w:rPr>
          <w:b/>
          <w:color w:val="FF0000"/>
        </w:rPr>
        <w:br/>
        <w:br/>
        <w:br/>
        <w:tab/>
        <w:tab/>
        <w:tab/>
        <w:tab/>
        <w:t xml:space="preserve">  </w:t>
        <w:br/>
        <w:br/>
        <w:br/>
      </w:r>
    </w:p>
    <w:p>
      <w:r>
        <w:t xml:space="preserve">00:00      (Speaker A)  These high hats. </w:t>
      </w:r>
    </w:p>
    <w:p>
      <w:r>
        <w:t xml:space="preserve">00:02      (Speaker B)  It's a long one, isn't it? Yeah. </w:t>
      </w:r>
    </w:p>
    <w:p>
      <w:r>
        <w:t xml:space="preserve">00:06      (Speaker C)  We'll see if we can rein her anything. </w:t>
      </w:r>
    </w:p>
    <w:p>
      <w:r>
        <w:t xml:space="preserve">00:10      (Speaker D)  Good luck. </w:t>
      </w:r>
    </w:p>
    <w:p>
      <w:r>
        <w:t xml:space="preserve">00:11      (Speaker E)  Bob has tried many times. Right, Bob? </w:t>
      </w:r>
    </w:p>
    <w:p>
      <w:r>
        <w:t xml:space="preserve">00:14      (Speaker D)  Good luck with that. How's it work so far? </w:t>
      </w:r>
    </w:p>
    <w:p>
      <w:r>
        <w:t xml:space="preserve">00:17      (Speaker C)  I do have one o', clock, Mr. Chandler. One o'. </w:t>
      </w:r>
    </w:p>
    <w:p>
      <w:r>
        <w:t xml:space="preserve">00:19      (Speaker E)  Clock. </w:t>
      </w:r>
    </w:p>
    <w:p>
      <w:r>
        <w:t xml:space="preserve">00:19      (Speaker C)  Yes, sir. </w:t>
      </w:r>
    </w:p>
    <w:p>
      <w:r>
        <w:t xml:space="preserve">00:20      (Speaker B)  I would like to get started. </w:t>
      </w:r>
    </w:p>
    <w:p>
      <w:r>
        <w:t xml:space="preserve">00:21      (Speaker C)  Very good. Good afternoon. This is the Heritage Park Community Development District meeting. Today is Thursday, July 30th. It is 1pm and we're here at the Heritage park amenity Center in St. Augustine, Florida. The first item of business is roll call. Will each of the supervisors please state your name for the record. </w:t>
      </w:r>
    </w:p>
    <w:p>
      <w:r>
        <w:t xml:space="preserve">00:39      (Speaker A)  Louis Pigotty, Judith Kinnigam. </w:t>
      </w:r>
    </w:p>
    <w:p>
      <w:r>
        <w:t xml:space="preserve">00:41      (Speaker F)  Joanne Wharton. </w:t>
      </w:r>
    </w:p>
    <w:p>
      <w:r>
        <w:t xml:space="preserve">00:42      (Speaker A)  Robert Kern. </w:t>
      </w:r>
    </w:p>
    <w:p>
      <w:r>
        <w:t xml:space="preserve">00:43      (Speaker B)  Thomas Ferry. </w:t>
      </w:r>
    </w:p>
    <w:p>
      <w:r>
        <w:t xml:space="preserve">00:45      (Speaker C)  Very good. And staff. I'm Matt Biajeti, district manager. </w:t>
      </w:r>
    </w:p>
    <w:p>
      <w:r>
        <w:t xml:space="preserve">00:49      (Speaker G)  Kyle McGee, district council. </w:t>
      </w:r>
    </w:p>
    <w:p>
      <w:r>
        <w:t xml:space="preserve">00:50      (Speaker A)  Jeff Johnson, Operation manager. </w:t>
      </w:r>
    </w:p>
    <w:p>
      <w:r>
        <w:t xml:space="preserve">00:53      (Speaker C)  Any staff on by phone. All right, hearing none. We'll move on to item two, which is public comments for the members in the audience today. I will state that there are different opportunities throughout the meeting today to make </w:t>
      </w:r>
    </w:p>
    <w:p>
      <w:r>
        <w:t xml:space="preserve">01:08      (Speaker G)  public comments like John Bowen gives us </w:t>
      </w:r>
    </w:p>
    <w:p>
      <w:r>
        <w:t xml:space="preserve">01:11      (Speaker C)  everything and who just joined us by phone. </w:t>
      </w:r>
    </w:p>
    <w:p>
      <w:r>
        <w:t xml:space="preserve">01:19      (Speaker G)  This is Ryan Stillwell. </w:t>
      </w:r>
    </w:p>
    <w:p>
      <w:r>
        <w:t xml:space="preserve">01:22      (Speaker C)  Ryan, thank you. We are just moving into public comment now. So Ryan Stilwell for the record is in attendance. </w:t>
      </w:r>
    </w:p>
    <w:p>
      <w:r>
        <w:t xml:space="preserve">01:32      (Speaker F)  Amber alert, probably. </w:t>
      </w:r>
    </w:p>
    <w:p>
      <w:r>
        <w:t xml:space="preserve">01:34      (Speaker E)  Sorry. </w:t>
      </w:r>
    </w:p>
    <w:p>
      <w:r>
        <w:t xml:space="preserve">01:35      (Speaker C)  Quite all right. So again with the public comment. This top area of the public comment is for any agenda related item. There's another area at the very bottom right before the financials to make a comment on any CDD related matter that does not have to be on the agenda. But as noted, there's additional areas. There is a public hearing today for adopting the budget and there's also a public hearing for adopting amended rules. Procedure. So with those public hearings, we will give an overview of the budget and the revised rules of procedure. </w:t>
      </w:r>
    </w:p>
    <w:p>
      <w:r>
        <w:t xml:space="preserve">02:15      (Speaker H)  Procedure. </w:t>
      </w:r>
    </w:p>
    <w:p>
      <w:r>
        <w:t xml:space="preserve">02:16      (Speaker C)  And then we'll open up a public hearing for the public to make comment on the budget. And then separately in the second public hearing on the revised and rules of procedure there. So with that, is there any public comment regarding agenda related items? If you do have one, please state your name and address for the record. And please limit Your comment to 3 minutes. </w:t>
      </w:r>
    </w:p>
    <w:p>
      <w:r>
        <w:t xml:space="preserve">02:45      (Speaker B)  Here. </w:t>
      </w:r>
    </w:p>
    <w:p>
      <w:r>
        <w:t xml:space="preserve">02:45      (Speaker C)  Oh, yes, ma'. </w:t>
      </w:r>
    </w:p>
    <w:p>
      <w:r>
        <w:t xml:space="preserve">02:47      (Speaker A)  Am. </w:t>
      </w:r>
    </w:p>
    <w:p>
      <w:r>
        <w:t xml:space="preserve">02:48      (Speaker E)  I don't know if I can say it here. Okay. But I just, you know, it's so rare that I have. I come in and compliment the committee. Usually I come in with an agenda, a litany of complaints. But I just wanted to thank the committee for its upon. Pond 100 looks so much better and things are working out. That's my pond, not the other pond. I know that, but the Riff Raft is working. It looks great. And we were getting a growth around where it used to be just sand or look like sand. We actually have vegetation growing. And with the rains, that vegetation is lasting. So it's just. I just had to say something nice for once. </w:t>
      </w:r>
    </w:p>
    <w:p>
      <w:r>
        <w:t xml:space="preserve">03:40      (Speaker B)  Thank you. </w:t>
      </w:r>
    </w:p>
    <w:p>
      <w:r>
        <w:t xml:space="preserve">03:41      (Speaker C)  Thank you, thank you. </w:t>
      </w:r>
    </w:p>
    <w:p>
      <w:r>
        <w:t xml:space="preserve">03:42      (Speaker D)  And thank God we recorded that. </w:t>
      </w:r>
    </w:p>
    <w:p>
      <w:r>
        <w:t xml:space="preserve">03:50      (Speaker B)  Moving on. </w:t>
      </w:r>
    </w:p>
    <w:p>
      <w:r>
        <w:t xml:space="preserve">03:51      (Speaker A)  Very good. </w:t>
      </w:r>
    </w:p>
    <w:p>
      <w:r>
        <w:t xml:space="preserve">03:52      (Speaker C)  Well, thank you for that. Item three is the approval of the minutes of the May 28, 2026 meeting. Any comments or revisions by the board. If not, I'd be looking for a motion to approve just a few. </w:t>
      </w:r>
    </w:p>
    <w:p>
      <w:r>
        <w:t xml:space="preserve">04:02      (Speaker F)  Yeah, no, the one there I was on. On the phone. Not Joanne. </w:t>
      </w:r>
    </w:p>
    <w:p>
      <w:r>
        <w:t xml:space="preserve">04:08      (Speaker C)  A big one. </w:t>
      </w:r>
    </w:p>
    <w:p>
      <w:r>
        <w:t xml:space="preserve">04:09      (Speaker I)  Okay. </w:t>
      </w:r>
    </w:p>
    <w:p>
      <w:r>
        <w:t xml:space="preserve">04:13      (Speaker B)  It says Ms. Wharton. </w:t>
      </w:r>
    </w:p>
    <w:p>
      <w:r>
        <w:t xml:space="preserve">04:17      (Speaker C)  So it's correct up top here. </w:t>
      </w:r>
    </w:p>
    <w:p>
      <w:r>
        <w:t xml:space="preserve">04:18      (Speaker E)  Yes. </w:t>
      </w:r>
    </w:p>
    <w:p>
      <w:r>
        <w:t xml:space="preserve">04:20      (Speaker D)  And any of the references to me on page two, three. They're all they should be. Lou made those comments. </w:t>
      </w:r>
    </w:p>
    <w:p>
      <w:r>
        <w:t xml:space="preserve">04:36      (Speaker C)  All right, we will go back through. </w:t>
      </w:r>
    </w:p>
    <w:p>
      <w:r>
        <w:t xml:space="preserve">04:38      (Speaker D)  And then on page seven, you have Lou in there. And that's probably the one I made. So under supervisor's request, </w:t>
      </w:r>
    </w:p>
    <w:p>
      <w:r>
        <w:t xml:space="preserve">04:50      (Speaker B)  we should state our name when we're speaking. So she knows the. </w:t>
      </w:r>
    </w:p>
    <w:p>
      <w:r>
        <w:t xml:space="preserve">04:57      (Speaker F)  On page three, second, third one from the bottom line, it said we wanted to negotiate a 4% increase so that the CDD could purchase a piece of property. I have no idea where that came from. </w:t>
      </w:r>
    </w:p>
    <w:p>
      <w:r>
        <w:t xml:space="preserve">05:10      (Speaker B)  Yeah, I saw that too. </w:t>
      </w:r>
    </w:p>
    <w:p>
      <w:r>
        <w:t xml:space="preserve">05:11      (Speaker F)  We're not purchasing any property. </w:t>
      </w:r>
    </w:p>
    <w:p>
      <w:r>
        <w:t xml:space="preserve">05:13      (Speaker C)  I think we ended at 4% increase and eliminate. So CD could purchase a piece of property. I do recall a conversation of the purchase of the piece of property at some point during the meeting. </w:t>
      </w:r>
    </w:p>
    <w:p>
      <w:r>
        <w:t xml:space="preserve">05:28      (Speaker B)  Right, right. </w:t>
      </w:r>
    </w:p>
    <w:p>
      <w:r>
        <w:t xml:space="preserve">05:36      (Speaker F)  Five, clarification under D, half paragraph down in the middle, starting with. However, there would be an additional cost for them to continue to use weed eaters. Is that correct or was it. There was not going to be an increase. </w:t>
      </w:r>
    </w:p>
    <w:p>
      <w:r>
        <w:t xml:space="preserve">05:56      (Speaker A)  I apologize. Ask my question again. </w:t>
      </w:r>
    </w:p>
    <w:p>
      <w:r>
        <w:t xml:space="preserve">05:58      (Speaker F)  Sure. If you want to look on. It says, however, there would be an additional cost for Yellowstone to continue to use weed eaters. </w:t>
      </w:r>
    </w:p>
    <w:p>
      <w:r>
        <w:t xml:space="preserve">06:09      (Speaker A)  If they use weed eaters on this control. </w:t>
      </w:r>
    </w:p>
    <w:p>
      <w:r>
        <w:t xml:space="preserve">06:13      (Speaker F)  Okay. Even though that was negotiated before we accepted their contract, that is still what they're saying. </w:t>
      </w:r>
    </w:p>
    <w:p>
      <w:r>
        <w:t xml:space="preserve">06:19      (Speaker A)  But with the new scope of the. </w:t>
      </w:r>
    </w:p>
    <w:p>
      <w:r>
        <w:t xml:space="preserve">06:23      (Speaker D)  The. </w:t>
      </w:r>
    </w:p>
    <w:p>
      <w:r>
        <w:t xml:space="preserve">06:23      (Speaker A)  The two areas, two mower widths apart, that is the additional that they're speaking of because it takes more time to. To mow that or to weed that big of an area. </w:t>
      </w:r>
    </w:p>
    <w:p>
      <w:r>
        <w:t xml:space="preserve">06:36      (Speaker F)  And we had originally just had it as one. </w:t>
      </w:r>
    </w:p>
    <w:p>
      <w:r>
        <w:t xml:space="preserve">06:39      (Speaker E)  Right. </w:t>
      </w:r>
    </w:p>
    <w:p>
      <w:r>
        <w:t xml:space="preserve">06:40      (Speaker A)  Originally was one, then it moved to two. </w:t>
      </w:r>
    </w:p>
    <w:p>
      <w:r>
        <w:t xml:space="preserve">06:42      (Speaker E)  Okay. </w:t>
      </w:r>
    </w:p>
    <w:p>
      <w:r>
        <w:t xml:space="preserve">06:43      (Speaker A)  And so the length of time that it would take to weed around those areas, these cost by the labor hours that they're talking about. So if we want to maintain that process, then we're going to have a Charge. Eventually. This time around, we were able to avoid it because we got the okay to do a knockdown. But as the grass is already growing thicker again, we're going to run into this problem again eventually. </w:t>
      </w:r>
    </w:p>
    <w:p>
      <w:r>
        <w:t xml:space="preserve">07:09      (Speaker F)  Okay, well, we can discuss this further later. I just wanted to make sure that was worded right because it's not what I had said. </w:t>
      </w:r>
    </w:p>
    <w:p>
      <w:r>
        <w:t xml:space="preserve">07:17      (Speaker A)  Yes, ma'. </w:t>
      </w:r>
    </w:p>
    <w:p>
      <w:r>
        <w:t xml:space="preserve">07:17      (Speaker E)  Am. </w:t>
      </w:r>
    </w:p>
    <w:p>
      <w:r>
        <w:t xml:space="preserve">07:18      (Speaker F)  Thank you. I don't remember any other changes. I moved to just one thing, Matt. </w:t>
      </w:r>
    </w:p>
    <w:p>
      <w:r>
        <w:t xml:space="preserve">07:29      (Speaker B)  This isn't a change. It's just that Mr. McGee on page six, he said there was a county code. He would research this further. Will he talk about that later? About feeding the wildlife? </w:t>
      </w:r>
    </w:p>
    <w:p>
      <w:r>
        <w:t xml:space="preserve">07:45      (Speaker G)  I really have nothing to report on that later on, so. </w:t>
      </w:r>
    </w:p>
    <w:p>
      <w:r>
        <w:t xml:space="preserve">07:48      (Speaker I)  Okay. </w:t>
      </w:r>
    </w:p>
    <w:p>
      <w:r>
        <w:t xml:space="preserve">07:48      (Speaker G)  Yeah. </w:t>
      </w:r>
    </w:p>
    <w:p>
      <w:r>
        <w:t xml:space="preserve">07:52      (Speaker B)  So there's no county code. </w:t>
      </w:r>
    </w:p>
    <w:p>
      <w:r>
        <w:t xml:space="preserve">07:53      (Speaker A)  I don't know. </w:t>
      </w:r>
    </w:p>
    <w:p>
      <w:r>
        <w:t xml:space="preserve">07:55      (Speaker G)  Yeah, I mean, I can. </w:t>
      </w:r>
    </w:p>
    <w:p>
      <w:r>
        <w:t xml:space="preserve">07:58      (Speaker B)  Okay, yeah, that's it for me. </w:t>
      </w:r>
    </w:p>
    <w:p>
      <w:r>
        <w:t xml:space="preserve">08:02      (Speaker F)  I move to accept the minutes with the changes. </w:t>
      </w:r>
    </w:p>
    <w:p>
      <w:r>
        <w:t xml:space="preserve">08:06      (Speaker C)  Do I have a second? </w:t>
      </w:r>
    </w:p>
    <w:p>
      <w:r>
        <w:t xml:space="preserve">08:07      (Speaker D)  I second that. </w:t>
      </w:r>
    </w:p>
    <w:p>
      <w:r>
        <w:t xml:space="preserve">08:08      (Speaker C)  All in favor? Motion carries. Thank you. Item 4 is consideration of fountain pump replacement proposals. Jeff, </w:t>
      </w:r>
    </w:p>
    <w:p>
      <w:r>
        <w:t xml:space="preserve">08:21      (Speaker A)  I got two proposals, one for five and one for seven, as to replenish the stock for the fountains that we have. Currently, we have one left in stock. There are four original still out there that are rolling pretty strong right now, but could go at any minute from the original set point. The rest of them have been replaced between 25 and 25, so we've done pretty well there. This is to replenish the stock to get us back up to square if we need it. </w:t>
      </w:r>
    </w:p>
    <w:p>
      <w:r>
        <w:t xml:space="preserve">08:58      (Speaker F)  Now, the 5% discount only applies if there's five or more. </w:t>
      </w:r>
    </w:p>
    <w:p>
      <w:r>
        <w:t xml:space="preserve">09:01      (Speaker A)  Yes, ma'. </w:t>
      </w:r>
    </w:p>
    <w:p>
      <w:r>
        <w:t xml:space="preserve">09:01      (Speaker E)  Am. </w:t>
      </w:r>
    </w:p>
    <w:p>
      <w:r>
        <w:t xml:space="preserve">09:02      (Speaker D)  Okay. </w:t>
      </w:r>
    </w:p>
    <w:p>
      <w:r>
        <w:t xml:space="preserve">09:05      (Speaker F)  Because they're so expensive and we have so many things going on this year. The 5% on 13,000 is $682 of savings. Free shipping is on whatever amount, five or seven. </w:t>
      </w:r>
    </w:p>
    <w:p>
      <w:r>
        <w:t xml:space="preserve">09:26      (Speaker A)  Yes, ma'. </w:t>
      </w:r>
    </w:p>
    <w:p>
      <w:r>
        <w:t xml:space="preserve">09:26      (Speaker G)  Am. </w:t>
      </w:r>
    </w:p>
    <w:p>
      <w:r>
        <w:t xml:space="preserve">09:29      (Speaker B)  Jeff, how many old ones? He said four really old ones. </w:t>
      </w:r>
    </w:p>
    <w:p>
      <w:r>
        <w:t xml:space="preserve">09:35      (Speaker A)  2011 branch of the 2011 batches. </w:t>
      </w:r>
    </w:p>
    <w:p>
      <w:r>
        <w:t xml:space="preserve">09:39      (Speaker B)  What about 2013? </w:t>
      </w:r>
    </w:p>
    <w:p>
      <w:r>
        <w:t xml:space="preserve">09:42      (Speaker A)  Those are still. They're still there. They were replaced. And I have everything. Got a spreadsheet that I have for each and every fountain that I keep on my computer desktop here that anytime it gets replaced, it gets a date put in. Whether we rebuilt it, whether we do. Everything's right here. And as we speak, you got two in 800 that are 2012, one in 1200. That was 2000. I'm sorry, one. 1600 was 2011. So that. And we have one left. So there's three. Not four. There's three. </w:t>
      </w:r>
    </w:p>
    <w:p>
      <w:r>
        <w:t xml:space="preserve">10:18      (Speaker B)  So in two years from now, could we get away with five or you </w:t>
      </w:r>
    </w:p>
    <w:p>
      <w:r>
        <w:t xml:space="preserve">10:21      (Speaker A)  think we'll need five would be five. If y' all are concerned about money, five's fine. Five will give us six and five will give us enough to kind of push us along until we can come up with more funds. </w:t>
      </w:r>
    </w:p>
    <w:p>
      <w:r>
        <w:t xml:space="preserve">10:34      (Speaker F)  And I, you know, five I think is the max. I'm actually thinking of going less just because of the budget this year. As I said on 13,000 is a 600 savings. However, it's $3,000 approximately a pun pump. I'm actually thinking of going like three for now, which would give us four, which would in a worst case scenario would be the four oldest. The other should still be under reparable status. </w:t>
      </w:r>
    </w:p>
    <w:p>
      <w:r>
        <w:t xml:space="preserve">11:01      (Speaker A)  Right. Well, you get a, you get a year manufacturer warranty on it, which is </w:t>
      </w:r>
    </w:p>
    <w:p>
      <w:r>
        <w:t xml:space="preserve">11:05      (Speaker F)  they're all long except for two. </w:t>
      </w:r>
    </w:p>
    <w:p>
      <w:r>
        <w:t xml:space="preserve">11:07      (Speaker A)  Even the ones that like you got new. That was one like 200 was put in in 25. 25, right. So you know, there you'll have a get, you'll get a warranty on that. But yeah, I mean for the most part, four I think is, is about, is probably going to be Right. So if you want to go less, that would support that for sure. I just don't want to get into a scenario where we, you know, don't have a fountain to put in if something major catastrophe happens. </w:t>
      </w:r>
    </w:p>
    <w:p>
      <w:r>
        <w:t xml:space="preserve">11:41      (Speaker D)  Do you lose that discount if you, if, if you decreased it from five to. </w:t>
      </w:r>
    </w:p>
    <w:p>
      <w:r>
        <w:t xml:space="preserve">11:45      (Speaker F)  Yeah. </w:t>
      </w:r>
    </w:p>
    <w:p>
      <w:r>
        <w:t xml:space="preserve">11:45      (Speaker A)  Anything beneath five, you'll lose shipping as well as the. </w:t>
      </w:r>
    </w:p>
    <w:p>
      <w:r>
        <w:t xml:space="preserve">11:49      (Speaker B)  So let's just keep it at 5 if we get the discount because we have so many ponds, they're all going to start going. </w:t>
      </w:r>
    </w:p>
    <w:p>
      <w:r>
        <w:t xml:space="preserve">11:55      (Speaker D)  Sure. </w:t>
      </w:r>
    </w:p>
    <w:p>
      <w:r>
        <w:t xml:space="preserve">11:55      (Speaker F)  I mean again, it's a $682 discount total on $13,000 bill. However, if we only bought three, but </w:t>
      </w:r>
    </w:p>
    <w:p>
      <w:r>
        <w:t xml:space="preserve">12:05      (Speaker B)  it's only two more, I mean, how much more could that be? Plus we get the discount. So it's like buying one and a half. </w:t>
      </w:r>
    </w:p>
    <w:p>
      <w:r>
        <w:t xml:space="preserve">12:13      (Speaker F)  See if you can negotiate the discount on us. Pull. Try a little harder on three. Again, our budget is so tight this year, we're already having an increase assessment. I was trying to keep some things lower at least for the follow. This year I'm okay with five. I would prefer three. I'm not okay with seven. Anybody else? What, what are your guts? You want five? Yeah, I was thinking five. That would give us six. </w:t>
      </w:r>
    </w:p>
    <w:p>
      <w:r>
        <w:t xml:space="preserve">12:43      (Speaker C)  I was, I was going to go with the seven only because we saved money this year. </w:t>
      </w:r>
    </w:p>
    <w:p>
      <w:r>
        <w:t xml:space="preserve">12:46      (Speaker A)  Next year the pumps are going to go up. We need pumps next year it's going </w:t>
      </w:r>
    </w:p>
    <w:p>
      <w:r>
        <w:t xml:space="preserve">12:49      (Speaker C)  to be more money. </w:t>
      </w:r>
    </w:p>
    <w:p>
      <w:r>
        <w:t xml:space="preserve">12:50      (Speaker F)  Well, we shouldn't though theoretically need them. You don't know. </w:t>
      </w:r>
    </w:p>
    <w:p>
      <w:r>
        <w:t xml:space="preserve">12:54      (Speaker C)  Nobody's got a crystal ball Lightning strikes. Can I interject with our current balance of the capital reserve? </w:t>
      </w:r>
    </w:p>
    <w:p>
      <w:r>
        <w:t xml:space="preserve">13:01      (Speaker F)  Sure. </w:t>
      </w:r>
    </w:p>
    <w:p>
      <w:r>
        <w:t xml:space="preserve">13:02      (Speaker C)  So our current balance of the capital reserve I was looking earlier is $157,000. That 157 is not considering the $40,000 that we have budgeted this year to put into capital reserve. So really, we're looking at about $197,000 by the end of this fiscal year. </w:t>
      </w:r>
    </w:p>
    <w:p>
      <w:r>
        <w:t xml:space="preserve">13:22      (Speaker F)  Except not enough. But we still have to raise assessments. </w:t>
      </w:r>
    </w:p>
    <w:p>
      <w:r>
        <w:t xml:space="preserve">13:25      (Speaker D)  Correct. </w:t>
      </w:r>
    </w:p>
    <w:p>
      <w:r>
        <w:t xml:space="preserve">13:26      (Speaker F)  So again, I'm. </w:t>
      </w:r>
    </w:p>
    <w:p>
      <w:r>
        <w:t xml:space="preserve">13:28      (Speaker C)  And that's maintaining our contribution for FY27 at the $40,000. </w:t>
      </w:r>
    </w:p>
    <w:p>
      <w:r>
        <w:t xml:space="preserve">13:32      (Speaker E)  Right. </w:t>
      </w:r>
    </w:p>
    <w:p>
      <w:r>
        <w:t xml:space="preserve">13:33      (Speaker B)  But just next year and the year after, these pumps are going to be more money. </w:t>
      </w:r>
    </w:p>
    <w:p>
      <w:r>
        <w:t xml:space="preserve">13:37      (Speaker I)  Right. </w:t>
      </w:r>
    </w:p>
    <w:p>
      <w:r>
        <w:t xml:space="preserve">13:38      (Speaker B)  I think it's better to get them now before the price goes up. </w:t>
      </w:r>
    </w:p>
    <w:p>
      <w:r>
        <w:t xml:space="preserve">13:41      (Speaker F)  What were they when we did the last purchase? </w:t>
      </w:r>
    </w:p>
    <w:p>
      <w:r>
        <w:t xml:space="preserve">13:45      (Speaker A)  That's a good question. Give me two seconds. </w:t>
      </w:r>
    </w:p>
    <w:p>
      <w:r>
        <w:t xml:space="preserve">13:47      (Speaker F)  I know I could look it up, but I don't have my paperwork here. </w:t>
      </w:r>
    </w:p>
    <w:p>
      <w:r>
        <w:t xml:space="preserve">13:50      (Speaker A)  That's a good question. I'll find that answer out for you. If you want me to do some research while we go in during this, </w:t>
      </w:r>
    </w:p>
    <w:p>
      <w:r>
        <w:t xml:space="preserve">13:59      (Speaker F)  that would be really helpful. I'd like to know. Because the last big purchase was two years ago. Two years ago we bought seven. </w:t>
      </w:r>
    </w:p>
    <w:p>
      <w:r>
        <w:t xml:space="preserve">14:07      (Speaker A)  I believe it was seven. </w:t>
      </w:r>
    </w:p>
    <w:p>
      <w:r>
        <w:t xml:space="preserve">14:08      (Speaker F)  Yes, two years ago already. But that was because we were replacing almost all the old ones. Now we have four old ones left that are still functioning. I think one of them is never. Is one of them in pond 400. That's not even been repaired? </w:t>
      </w:r>
    </w:p>
    <w:p>
      <w:r>
        <w:t xml:space="preserve">14:24      (Speaker A)  No, no. 400 was replaced in July of 26. </w:t>
      </w:r>
    </w:p>
    <w:p>
      <w:r>
        <w:t xml:space="preserve">14:28      (Speaker F)  Oh, I didn't have that on my mind. </w:t>
      </w:r>
    </w:p>
    <w:p>
      <w:r>
        <w:t xml:space="preserve">14:30      (Speaker A)  So your numbers. If you really want me to go real quick. 200 was 525. </w:t>
      </w:r>
    </w:p>
    <w:p>
      <w:r>
        <w:t xml:space="preserve">14:35      (Speaker F)  Oh, I have that. Yeah. </w:t>
      </w:r>
    </w:p>
    <w:p>
      <w:r>
        <w:t xml:space="preserve">14:36      (Speaker A)  300 was rebuilt 525. </w:t>
      </w:r>
    </w:p>
    <w:p>
      <w:r>
        <w:t xml:space="preserve">14:39      (Speaker C)  400. </w:t>
      </w:r>
    </w:p>
    <w:p>
      <w:r>
        <w:t xml:space="preserve">14:40      (Speaker A)  525, 24. </w:t>
      </w:r>
    </w:p>
    <w:p>
      <w:r>
        <w:t xml:space="preserve">14:43      (Speaker F)  I've got for rebuild on 300. </w:t>
      </w:r>
    </w:p>
    <w:p>
      <w:r>
        <w:t xml:space="preserve">14:45      (Speaker A)  No, that's 525. </w:t>
      </w:r>
    </w:p>
    <w:p>
      <w:r>
        <w:t xml:space="preserve">14:47      (Speaker F)  Okay. So we had under warranty, seals were recalled and we redid it again in 525. </w:t>
      </w:r>
    </w:p>
    <w:p>
      <w:r>
        <w:t xml:space="preserve">14:52      (Speaker B)  Okay. </w:t>
      </w:r>
    </w:p>
    <w:p>
      <w:r>
        <w:t xml:space="preserve">14:53      (Speaker E)  All right. </w:t>
      </w:r>
    </w:p>
    <w:p>
      <w:r>
        <w:t xml:space="preserve">14:54      (Speaker A)  New in 726 for 400. New in December of 25 for 500. </w:t>
      </w:r>
    </w:p>
    <w:p>
      <w:r>
        <w:t xml:space="preserve">15:00      (Speaker F)  Yes. </w:t>
      </w:r>
    </w:p>
    <w:p>
      <w:r>
        <w:t xml:space="preserve">15:01      (Speaker A)  New in February of 26 for 1100. </w:t>
      </w:r>
    </w:p>
    <w:p>
      <w:r>
        <w:t xml:space="preserve">15:05      (Speaker I)  Hold on. </w:t>
      </w:r>
    </w:p>
    <w:p>
      <w:r>
        <w:t xml:space="preserve">15:06      (Speaker F)  You jumped. Okay. 226. New. Okay. </w:t>
      </w:r>
    </w:p>
    <w:p>
      <w:r>
        <w:t xml:space="preserve">15:10      (Speaker A)  New in 625 of 1300. </w:t>
      </w:r>
    </w:p>
    <w:p>
      <w:r>
        <w:t xml:space="preserve">15:14      (Speaker F)  1300 was 625. </w:t>
      </w:r>
    </w:p>
    <w:p>
      <w:r>
        <w:t xml:space="preserve">15:17      (Speaker A)  Yes, ma'. </w:t>
      </w:r>
    </w:p>
    <w:p>
      <w:r>
        <w:t xml:space="preserve">15:18      (Speaker G)  Am. </w:t>
      </w:r>
    </w:p>
    <w:p>
      <w:r>
        <w:t xml:space="preserve">15:18      (Speaker F)  Okay. </w:t>
      </w:r>
    </w:p>
    <w:p>
      <w:r>
        <w:t xml:space="preserve">15:19      (Speaker A)  And the last one was this new 1125. 1800. </w:t>
      </w:r>
    </w:p>
    <w:p>
      <w:r>
        <w:t xml:space="preserve">15:24      (Speaker F)  I've got that as 1026. </w:t>
      </w:r>
    </w:p>
    <w:p>
      <w:r>
        <w:t xml:space="preserve">15:27      (Speaker A)  1125. </w:t>
      </w:r>
    </w:p>
    <w:p>
      <w:r>
        <w:t xml:space="preserve">15:28      (Speaker F)  Okay. </w:t>
      </w:r>
    </w:p>
    <w:p>
      <w:r>
        <w:t xml:space="preserve">15:29      (Speaker E)  We had. </w:t>
      </w:r>
    </w:p>
    <w:p>
      <w:r>
        <w:t xml:space="preserve">15:32      (Speaker F)  Hold on. For 1800. </w:t>
      </w:r>
    </w:p>
    <w:p>
      <w:r>
        <w:t xml:space="preserve">15:34      (Speaker A)  Yes, ma'. </w:t>
      </w:r>
    </w:p>
    <w:p>
      <w:r>
        <w:t xml:space="preserve">15:34      (Speaker E)  Am. </w:t>
      </w:r>
    </w:p>
    <w:p>
      <w:r>
        <w:t xml:space="preserve">15:38      (Speaker F)  Is that the one that we did a switcheroo on? No. </w:t>
      </w:r>
    </w:p>
    <w:p>
      <w:r>
        <w:t xml:space="preserve">15:42      (Speaker A)  So you said that was 10 1, 11, 25, November. </w:t>
      </w:r>
    </w:p>
    <w:p>
      <w:r>
        <w:t xml:space="preserve">15:46      (Speaker F)  I've got 10, 26. That's interesting. I have to look back at the minutes. Okay. </w:t>
      </w:r>
    </w:p>
    <w:p>
      <w:r>
        <w:t xml:space="preserve">15:51      (Speaker I)  Okay. </w:t>
      </w:r>
    </w:p>
    <w:p>
      <w:r>
        <w:t xml:space="preserve">15:51      (Speaker A)  So you're. </w:t>
      </w:r>
    </w:p>
    <w:p>
      <w:r>
        <w:t xml:space="preserve">15:53      (Speaker D)  You're. </w:t>
      </w:r>
    </w:p>
    <w:p>
      <w:r>
        <w:t xml:space="preserve">15:53      (Speaker A)  Like I said, your originals are 16, and the 2 and 8, 2011, 2012. The rest of them are in 24 and 23. </w:t>
      </w:r>
    </w:p>
    <w:p>
      <w:r>
        <w:t xml:space="preserve">16:06      (Speaker F)  Okay, then, Tom, you want to do your motion for the. </w:t>
      </w:r>
    </w:p>
    <w:p>
      <w:r>
        <w:t xml:space="preserve">16:11      (Speaker B)  Well, Louie said seven. You said three, and I said five. I think it averages out to five. </w:t>
      </w:r>
    </w:p>
    <w:p>
      <w:r>
        <w:t xml:space="preserve">16:16      (Speaker A)  Okay, five it is. </w:t>
      </w:r>
    </w:p>
    <w:p>
      <w:r>
        <w:t xml:space="preserve">16:18      (Speaker B)  So if we could do without going, I make a motion that we buy 5 for stock. I second. </w:t>
      </w:r>
    </w:p>
    <w:p>
      <w:r>
        <w:t xml:space="preserve">16:27      (Speaker C)  All in favor? </w:t>
      </w:r>
    </w:p>
    <w:p>
      <w:r>
        <w:t xml:space="preserve">16:28      (Speaker D)  Aye. </w:t>
      </w:r>
    </w:p>
    <w:p>
      <w:r>
        <w:t xml:space="preserve">16:29      (Speaker A)  Okay, thank you. Great. </w:t>
      </w:r>
    </w:p>
    <w:p>
      <w:r>
        <w:t xml:space="preserve">16:40      (Speaker C)  Thank you. And moving on. As mentioned earlier in the meeting, item five begins the public hearing adopting the budget for fiscal year 2027. And as a refresher for the board, we approved the budget at our May meeting. And no sooner than 60 days after that, we adopt the budget. With that budget approval, there were certainly some changes that we worked on throughout this year. Some items might have gone up, some may have gone down. I would like to note some of the. Some of the larger increases here. Once we get down to the operations and maintenance. We did, you know, just per trend here, slight increase in the landscape maintenance going from 39,734 in our current fiscal year to $46,000. </w:t>
      </w:r>
    </w:p>
    <w:p>
      <w:r>
        <w:t xml:space="preserve">17:36      (Speaker F)  Wait a minute. Are you on the first page for lake maintenance? </w:t>
      </w:r>
    </w:p>
    <w:p>
      <w:r>
        <w:t xml:space="preserve">17:43      (Speaker C)  I am underneath landscape maintenance, underneath the operations and maintenance. It is on the first page. </w:t>
      </w:r>
    </w:p>
    <w:p>
      <w:r>
        <w:t xml:space="preserve">17:49      (Speaker F)  So you're going from 46, and we're staying at 46. </w:t>
      </w:r>
    </w:p>
    <w:p>
      <w:r>
        <w:t xml:space="preserve">17:54      (Speaker C)  Going from 39,000. </w:t>
      </w:r>
    </w:p>
    <w:p>
      <w:r>
        <w:t xml:space="preserve">18:03      (Speaker A)  Let's see here. </w:t>
      </w:r>
    </w:p>
    <w:p>
      <w:r>
        <w:t xml:space="preserve">18:04      (Speaker F)  I have four years ago was 36,000, 738. That was four years ago. </w:t>
      </w:r>
    </w:p>
    <w:p>
      <w:r>
        <w:t xml:space="preserve">18:15      (Speaker C)  I am maybe looking at somebody else's or maybe a different year here. Give me one second here just to confirm. </w:t>
      </w:r>
    </w:p>
    <w:p>
      <w:r>
        <w:t xml:space="preserve">18:27      (Speaker B)  The only increase I see is where it says other char. Other current charges. It went from 15 to 36, 14. </w:t>
      </w:r>
    </w:p>
    <w:p>
      <w:r>
        <w:t xml:space="preserve">18:36      (Speaker F)  We got a whole bunch to discuss. </w:t>
      </w:r>
    </w:p>
    <w:p>
      <w:r>
        <w:t xml:space="preserve">18:43      (Speaker A)  There's. </w:t>
      </w:r>
    </w:p>
    <w:p>
      <w:r>
        <w:t xml:space="preserve">18:43      (Speaker C)  There's two different numbers between the handout and. What happened to packet. </w:t>
      </w:r>
    </w:p>
    <w:p>
      <w:r>
        <w:t xml:space="preserve">18:48      (Speaker F)  Oh, can you hand me the handout? </w:t>
      </w:r>
    </w:p>
    <w:p>
      <w:r>
        <w:t xml:space="preserve">18:50      (Speaker C)  You know what? The handout, and I do apologize. What was printed here is the approved budget for fiscal year 26. They do not have the 27. So anybody in the audience, I will state that the online version and what you have in the packet is correct. </w:t>
      </w:r>
    </w:p>
    <w:p>
      <w:r>
        <w:t xml:space="preserve">19:08      (Speaker F)  Okay, so this is incorrect. Yes. </w:t>
      </w:r>
    </w:p>
    <w:p>
      <w:r>
        <w:t xml:space="preserve">19:12      (Speaker C)  If you look on the front page, you may, if it was printed out, have fiscal year 2026, it should say 2027. So I do apologize for that. </w:t>
      </w:r>
    </w:p>
    <w:p>
      <w:r>
        <w:t xml:space="preserve">19:21      (Speaker I)  That. </w:t>
      </w:r>
    </w:p>
    <w:p>
      <w:r>
        <w:t xml:space="preserve">19:24      (Speaker C)  Excuse me, are you saying this is 27? </w:t>
      </w:r>
    </w:p>
    <w:p>
      <w:r>
        <w:t xml:space="preserve">19:28      (Speaker D)  It's just that the dates are wrong or this is. </w:t>
      </w:r>
    </w:p>
    <w:p>
      <w:r>
        <w:t xml:space="preserve">19:30      (Speaker C)  That is wrong of what you have. So I do apologize for that. </w:t>
      </w:r>
    </w:p>
    <w:p>
      <w:r>
        <w:t xml:space="preserve">19:36      (Speaker F)  The entire is wrong. </w:t>
      </w:r>
    </w:p>
    <w:p>
      <w:r>
        <w:t xml:space="preserve">19:40      (Speaker E)  So are you going to issue a corrected copy? </w:t>
      </w:r>
    </w:p>
    <w:p>
      <w:r>
        <w:t xml:space="preserve">19:43      (Speaker F)  Does anybody have a clean copy? We could go make some coffees real quick in the office. </w:t>
      </w:r>
    </w:p>
    <w:p>
      <w:r>
        <w:t xml:space="preserve">19:47      (Speaker E)  I have notes on the other end of the. </w:t>
      </w:r>
    </w:p>
    <w:p>
      <w:r>
        <w:t xml:space="preserve">19:52      (Speaker F)  Anybody have a clean copy? I could go make copies. Maybe in the room. </w:t>
      </w:r>
    </w:p>
    <w:p>
      <w:r>
        <w:t xml:space="preserve">19:57      (Speaker C)  We can use mine if somebody isn't making copies. I think the important part is really just one page. </w:t>
      </w:r>
    </w:p>
    <w:p>
      <w:r>
        <w:t xml:space="preserve">20:02      (Speaker F)  Yeah, yeah, but just so they have reference. All of these people have it in correct audiences. </w:t>
      </w:r>
    </w:p>
    <w:p>
      <w:r>
        <w:t xml:space="preserve">20:16      (Speaker E)  But that means page four or five. </w:t>
      </w:r>
    </w:p>
    <w:p>
      <w:r>
        <w:t xml:space="preserve">20:25      (Speaker I)  Don't. </w:t>
      </w:r>
    </w:p>
    <w:p>
      <w:r>
        <w:t xml:space="preserve">20:25      (Speaker E)  Don't pay any attention to it. </w:t>
      </w:r>
    </w:p>
    <w:p>
      <w:r>
        <w:t xml:space="preserve">20:29      (Speaker F)  Yes, but that's really the only one. I think the one that you need is the first cage. </w:t>
      </w:r>
    </w:p>
    <w:p>
      <w:r>
        <w:t xml:space="preserve">20:34      (Speaker G)  Yes, but the information on the other one's also wrong. </w:t>
      </w:r>
    </w:p>
    <w:p>
      <w:r>
        <w:t xml:space="preserve">20:38      (Speaker F)  Absolutely it is. </w:t>
      </w:r>
    </w:p>
    <w:p>
      <w:r>
        <w:t xml:space="preserve">20:40      (Speaker E)  Yeah. </w:t>
      </w:r>
    </w:p>
    <w:p>
      <w:r>
        <w:t xml:space="preserve">20:40      (Speaker F)  If you want it, we can make you a copy. Absolutely. </w:t>
      </w:r>
    </w:p>
    <w:p>
      <w:r>
        <w:t xml:space="preserve">20:44      (Speaker A)  I was just trying definition. </w:t>
      </w:r>
    </w:p>
    <w:p>
      <w:r>
        <w:t xml:space="preserve">20:48      (Speaker E)  That's why you took my copy. </w:t>
      </w:r>
    </w:p>
    <w:p>
      <w:r>
        <w:t xml:space="preserve">20:49      (Speaker A)  Thank you. </w:t>
      </w:r>
    </w:p>
    <w:p>
      <w:r>
        <w:t xml:space="preserve">20:52      (Speaker F)  Sorry, I just. You should see my house, how I do this. That's why under. </w:t>
      </w:r>
    </w:p>
    <w:p>
      <w:r>
        <w:t xml:space="preserve">21:02      (Speaker E)  I've already got it all. </w:t>
      </w:r>
    </w:p>
    <w:p>
      <w:r>
        <w:t xml:space="preserve">21:08      (Speaker F)  I know, but the first page kind of is the other page. You know what I'm saying? </w:t>
      </w:r>
    </w:p>
    <w:p>
      <w:r>
        <w:t xml:space="preserve">21:20      (Speaker C)  Yeah. So landscape means I was incorrect in that statement. </w:t>
      </w:r>
    </w:p>
    <w:p>
      <w:r>
        <w:t xml:space="preserve">21:23      (Speaker E)  Is the online budget accurate? </w:t>
      </w:r>
    </w:p>
    <w:p>
      <w:r>
        <w:t xml:space="preserve">21:26      (Speaker B)  Yes, online is accurate. </w:t>
      </w:r>
    </w:p>
    <w:p>
      <w:r>
        <w:t xml:space="preserve">21:28      (Speaker E)  So if we went online, we could print the accurate. </w:t>
      </w:r>
    </w:p>
    <w:p>
      <w:r>
        <w:t xml:space="preserve">21:32      (Speaker C)  It's a Heritage park cdd. Yes, yes. </w:t>
      </w:r>
    </w:p>
    <w:p>
      <w:r>
        <w:t xml:space="preserve">21:36      (Speaker F)  When she gives you the new copy, you can just transpose those to page four and five. </w:t>
      </w:r>
    </w:p>
    <w:p>
      <w:r>
        <w:t xml:space="preserve">21:42      (Speaker E)  Well, no, I can't because she confiscated my copy. </w:t>
      </w:r>
    </w:p>
    <w:p>
      <w:r>
        <w:t xml:space="preserve">21:44      (Speaker F)  Okay, well, you did </w:t>
      </w:r>
    </w:p>
    <w:p>
      <w:r>
        <w:t xml:space="preserve">21:47      (Speaker A)  give it to her. </w:t>
      </w:r>
    </w:p>
    <w:p>
      <w:r>
        <w:t xml:space="preserve">21:50      (Speaker D)  When you're leaving, you can have it back. </w:t>
      </w:r>
    </w:p>
    <w:p>
      <w:r>
        <w:t xml:space="preserve">21:52      (Speaker F)  There you go. Okay. So you want to continue? </w:t>
      </w:r>
    </w:p>
    <w:p>
      <w:r>
        <w:t xml:space="preserve">22:01      (Speaker H)  Sure. </w:t>
      </w:r>
    </w:p>
    <w:p>
      <w:r>
        <w:t xml:space="preserve">22:01      (Speaker C)  Yes, let's continue. And I don't have my notes here in front of me, but thank you for that. And I do apologize for the incorrect printed copy. And for the record, I did just check online and the correct budget that we are adopting today that's been approved in May is posted in the agenda package on heritageparkcdd.com so I would like to just make note of that. So everybody, you know, with that. With the assessment increase that was approved, everybody should have received mailed notice notifying them of today's public hearing. And there is. There is one item that I would like to discuss here that I skipped over before. Underneath the administrative. We've had some discussions in regards to. To the management fees and a request to negotiate our proposed and approved 6% increase for the management fees. I am happy to report that we are agreeable to the 4% increase. Which would be $67,811 would be the new amount that we will, if approved by the board, adopt in today's budget with the that revision. </w:t>
      </w:r>
    </w:p>
    <w:p>
      <w:r>
        <w:t xml:space="preserve">23:24      (Speaker F)  I'd like to make a comment on that, if I may. </w:t>
      </w:r>
    </w:p>
    <w:p>
      <w:r>
        <w:t xml:space="preserve">23:26      (Speaker D)  Sure. </w:t>
      </w:r>
    </w:p>
    <w:p>
      <w:r>
        <w:t xml:space="preserve">23:27      (Speaker F)  Over the last four years, if we had gone with the 6%, your fees would have increased 31% in four years. With it going as of last year's, it increased 23.88%. To put that in perspective, it's difficult for a community of our size to absorb these kind of increases because we are not a huge community. We only have 714 or 11 homes. It's a lot. In 20 years we've not raised our assessments and our community, in 20 years we have never once raised the supervisor fees. Also, to put this in perspective on the research I've done, your fees are not exceptional. I did look at other companies and what they are also going. In the last four years, I've been very, very happy with your services. I think you all do an exceptional job. But I think that government is too expensive across the board. I cannot do anything on the federal level and I can't do much on the state level. But on our little individual levels, I think we have to take a stand on all the fees that constitute go up and to try to find a happy medium where you do not feel taken advantage of and we can still have a tangible community where it is affordable for the residents. If that means somehow cutting back on services, somehow, I'm okay with that. If there's something else that we can do. But I wanted to put it in perspective. Perspective. Just Looking at May, July 2022, the management fees were 52,635. You know, we were going to increase to 69,000. It's not sustainable in our community. So I am asking for help. I don't know how to do this, but I do think it needs to be addressed. I sincerely appreciate the reduction to 4% and I would be willing to do that. If we had an agreement that that would be capped, that would be it for a couple years. Otherwise, I think we need to discuss what exactly the services are or if we need to bid this out. This is my opinion. I've not discussed this with any other board member. And I really don't want this to be taken as a reflection on your business because I think you guys do a fabulous job. It's just the economics of government and I think it's perverted. Not you, but I'm just talking about government services and how much things have gone up. I'm done preaching. It's my two cents. I'm sorry. </w:t>
      </w:r>
    </w:p>
    <w:p>
      <w:r>
        <w:t xml:space="preserve">26:58      (Speaker I)  Good for you. </w:t>
      </w:r>
    </w:p>
    <w:p>
      <w:r>
        <w:t xml:space="preserve">26:59      (Speaker F)  I'm sorry if I offended anybody. I certainly didn't mean to. I do think you guys are exceptional. I've never had a complaint against your services, but I really do appreciate the 4%. </w:t>
      </w:r>
    </w:p>
    <w:p>
      <w:r>
        <w:t xml:space="preserve">27:15      (Speaker C)  Thank you so much. And you know, as we sit here today, I, you know, from the seat that I sit in, cannot, you know, speak on any decisions to be made in any future months. But, you know, I certainly appreciate that. And obviously we as governmental management services, value Heritage Park CDD as a client and certainly enjoy being here with you all. </w:t>
      </w:r>
    </w:p>
    <w:p>
      <w:r>
        <w:t xml:space="preserve">27:48      (Speaker F)  But for next year, if you would really take again in consideration about maintaining the status quo and not having an increase while we're here. Also, engineering has gone up 33% in the last four years. Field management has gone up 23.88% in the last. I think that was just going to what we currently have, not counting the extra. And landscape maintenance has gone up 25.21%. They went from 36, 738 now to 46. Field management, it went from 10,609 to 13,142. And now we're going to 13,930. So these are all. And I understand cost is going up on everything. I mean, just going to the grocery store and the gas pump. We're all having heart failure, let alone trying to get a mortgage on the home. But we need. We have never once asked for a raise. We are not going to. And I don't think legally we could anyways. So that's great, which is good. But we're tied to certain in assessments. I know that we are allowed to assess people, but I don't want to. I just don't want to increase it. So I'm asking everybody that has any say if we need to cut back on services a little to keep our costs down. If we need to go from five days to seven days or seven days to nine days on mowing or any of this. I just wanted to put this before the board about the costs of getting exorbitant help. I will be quiet. Does anybody else have comments? </w:t>
      </w:r>
    </w:p>
    <w:p>
      <w:r>
        <w:t xml:space="preserve">29:48      (Speaker B)  Well, from looking at the bottom half of the page, from what the audience could see, two of the big increases were street lights and pond banks. Erosion. Yes, from 10 to 20. But we, we talked about that, about the pilots. </w:t>
      </w:r>
    </w:p>
    <w:p>
      <w:r>
        <w:t xml:space="preserve">30:03      (Speaker A)  Did we see it? Did we see a reduction in electricity by switching the hours from day to day to time? </w:t>
      </w:r>
    </w:p>
    <w:p>
      <w:r>
        <w:t xml:space="preserve">30:09      (Speaker F)  So I don't know if we've got. I've got last year's. I can look at what electric was on the chuck register. </w:t>
      </w:r>
    </w:p>
    <w:p>
      <w:r>
        <w:t xml:space="preserve">30:21      (Speaker B)  Well, that increases just for electricity and </w:t>
      </w:r>
    </w:p>
    <w:p>
      <w:r>
        <w:t xml:space="preserve">30:24      (Speaker C)  the lights and pumps. </w:t>
      </w:r>
    </w:p>
    <w:p>
      <w:r>
        <w:t xml:space="preserve">30:25      (Speaker A)  When we change the hours of ponds, you're going to see a drop in </w:t>
      </w:r>
    </w:p>
    <w:p>
      <w:r>
        <w:t xml:space="preserve">30:29      (Speaker F)  electric, which we did already once. </w:t>
      </w:r>
    </w:p>
    <w:p>
      <w:r>
        <w:t xml:space="preserve">30:35      (Speaker C)  And when did we change hours, Jeff? </w:t>
      </w:r>
    </w:p>
    <w:p>
      <w:r>
        <w:t xml:space="preserve">30:37      (Speaker A)  We changed ours. Oh, that was. </w:t>
      </w:r>
    </w:p>
    <w:p>
      <w:r>
        <w:t xml:space="preserve">30:40      (Speaker F)  Yeah. Except we asked to cut it back because of the cost. </w:t>
      </w:r>
    </w:p>
    <w:p>
      <w:r>
        <w:t xml:space="preserve">30:43      (Speaker A)  That was about a year ago. </w:t>
      </w:r>
    </w:p>
    <w:p>
      <w:r>
        <w:t xml:space="preserve">30:44      (Speaker F)  Yeah. And I've got. Last year's FPL was 5540, 14 and 37 cents in a year ago. And this year there. I'm sorry, I'm really slow at turning Pages and stuff. </w:t>
      </w:r>
    </w:p>
    <w:p>
      <w:r>
        <w:t xml:space="preserve">31:02      (Speaker C)  $5,562 in May and $5,604 in June. </w:t>
      </w:r>
    </w:p>
    <w:p>
      <w:r>
        <w:t xml:space="preserve">31:10      (Speaker F)  Okay, so they have not gone up a whole lot four years ago. That was awful. </w:t>
      </w:r>
    </w:p>
    <w:p>
      <w:r>
        <w:t xml:space="preserve">31:18      (Speaker I)  Sorry. </w:t>
      </w:r>
    </w:p>
    <w:p>
      <w:r>
        <w:t xml:space="preserve">31:23      (Speaker F)  Again, we have no control over FPL other than cutting back on our fountain time. </w:t>
      </w:r>
    </w:p>
    <w:p>
      <w:r>
        <w:t xml:space="preserve">31:29      (Speaker A)  Well, that's my question. Depending on how much. </w:t>
      </w:r>
    </w:p>
    <w:p>
      <w:r>
        <w:t xml:space="preserve">31:31      (Speaker F)  Except how much of this is actually the street lights. I think most of it's street lights. </w:t>
      </w:r>
    </w:p>
    <w:p>
      <w:r>
        <w:t xml:space="preserve">31:35      (Speaker B)  Okay. </w:t>
      </w:r>
    </w:p>
    <w:p>
      <w:r>
        <w:t xml:space="preserve">31:36      (Speaker A)  I was just curious if that had a way to maybe we change the hours from 9 to 7 to maybe 10 or 6. </w:t>
      </w:r>
    </w:p>
    <w:p>
      <w:r>
        <w:t xml:space="preserve">31:43      (Speaker F)  Thank you. That is really positive thinking and I appreciate that. </w:t>
      </w:r>
    </w:p>
    <w:p>
      <w:r>
        <w:t xml:space="preserve">31:49      (Speaker A)  On a second note, what are we going to keep doing? </w:t>
      </w:r>
    </w:p>
    <w:p>
      <w:r>
        <w:t xml:space="preserve">31:51      (Speaker C)  Reducing the hours? </w:t>
      </w:r>
    </w:p>
    <w:p>
      <w:r>
        <w:t xml:space="preserve">31:54      (Speaker A)  I mean, it is what it is, but I'm just trying to come up with a trade off. I mean, it's just my thought just in terms of something very simple to change that might save us a little money here and there. </w:t>
      </w:r>
    </w:p>
    <w:p>
      <w:r>
        <w:t xml:space="preserve">32:06      (Speaker F)  Yeah. Because doing it an hour really kept us kind of at time the same status quo. I think we ought to leave it at what we've got because at least it kept us from increasing. </w:t>
      </w:r>
    </w:p>
    <w:p>
      <w:r>
        <w:t xml:space="preserve">32:17      (Speaker A)  Yes, ma'. </w:t>
      </w:r>
    </w:p>
    <w:p>
      <w:r>
        <w:t xml:space="preserve">32:17      (Speaker E)  Am. </w:t>
      </w:r>
    </w:p>
    <w:p>
      <w:r>
        <w:t xml:space="preserve">32:18      (Speaker F)  And I agree. Keep cutting it back is kind of a. </w:t>
      </w:r>
    </w:p>
    <w:p>
      <w:r>
        <w:t xml:space="preserve">32:21      (Speaker E)  No, no. </w:t>
      </w:r>
    </w:p>
    <w:p>
      <w:r>
        <w:t xml:space="preserve">32:22      (Speaker F)  We have no say over the street lights. We have no say whatsoever over that. And it's not for the audience. We are not charged by the actual usage of the street lights. Like when one of them goes out and it's on 24 hours. We're not paying more for that. We pay per pole, if that's any help. </w:t>
      </w:r>
    </w:p>
    <w:p>
      <w:r>
        <w:t xml:space="preserve">32:44      (Speaker B)  Great. </w:t>
      </w:r>
    </w:p>
    <w:p>
      <w:r>
        <w:t xml:space="preserve">32:45      (Speaker C)  I think good discussion there. And as the chair has pointed out, we have increased our pond bank erosion control line item from 10,000 to $20,000. And as noted earlier in our approved budget, the capital reserve we did keep at the $40,000 contribution to contribute into our capital reserve account versus on the </w:t>
      </w:r>
    </w:p>
    <w:p>
      <w:r>
        <w:t xml:space="preserve">33:08      (Speaker F)  pond contingency, which we were going to cut in half because we Thought that would be too much about raising assessment. So I thought we'd cut that to 20 and then we were going to go the following year, try to add another 20 in. But it may have been miscommunicated. I know that had been my intention. But the budget's approved as is and </w:t>
      </w:r>
    </w:p>
    <w:p>
      <w:r>
        <w:t xml:space="preserve">33:31      (Speaker C)  today we can lower certain line items. But I believe that was the morph of the common ground for the pond bank erosion to include all that of the reductions and just have one line item for that pond erosion control. </w:t>
      </w:r>
    </w:p>
    <w:p>
      <w:r>
        <w:t xml:space="preserve">33:46      (Speaker H)  You're right. </w:t>
      </w:r>
    </w:p>
    <w:p>
      <w:r>
        <w:t xml:space="preserve">33:46      (Speaker F)  We consolidated. </w:t>
      </w:r>
    </w:p>
    <w:p>
      <w:r>
        <w:t xml:space="preserve">33:47      (Speaker C)  Yes. </w:t>
      </w:r>
    </w:p>
    <w:p>
      <w:r>
        <w:t xml:space="preserve">33:48      (Speaker D)  Yes. </w:t>
      </w:r>
    </w:p>
    <w:p>
      <w:r>
        <w:t xml:space="preserve">33:55      (Speaker C)  And that's really. I would say the highlights of the budget within your package does show the debt assessment budget as well as the capital reserve. But with that, those are the highlights of what we're focused on today. I would say with the O and M assessments and the increase in the explanation why </w:t>
      </w:r>
    </w:p>
    <w:p>
      <w:r>
        <w:t xml:space="preserve">34:16      (Speaker F)  the assessment administration of 8348, I couldn't find that in the 2022 budget. What is that for? Is that part of management fees also? </w:t>
      </w:r>
    </w:p>
    <w:p>
      <w:r>
        <w:t xml:space="preserve">34:29      (Speaker C)  I wouldn't say that it's management fees, but it's a service that GMS does provide. As we go through this, there's the assessment rule that is provided to the tax collector. It's really collecting and submitting all that information to the tax tax collector. </w:t>
      </w:r>
    </w:p>
    <w:p>
      <w:r>
        <w:t xml:space="preserve">34:47      (Speaker F)  Okay. So that's in addition to the management fees. But it wasn't on the 2022 budget. It was included in your management fees, I believe. Here's the 2022 budget. Unless it was under. Because I was checking information technology and all of this. I know some of the services include that in their fee and some bill out separately. I know that we pay you the management fees, the assessment, then in administration, the information technology, the website maintenance, the telephone, the postage and delivery and the office supplies and printing and binding all go basically to your company, correct? </w:t>
      </w:r>
    </w:p>
    <w:p>
      <w:r>
        <w:t xml:space="preserve">35:28      (Speaker C)  That is correct. And those are straight charges that the district may see. So anything that's printed for as far as the agenda packages and whatnot, that is direct bill. </w:t>
      </w:r>
    </w:p>
    <w:p>
      <w:r>
        <w:t xml:space="preserve">35:41      (Speaker H)  True. </w:t>
      </w:r>
    </w:p>
    <w:p>
      <w:r>
        <w:t xml:space="preserve">35:41      (Speaker C)  Cost to the district. </w:t>
      </w:r>
    </w:p>
    <w:p>
      <w:r>
        <w:t xml:space="preserve">35:43      (Speaker I)  Yes. </w:t>
      </w:r>
    </w:p>
    <w:p>
      <w:r>
        <w:t xml:space="preserve">35:44      (Speaker F)  Yeah. And I know the website and everything is a separate company, correct? </w:t>
      </w:r>
    </w:p>
    <w:p>
      <w:r>
        <w:t xml:space="preserve">35:49      (Speaker C)  Correct. Yes, ma'. </w:t>
      </w:r>
    </w:p>
    <w:p>
      <w:r>
        <w:t xml:space="preserve">35:49      (Speaker I)  Am. </w:t>
      </w:r>
    </w:p>
    <w:p>
      <w:r>
        <w:t xml:space="preserve">35:49      (Speaker F)  The only things. And you know, I brought this up. I do believe office supplies are absolutely part of your operating cost. I know it's only $375, but I don't think that's right. That should be a simple cost of doing business for you, not for us. And it's a minor, minor thing. The binding and the printing. I agree. Because this is an exceptional thing that you have to do for us. I understand that. And I also said that we would agree with the postage. But I do want. It's such a stupid little point. But being in businesses, that's a cost of doing business. You know, I've been an accountant for so many companies, and that's always a cost. Cost of doing business. I don't think we should absorb that. So please remove that and do the 4%. </w:t>
      </w:r>
    </w:p>
    <w:p>
      <w:r>
        <w:t xml:space="preserve">36:38      (Speaker C)  And if I could note that we do our best to. To really. On the office supplies. </w:t>
      </w:r>
    </w:p>
    <w:p>
      <w:r>
        <w:t xml:space="preserve">36:44      (Speaker F)  Yeah. </w:t>
      </w:r>
    </w:p>
    <w:p>
      <w:r>
        <w:t xml:space="preserve">36:45      (Speaker C)  You know, not bill anything to Heritage Park CED. As you will see, there's $2 actually spent for this year. </w:t>
      </w:r>
    </w:p>
    <w:p>
      <w:r>
        <w:t xml:space="preserve">36:53      (Speaker E)  Yeah. </w:t>
      </w:r>
    </w:p>
    <w:p>
      <w:r>
        <w:t xml:space="preserve">36:54      (Speaker C)  So I. I will, you know, note that. </w:t>
      </w:r>
    </w:p>
    <w:p>
      <w:r>
        <w:t xml:space="preserve">36:58      (Speaker F)  Oh, you're right. Well, I've got 64 is actual. Oh, wait, what year am I. I've got so many. </w:t>
      </w:r>
    </w:p>
    <w:p>
      <w:r>
        <w:t xml:space="preserve">37:06      (Speaker C)  And it may change a little bit of. You know, even. I'm thinking of this. You know, this is something that I would consider to be an office supply. You know, placards for the supervisors, names to where it may be, you know, additional. Specific to the. To that district. </w:t>
      </w:r>
    </w:p>
    <w:p>
      <w:r>
        <w:t xml:space="preserve">37:20      (Speaker F)  No, that we should absorb. That's specific to our district. </w:t>
      </w:r>
    </w:p>
    <w:p>
      <w:r>
        <w:t xml:space="preserve">37:23      (Speaker C)  Sure, sure. So that's. That's really, you know, it's. It's not the pen that I'm carrying today. You know, this was not built to a Heritage park cbd. So anything. It's. Anything extraordinary that would, you know, come. That's specific to. Not for what we do on a daily basis. </w:t>
      </w:r>
    </w:p>
    <w:p>
      <w:r>
        <w:t xml:space="preserve">37:43      (Speaker F)  Okay. Thank you. </w:t>
      </w:r>
    </w:p>
    <w:p>
      <w:r>
        <w:t xml:space="preserve">37:44      (Speaker C)  You're welcome. </w:t>
      </w:r>
    </w:p>
    <w:p>
      <w:r>
        <w:t xml:space="preserve">37:45      (Speaker B)  Thank you. </w:t>
      </w:r>
    </w:p>
    <w:p>
      <w:r>
        <w:t xml:space="preserve">37:47      (Speaker F)  And I took way too much time. Did the audience have any questions? </w:t>
      </w:r>
    </w:p>
    <w:p>
      <w:r>
        <w:t xml:space="preserve">37:51      (Speaker C)  So with that, if there's any further board comment, we'd be happy to hear that. If not, I'd be looking for a motion to open the public hearing considering the budget adoption for fiscal year 2027. And then that would allow the audience to make comment to the board. And then after audience comments are done through that public hearing, we will close it. And then we'll have Kyle go through the resolutions that we're looking to adopt. </w:t>
      </w:r>
    </w:p>
    <w:p>
      <w:r>
        <w:t xml:space="preserve">38:22      (Speaker B)  The only thing I have is next year. Instead of putting other current charges, could you write out what it actually is, what the charges actually are? If you can. </w:t>
      </w:r>
    </w:p>
    <w:p>
      <w:r>
        <w:t xml:space="preserve">38:41      (Speaker F)  In the top half, under expenditures, it </w:t>
      </w:r>
    </w:p>
    <w:p>
      <w:r>
        <w:t xml:space="preserve">38:44      (Speaker B)  went from 1500 to 3000, 614. Any idea what that would be? </w:t>
      </w:r>
    </w:p>
    <w:p>
      <w:r>
        <w:t xml:space="preserve">38:49      (Speaker C)  And I made a note here, too. And what I did not see in the agenda package were FPL invoices. I know that we had. Didn't have it then. We did have. And I think it was too much. </w:t>
      </w:r>
    </w:p>
    <w:p>
      <w:r>
        <w:t xml:space="preserve">39:02      (Speaker F)  And I said just the first page. </w:t>
      </w:r>
    </w:p>
    <w:p>
      <w:r>
        <w:t xml:space="preserve">39:04      (Speaker C)  So I owe the board a due out on some FPL invoices. I can send electronically next week sometime when the accountant is back in the office. And I will certainly take a look. Let me look in the financials real fast here for the board to see if there was a certain month that stands out on the other current charges. And that's what's great in the financials behind tab A towards the end of your package here, it gives the month by month so you can see if there is a variance or a spike of. Okay, well what happened in October or November? And it looks like in November we had a spike from the normal $300, some dollars on average a month. There was a $1200 payment that was made for other current charges. Let's see if it's located. There's one. All right, the other current charges. And that's a great question. That was the 2025 tax for 227 Hefferon Drive to the tax collection collector. So there was tax due to the tax collector on, I believe the parcel that was purchased, if this is 225227 is the parcel. So that was a tax payment made. </w:t>
      </w:r>
    </w:p>
    <w:p>
      <w:r>
        <w:t xml:space="preserve">40:43      (Speaker B)  Okay. That it? </w:t>
      </w:r>
    </w:p>
    <w:p>
      <w:r>
        <w:t xml:space="preserve">40:46      (Speaker C)  That's it. From the board, I'd be looking for a motion to open the public hearing. </w:t>
      </w:r>
    </w:p>
    <w:p>
      <w:r>
        <w:t xml:space="preserve">40:49      (Speaker B)  I'll make a motion. Thomas M. Second. </w:t>
      </w:r>
    </w:p>
    <w:p>
      <w:r>
        <w:t xml:space="preserve">40:53      (Speaker C)  I have a motion. A second. All in favor? Motion carries. Thank you. So with that, the public hearing is now open for discussion of the fiscal year 2027 budget. If there's any comments from the public to make towards the board, just please state your name and address for the record. </w:t>
      </w:r>
    </w:p>
    <w:p>
      <w:r>
        <w:t xml:space="preserve">41:13      (Speaker I)  I've got questions. This isn't for me. </w:t>
      </w:r>
    </w:p>
    <w:p>
      <w:r>
        <w:t xml:space="preserve">41:17      (Speaker B)  Name? </w:t>
      </w:r>
    </w:p>
    <w:p>
      <w:r>
        <w:t xml:space="preserve">41:18      (Speaker I)  SPAC 486 HEFFRON. We just moved in about three months ago. Never experienced CDD before. So just. So you're, you're resident panel, is that it? Okay. And then this is a management company. So how are we built on this? </w:t>
      </w:r>
    </w:p>
    <w:p>
      <w:r>
        <w:t xml:space="preserve">41:42      (Speaker C)  So that's a great question. And I'll take a step further back to what a community development district really is and kind of how we got to the point of where we are today. A lot of times a CED is comprised in the beginning years of a developer board as they're developing the infrastructure and whatnot. So tax exempt bonds were essentially issued to facilitate the construction of any improvements. A lot of times it might, might be amenity centers, stormwater systems and different infrastructure. Here the HOA owns the amenities center. So this CDD is their primary focus is really the stormwater and the ponds throughout the district. And with that there's Two parts of two parts of your CED payment. The first part is the O and M, which is the operations and maintenance, which is really what we're looking and focused on today. And that pays for keeping the district running, making sure we have district council here, that we're within statute of how we operate with chapter 190. It's a great read. If you ever have time, you can look up Florida statute 190. That's really the guidelines of how we operate. And the other portion is your debt assessment portion of a CD fee. And that is essentially, look at it as your mortgage. It's repaying the 30 year note on those bonds that were used to develop the infrastructure and pay for the infrastructure. So that's kind of the quick little breakdown. And that is collected through the tax collector's office. So that's something that we're doing today as well, is we're certifying an assessment role that will certify the assessment rule, provide it to the tax collector and then it shows up on your tax bill. So unlike the HOA we have, and we'll get to that later in the meeting as well, an easier time collecting those assessments or fees. A lot. I don't like to use the word fee. The assessments, it's usually 100% collection rate. Some people may not pay it, but then there's somebody at the back end, say in May that can pay for those tax certificates as you know, an investment essentially to where the district, the CDD is made whole at that point. I know that's kind of a lot all at once. And I can give you my business card and we can chat anytime if you like. </w:t>
      </w:r>
    </w:p>
    <w:p>
      <w:r>
        <w:t xml:space="preserve">44:20      (Speaker I)  No, I just keep it simple. I'm going to get a statement and let's do a certain time so it comes through the tax. </w:t>
      </w:r>
    </w:p>
    <w:p>
      <w:r>
        <w:t xml:space="preserve">44:30      (Speaker C)  Just, just as you pay your county taxes, your property tax, there's a non ad valorem tax portion that will say Heritage park ced. It doesn't break out on your tax bill, the OM and the debt assessment, it'll just say ced. It's all lumped together there. </w:t>
      </w:r>
    </w:p>
    <w:p>
      <w:r>
        <w:t xml:space="preserve">44:48      (Speaker I)  Okay. </w:t>
      </w:r>
    </w:p>
    <w:p>
      <w:r>
        <w:t xml:space="preserve">44:49      (Speaker C)  So if you do have a mortgage, your mortgage company will typically pay that in November. There is a 4% discount in November if it's paid early. And then it goes to 3% in December, I believe, 2% discount in January and so on. </w:t>
      </w:r>
    </w:p>
    <w:p>
      <w:r>
        <w:t xml:space="preserve">45:06      (Speaker I)  I got it. I just want to make sure I get the bill and I pay. </w:t>
      </w:r>
    </w:p>
    <w:p>
      <w:r>
        <w:t xml:space="preserve">45:10      (Speaker A)  That's right. </w:t>
      </w:r>
    </w:p>
    <w:p>
      <w:r>
        <w:t xml:space="preserve">45:10      (Speaker F)  That's right. </w:t>
      </w:r>
    </w:p>
    <w:p>
      <w:r>
        <w:t xml:space="preserve">45:14      (Speaker B)  You know how much of his bill is, what percentage is for the bonds and what is the maintenance? But you could find that out. </w:t>
      </w:r>
    </w:p>
    <w:p>
      <w:r>
        <w:t xml:space="preserve">45:23      (Speaker G)  I was just about to try. </w:t>
      </w:r>
    </w:p>
    <w:p>
      <w:r>
        <w:t xml:space="preserve">45:25      (Speaker I)  I looked it up. Yeah, I did. Yeah. I'm kind of confused though because it like it seemed like our property is paid more because I got more property, but our value is less than most homes around here. It's kind of. </w:t>
      </w:r>
    </w:p>
    <w:p>
      <w:r>
        <w:t xml:space="preserve">45:41      (Speaker B)  Yeah, I believe it goes by the front this year. </w:t>
      </w:r>
    </w:p>
    <w:p>
      <w:r>
        <w:t xml:space="preserve">45:43      (Speaker C)  That's correct. </w:t>
      </w:r>
    </w:p>
    <w:p>
      <w:r>
        <w:t xml:space="preserve">45:44      (Speaker I)  So, yeah. </w:t>
      </w:r>
    </w:p>
    <w:p>
      <w:r>
        <w:t xml:space="preserve">45:45      (Speaker C)  On the. Even though it may be incorrect on the printout, I do apologize for that. If you go to the very last page of the budget, there's a nice table here that breaks out the assessments and it shows the multifamily and there's a few columns there. And if you look at the middle column, it'll have the annual maintenance assessments, let's say right in the middle here, 63 foot lot shows for FY27, $677. And in fiscal year 26 it was $645. So that's a $32 increase. This is for the year, not a monthly. This is for the annual. And for the annual debt assessments is the next column. That's the bottom bond portion that I'm speaking of, your debt assessment. And for that 63 foot lot it is reading $667. And again, this varies by product type, but I'd say roughly, you know, Roughly, it's about 50. 50 half of your payment is going to fund everything that is in operation today with landscape maintenance, electricity, treatment of the ponds, the fountains that we're speaking of. And then the other 50% is going towards the. The debt assessment. </w:t>
      </w:r>
    </w:p>
    <w:p>
      <w:r>
        <w:t xml:space="preserve">47:14      (Speaker A)  Yeah. </w:t>
      </w:r>
    </w:p>
    <w:p>
      <w:r>
        <w:t xml:space="preserve">47:14      (Speaker F)  Once the bonds are paid off. Ten more years, if I'm still around from your list. </w:t>
      </w:r>
    </w:p>
    <w:p>
      <w:r>
        <w:t xml:space="preserve">47:20      (Speaker D)  Yeah. </w:t>
      </w:r>
    </w:p>
    <w:p>
      <w:r>
        <w:t xml:space="preserve">47:21      (Speaker C)  And it is an option. I will state that at any time you can call my office and our staff will be able to provide you a bond amount. You can pay off the bond portion at any time if you so desire. A lump sum that way. </w:t>
      </w:r>
    </w:p>
    <w:p>
      <w:r>
        <w:t xml:space="preserve">47:36      (Speaker I)  Yeah, I want a business card. </w:t>
      </w:r>
    </w:p>
    <w:p>
      <w:r>
        <w:t xml:space="preserve">47:38      (Speaker C)  Yes, I do. </w:t>
      </w:r>
    </w:p>
    <w:p>
      <w:r>
        <w:t xml:space="preserve">47:40      (Speaker B)  The only time that that might change is if the interest rates go down and we purchase more bonds to pay off the original bonds. </w:t>
      </w:r>
    </w:p>
    <w:p>
      <w:r>
        <w:t xml:space="preserve">47:47      (Speaker I)  I got you. </w:t>
      </w:r>
    </w:p>
    <w:p>
      <w:r>
        <w:t xml:space="preserve">47:48      (Speaker B)  So you'll save money in the long run. </w:t>
      </w:r>
    </w:p>
    <w:p>
      <w:r>
        <w:t xml:space="preserve">47:52      (Speaker G)  And I would say everything that's being discussed here for the. This budget is the operation and maintenance portion of it. </w:t>
      </w:r>
    </w:p>
    <w:p>
      <w:r>
        <w:t xml:space="preserve">47:58      (Speaker I)  Right. </w:t>
      </w:r>
    </w:p>
    <w:p>
      <w:r>
        <w:t xml:space="preserve">47:59      (Speaker G)  The bonds, you know those amounts. And those rates were, those were set when the bonds were issued. So those stay the same, you know. But the board does have the option of either raising or lowering assessments or keeping them the same for the operation and maintenance portion every year on a Yearly basis. </w:t>
      </w:r>
    </w:p>
    <w:p>
      <w:r>
        <w:t xml:space="preserve">48:14      (Speaker E)  Okay. </w:t>
      </w:r>
    </w:p>
    <w:p>
      <w:r>
        <w:t xml:space="preserve">48:15      (Speaker G)  So your bonds will stay the same. The board really doesn't have any control over that other than potentially refinancing at some point. O and M is a year to year budget type thing and all. </w:t>
      </w:r>
    </w:p>
    <w:p>
      <w:r>
        <w:t xml:space="preserve">48:28      (Speaker I)  All you are residents here, correct? </w:t>
      </w:r>
    </w:p>
    <w:p>
      <w:r>
        <w:t xml:space="preserve">48:30      (Speaker B)  Yes, sir. </w:t>
      </w:r>
    </w:p>
    <w:p>
      <w:r>
        <w:t xml:space="preserve">48:32      (Speaker I)  Thank you. </w:t>
      </w:r>
    </w:p>
    <w:p>
      <w:r>
        <w:t xml:space="preserve">48:32      (Speaker B)  You're welcome. Thank you. </w:t>
      </w:r>
    </w:p>
    <w:p>
      <w:r>
        <w:t xml:space="preserve">48:34      (Speaker I)  And I appreciate you joining us. </w:t>
      </w:r>
    </w:p>
    <w:p>
      <w:r>
        <w:t xml:space="preserve">48:38      (Speaker F)  We liked your questions. </w:t>
      </w:r>
    </w:p>
    <w:p>
      <w:r>
        <w:t xml:space="preserve">48:41      (Speaker C)  Yes, sir. Tom Craner, Wooded Crossing Circle. I do clarity clarification here. You were talking about reducing the lights or something. But then Joanne said don't worry, we're not charged by usage you're talking about. So now I'm totally confused. </w:t>
      </w:r>
    </w:p>
    <w:p>
      <w:r>
        <w:t xml:space="preserve">48:57      (Speaker F)  Oh, we were talking actually and I'm sorry, I probably misspoke. We were talking about reducing the time the fountains were rising. </w:t>
      </w:r>
    </w:p>
    <w:p>
      <w:r>
        <w:t xml:space="preserve">49:05      (Speaker H)  Yeah. </w:t>
      </w:r>
    </w:p>
    <w:p>
      <w:r>
        <w:t xml:space="preserve">49:05      (Speaker E)  Because we pay. </w:t>
      </w:r>
    </w:p>
    <w:p>
      <w:r>
        <w:t xml:space="preserve">49:05      (Speaker F)  Our bill is split into two sections </w:t>
      </w:r>
    </w:p>
    <w:p>
      <w:r>
        <w:t xml:space="preserve">49:08      (Speaker G)  and you won't follow up. And maybe it's something. I don't mean to jump ahead. I just see imposing special assessment that's </w:t>
      </w:r>
    </w:p>
    <w:p>
      <w:r>
        <w:t xml:space="preserve">49:17      (Speaker F)  coming up, I guess. </w:t>
      </w:r>
    </w:p>
    <w:p>
      <w:r>
        <w:t xml:space="preserve">49:18      (Speaker C)  And that's it. Yeah. And that's part of the public hearing for this as well. And really what that is, it's certifying the assessment role. So we can provide that for terminology then. Yeah, it's a long. </w:t>
      </w:r>
    </w:p>
    <w:p>
      <w:r>
        <w:t xml:space="preserve">49:32      (Speaker G)  That's how the budget is funded and that's what will be showing up on your supply. </w:t>
      </w:r>
    </w:p>
    <w:p>
      <w:r>
        <w:t xml:space="preserve">49:37      (Speaker C)  Wasn't in addition to. </w:t>
      </w:r>
    </w:p>
    <w:p>
      <w:r>
        <w:t xml:space="preserve">49:38      (Speaker G)  No, no, no. That's just. </w:t>
      </w:r>
    </w:p>
    <w:p>
      <w:r>
        <w:t xml:space="preserve">49:41      (Speaker H)  Okay. </w:t>
      </w:r>
    </w:p>
    <w:p>
      <w:r>
        <w:t xml:space="preserve">49:41      (Speaker G)  It's in conjunction with the budget. That's how the budget's funded. Thank you. </w:t>
      </w:r>
    </w:p>
    <w:p>
      <w:r>
        <w:t xml:space="preserve">49:47      (Speaker C)  Any further comment? We appreciate seeing you all today with that for the board. If I can have a motion to close the public hearing. </w:t>
      </w:r>
    </w:p>
    <w:p>
      <w:r>
        <w:t xml:space="preserve">49:56      (Speaker G)  Motion to purge it. </w:t>
      </w:r>
    </w:p>
    <w:p>
      <w:r>
        <w:t xml:space="preserve">49:58      (Speaker C)  Second it all in favor. And with that we do have two resolutions to consider today. First is resolution 202605 relating to the annual appropriations and adopting the budget for fiscal year 27. </w:t>
      </w:r>
    </w:p>
    <w:p>
      <w:r>
        <w:t xml:space="preserve">50:18      (Speaker G)  So this is the same resolution we see every year. But I'll just go through it briefly just for the benefit of the record and the residents and attendants. The first portion with the whereases. Those are what the district has done up until to get to this point for the budget process. That includes 60 days prior to the adoption of this budget, adopting a proposed budget, having it out there for public review for 60 days, posting it to the website, sending out the appropriate notices and noticing this public hearing today as required by statute. Section one just states that the budget has been attached as exhibit A. The adopted budget is going to be maintained by the district manager at the local records office and will be posted on the district's website for two years. Section two just states that the revenues in exhibit A, the budget will be raised by the levy of assessments and appropriated out to the district for the fiscal year 2027. And section three goes over the potential for budget amendments during the year should there be a need for them. So again, this is same resolution we see every year. </w:t>
      </w:r>
    </w:p>
    <w:p>
      <w:r>
        <w:t xml:space="preserve">51:36      (Speaker F)  I move to accept. </w:t>
      </w:r>
    </w:p>
    <w:p>
      <w:r>
        <w:t xml:space="preserve">51:37      (Speaker D)  I second that. </w:t>
      </w:r>
    </w:p>
    <w:p>
      <w:r>
        <w:t xml:space="preserve">51:39      (Speaker C)  All in favor? </w:t>
      </w:r>
    </w:p>
    <w:p>
      <w:r>
        <w:t xml:space="preserve">51:40      (Speaker A)  Aye. Mr. </w:t>
      </w:r>
    </w:p>
    <w:p>
      <w:r>
        <w:t xml:space="preserve">51:43      (Speaker C)  Carries. Thank you. </w:t>
      </w:r>
    </w:p>
    <w:p>
      <w:r>
        <w:t xml:space="preserve">51:46      (Speaker G)  And then. Excuse me. Resolution 2026. 06 is your assessment resolution. Again, this is the same resolution that we see every year. This is what is going to levy the assessments to fund the budget that was just adopted. Section one states that what I just said, that the board will be levying the assessments to fund the budget. Section two is the benefits finding stating that the provision of services, facilities and operations described exhibit A confers special and peculiar benefit to the lands within the districts, and that benefit exceeds or equals the cost of the assessments. Section 2B is just the imposition of those O and M assessments. And section C is the maximum rate. Section 3 is in regards to your debt service special assessments. That's what we're obviously talking about with the. The bonds. It's levying the fiscal year 2027 installment for your bonds. And section four is the collection enforcement mechanisms. As we've been talking about, these will go on the tax roll and will be collected through the county tax collector. But should the board decide to go through a different collection method in the future, you know, you are able to. Obviously, we would not recommend that because the county tax collection is just the. It's the best benefit for the district. It's the easiest for management, and it ensures that you're, you know, fully, fully collected rather than, you know, directly collecting from every single homeowner. </w:t>
      </w:r>
    </w:p>
    <w:p>
      <w:r>
        <w:t xml:space="preserve">53:26      (Speaker F)  I agree. </w:t>
      </w:r>
    </w:p>
    <w:p>
      <w:r>
        <w:t xml:space="preserve">53:27      (Speaker G)  Yeah. Section five is setting out the assessment role, which is included as in exhibit B. And Section 6 is, is just the approval of all prior actions. You know, all the steps the district took this year just to get to this point. So unless there are any questions regarding the assessment role or, you know, the budget that you just adopted, we just look for a motion to adopt Resolution 2026. 06. </w:t>
      </w:r>
    </w:p>
    <w:p>
      <w:r>
        <w:t xml:space="preserve">53:56      (Speaker C)  I'll make a motion to append. </w:t>
      </w:r>
    </w:p>
    <w:p>
      <w:r>
        <w:t xml:space="preserve">53:58      (Speaker B)  I'll second. </w:t>
      </w:r>
    </w:p>
    <w:p>
      <w:r>
        <w:t xml:space="preserve">53:59      (Speaker C)  All in favor? </w:t>
      </w:r>
    </w:p>
    <w:p>
      <w:r>
        <w:t xml:space="preserve">54:01      (Speaker B)  Aye. </w:t>
      </w:r>
    </w:p>
    <w:p>
      <w:r>
        <w:t xml:space="preserve">54:03      (Speaker C)  Kyle, thank you. </w:t>
      </w:r>
    </w:p>
    <w:p>
      <w:r>
        <w:t xml:space="preserve">54:04      (Speaker A)  Absolutely. </w:t>
      </w:r>
    </w:p>
    <w:p>
      <w:r>
        <w:t xml:space="preserve">54:06      (Speaker C)  And with that, moving on begins our second public hearing as we get to it. And Kyle, if you wouldn't mind giving an overview to the board on. </w:t>
      </w:r>
    </w:p>
    <w:p>
      <w:r>
        <w:t xml:space="preserve">54:16      (Speaker A)  Sure. </w:t>
      </w:r>
    </w:p>
    <w:p>
      <w:r>
        <w:t xml:space="preserve">54:16      (Speaker G)  This is just. These are an updated version of your current rules procedures. You know, every year after the legislative session, our office goes through, looks at what's changed, and we like to do an Update of the rules procedure every year or so, you know, two, three years when we feel that there's enough changes there that it's necessary. This year we felt that there was a need to update your rules procedure just to, you know, stay in line with the current statutory requirements. There were some changes to the notice period for adopting rules. We used to be able to do that in a 29 day period. Now it's been bumped out to about a 35 day period at a minimum. So that's going to be the biggest change from your current rules is just updating your process and them for adopting a rule. The other large change is just making clear that board members present at a meeting. Unless there's a conflict of interest that's been identified, you do need to take a vote on every, you know, every matter. You can't just recuse yourself unless there's a conflict. So again, these are just keeping your current rules of procedure and just an update based on the current statute and to keep them into compliance with Florida statute. So unless there are any questions, we'd be looking for a motion to adopt </w:t>
      </w:r>
    </w:p>
    <w:p>
      <w:r>
        <w:t xml:space="preserve">55:46      (Speaker C)  Resolution 202607 or we open the public, of course. So if there's no questions by the board, we'll look for a motion to open the public hearing. </w:t>
      </w:r>
    </w:p>
    <w:p>
      <w:r>
        <w:t xml:space="preserve">55:55      (Speaker A)  I'll make a motion. </w:t>
      </w:r>
    </w:p>
    <w:p>
      <w:r>
        <w:t xml:space="preserve">55:56      (Speaker F)  Thomas, could you just tell me what page the changes is on just so I can highlight it? </w:t>
      </w:r>
    </w:p>
    <w:p>
      <w:r>
        <w:t xml:space="preserve">56:01      (Speaker G)  Yeah, it's going to be throughout section Rule 2.0. So starting the Rule 16, that section has been updated. And then. And let me do a quick search. </w:t>
      </w:r>
    </w:p>
    <w:p>
      <w:r>
        <w:t xml:space="preserve">56:15      (Speaker F)  Thank you for I believe. </w:t>
      </w:r>
    </w:p>
    <w:p>
      <w:r>
        <w:t xml:space="preserve">56:17      (Speaker G)  And then Rule 1.1 starting on page three, the officers and voting there is the addition there. Just making it clear that you know, board members must vote if they're at a meeting. But let me find that specific page </w:t>
      </w:r>
    </w:p>
    <w:p>
      <w:r>
        <w:t xml:space="preserve">56:35      (Speaker C)  for you and Kyle, there may be. Did I potentially see a red line there? There is. I don't to this district. </w:t>
      </w:r>
    </w:p>
    <w:p>
      <w:r>
        <w:t xml:space="preserve">56:45      (Speaker B)  Yeah. </w:t>
      </w:r>
    </w:p>
    <w:p>
      <w:r>
        <w:t xml:space="preserve">56:45      (Speaker G)  Well, I can certainly run a red line and you know, distribute it to the board if you. If you'd like to see, you know, exactly what. What has changed. But you know, again it's </w:t>
      </w:r>
    </w:p>
    <w:p>
      <w:r>
        <w:t xml:space="preserve">56:57      (Speaker B)  fine. </w:t>
      </w:r>
    </w:p>
    <w:p>
      <w:r>
        <w:t xml:space="preserve">56:58      (Speaker F)  It was most. These were pretty minor changes. I just like. </w:t>
      </w:r>
    </w:p>
    <w:p>
      <w:r>
        <w:t xml:space="preserve">57:01      (Speaker A)  Yeah. </w:t>
      </w:r>
    </w:p>
    <w:p>
      <w:r>
        <w:t xml:space="preserve">57:02      (Speaker C)  Other. </w:t>
      </w:r>
    </w:p>
    <w:p>
      <w:r>
        <w:t xml:space="preserve">57:02      (Speaker G)  Other than, you know, updating the rule making proceedings. </w:t>
      </w:r>
    </w:p>
    <w:p>
      <w:r>
        <w:t xml:space="preserve">57:06      (Speaker C)  And the important part here is that this does not change or impact the day to day operations of the board. It's primarily. It might be something in the back office or behind the scenes of how we may need to again notice something. </w:t>
      </w:r>
    </w:p>
    <w:p>
      <w:r>
        <w:t xml:space="preserve">57:22      (Speaker G)  Correct. And that. That addition regarding having to take a vote. That's Nothing that's new that's been in statute, but we. It's been an issue that we've been seen on other boards. So we wanted to make it clear as long as you were, you know, updating the rules of procedure, might as well throw it in there to make it clear for everybody. </w:t>
      </w:r>
    </w:p>
    <w:p>
      <w:r>
        <w:t xml:space="preserve">57:41      (Speaker C)  So with that, I have a motion to open the public hearing by the chair. Do I have a second? </w:t>
      </w:r>
    </w:p>
    <w:p>
      <w:r>
        <w:t xml:space="preserve">57:46      (Speaker F)  Second. </w:t>
      </w:r>
    </w:p>
    <w:p>
      <w:r>
        <w:t xml:space="preserve">57:47      (Speaker C)  All in favor? </w:t>
      </w:r>
    </w:p>
    <w:p>
      <w:r>
        <w:t xml:space="preserve">57:48      (Speaker B)  Aye. </w:t>
      </w:r>
    </w:p>
    <w:p>
      <w:r>
        <w:t xml:space="preserve">57:51      (Speaker C)  And for the audience members, the public hearing is now open for the board to hear any comments you may have on the revised rules procedure </w:t>
      </w:r>
    </w:p>
    <w:p>
      <w:r>
        <w:t xml:space="preserve">57:59      (Speaker B)  hearing. </w:t>
      </w:r>
    </w:p>
    <w:p>
      <w:r>
        <w:t xml:space="preserve">58:00      (Speaker A)  None. </w:t>
      </w:r>
    </w:p>
    <w:p>
      <w:r>
        <w:t xml:space="preserve">58:00      (Speaker C)  Do I have a motion to close the public hearing? </w:t>
      </w:r>
    </w:p>
    <w:p>
      <w:r>
        <w:t xml:space="preserve">58:02      (Speaker F)  I move to close. </w:t>
      </w:r>
    </w:p>
    <w:p>
      <w:r>
        <w:t xml:space="preserve">58:04      (Speaker D)  Second. </w:t>
      </w:r>
    </w:p>
    <w:p>
      <w:r>
        <w:t xml:space="preserve">58:05      (Speaker C)  All in favor? </w:t>
      </w:r>
    </w:p>
    <w:p>
      <w:r>
        <w:t xml:space="preserve">58:06      (Speaker A)  Aye. </w:t>
      </w:r>
    </w:p>
    <w:p>
      <w:r>
        <w:t xml:space="preserve">58:09      (Speaker C)  Motion carries. Thank you. And with that, there's no further question or comment by the board. We would be looking for a motion to adopt a resolution 2026 07, adopting the amended and restated rules of procedure. </w:t>
      </w:r>
    </w:p>
    <w:p>
      <w:r>
        <w:t xml:space="preserve">58:28      (Speaker F)  I second. </w:t>
      </w:r>
    </w:p>
    <w:p>
      <w:r>
        <w:t xml:space="preserve">58:29      (Speaker C)  All in favor? </w:t>
      </w:r>
    </w:p>
    <w:p>
      <w:r>
        <w:t xml:space="preserve">58:30      (Speaker B)  I. </w:t>
      </w:r>
    </w:p>
    <w:p>
      <w:r>
        <w:t xml:space="preserve">58:31      (Speaker C)  Very good. </w:t>
      </w:r>
    </w:p>
    <w:p>
      <w:r>
        <w:t xml:space="preserve">58:32      (Speaker D)  Well done. </w:t>
      </w:r>
    </w:p>
    <w:p>
      <w:r>
        <w:t xml:space="preserve">58:33      (Speaker C)  That's a lot of motions and a lot of hearings and everything. </w:t>
      </w:r>
    </w:p>
    <w:p>
      <w:r>
        <w:t xml:space="preserve">58:37      (Speaker G)  And I. I believe this is as. As part of the changes, the district does need to designate rule numbers for any rules going forward. I think this is the first one that we have. So I imagine this would be 2026 01, just officially. Thank you. Very good. </w:t>
      </w:r>
    </w:p>
    <w:p>
      <w:r>
        <w:t xml:space="preserve">58:59      (Speaker C)  Thank you. And moving on to staff reports versus Kyle. </w:t>
      </w:r>
    </w:p>
    <w:p>
      <w:r>
        <w:t xml:space="preserve">59:05      (Speaker G)  Yeah. So, you know, at the last meeting, it was requested that I kind of look into the animal control public use, since I really don't have a ton to report on that. There was a St. John's county ordinance in your animal control from 2012 that did include, you know, feeding of wildlife to the point that they become a nuisance in an inhabited area. That was later. The ordinance was later updated in 2017 and that portion was dropped out of it. That language was dropped out. So it may be floating around there somewhere else, but it's not really a district issue. And I really didn't want to spend a ton of time and a ton of the boards, you know, money, you know, doing a deep dive research. I. I do still think, you know, it would be considered a nuisance. I think it's something that animal control should, you know. </w:t>
      </w:r>
    </w:p>
    <w:p>
      <w:r>
        <w:t xml:space="preserve">01:00:00   (Speaker B)  Yeah. </w:t>
      </w:r>
    </w:p>
    <w:p>
      <w:r>
        <w:t xml:space="preserve">01:00:00   (Speaker G)  Take care of. I think it's in their wheelhouse, but it really is not a. Unfortunately, it's not really a lot the board can do on that. Beyond that, just kind of a legislative update. What we've been telling our boards is the real legis, you know, legislation that made it through the governor's office that really affects districts is the sovereign immunity or the sovereign immunity Limits for governmental entities that did not make it through the governor's office. So those caps will not be raised. Really. It doesn't have a whole lot for the day to day for the board. What it means is the insurance rate for the district. We probably won't be looking at a hike because the exposure is staying the same. So had it gone through, it could have potentially been raised. It may be raised for other factors, but this won't be one of them. </w:t>
      </w:r>
    </w:p>
    <w:p>
      <w:r>
        <w:t xml:space="preserve">01:00:55   (Speaker B)  Great, thank you. </w:t>
      </w:r>
    </w:p>
    <w:p>
      <w:r>
        <w:t xml:space="preserve">01:00:57   (Speaker G)  Happy, happy to answer any questions if there are any. </w:t>
      </w:r>
    </w:p>
    <w:p>
      <w:r>
        <w:t xml:space="preserve">01:00:59   (Speaker A)  But. </w:t>
      </w:r>
    </w:p>
    <w:p>
      <w:r>
        <w:t xml:space="preserve">01:01:04   (Speaker C)  All right, here you go. </w:t>
      </w:r>
    </w:p>
    <w:p>
      <w:r>
        <w:t xml:space="preserve">01:01:04   (Speaker D)  Thank you. </w:t>
      </w:r>
    </w:p>
    <w:p>
      <w:r>
        <w:t xml:space="preserve">01:01:05   (Speaker A)  Kyle, great job. </w:t>
      </w:r>
    </w:p>
    <w:p>
      <w:r>
        <w:t xml:space="preserve">01:01:06   (Speaker F)  Thank you. There was so much to watch this year. Wasn't there other things? </w:t>
      </w:r>
    </w:p>
    <w:p>
      <w:r>
        <w:t xml:space="preserve">01:01:11   (Speaker C)  Oh, yeah. </w:t>
      </w:r>
    </w:p>
    <w:p>
      <w:r>
        <w:t xml:space="preserve">01:01:12   (Speaker G)  And we do have our offices putting together a wrap up. As you know, everything makes its way through the governor's office. We see what actually gets signed, what is actually going into effect. We'll be putting that together and I think in the next meeting it'll either be sent out if you're on the mailing list for it, or I can bring it to the next meeting if that's something or like to be put on the agenda. </w:t>
      </w:r>
    </w:p>
    <w:p>
      <w:r>
        <w:t xml:space="preserve">01:01:41   (Speaker B)  Great. </w:t>
      </w:r>
    </w:p>
    <w:p>
      <w:r>
        <w:t xml:space="preserve">01:01:41   (Speaker C)  And next is engineer Ryan. Yeah. </w:t>
      </w:r>
    </w:p>
    <w:p>
      <w:r>
        <w:t xml:space="preserve">01:01:47   (Speaker G)  Just one update for the board. We did perform for our last meeting the site visit to the stormwater ponds and had a vendor with us to look at future opportunities and understanding the cost implications of different erosion control options. Despite our numerous follow up and numerous conversations with them, they have not given us the kind of per linear foot cost per option. We followed up again this week. But as soon as we do get that, we'll forward that on to district management so they can disseminate that to the board. We'll continue to push that so that you guys can think through that for future budget needs. </w:t>
      </w:r>
    </w:p>
    <w:p>
      <w:r>
        <w:t xml:space="preserve">01:02:27   (Speaker B)  Thank you, Ryan. </w:t>
      </w:r>
    </w:p>
    <w:p>
      <w:r>
        <w:t xml:space="preserve">01:02:28   (Speaker F)  Thank you. </w:t>
      </w:r>
    </w:p>
    <w:p>
      <w:r>
        <w:t xml:space="preserve">01:02:30   (Speaker C)  Great update, Ryan. Thank you. Does the board have anything for Ryan? All right, and then moving on to. Thanks again, Ryan. Moving on to the manager. </w:t>
      </w:r>
    </w:p>
    <w:p>
      <w:r>
        <w:t xml:space="preserve">01:02:41   (Speaker G)  Sure, I'll drop off. </w:t>
      </w:r>
    </w:p>
    <w:p>
      <w:r>
        <w:t xml:space="preserve">01:02:42   (Speaker C)  Great. Take care. I just want to make a quick note. </w:t>
      </w:r>
    </w:p>
    <w:p>
      <w:r>
        <w:t xml:space="preserve">01:02:49   (Speaker E)  You're the only person in this meeting. </w:t>
      </w:r>
    </w:p>
    <w:p>
      <w:r>
        <w:t xml:space="preserve">01:02:51   (Speaker F)  Please stay on the line </w:t>
      </w:r>
    </w:p>
    <w:p>
      <w:r>
        <w:t xml:space="preserve">01:02:54   (Speaker C)  that Kyle has just brought up about the sovereign immunity. We had met, our north Florida office, had met with our insurance provider and adjuster yesterday. Actually they came to our office. They typically do an annual visit and this is beyond their visits to different sites throughout the year. But that was a big discussion point that really at the beginning of this year as our insurance provider is providing premium thoughts or quotes before it's set in stone. That was the big what if in the air. So I think that was Fortunate that that did not increase. And again, it can increase for other reasons, but for that matter, that's been resolved. So that's just nice to touch on that. The first item in your agenda package behind tab one here, C1, is the discussion of the fiscal year 2027 meeting schedule. I will note that there are some adjustments beyond the fourth Thursday of each month. One being as we typically probably do see the November meeting, that is moved to the third Thursday and then in July as well, that is moved to the fifth Thursday versus the fourth Thursday. As we mentioned, our budget approval. And then budget adoption can be no sooner than 60 days. So this pushes us beyond that 60 day mark. So if there's no concern from the board on these dates, I'd be looking for a motion to. To approve the 2027 meeting schedule. </w:t>
      </w:r>
    </w:p>
    <w:p>
      <w:r>
        <w:t xml:space="preserve">01:04:34   (Speaker B)  I'll make a motion to approve. </w:t>
      </w:r>
    </w:p>
    <w:p>
      <w:r>
        <w:t xml:space="preserve">01:04:38   (Speaker C)  All in favor. </w:t>
      </w:r>
    </w:p>
    <w:p>
      <w:r>
        <w:t xml:space="preserve">01:04:40   (Speaker F)  I see November is not on here for 2027. We'll do that later. </w:t>
      </w:r>
    </w:p>
    <w:p>
      <w:r>
        <w:t xml:space="preserve">01:04:46   (Speaker C)  Yeah. So November will be. That's in fiscal year 2028. So this is the fiscal year that runs October through September. That's why we see this first. November 2026. Kind of throws you off, does it? </w:t>
      </w:r>
    </w:p>
    <w:p>
      <w:r>
        <w:t xml:space="preserve">01:05:02   (Speaker F)  Thank you. </w:t>
      </w:r>
    </w:p>
    <w:p>
      <w:r>
        <w:t xml:space="preserve">01:05:03   (Speaker C)  You're welcome. And item two, underneath the district manager report is the discussion of the fiscal year 2027 goals and objectives. And this is something that was established during the. I think it's the 2024 legislative session that the board must come up with some goals and objectives for the year. And there's really no strict guidelines or requirements based on that. Probably at our next meeting. We set these goals last year as well. We'll go through and you know, we just make note and post it that we have achieved those goals. So we do want to make these goals and objectives achievable. And as you see as we go through the list here, goal one is underneath community communication and engagement. We are saying that we're going to hold at least four regular board of Supervisors meetings. And I don't see any reason why we can't meet that. And then the notice of the meetings. Again, we provide public notice of meetings in accordance with the Florida Statutes. </w:t>
      </w:r>
    </w:p>
    <w:p>
      <w:r>
        <w:t xml:space="preserve">01:06:13   (Speaker D)  And that. </w:t>
      </w:r>
    </w:p>
    <w:p>
      <w:r>
        <w:t xml:space="preserve">01:06:14   (Speaker C)  That did not go anywhere in the session, did it? That there was talk that we could maybe go away from advertising in the newspaper or print publication to website only or whatnot. But in the time being, we'll continue to do both methods. Number two is financial transparency and accountability. Speaking about what we just went through right now, that we approve the annual proposed budget by June 15th of every year and we adopt by September 30th. Again, we have no problem achieving that. And then the financial reports, we do include in the agenda packages and financials, we do post those to the website. So again, no issue there. And then the last goal 2.3, is the annual financial audit. This is a great goal to. To have. It's a statutory requirement that we have an independent auditor audit our finances every year. So again, I feel that all these goals are achievable for this district. If there's any questions, I'd be happy to look into it. But I think this is a good standard course of measure moving forward, I </w:t>
      </w:r>
    </w:p>
    <w:p>
      <w:r>
        <w:t xml:space="preserve">01:07:26   (Speaker F)  move to accept and adopt a second. </w:t>
      </w:r>
    </w:p>
    <w:p>
      <w:r>
        <w:t xml:space="preserve">01:07:31   (Speaker E)  Second. </w:t>
      </w:r>
    </w:p>
    <w:p>
      <w:r>
        <w:t xml:space="preserve">01:07:32   (Speaker C)  All in favor? Thank you. And that's all I have for today. Unless the board has anything. I'd be happy to look into. </w:t>
      </w:r>
    </w:p>
    <w:p>
      <w:r>
        <w:t xml:space="preserve">01:07:39   (Speaker F)  I just had one question. Form ones were all due by July 1st. Was everybody able to get theirs done? </w:t>
      </w:r>
    </w:p>
    <w:p>
      <w:r>
        <w:t xml:space="preserve">01:07:45   (Speaker C)  That's correct. I do believe, looking at that I was monitoring the commission on Ethics website the last week of the last two weeks of June just to ensure. So, yes, we are all set on that. That's a good reminder. It's not too far away. But it is far enough away. You don't have to be concerned about it going on today. We are required every year to complete the four hours of the ethics training. And as we get a little bit closer, I'll provide those links of the free courses and videos that you can watch. And there's been no breaking news coming out of Tallahassee that there's. I don't think any other free courses available. </w:t>
      </w:r>
    </w:p>
    <w:p>
      <w:r>
        <w:t xml:space="preserve">01:08:27   (Speaker G)  The district council and the deputy director for the Commission on Ethics is a friend of mine, though, and I had dinner with him a couple about a month or so ago, and he did say that they were maybe gonna update the videos is at some point. But I let him know that, you know, our four board members are, you know, if you could make any updates to those videos, that would be fantastic. </w:t>
      </w:r>
    </w:p>
    <w:p>
      <w:r>
        <w:t xml:space="preserve">01:08:53   (Speaker B)  It won't be the same when we watch list. </w:t>
      </w:r>
    </w:p>
    <w:p>
      <w:r>
        <w:t xml:space="preserve">01:08:55   (Speaker G)  Yeah. Yeah. So it. I, I don't know, you know, what their schedule is on that and, you know, I, you know, it. It may not happen, but he said they're potentially planning on doing something and </w:t>
      </w:r>
    </w:p>
    <w:p>
      <w:r>
        <w:t xml:space="preserve">01:09:05   (Speaker B)  that has to be done by December 31st. </w:t>
      </w:r>
    </w:p>
    <w:p>
      <w:r>
        <w:t xml:space="preserve">01:09:09   (Speaker F)  Yeah. </w:t>
      </w:r>
    </w:p>
    <w:p>
      <w:r>
        <w:t xml:space="preserve">01:09:10   (Speaker C)  So we have time for that. Thank you, Kyle. </w:t>
      </w:r>
    </w:p>
    <w:p>
      <w:r>
        <w:t xml:space="preserve">01:09:12   (Speaker G)  You know. </w:t>
      </w:r>
    </w:p>
    <w:p>
      <w:r>
        <w:t xml:space="preserve">01:09:13   (Speaker C)  And next is operations manager Jeff. </w:t>
      </w:r>
    </w:p>
    <w:p>
      <w:r>
        <w:t xml:space="preserve">01:09:16   (Speaker A)  All right. I do not have anything further to add. </w:t>
      </w:r>
    </w:p>
    <w:p>
      <w:r>
        <w:t xml:space="preserve">01:09:19   (Speaker F)  You've been busy, </w:t>
      </w:r>
    </w:p>
    <w:p>
      <w:r>
        <w:t xml:space="preserve">01:09:22   (Speaker A)  but that's okay. That's what I'm here for. I'll be more than happy to take any More questions y' all may have </w:t>
      </w:r>
    </w:p>
    <w:p>
      <w:r>
        <w:t xml:space="preserve">01:09:29   (Speaker F)  just you noted about. We should put that on the record about the pond 100. </w:t>
      </w:r>
    </w:p>
    <w:p>
      <w:r>
        <w:t xml:space="preserve">01:09:35   (Speaker A)  Yes. I'm going to be leaving here to check that out as well as wash out of 100. </w:t>
      </w:r>
    </w:p>
    <w:p>
      <w:r>
        <w:t xml:space="preserve">01:09:40   (Speaker F)  How are the plants doing on the two ponds that we've got them now? </w:t>
      </w:r>
    </w:p>
    <w:p>
      <w:r>
        <w:t xml:space="preserve">01:09:44   (Speaker C)  They're doing. </w:t>
      </w:r>
    </w:p>
    <w:p>
      <w:r>
        <w:t xml:space="preserve">01:09:44   (Speaker A)  They're. They're continuing just as normal. I haven't seen any. </w:t>
      </w:r>
    </w:p>
    <w:p>
      <w:r>
        <w:t xml:space="preserve">01:09:47   (Speaker I)  Okay. </w:t>
      </w:r>
    </w:p>
    <w:p>
      <w:r>
        <w:t xml:space="preserve">01:09:48   (Speaker A)  Any issues with them. </w:t>
      </w:r>
    </w:p>
    <w:p>
      <w:r>
        <w:t xml:space="preserve">01:09:49   (Speaker F)  I haven't been able to walk over to to see any of them and I just want to make sure they were still viable and everything's looking good. Everything viable and it's P100 1800 or 1600. </w:t>
      </w:r>
    </w:p>
    <w:p>
      <w:r>
        <w:t xml:space="preserve">01:10:03   (Speaker A)  100, yes. </w:t>
      </w:r>
    </w:p>
    <w:p>
      <w:r>
        <w:t xml:space="preserve">01:10:08   (Speaker F)  And the pressure washing, any problem with that? </w:t>
      </w:r>
    </w:p>
    <w:p>
      <w:r>
        <w:t xml:space="preserve">01:10:10   (Speaker A)  No ma'. Am. All of it done. They also went ahead and did the bridge for you. Oh thank you. As part of the service. That was nice and took care of that. </w:t>
      </w:r>
    </w:p>
    <w:p>
      <w:r>
        <w:t xml:space="preserve">01:10:21   (Speaker F)  Anything new on the pond erosions? Anything new popping up that you're seeing? </w:t>
      </w:r>
    </w:p>
    <w:p>
      <w:r>
        <w:t xml:space="preserve">01:10:25   (Speaker A)  I. I'm actually been. The report I got from Yellowstone states that they are seeing increased grass lines around the outer edge of the pond banks. So they're very happy with the response they're seeing. So I think we're getting a good response going forward. I don't know how long we should consider this protocol but you know eventually I think we're going to need to get back to a normal mowing scheduled along with the pond banks. I think by springtime I would say next year I think we might revisit the idea of what we've got going </w:t>
      </w:r>
    </w:p>
    <w:p>
      <w:r>
        <w:t xml:space="preserve">01:11:07   (Speaker F)  on if the grass is stronger. That's something I wanted to bring up. Now the grass does look like it's starting to come down and hold the bank going back to the one length versus the two. So we don't have the increase in the mowing because it's already looking substantially better. But maybe we should wait until after hurricane season. </w:t>
      </w:r>
    </w:p>
    <w:p>
      <w:r>
        <w:t xml:space="preserve">01:11:34   (Speaker A)  I would if I'm being honest. I mean it's up to you but I, I would wait spring. Yeah, I'd let it go through winter. Let's just keep it going. That'll keep everything solid and it's Israel looking good. So I and then pick it up in spring and we address it there. </w:t>
      </w:r>
    </w:p>
    <w:p>
      <w:r>
        <w:t xml:space="preserve">01:11:50   (Speaker F)  I did have a question however. When we had the people that do the spraying stop spraying the bank itself they also stopped spraying the water and so we had the 6 foot and 8 foot tall weeds that were coming up that were actually not on the bank at all. They were in where the water normally is. What was going on there? </w:t>
      </w:r>
    </w:p>
    <w:p>
      <w:r>
        <w:t xml:space="preserve">01:12:16   (Speaker A)  I spoke with future horizons in great depth. About all of that. You have exposed sand that is germinated through the natural course of germination. </w:t>
      </w:r>
    </w:p>
    <w:p>
      <w:r>
        <w:t xml:space="preserve">01:12:29   (Speaker F)  Absolutely. </w:t>
      </w:r>
    </w:p>
    <w:p>
      <w:r>
        <w:t xml:space="preserve">01:12:30   (Speaker A)  And causing that weed to grow. The problem with eradicating weeds in that area is that his establishing root base underneath. And if you kill the root base it could cause some washouts. So if you start spraying and killing the grasses that are in the pond that are in the pond when the pond fills up, then the rooting system that's underneath will get destroyed. Could deteriorate and cause voids. </w:t>
      </w:r>
    </w:p>
    <w:p>
      <w:r>
        <w:t xml:space="preserve">01:13:00   (Speaker F)  The giant six foot weeds were not grasses. Those now decomposing in the water. That's okay though. </w:t>
      </w:r>
    </w:p>
    <w:p>
      <w:r>
        <w:t xml:space="preserve">01:13:09   (Speaker A)  Yes, ma'. </w:t>
      </w:r>
    </w:p>
    <w:p>
      <w:r>
        <w:t xml:space="preserve">01:13:10   (Speaker H)  Am. </w:t>
      </w:r>
    </w:p>
    <w:p>
      <w:r>
        <w:t xml:space="preserve">01:13:10   (Speaker A)  That'll be natural. </w:t>
      </w:r>
    </w:p>
    <w:p>
      <w:r>
        <w:t xml:space="preserve">01:13:11   (Speaker F)  They charge us approximately $2,000 a month for treating the ponds, correct? </w:t>
      </w:r>
    </w:p>
    <w:p>
      <w:r>
        <w:t xml:space="preserve">01:13:17   (Speaker A)  Yes, ma'. </w:t>
      </w:r>
    </w:p>
    <w:p>
      <w:r>
        <w:t xml:space="preserve">01:13:18   (Speaker F)  Am. And that also included the banks. And they cut that back a little bit because there was no long. So what are they. And we have no algae. Our ponds look fabulous. Again, I think I brought it up. It just didn't seem like the price offset was the same as how much they had cut back on their services. I wanted your opinion, not theirs. </w:t>
      </w:r>
    </w:p>
    <w:p>
      <w:r>
        <w:t xml:space="preserve">01:13:42   (Speaker A)  I will tell you that the maintenance is key. You start cutting away services to the point where you're trying to to save money here and you're going to end up costing yourself down the road and going another direction. So consistency is key. Let's keep everything as it is. Keep things going the way they're going. I think that the price drop that they gave was definitely a nice bonus to help in that scenario. But if you start to keep trying to cut back on the treatment process in the long run, you're going to end up up causing. </w:t>
      </w:r>
    </w:p>
    <w:p>
      <w:r>
        <w:t xml:space="preserve">01:14:22   (Speaker F)  Well, actually I wasn't talking about cutting back. I was talking about the percentage that they did cut back was nice, but that was. I don't know the percentage. I don't. I'm going to 10% they cut back. So you're saying 90% of their cost is treating the water itself and only 10% approximately was treating the bank and doing weak. </w:t>
      </w:r>
    </w:p>
    <w:p>
      <w:r>
        <w:t xml:space="preserve">01:14:47   (Speaker A)  I would say that all of that is encompassed in the entire service. It's hard to break that apart because I don't do the service. But it would be as part of the service is where I don't see that. </w:t>
      </w:r>
    </w:p>
    <w:p>
      <w:r>
        <w:t xml:space="preserve">01:15:00   (Speaker F)  Well, I think our ponds look a lot better than a lot of people, but I think most of it has to do with the fountains. I think they make a huge difference in the amount of algae, but so does the algae treatment. I think we've been lucky with as low as we got and the amount of fertilizer runoff that we have, that we've been very lucky. Okay. </w:t>
      </w:r>
    </w:p>
    <w:p>
      <w:r>
        <w:t xml:space="preserve">01:15:17   (Speaker A)  I do think that the reason that your banks are looking the way they are is because we have taken the steps to, for this erosion to help for the bank to stabilize. </w:t>
      </w:r>
    </w:p>
    <w:p>
      <w:r>
        <w:t xml:space="preserve">01:15:32   (Speaker F)  Oh, absolutely. </w:t>
      </w:r>
    </w:p>
    <w:p>
      <w:r>
        <w:t xml:space="preserve">01:15:33   (Speaker A)  So now that you're stay beginning to get stable, you're starting to see that, you know, you don't have the runoff being run into the pond because the grass is so thick and high. Right, right along that pond bank edge. It's not allowing it. </w:t>
      </w:r>
    </w:p>
    <w:p>
      <w:r>
        <w:t xml:space="preserve">01:15:48   (Speaker D)  Yeah. </w:t>
      </w:r>
    </w:p>
    <w:p>
      <w:r>
        <w:t xml:space="preserve">01:15:49   (Speaker F)  But three years ago when I asked about cutting back on what they were spraying because I thought it was too much, everybody said, oh no, we have to maintain, we have to maintain. We got to keep that grass down. And it really caused a problem and it did. </w:t>
      </w:r>
    </w:p>
    <w:p>
      <w:r>
        <w:t xml:space="preserve">01:16:02   (Speaker A)  Your, you cut your nose off spite your face. We're trying to, we're trying to eliminate one problem too and we end up creating another. </w:t>
      </w:r>
    </w:p>
    <w:p>
      <w:r>
        <w:t xml:space="preserve">01:16:09   (Speaker I)  Right. </w:t>
      </w:r>
    </w:p>
    <w:p>
      <w:r>
        <w:t xml:space="preserve">01:16:10   (Speaker A)  So it does, it does have that, that effect. But I do believe we're doing very well. I believe that we're getting going in the right direction. </w:t>
      </w:r>
    </w:p>
    <w:p>
      <w:r>
        <w:t xml:space="preserve">01:16:18   (Speaker F)  I think it looks so much better. </w:t>
      </w:r>
    </w:p>
    <w:p>
      <w:r>
        <w:t xml:space="preserve">01:16:20   (Speaker A)  I do believe that we're getting there now. And like I said, I would think going through the winter months, I wouldn't try to change anything. But come springtime maybe we, we would think about mowing back down to the water bank edge and allowing that to continue. Not so much spraying of the banks, but we can get down to mowing </w:t>
      </w:r>
    </w:p>
    <w:p>
      <w:r>
        <w:t xml:space="preserve">01:16:39   (Speaker F)  to the bank edge with one length. I will never agree to mowing to the bank edge because it's going to cause the problems all over again. But the one length versus the two, I would be ready for. What do you guys think? </w:t>
      </w:r>
    </w:p>
    <w:p>
      <w:r>
        <w:t xml:space="preserve">01:16:55   (Speaker B)  And they, they know not to mow for that within four days of a rain. </w:t>
      </w:r>
    </w:p>
    <w:p>
      <w:r>
        <w:t xml:space="preserve">01:16:59   (Speaker A)  Yes. I mean, well, they're, they're. I mean it's hard to predict whether, you know, they're on a rotating schedule. So if here's, here's where you start going that avenue. You start putting stipulations of a four day rain, you may not get mowed for six months. Yeah, I mean Louie and I will </w:t>
      </w:r>
    </w:p>
    <w:p>
      <w:r>
        <w:t xml:space="preserve">01:17:17   (Speaker B)  be out there moment. </w:t>
      </w:r>
    </w:p>
    <w:p>
      <w:r>
        <w:t xml:space="preserve">01:17:18   (Speaker A)  That's God's because they have, they mow off off week. So every other week, you know, one section gets mowed. </w:t>
      </w:r>
    </w:p>
    <w:p>
      <w:r>
        <w:t xml:space="preserve">01:17:25   (Speaker F)  It was only about the bank that wanting to use the big mowers by the edge of the bank that we put that stipulation in. We did not have the stipulation on regular maintenance. </w:t>
      </w:r>
    </w:p>
    <w:p>
      <w:r>
        <w:t xml:space="preserve">01:17:36   (Speaker A)  I agree with that. </w:t>
      </w:r>
    </w:p>
    <w:p>
      <w:r>
        <w:t xml:space="preserve">01:17:37   (Speaker B)  Was it Ann? Was it un that complained about mowing by the. </w:t>
      </w:r>
    </w:p>
    <w:p>
      <w:r>
        <w:t xml:space="preserve">01:17:42   (Speaker E)  By the banks, mow by the wood </w:t>
      </w:r>
    </w:p>
    <w:p>
      <w:r>
        <w:t xml:space="preserve">01:17:44   (Speaker A)  r. Make that Ruth. The big machine makes a rut making the ruts. </w:t>
      </w:r>
    </w:p>
    <w:p>
      <w:r>
        <w:t xml:space="preserve">01:17:47   (Speaker E)  Exactly. </w:t>
      </w:r>
    </w:p>
    <w:p>
      <w:r>
        <w:t xml:space="preserve">01:17:48   (Speaker A)  Yes, I know. I know what the mowers has. I know it's pain in the butt, but it's tough. But, you know, the. The guy driving mower is not going to know that that slope is. Is wet enough. Cause until he's already on it. </w:t>
      </w:r>
    </w:p>
    <w:p>
      <w:r>
        <w:t xml:space="preserve">01:18:04   (Speaker B)  Sure. </w:t>
      </w:r>
    </w:p>
    <w:p>
      <w:r>
        <w:t xml:space="preserve">01:18:04   (Speaker A)  So, you know, so there's got to be a lizard here and so he cannot ask about. </w:t>
      </w:r>
    </w:p>
    <w:p>
      <w:r>
        <w:t xml:space="preserve">01:18:09   (Speaker B)  Thank you. </w:t>
      </w:r>
    </w:p>
    <w:p>
      <w:r>
        <w:t xml:space="preserve">01:18:10   (Speaker C)  I did look back on the. The lake maintenance. It was about a $400 reduction per month, about 20%. </w:t>
      </w:r>
    </w:p>
    <w:p>
      <w:r>
        <w:t xml:space="preserve">01:18:17   (Speaker F)  Okay, good. </w:t>
      </w:r>
    </w:p>
    <w:p>
      <w:r>
        <w:t xml:space="preserve">01:18:18   (Speaker C)  That's. </w:t>
      </w:r>
    </w:p>
    <w:p>
      <w:r>
        <w:t xml:space="preserve">01:18:18   (Speaker F)  That makes more sense. 20%. Thank you. 10% didn't. 20% does. Thank you for doing that. </w:t>
      </w:r>
    </w:p>
    <w:p>
      <w:r>
        <w:t xml:space="preserve">01:18:24   (Speaker C)  You're welcome. Great, Jeff. Thank you. </w:t>
      </w:r>
    </w:p>
    <w:p>
      <w:r>
        <w:t xml:space="preserve">01:18:27   (Speaker A)  Thank you. </w:t>
      </w:r>
    </w:p>
    <w:p>
      <w:r>
        <w:t xml:space="preserve">01:18:29   (Speaker C)  Next is the last portion of audience comments. Again, if you have a comment to make, this can be on any CDD related matter. State your name and your address, please. </w:t>
      </w:r>
    </w:p>
    <w:p>
      <w:r>
        <w:t xml:space="preserve">01:18:39   (Speaker H)  724 South Heritage Creek Way. Board President for HOA. </w:t>
      </w:r>
    </w:p>
    <w:p>
      <w:r>
        <w:t xml:space="preserve">01:18:44   (Speaker F)  Two items. </w:t>
      </w:r>
    </w:p>
    <w:p>
      <w:r>
        <w:t xml:space="preserve">01:18:45   (Speaker H)  One is, there's a light out here on Hepon. It's been out. </w:t>
      </w:r>
    </w:p>
    <w:p>
      <w:r>
        <w:t xml:space="preserve">01:18:51   (Speaker B)  I don't know. </w:t>
      </w:r>
    </w:p>
    <w:p>
      <w:r>
        <w:t xml:space="preserve">01:18:53   (Speaker A)  I'm gonna go look at it as soon as we get down. </w:t>
      </w:r>
    </w:p>
    <w:p>
      <w:r>
        <w:t xml:space="preserve">01:18:55   (Speaker H)  It's very dark out there, so it's creating a safety problem with people that complain when they walk up their dogs. It's black. </w:t>
      </w:r>
    </w:p>
    <w:p>
      <w:r>
        <w:t xml:space="preserve">01:19:02   (Speaker A)  The pigeons and I looked at it, </w:t>
      </w:r>
    </w:p>
    <w:p>
      <w:r>
        <w:t xml:space="preserve">01:19:05   (Speaker B)  and the trees have to be really cut back. </w:t>
      </w:r>
    </w:p>
    <w:p>
      <w:r>
        <w:t xml:space="preserve">01:19:07   (Speaker A)  Okay. </w:t>
      </w:r>
    </w:p>
    <w:p>
      <w:r>
        <w:t xml:space="preserve">01:19:07   (Speaker B)  And that means the light was working </w:t>
      </w:r>
    </w:p>
    <w:p>
      <w:r>
        <w:t xml:space="preserve">01:19:09   (Speaker A)  a scenario where we have to call out landscape and have them cut the tree back and pay for it through contingency. </w:t>
      </w:r>
    </w:p>
    <w:p>
      <w:r>
        <w:t xml:space="preserve">01:19:16   (Speaker B)  Now, the problem is, as Shawin said, they charged us per pole. If the light's not working. They're still charging us for that pole. </w:t>
      </w:r>
    </w:p>
    <w:p>
      <w:r>
        <w:t xml:space="preserve">01:19:24   (Speaker A)  Yeah. So there has to be something wrong </w:t>
      </w:r>
    </w:p>
    <w:p>
      <w:r>
        <w:t xml:space="preserve">01:19:28   (Speaker C)  with the light because if the trees are blocking, </w:t>
      </w:r>
    </w:p>
    <w:p>
      <w:r>
        <w:t xml:space="preserve">01:19:33   (Speaker A)  they should be on all the time. Right. </w:t>
      </w:r>
    </w:p>
    <w:p>
      <w:r>
        <w:t xml:space="preserve">01:19:35   (Speaker C)  And it's not on. </w:t>
      </w:r>
    </w:p>
    <w:p>
      <w:r>
        <w:t xml:space="preserve">01:19:36   (Speaker A)  So there's a problem to Layla. I agree. I agree. I'm gonna go see if I can find a number on that light bulb. </w:t>
      </w:r>
    </w:p>
    <w:p>
      <w:r>
        <w:t xml:space="preserve">01:19:42   (Speaker H)  Okay. </w:t>
      </w:r>
    </w:p>
    <w:p>
      <w:r>
        <w:t xml:space="preserve">01:19:42   (Speaker A)  When I get done with the meeting, </w:t>
      </w:r>
    </w:p>
    <w:p>
      <w:r>
        <w:t xml:space="preserve">01:19:43   (Speaker F)  I have some pictures. </w:t>
      </w:r>
    </w:p>
    <w:p>
      <w:r>
        <w:t xml:space="preserve">01:19:44   (Speaker H)  If you have one, I can show you the pictures on my phone. </w:t>
      </w:r>
    </w:p>
    <w:p>
      <w:r>
        <w:t xml:space="preserve">01:19:46   (Speaker A)  Yes, ma'. </w:t>
      </w:r>
    </w:p>
    <w:p>
      <w:r>
        <w:t xml:space="preserve">01:19:47   (Speaker H)  Am. </w:t>
      </w:r>
    </w:p>
    <w:p>
      <w:r>
        <w:t xml:space="preserve">01:19:47   (Speaker A)  We can look at that. Where I can go. I just want to see if I can get enough number. </w:t>
      </w:r>
    </w:p>
    <w:p>
      <w:r>
        <w:t xml:space="preserve">01:19:51   (Speaker H)  Okay. </w:t>
      </w:r>
    </w:p>
    <w:p>
      <w:r>
        <w:t xml:space="preserve">01:19:51   (Speaker E)  That's it. </w:t>
      </w:r>
    </w:p>
    <w:p>
      <w:r>
        <w:t xml:space="preserve">01:19:52   (Speaker A)  And then I can record it uphill. </w:t>
      </w:r>
    </w:p>
    <w:p>
      <w:r>
        <w:t xml:space="preserve">01:19:54   (Speaker F)  And if it needs trimming, can we hold off and look at any others? So we do whatever needs trimming at the same time? Because there's several lights and several Areas </w:t>
      </w:r>
    </w:p>
    <w:p>
      <w:r>
        <w:t xml:space="preserve">01:20:05   (Speaker A)  that would be an additional cost that would not be covered. </w:t>
      </w:r>
    </w:p>
    <w:p>
      <w:r>
        <w:t xml:space="preserve">01:20:07   (Speaker F)  We understand that, but that's. But I'd rather do three at once than do one and then another. And then another. </w:t>
      </w:r>
    </w:p>
    <w:p>
      <w:r>
        <w:t xml:space="preserve">01:20:13   (Speaker A)  Yes, ma'. </w:t>
      </w:r>
    </w:p>
    <w:p>
      <w:r>
        <w:t xml:space="preserve">01:20:14   (Speaker B)  Am. </w:t>
      </w:r>
    </w:p>
    <w:p>
      <w:r>
        <w:t xml:space="preserve">01:20:14   (Speaker D)  That's if they're out on the street, but if they're in the neighborhood and there is somebody that's on those. That's responsibility. </w:t>
      </w:r>
    </w:p>
    <w:p>
      <w:r>
        <w:t xml:space="preserve">01:20:20   (Speaker F)  That's right. I'm just talking the street. </w:t>
      </w:r>
    </w:p>
    <w:p>
      <w:r>
        <w:t xml:space="preserve">01:20:23   (Speaker B)  And. </w:t>
      </w:r>
    </w:p>
    <w:p>
      <w:r>
        <w:t xml:space="preserve">01:20:23   (Speaker A)  And if y' all want to put together a list and areas that you think are concerned, I'll go by, look at them, see if I can get pictures and. Or get any pictures of areas maybe </w:t>
      </w:r>
    </w:p>
    <w:p>
      <w:r>
        <w:t xml:space="preserve">01:20:32   (Speaker F)  you could do by areas like. Do you want to do Heffron? And you know, where we live. Just the main one. So we don't. One person doesn't do them all. </w:t>
      </w:r>
    </w:p>
    <w:p>
      <w:r>
        <w:t xml:space="preserve">01:20:42   (Speaker D)  I'll look at Heritage park and just to get </w:t>
      </w:r>
    </w:p>
    <w:p>
      <w:r>
        <w:t xml:space="preserve">01:20:46   (Speaker A)  address, close address, proximity. So where I can. And then I'll put together. I'll put that list together and we'll. We'll put it. We'll get it to the landscape company, get a proposal. </w:t>
      </w:r>
    </w:p>
    <w:p>
      <w:r>
        <w:t xml:space="preserve">01:20:57   (Speaker I)  Yeah. </w:t>
      </w:r>
    </w:p>
    <w:p>
      <w:r>
        <w:t xml:space="preserve">01:20:57   (Speaker F)  And it's not the homeowner ones, it's the main ones. </w:t>
      </w:r>
    </w:p>
    <w:p>
      <w:r>
        <w:t xml:space="preserve">01:21:00   (Speaker I)  Okay. </w:t>
      </w:r>
    </w:p>
    <w:p>
      <w:r>
        <w:t xml:space="preserve">01:21:01   (Speaker F)  Yeah, the homeowner one, she's asleep by 7 o'. </w:t>
      </w:r>
    </w:p>
    <w:p>
      <w:r>
        <w:t xml:space="preserve">01:21:03   (Speaker A)  Clock. </w:t>
      </w:r>
    </w:p>
    <w:p>
      <w:r>
        <w:t xml:space="preserve">01:21:04   (Speaker E)  Hermit is very good. </w:t>
      </w:r>
    </w:p>
    <w:p>
      <w:r>
        <w:t xml:space="preserve">01:21:07   (Speaker H)  And then my next. We have a neighborhood, as you well know, under siege by the duck feeding. And we are taking care of it, litigation wise. We have it going. They received a letter. We're going to be going to mediation. But this is your pawn bank as of June. My suggestion is that you guys also need to let him know he's going to stop this. The pond banks, your whole bank is getting ruined from this. And you're talking hundreds of ducks a day. </w:t>
      </w:r>
    </w:p>
    <w:p>
      <w:r>
        <w:t xml:space="preserve">01:21:39   (Speaker A)  Yes, ma'. Am. And cannot stop it if you're speeding. </w:t>
      </w:r>
    </w:p>
    <w:p>
      <w:r>
        <w:t xml:space="preserve">01:21:42   (Speaker H)  Right, we understand that. We're working on that. But at least you can tell him he's ruining the pond banks. I mean, I know you've sent him a letter already, right? </w:t>
      </w:r>
    </w:p>
    <w:p>
      <w:r>
        <w:t xml:space="preserve">01:21:49   (Speaker G)  Yeah, but I mean, one. If. </w:t>
      </w:r>
    </w:p>
    <w:p>
      <w:r>
        <w:t xml:space="preserve">01:21:51   (Speaker D)  If. </w:t>
      </w:r>
    </w:p>
    <w:p>
      <w:r>
        <w:t xml:space="preserve">01:21:51   (Speaker G)  Because, I mean, there's. There's no point in fixing it. </w:t>
      </w:r>
    </w:p>
    <w:p>
      <w:r>
        <w:t xml:space="preserve">01:21:54   (Speaker A)  Right, Right. </w:t>
      </w:r>
    </w:p>
    <w:p>
      <w:r>
        <w:t xml:space="preserve">01:21:57   (Speaker G)  So once the duck issue is resolved and the ducks are off the property, I mean, if we do need to do, you know, repairs, we do the repairs. We can try to. We can try to collect from him. </w:t>
      </w:r>
    </w:p>
    <w:p>
      <w:r>
        <w:t xml:space="preserve">01:22:11   (Speaker F)  Years, most likely, but we could collect from him if something. I was just thinking, we can't put grasses down. We cannot put plants. But we could put some riprap if we need to in that area to stop the erosion on the bank. </w:t>
      </w:r>
    </w:p>
    <w:p>
      <w:r>
        <w:t xml:space="preserve">01:22:27   (Speaker H)  It's More just that he's ruining the whole. </w:t>
      </w:r>
    </w:p>
    <w:p>
      <w:r>
        <w:t xml:space="preserve">01:22:30   (Speaker F)  I don't know what else to do. Do if it's. </w:t>
      </w:r>
    </w:p>
    <w:p>
      <w:r>
        <w:t xml:space="preserve">01:22:32   (Speaker A)  Well, if you're going to invest in the bank, you need to stop source. </w:t>
      </w:r>
    </w:p>
    <w:p>
      <w:r>
        <w:t xml:space="preserve">01:22:36   (Speaker C)  Yeah, right. </w:t>
      </w:r>
    </w:p>
    <w:p>
      <w:r>
        <w:t xml:space="preserve">01:22:38   (Speaker F)  That can take years. And in the meantime, I don't know what it's going to be. Can I see the picture? </w:t>
      </w:r>
    </w:p>
    <w:p>
      <w:r>
        <w:t xml:space="preserve">01:22:44   (Speaker H)  Now? This is from. This is from June. And then what we're getting, we're getting </w:t>
      </w:r>
    </w:p>
    <w:p>
      <w:r>
        <w:t xml:space="preserve">01:22:48   (Speaker F)  the letters and pictures in it's graphs. I'm not. I thought we were having. </w:t>
      </w:r>
    </w:p>
    <w:p>
      <w:r>
        <w:t xml:space="preserve">01:22:53   (Speaker H)  Down. </w:t>
      </w:r>
    </w:p>
    <w:p>
      <w:r>
        <w:t xml:space="preserve">01:22:54   (Speaker F)  Down by the banks. It's dying. </w:t>
      </w:r>
    </w:p>
    <w:p>
      <w:r>
        <w:t xml:space="preserve">01:22:56   (Speaker H)  And then that's to create it down. But we're getting pictures from neighbors now on a daily basis. The whole outside neighborhood, the streets, their driveways, the houses. I mean, so we're trying. </w:t>
      </w:r>
    </w:p>
    <w:p>
      <w:r>
        <w:t xml:space="preserve">01:23:08   (Speaker F)  I don't know, you guys could send </w:t>
      </w:r>
    </w:p>
    <w:p>
      <w:r>
        <w:t xml:space="preserve">01:23:09   (Speaker H)  them just to remind them to let them. I mean, I don't know. </w:t>
      </w:r>
    </w:p>
    <w:p>
      <w:r>
        <w:t xml:space="preserve">01:23:13   (Speaker D)  But it's like, you know, that that's sad over there because now in Arbor Park Village, it seems that they've stopped feeding the ducks. </w:t>
      </w:r>
    </w:p>
    <w:p>
      <w:r>
        <w:t xml:space="preserve">01:23:23   (Speaker F)  There's no ducks. They killed them all. </w:t>
      </w:r>
    </w:p>
    <w:p>
      <w:r>
        <w:t xml:space="preserve">01:23:27   (Speaker D)  Nobody didn't kill any ducks. They stopped feeding them and they disappeared. </w:t>
      </w:r>
    </w:p>
    <w:p>
      <w:r>
        <w:t xml:space="preserve">01:23:34   (Speaker F)  They died. We were picking them up. We picked them up. They were picking up dead bodies. </w:t>
      </w:r>
    </w:p>
    <w:p>
      <w:r>
        <w:t xml:space="preserve">01:23:40   (Speaker D)  I don't know. But all I know is nobody's feeding them anymore and there's no ducks. </w:t>
      </w:r>
    </w:p>
    <w:p>
      <w:r>
        <w:t xml:space="preserve">01:23:49   (Speaker F)  Thank you for the picture. Did you. </w:t>
      </w:r>
    </w:p>
    <w:p>
      <w:r>
        <w:t xml:space="preserve">01:23:54   (Speaker E)  We had a great number of ducks and they all died. Why they died, I wasn't aware of that. And I believe that Lauren, Lauren was here and she spoke. She addressed the kill the dying of the ducks. </w:t>
      </w:r>
    </w:p>
    <w:p>
      <w:r>
        <w:t xml:space="preserve">01:24:12   (Speaker H)  To. </w:t>
      </w:r>
    </w:p>
    <w:p>
      <w:r>
        <w:t xml:space="preserve">01:24:13   (Speaker E)  To accuse a person of going out and poisoning ducks is irresponsible. Nobody poisoned any ducks. Nobody liked seeing the ducks die. Nobody saw. We all saw them suffer, but nobody. Give me a break. If you didn't see them actually poisoning the animal, then keep quiet, don't say anything. All right, we have no more Muscovy ducks. No, they're gone. What we do have is we have. Now, people call them mallards, but I'm from up north and I. My mallards up north didn't look like these mallards down here. So I don't know what they are. All right, but we have. We have a mating pair there of mallards, but we've also got visiting ducks. And the visiting doves are. Let me get this right. Black beaked, whistling, Black bellied, whistling. No black beak. Well, anyway, I don't understand why they call them black beak. Because they should be called Black Belly. Because the beaks are paint. But anyway, that's the side. All right. But they are beautiful ducks. They're also migratory. Now, I went online into the statues, and, you know, I mean. I mean, I just did this cursory kind of thing, and there is a big section on not it actually being against the law to feed migratory ducks. You cannot feed a migratory duck. They don't worry about the Muscovy because they're invasive and they're not migratory. I don't know about the mallards. I don't know if they're migratory or not. Up north, they're migratory. I don't know what they are down here. All right, so now the people who were, to my knowledge, who were feeding the Muscovies have. The majority of them have stopped. Okay. </w:t>
      </w:r>
    </w:p>
    <w:p>
      <w:r>
        <w:t xml:space="preserve">01:26:11   (Speaker D)  I would agree. </w:t>
      </w:r>
    </w:p>
    <w:p>
      <w:r>
        <w:t xml:space="preserve">01:26:12   (Speaker E)  And because there are no Muscovies left, there's no more depth to feed. My fear is, should the Muscovies show up again, we're going to run into the same problem again. We had one family that was actually feeding the Muscovy ducks. </w:t>
      </w:r>
    </w:p>
    <w:p>
      <w:r>
        <w:t xml:space="preserve">01:26:28   (Speaker B)  Cat food. Cat food. </w:t>
      </w:r>
    </w:p>
    <w:p>
      <w:r>
        <w:t xml:space="preserve">01:26:30   (Speaker E)  Cat c. A t. Cat food. </w:t>
      </w:r>
    </w:p>
    <w:p>
      <w:r>
        <w:t xml:space="preserve">01:26:32   (Speaker B)  Cat food. </w:t>
      </w:r>
    </w:p>
    <w:p>
      <w:r>
        <w:t xml:space="preserve">01:26:32   (Speaker E)  Yes. All right. But these are not only pond dwellers. No, I mean, pond. </w:t>
      </w:r>
    </w:p>
    <w:p>
      <w:r>
        <w:t xml:space="preserve">01:26:38   (Speaker H)  Not dwellers. </w:t>
      </w:r>
    </w:p>
    <w:p>
      <w:r>
        <w:t xml:space="preserve">01:26:39   (Speaker E)  Pond owners. Dwellers. All right. Pond owners. These are also the neighbors across the street. They're feeding them, too. So it's. And I'm sure that's what's going on over there. I'm sure that not only do you have, you know, the culprit. I'm going to use that word advisedly. I know the culprit. Who is, you know, feeding what, the hundred ducks or whatever. Consistently. You have other people, you know, joining in the chorus, you know, and helping this along. My fear, as I said, is twofold. One is that, you know, somebody is going to start feeding these migratory ducks, and if you feed them, you'll kill them. </w:t>
      </w:r>
    </w:p>
    <w:p>
      <w:r>
        <w:t xml:space="preserve">01:27:21   (Speaker A)  Yeah. </w:t>
      </w:r>
    </w:p>
    <w:p>
      <w:r>
        <w:t xml:space="preserve">01:27:22   (Speaker E)  Because they cannot tolerate the trash that we give the ducks out here. You know, now, you know, between, I don't know, the cat food and whatever else. What? Corn. Corn, right. </w:t>
      </w:r>
    </w:p>
    <w:p>
      <w:r>
        <w:t xml:space="preserve">01:27:38   (Speaker H)  Yeah. </w:t>
      </w:r>
    </w:p>
    <w:p>
      <w:r>
        <w:t xml:space="preserve">01:27:38   (Speaker E)  Whatever else they've eaten. I. I don't know if there's anything we can do about that. Probably not, you know, but that's. That's a real worry. If the Muscovies come back, I am rest assured that we're going to see an increase in people feeding again. All right. Even though. Even though what we said would happen has happened once the ducks left now, we didn't want them to die. I understand. Our banks are improving. We are seeing the grass level go down to. Not where it was originally, but very close to it. We are Seeing that sandbank that was, you know, there was this naked sandbank between the end of the grass and the beginning of the pond, this naked bank. Well, that's all sorts of growth, you know, vegetation, as I mentioned before. And this is through the efforts of the committee. And what you've done, what you've done, the steps you've taken have been effective and that's wonderful. Should feeding the migratory birds start. We can or not? We can, but you can. You can start finding people. You can find them because they're feeding them on CGG property. They're not feeding them on their own product. </w:t>
      </w:r>
    </w:p>
    <w:p>
      <w:r>
        <w:t xml:space="preserve">01:29:05   (Speaker F)  To catch them and everything else would be impossible. I'm just trying to give you. </w:t>
      </w:r>
    </w:p>
    <w:p>
      <w:r>
        <w:t xml:space="preserve">01:29:11   (Speaker E)  But if you put them on film, if you. </w:t>
      </w:r>
    </w:p>
    <w:p>
      <w:r>
        <w:t xml:space="preserve">01:29:13   (Speaker F)  We don't have cameras around and I'm not going to put cameras around the pond. </w:t>
      </w:r>
    </w:p>
    <w:p>
      <w:r>
        <w:t xml:space="preserve">01:29:16   (Speaker E)  If somebody saw them being fed. </w:t>
      </w:r>
    </w:p>
    <w:p>
      <w:r>
        <w:t xml:space="preserve">01:29:19   (Speaker F)  Well, you've got to identify and you've got to prove who they were feeding, what they were feeding. It's a legalese things. We're dealing with wildlife and with. </w:t>
      </w:r>
    </w:p>
    <w:p>
      <w:r>
        <w:t xml:space="preserve">01:29:27   (Speaker A)  We're dealing. </w:t>
      </w:r>
    </w:p>
    <w:p>
      <w:r>
        <w:t xml:space="preserve">01:29:27   (Speaker F)  Dealing with people. They're not supposed to be on the bank. Most of the people aren't on the bank, except for the fishman people. But most of the people who are feeding the ducks are doing that closer to their home or at the edge of the property. </w:t>
      </w:r>
    </w:p>
    <w:p>
      <w:r>
        <w:t xml:space="preserve">01:29:42   (Speaker E)  They're doing it on their property and on the CDD property. They're doing it on both. </w:t>
      </w:r>
    </w:p>
    <w:p>
      <w:r>
        <w:t xml:space="preserve">01:29:47   (Speaker F)  It would be pretty, almost impossible to enforce. And I don't think even if we wrote them a letter, anything would be done. It would be a Fish and Wildlife thing. Of who. </w:t>
      </w:r>
    </w:p>
    <w:p>
      <w:r>
        <w:t xml:space="preserve">01:29:58   (Speaker G)  Yeah, I would say I'm just being realistic. </w:t>
      </w:r>
    </w:p>
    <w:p>
      <w:r>
        <w:t xml:space="preserve">01:30:01   (Speaker F)  I'm not proposing your pain, but I'm saying realistically, there's nothing that's going to change. </w:t>
      </w:r>
    </w:p>
    <w:p>
      <w:r>
        <w:t xml:space="preserve">01:30:09   (Speaker E)  Say you can report them anonymously. You can report people. </w:t>
      </w:r>
    </w:p>
    <w:p>
      <w:r>
        <w:t xml:space="preserve">01:30:13   (Speaker F)  Yeah, but I'm just saying there still. I don't think anything. </w:t>
      </w:r>
    </w:p>
    <w:p>
      <w:r>
        <w:t xml:space="preserve">01:30:16   (Speaker H)  We had code enforcement come, we had to go to health comp. Everybody told us, no, no, no, no. </w:t>
      </w:r>
    </w:p>
    <w:p>
      <w:r>
        <w:t xml:space="preserve">01:30:22   (Speaker F)  Everybody went like this. </w:t>
      </w:r>
    </w:p>
    <w:p>
      <w:r>
        <w:t xml:space="preserve">01:30:23   (Speaker E)  But that was because you were addressing the muskoby ducks, not the. </w:t>
      </w:r>
    </w:p>
    <w:p>
      <w:r>
        <w:t xml:space="preserve">01:30:26   (Speaker H)  No, we were addressing. </w:t>
      </w:r>
    </w:p>
    <w:p>
      <w:r>
        <w:t xml:space="preserve">01:30:27   (Speaker D)  No, no. He's got everything over there. I'm sorry, he's got everything over here. </w:t>
      </w:r>
    </w:p>
    <w:p>
      <w:r>
        <w:t xml:space="preserve">01:30:32   (Speaker E)  Oh, he does all kinds. Yeah. There's no discrimination over there. </w:t>
      </w:r>
    </w:p>
    <w:p>
      <w:r>
        <w:t xml:space="preserve">01:30:39   (Speaker C)  Well, we appreciate your comments and you know, we do have limited action and authority over what a CED can do. We have taken, as mentioned, some measures of what we can do and we'll continue obviously, to be a partner in this of however we can. </w:t>
      </w:r>
    </w:p>
    <w:p>
      <w:r>
        <w:t xml:space="preserve">01:30:56   (Speaker G)  Yeah, I Would say, if it's migratory birds, I would think would fall into the purview of Fish and Wildlife. So if they haven't been involved yet, I'm sure somebody has called them, but that. </w:t>
      </w:r>
    </w:p>
    <w:p>
      <w:r>
        <w:t xml:space="preserve">01:31:09   (Speaker E)  Yeah, no problem. </w:t>
      </w:r>
    </w:p>
    <w:p>
      <w:r>
        <w:t xml:space="preserve">01:31:11   (Speaker H)  I don't want to. Can I say anything that I'm sorry? </w:t>
      </w:r>
    </w:p>
    <w:p>
      <w:r>
        <w:t xml:space="preserve">01:31:14   (Speaker E)  Well, I haven't called about the migratory birds because I haven't witnessed anyone feeding migratory birds, nor have I heard of anyone feeding them. But should I. You know, I. I'll. On a dime, I will drop it. </w:t>
      </w:r>
    </w:p>
    <w:p>
      <w:r>
        <w:t xml:space="preserve">01:31:30   (Speaker F)  But back to Jerry's request. </w:t>
      </w:r>
    </w:p>
    <w:p>
      <w:r>
        <w:t xml:space="preserve">01:31:32   (Speaker E)  It's a quarter. Now. </w:t>
      </w:r>
    </w:p>
    <w:p>
      <w:r>
        <w:t xml:space="preserve">01:31:33   (Speaker F)  Excuse me. Back to jarring, Mr. </w:t>
      </w:r>
    </w:p>
    <w:p>
      <w:r>
        <w:t xml:space="preserve">01:31:36   (Speaker H)  Dress. When you said about an assessment, I hate that word. I hate the word dues. So when I tell them and when I explain to them, everybody has, like a light bulb, I go, it's a shareholder fee. What does that mean? Each one of us owns 1 703rd share of Heritage park, and that's your fee. They go, oh, now I understand. What assessments do is they go, what am I getting assessed for? I don't want the Duke. </w:t>
      </w:r>
    </w:p>
    <w:p>
      <w:r>
        <w:t xml:space="preserve">01:32:01   (Speaker C)  I don't use the pool. </w:t>
      </w:r>
    </w:p>
    <w:p>
      <w:r>
        <w:t xml:space="preserve">01:32:02   (Speaker E)  Why should I? </w:t>
      </w:r>
    </w:p>
    <w:p>
      <w:r>
        <w:t xml:space="preserve">01:32:04   (Speaker H)  I try to hear everybody. You know, my meetings. I go, your shareholder fee, unfortunately for our. </w:t>
      </w:r>
    </w:p>
    <w:p>
      <w:r>
        <w:t xml:space="preserve">01:32:11   (Speaker G)  For our resolutions, that's how it's written in statute. So that's. That's the language we have to use. </w:t>
      </w:r>
    </w:p>
    <w:p>
      <w:r>
        <w:t xml:space="preserve">01:32:18   (Speaker F)  So, Kyle, I think Jerry had originally brought that picture up, asking if we could maybe just send this homeowner a letter stating we've noticed increase or erosion on the bank in front of your </w:t>
      </w:r>
    </w:p>
    <w:p>
      <w:r>
        <w:t xml:space="preserve">01:32:31   (Speaker E)  house </w:t>
      </w:r>
    </w:p>
    <w:p>
      <w:r>
        <w:t xml:space="preserve">01:32:33   (Speaker F)  due to excessive duck activity. </w:t>
      </w:r>
    </w:p>
    <w:p>
      <w:r>
        <w:t xml:space="preserve">01:32:35   (Speaker G)  Yeah, we do that. We've sent that pretty much that exact letter previously. </w:t>
      </w:r>
    </w:p>
    <w:p>
      <w:r>
        <w:t xml:space="preserve">01:32:41   (Speaker H)  Just to send a carbon one. </w:t>
      </w:r>
    </w:p>
    <w:p>
      <w:r>
        <w:t xml:space="preserve">01:32:42   (Speaker G)  Yeah, we happy to send another if </w:t>
      </w:r>
    </w:p>
    <w:p>
      <w:r>
        <w:t xml:space="preserve">01:32:45   (Speaker F)  we could just kind of duplicate it and say that there's noticed bank erosion just. </w:t>
      </w:r>
    </w:p>
    <w:p>
      <w:r>
        <w:t xml:space="preserve">01:32:51   (Speaker H)  Just so that it supports us in. Because if we have to go to court, we have more now. Right now. </w:t>
      </w:r>
    </w:p>
    <w:p>
      <w:r>
        <w:t xml:space="preserve">01:32:57   (Speaker B)  Mediation, extra charge for that. </w:t>
      </w:r>
    </w:p>
    <w:p>
      <w:r>
        <w:t xml:space="preserve">01:33:00   (Speaker H)  Yes. </w:t>
      </w:r>
    </w:p>
    <w:p>
      <w:r>
        <w:t xml:space="preserve">01:33:01   (Speaker G)  I'll just. Probably just take the letter that we sent last time. </w:t>
      </w:r>
    </w:p>
    <w:p>
      <w:r>
        <w:t xml:space="preserve">01:33:04   (Speaker C)  I'm assuming it's the same address. </w:t>
      </w:r>
    </w:p>
    <w:p>
      <w:r>
        <w:t xml:space="preserve">01:33:06   (Speaker H)  Yes. </w:t>
      </w:r>
    </w:p>
    <w:p>
      <w:r>
        <w:t xml:space="preserve">01:33:07   (Speaker C)  Yeah. Same address that we've dealt with before. </w:t>
      </w:r>
    </w:p>
    <w:p>
      <w:r>
        <w:t xml:space="preserve">01:33:09   (Speaker G)  152. </w:t>
      </w:r>
    </w:p>
    <w:p>
      <w:r>
        <w:t xml:space="preserve">01:33:11   (Speaker B)  What is it? </w:t>
      </w:r>
    </w:p>
    <w:p>
      <w:r>
        <w:t xml:space="preserve">01:33:12   (Speaker D)  152 pine arbor. </w:t>
      </w:r>
    </w:p>
    <w:p>
      <w:r>
        <w:t xml:space="preserve">01:33:15   (Speaker G)  I'll check that. </w:t>
      </w:r>
    </w:p>
    <w:p>
      <w:r>
        <w:t xml:space="preserve">01:33:17   (Speaker C)  Well, thank you all for attending today. </w:t>
      </w:r>
    </w:p>
    <w:p>
      <w:r>
        <w:t xml:space="preserve">01:33:19   (Speaker H)  Thank you. </w:t>
      </w:r>
    </w:p>
    <w:p>
      <w:r>
        <w:t xml:space="preserve">01:33:22   (Speaker C)  Moving on to. Oh, supervisor's request. If there's any requests by the supervisors today. </w:t>
      </w:r>
    </w:p>
    <w:p>
      <w:r>
        <w:t xml:space="preserve">01:33:27   (Speaker F)  I don't have a request, but I'm happy to report I won my seat back. </w:t>
      </w:r>
    </w:p>
    <w:p>
      <w:r>
        <w:t xml:space="preserve">01:33:32   (Speaker C)  Congratulations. </w:t>
      </w:r>
    </w:p>
    <w:p>
      <w:r>
        <w:t xml:space="preserve">01:33:36   (Speaker B)  The one thing I have. Getting back to the poll last year, we had the same situation. Who's going to cut the branches? Who's going to fix the light. I was speaking to this nice lady. She called me back. I saved her phone number. It's a 617 area code. I don't know if anybody's familiar with that. I called recently. A man answered and he said, you </w:t>
      </w:r>
    </w:p>
    <w:p>
      <w:r>
        <w:t xml:space="preserve">01:33:55   (Speaker C)  have the wrong number. </w:t>
      </w:r>
    </w:p>
    <w:p>
      <w:r>
        <w:t xml:space="preserve">01:33:57   (Speaker B)  I didn't want to argue with him. This is the number I've been calling. And she called me back on that same number caller id, and he said, it's the wrong number. </w:t>
      </w:r>
    </w:p>
    <w:p>
      <w:r>
        <w:t xml:space="preserve">01:34:05   (Speaker A)  So I don't know what happened. </w:t>
      </w:r>
    </w:p>
    <w:p>
      <w:r>
        <w:t xml:space="preserve">01:34:07   (Speaker B)  It might have been her cell. And she gave it to the boyfriend of the husband. So now I have no number for Florida. I have no number for fpl. </w:t>
      </w:r>
    </w:p>
    <w:p>
      <w:r>
        <w:t xml:space="preserve">01:34:15   (Speaker C)  I think Jeff has started a good contact now with fpl. That will gain some traction. </w:t>
      </w:r>
    </w:p>
    <w:p>
      <w:r>
        <w:t xml:space="preserve">01:34:21   (Speaker D)  Yeah, he's the only one because I've tried. </w:t>
      </w:r>
    </w:p>
    <w:p>
      <w:r>
        <w:t xml:space="preserve">01:34:23   (Speaker B)  You had a number. You had a different number, didn't you? </w:t>
      </w:r>
    </w:p>
    <w:p>
      <w:r>
        <w:t xml:space="preserve">01:34:25   (Speaker A)  Yeah, I've got. I've got a connection with the southeast. Southeast man. For the gentleman, for the entire southeast. And then you have the northeast. Northwest, so. So the guy I speak to is him. So when I get an answer, I get an answer. Great, thank you. </w:t>
      </w:r>
    </w:p>
    <w:p>
      <w:r>
        <w:t xml:space="preserve">01:34:51   (Speaker I)  Thank you. </w:t>
      </w:r>
    </w:p>
    <w:p>
      <w:r>
        <w:t xml:space="preserve">01:34:51   (Speaker A)  Now, I. That's. That's for problematic stuff for the general reporting. I go right through the FPL website. </w:t>
      </w:r>
    </w:p>
    <w:p>
      <w:r>
        <w:t xml:space="preserve">01:35:00   (Speaker G)  Don't abuse that. </w:t>
      </w:r>
    </w:p>
    <w:p>
      <w:r>
        <w:t xml:space="preserve">01:35:02   (Speaker A)  Don't want to abuse that. Like having that connection. </w:t>
      </w:r>
    </w:p>
    <w:p>
      <w:r>
        <w:t xml:space="preserve">01:35:06   (Speaker C)  Great, thank you. And moving into the financial reports, I have one. </w:t>
      </w:r>
    </w:p>
    <w:p>
      <w:r>
        <w:t xml:space="preserve">01:35:11   (Speaker D)  So yesterday, the. I'm assuming it was the sheriff's department conducted a little exercise out here on Woodlawn with these new Lincoln crossing lights. So I can see that from my back door. And I saw this guy going up and down the sidewalk. Well, what he was doing was he was waiting until there was a substantial amount of traffic, then he was pushing the button and crossing the street. So I was leaving a little bit after that, and I was sitting there waiting to get out on Woodlawn. And he did that. And he basically got like three quarters of the way across the street and his car came along. He pointed. There were four deputies on the motorcycles over in the entrance to San Salito. He goes, points have been. The guy came flying right out and caught up with the car out here. And there was another one sitting out here doing the same thing, but they didn't have any motorcycles out here. But I think they're getting. Maybe getting ready for the school. </w:t>
      </w:r>
    </w:p>
    <w:p>
      <w:r>
        <w:t xml:space="preserve">01:36:10   (Speaker I)  Yeah. </w:t>
      </w:r>
    </w:p>
    <w:p>
      <w:r>
        <w:t xml:space="preserve">01:36:11   (Speaker D)  Or the fact that people have complained. They don't. They don't acknowledge those blinking lights, especially </w:t>
      </w:r>
    </w:p>
    <w:p>
      <w:r>
        <w:t xml:space="preserve">01:36:18   (Speaker F)  the new one they put up with. The girl was at. </w:t>
      </w:r>
    </w:p>
    <w:p>
      <w:r>
        <w:t xml:space="preserve">01:36:21   (Speaker D)  Yeah. </w:t>
      </w:r>
    </w:p>
    <w:p>
      <w:r>
        <w:t xml:space="preserve">01:36:21   (Speaker H)  The speed shouldn't be 45 on you. </w:t>
      </w:r>
    </w:p>
    <w:p>
      <w:r>
        <w:t xml:space="preserve">01:36:23   (Speaker F)  I agree. </w:t>
      </w:r>
    </w:p>
    <w:p>
      <w:r>
        <w:t xml:space="preserve">01:36:23   (Speaker H)  Should not be 45. </w:t>
      </w:r>
    </w:p>
    <w:p>
      <w:r>
        <w:t xml:space="preserve">01:36:25   (Speaker D)  So anyway, yeah, I just wanted to pass that on. I thought it was pretty good. </w:t>
      </w:r>
    </w:p>
    <w:p>
      <w:r>
        <w:t xml:space="preserve">01:36:28   (Speaker C)  That's a great update. Nice mission. </w:t>
      </w:r>
    </w:p>
    <w:p>
      <w:r>
        <w:t xml:space="preserve">01:36:32   (Speaker B)  Great. </w:t>
      </w:r>
    </w:p>
    <w:p>
      <w:r>
        <w:t xml:space="preserve">01:36:32   (Speaker C)  Thank you. Any further supervisors requests or comments? </w:t>
      </w:r>
    </w:p>
    <w:p>
      <w:r>
        <w:t xml:space="preserve">01:36:38   (Speaker I)  Great. </w:t>
      </w:r>
    </w:p>
    <w:p>
      <w:r>
        <w:t xml:space="preserve">01:36:38   (Speaker C)  Thank you. And beginning the financial reports behind tab A, I will state these are unaudited financial statements through G30th, 2026. As you will see on the third page of the financial statements, it's showing $25,000 variance. A positive variance for the district with about $300 in positive revenue, but really showing less on the expenses. And as noted earlier, we will still this year contribute an additional $40,000 to the capital reserve fund, which will bring US to roughly $197,000 minus the pumps, the fountains that we had just approved today. Behind tab B. Spoke about this earlier as well. Is the assessment receipt schedule showing that we are 100.74% collected on our annual assessments. And then behind tab C is the check register totaling $40,539.18. Going through the invoices in the back, I did not see anything unusual that stuck out in my mind. Worth noting to the board. I'd be happy to take any questions or look into anything for you. Again, I do owe you some FPL invoices. Or at least the COVID pages. I will make sure that I get those to you next week. </w:t>
      </w:r>
    </w:p>
    <w:p>
      <w:r>
        <w:t xml:space="preserve">01:38:01   (Speaker F)  I'm fine with you skipping that until the next meeting. Need a cover page. </w:t>
      </w:r>
    </w:p>
    <w:p>
      <w:r>
        <w:t xml:space="preserve">01:38:06   (Speaker H)  It's. </w:t>
      </w:r>
    </w:p>
    <w:p>
      <w:r>
        <w:t xml:space="preserve">01:38:06   (Speaker F)  It's personally. Anyone else find. </w:t>
      </w:r>
    </w:p>
    <w:p>
      <w:r>
        <w:t xml:space="preserve">01:38:10   (Speaker C)  Okay, good. Good. And if there's no questions, I'd be looking for a motion to approve the check register. Make a motion. Thank you, Luke. </w:t>
      </w:r>
    </w:p>
    <w:p>
      <w:r>
        <w:t xml:space="preserve">01:38:18   (Speaker B)  I'll second. </w:t>
      </w:r>
    </w:p>
    <w:p>
      <w:r>
        <w:t xml:space="preserve">01:38:19   (Speaker F)  Do we. Do we have to wait for Judy? Yeah, just put it down. She's coming. </w:t>
      </w:r>
    </w:p>
    <w:p>
      <w:r>
        <w:t xml:space="preserve">01:38:27   (Speaker C)  We'll wait on. Hang on here. </w:t>
      </w:r>
    </w:p>
    <w:p>
      <w:r>
        <w:t xml:space="preserve">01:38:31   (Speaker B)  Poor girl. Left bare knee. That's from the accident, I guess, right? </w:t>
      </w:r>
    </w:p>
    <w:p>
      <w:r>
        <w:t xml:space="preserve">01:38:36   (Speaker I)  Yeah. </w:t>
      </w:r>
    </w:p>
    <w:p>
      <w:r>
        <w:t xml:space="preserve">01:38:42   (Speaker E)  We just need your vote. </w:t>
      </w:r>
    </w:p>
    <w:p>
      <w:r>
        <w:t xml:space="preserve">01:38:44   (Speaker F)  All right, Ruth. </w:t>
      </w:r>
    </w:p>
    <w:p>
      <w:r>
        <w:t xml:space="preserve">01:38:48   (Speaker D)  All right. </w:t>
      </w:r>
    </w:p>
    <w:p>
      <w:r>
        <w:t xml:space="preserve">01:38:49   (Speaker C)  So we have a motion to approve the check. Register a second. All in favor? </w:t>
      </w:r>
    </w:p>
    <w:p>
      <w:r>
        <w:t xml:space="preserve">01:38:52   (Speaker B)  Aye. </w:t>
      </w:r>
    </w:p>
    <w:p>
      <w:r>
        <w:t xml:space="preserve">01:38:54   (Speaker C)  All right, motion carries. </w:t>
      </w:r>
    </w:p>
    <w:p>
      <w:r>
        <w:t xml:space="preserve">01:38:55   (Speaker B)  5. </w:t>
      </w:r>
    </w:p>
    <w:p>
      <w:r>
        <w:t xml:space="preserve">01:38:55   (Speaker A)  0. </w:t>
      </w:r>
    </w:p>
    <w:p>
      <w:r>
        <w:t xml:space="preserve">01:38:56   (Speaker C)  Thank you. Our next scheduled meeting is September 24th, 1:00pm here at the Amenities Center. Do I have a motion to adjourn? </w:t>
      </w:r>
    </w:p>
    <w:p>
      <w:r>
        <w:t xml:space="preserve">01:39:03   (Speaker D)  I have a motion to adjourn. </w:t>
      </w:r>
    </w:p>
    <w:p>
      <w:r>
        <w:t xml:space="preserve">01:39:04   (Speaker A)  A. </w:t>
      </w:r>
    </w:p>
    <w:p>
      <w:r>
        <w:t xml:space="preserve">01:39:05   (Speaker C)  Yes, sir. </w:t>
      </w:r>
    </w:p>
    <w:p>
      <w:r>
        <w:t xml:space="preserve">01:39:06   (Speaker B)  Aye. </w:t>
      </w:r>
    </w:p>
    <w:p>
      <w:r>
        <w:t xml:space="preserve">01:39:07   (Speaker C)  All in favor? </w:t>
      </w:r>
    </w:p>
    <w:p>
      <w:r>
        <w:t xml:space="preserve">01:39:08   (Speaker A)  Aye. </w:t>
      </w:r>
    </w:p>
    <w:p>
      <w:r>
        <w:t xml:space="preserve">01:39:09   (Speaker F)  Hallelujah. </w:t>
      </w:r>
    </w:p>
    <w:p>
      <w:r>
        <w:t xml:space="preserve">01:39:10   (Speaker A)  Thank you for. </w:t>
      </w:r>
    </w:p>
    <w:p>
      <w:r>
        <w:t xml:space="preserve">01:39:10   (Speaker C)  Meeting is adjourned. Thank you. </w:t>
      </w:r>
    </w:p>
    <w:p>
      <w:r>
        <w:t xml:space="preserve">01:39:12   (Speaker D)  All.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