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HR_081326_video.mp4</w:t>
      </w:r>
      <w:r>
        <w:rPr>
          <w:b/>
          <w:color w:val="FF0000"/>
        </w:rPr>
        <w:br/>
        <w:tab/>
        <w:tab/>
        <w:tab/>
        <w:tab/>
        <w:t xml:space="preserve"> 29906947</w:t>
        <w:br/>
        <w:br/>
        <w:br/>
      </w:r>
    </w:p>
    <w:p>
      <w:r>
        <w:t>DATE AUDIO FILE SUBMITTED TO THE GAT SYSTEM:</w:t>
      </w:r>
      <w:r>
        <w:rPr>
          <w:b/>
          <w:color w:val="FF0000"/>
        </w:rPr>
        <w:br/>
        <w:tab/>
        <w:tab/>
        <w:tab/>
        <w:tab/>
        <w:t xml:space="preserve"> August 25, 2026 at 09:12 AM</w:t>
        <w:br/>
        <w:br/>
        <w:br/>
      </w:r>
    </w:p>
    <w:p>
      <w:r>
        <w:t>DATE AUDIO FILE COMPLETED BY THE GAT SYSTEM:</w:t>
      </w:r>
      <w:r>
        <w:rPr>
          <w:b/>
          <w:color w:val="FF0000"/>
        </w:rPr>
        <w:br/>
        <w:tab/>
        <w:tab/>
        <w:tab/>
        <w:tab/>
        <w:t xml:space="preserve"> August 25, 2026 at 09:12 AM</w:t>
      </w:r>
      <w:r>
        <w:rPr>
          <w:b/>
          <w:color w:val="FF0000"/>
        </w:rPr>
        <w:br/>
        <w:tab/>
        <w:tab/>
        <w:tab/>
        <w:tab/>
        <w:t xml:space="preserve"> 00:21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00:20      (Speaker A)  Sort of. </w:t>
      </w:r>
    </w:p>
    <w:p>
      <w:r>
        <w:t xml:space="preserve">00:20      (Speaker B)  They pop on later, but. </w:t>
      </w:r>
    </w:p>
    <w:p>
      <w:r>
        <w:t xml:space="preserve">00:22      (Speaker A)  Okay. </w:t>
      </w:r>
    </w:p>
    <w:p>
      <w:r>
        <w:t xml:space="preserve">00:23      (Speaker C)  It is 10:33am on Thursday, August 13, and we are going to call to order the Hammock Reserve Community Development District Board of Supervisors advisors meeting. First up, we have roll call. If everyone can introduce themselves for the transcriptionist, I'll begin. I'm Katie o'. </w:t>
      </w:r>
    </w:p>
    <w:p>
      <w:r>
        <w:t xml:space="preserve">00:39      (Speaker A)  Rourke. </w:t>
      </w:r>
    </w:p>
    <w:p>
      <w:r>
        <w:t xml:space="preserve">00:40      (Speaker D)  District Manager Christine Wells. District Manager Al Bailey. </w:t>
      </w:r>
    </w:p>
    <w:p>
      <w:r>
        <w:t xml:space="preserve">00:44      (Speaker E)  Field Manager, Savannah Hancock, kvw. </w:t>
      </w:r>
    </w:p>
    <w:p>
      <w:r>
        <w:t xml:space="preserve">00:47      (Speaker F)  Jessica Spencer. Supervisor Lindsay Roden. Supervisor. Bobby Shoplik. </w:t>
      </w:r>
    </w:p>
    <w:p>
      <w:r>
        <w:t xml:space="preserve">00:54      (Speaker G)  Supervisor William Nolan. Supervisor. </w:t>
      </w:r>
    </w:p>
    <w:p>
      <w:r>
        <w:t xml:space="preserve">00:56      (Speaker A)  Great. </w:t>
      </w:r>
    </w:p>
    <w:p>
      <w:r>
        <w:t xml:space="preserve">00:57      (Speaker C)  Let the record reflect we have all five board members present constituting a quorum. We have the public comment next, but we have no members of the public </w:t>
      </w:r>
    </w:p>
    <w:p>
      <w:r>
        <w:t xml:space="preserve">01:05      (Speaker B)  present and none on the zoom line, </w:t>
      </w:r>
    </w:p>
    <w:p>
      <w:r>
        <w:t xml:space="preserve">01:08      (Speaker C)  so we'll move on. First up, we have approval of the Minutes of the July 2, 2026 Board of Supervisors meeting. This is on page. Six of your agenda package. Sorry, my computer was freezing. Unless there's any corrections. Do we have a motion to approve? </w:t>
      </w:r>
    </w:p>
    <w:p>
      <w:r>
        <w:t xml:space="preserve">01:33      (Speaker H)  All in favor? </w:t>
      </w:r>
    </w:p>
    <w:p>
      <w:r>
        <w:t xml:space="preserve">01:35      (Speaker A)  Okay, great. Motion carries. </w:t>
      </w:r>
    </w:p>
    <w:p>
      <w:r>
        <w:t xml:space="preserve">01:37      (Speaker C)  Next, we have the public hearing on the adoption of your fiscal year 2027 budget. Do. Can we start with a motion to open the public hearing? </w:t>
      </w:r>
    </w:p>
    <w:p>
      <w:r>
        <w:t xml:space="preserve">01:50      (Speaker H)  All in favor? </w:t>
      </w:r>
    </w:p>
    <w:p>
      <w:r>
        <w:t xml:space="preserve">01:52      (Speaker A)  Okay, motion carries. </w:t>
      </w:r>
    </w:p>
    <w:p>
      <w:r>
        <w:t xml:space="preserve">01:53      (Speaker C)  The public hearing is now open. Board members, as part of this public hearing were required to provide an opportunity for public comment here as well. Again, seeing no members of the present. Still none on the zoom line. Let me just triple check. </w:t>
      </w:r>
    </w:p>
    <w:p>
      <w:r>
        <w:t xml:space="preserve">02:08      (Speaker G)  Oh, no. </w:t>
      </w:r>
    </w:p>
    <w:p>
      <w:r>
        <w:t xml:space="preserve">02:08      (Speaker B)  This is Ray. </w:t>
      </w:r>
    </w:p>
    <w:p>
      <w:r>
        <w:t xml:space="preserve">02:09      (Speaker A)  Okay, great. </w:t>
      </w:r>
    </w:p>
    <w:p>
      <w:r>
        <w:t xml:space="preserve">02:11      (Speaker C)  Still no members of the public on the zoom line. So we can go ahead and move to resolution 2026-12. This is on page 15 of your agenda package. Adopting this resolution will adopt the district's fiscal year 2027 budget beginning October 1, 2026, through September 30 of 2027. Attached to the resolution as an exhibit is the final budget, which was previously reviewed and approved by the board. There has only been an update to the actuals to the financials. </w:t>
      </w:r>
    </w:p>
    <w:p>
      <w:r>
        <w:t xml:space="preserve">02:45      (Speaker B)  If you look at the </w:t>
      </w:r>
    </w:p>
    <w:p>
      <w:r>
        <w:t xml:space="preserve">02:51      (Speaker C)  actuals are </w:t>
      </w:r>
    </w:p>
    <w:p>
      <w:r>
        <w:t xml:space="preserve">02:51      (Speaker B)  now through June 30, the end of June, instead of. I think when you looked at the proposed budget, it was January or February. Have now been updated so that you can see the spending in each line item. </w:t>
      </w:r>
    </w:p>
    <w:p>
      <w:r>
        <w:t xml:space="preserve">03:06      (Speaker C)  As you may recall, the proposed budget was prepared with no increase to assessments for residents. </w:t>
      </w:r>
    </w:p>
    <w:p>
      <w:r>
        <w:t xml:space="preserve">03:11      (Speaker B)  And that's the same with the adopted budget here today. Are there any questions or anything the </w:t>
      </w:r>
    </w:p>
    <w:p>
      <w:r>
        <w:t xml:space="preserve">03:19      (Speaker C)  board wanted to go over? </w:t>
      </w:r>
    </w:p>
    <w:p>
      <w:r>
        <w:t xml:space="preserve">03:22      (Speaker A)  Okay. </w:t>
      </w:r>
    </w:p>
    <w:p>
      <w:r>
        <w:t xml:space="preserve">03:23      (Speaker C)  Motion to approve from Bobby. </w:t>
      </w:r>
    </w:p>
    <w:p>
      <w:r>
        <w:t xml:space="preserve">03:25      (Speaker A)  Is Bobby perfect. </w:t>
      </w:r>
    </w:p>
    <w:p>
      <w:r>
        <w:t xml:space="preserve">03:27      (Speaker C)  Second from Bill. </w:t>
      </w:r>
    </w:p>
    <w:p>
      <w:r>
        <w:t xml:space="preserve">03:27      (Speaker H)  All in favor? </w:t>
      </w:r>
    </w:p>
    <w:p>
      <w:r>
        <w:t xml:space="preserve">03:30      (Speaker C)  Any opposed? </w:t>
      </w:r>
    </w:p>
    <w:p>
      <w:r>
        <w:t xml:space="preserve">03:32      (Speaker A)  Okay, motion carries. </w:t>
      </w:r>
    </w:p>
    <w:p>
      <w:r>
        <w:t xml:space="preserve">03:34      (Speaker C)  Do we have a motion to close the public hearing </w:t>
      </w:r>
    </w:p>
    <w:p>
      <w:r>
        <w:t xml:space="preserve">03:40      (Speaker B)  from Lindsay and then Bobby? </w:t>
      </w:r>
    </w:p>
    <w:p>
      <w:r>
        <w:t xml:space="preserve">03:42      (Speaker H)  All in favor? </w:t>
      </w:r>
    </w:p>
    <w:p>
      <w:r>
        <w:t xml:space="preserve">03:44      (Speaker C)  Any opposed? </w:t>
      </w:r>
    </w:p>
    <w:p>
      <w:r>
        <w:t xml:space="preserve">03:45      (Speaker B)  Okay, great. I can't See Lindsay. </w:t>
      </w:r>
    </w:p>
    <w:p>
      <w:r>
        <w:t xml:space="preserve">03:48      (Speaker D)  No, you're. </w:t>
      </w:r>
    </w:p>
    <w:p>
      <w:r>
        <w:t xml:space="preserve">03:48      (Speaker E)  It's me. </w:t>
      </w:r>
    </w:p>
    <w:p>
      <w:r>
        <w:t xml:space="preserve">03:49      (Speaker C)  Public hearing is closed. Okay, so next we have resolution 2026 13. Following the budget adoption, the district must </w:t>
      </w:r>
    </w:p>
    <w:p>
      <w:r>
        <w:t xml:space="preserve">03:57      (Speaker B)  estab the mechanism to fund that budget. </w:t>
      </w:r>
    </w:p>
    <w:p>
      <w:r>
        <w:t xml:space="preserve">04:01      (Speaker C)  So 2026-13 is on page 35 of your agenda package. This imposes the operations and maintenance assessments </w:t>
      </w:r>
    </w:p>
    <w:p>
      <w:r>
        <w:t xml:space="preserve">04:09      (Speaker B)  and certifies the assessment role for collection on the Polk county tax bill adoption. The assessment rule is also, I believe, on page 45. </w:t>
      </w:r>
    </w:p>
    <w:p>
      <w:r>
        <w:t xml:space="preserve">04:22      (Speaker A)  38. </w:t>
      </w:r>
    </w:p>
    <w:p>
      <w:r>
        <w:t xml:space="preserve">04:24      (Speaker C)  The Assessment Rule is included in your agenda package on page 38 if the board wanted to review it. This identifies each parcel within the district </w:t>
      </w:r>
    </w:p>
    <w:p>
      <w:r>
        <w:t xml:space="preserve">04:32      (Speaker B)  and the corresponding debt service and operations and maintenance assessments to be collected. </w:t>
      </w:r>
    </w:p>
    <w:p>
      <w:r>
        <w:t xml:space="preserve">04:40      (Speaker C)  If there are no questions or anything like that from the board, do we have a motion to adopt Resolution 2026 to. </w:t>
      </w:r>
    </w:p>
    <w:p>
      <w:r>
        <w:t xml:space="preserve">04:52      (Speaker H)  All in favor? </w:t>
      </w:r>
    </w:p>
    <w:p>
      <w:r>
        <w:t xml:space="preserve">04:54      (Speaker A)  Okay, motion carries. Perfect. </w:t>
      </w:r>
    </w:p>
    <w:p>
      <w:r>
        <w:t xml:space="preserve">04:59      (Speaker C)  Next, we have our public hearing on the adoption of amended and reinstated parking rules. So you can see this is Resolution 2026 14, which is on page 54 of your agenda package. </w:t>
      </w:r>
    </w:p>
    <w:p>
      <w:r>
        <w:t xml:space="preserve">05:13      (Speaker B)  Just as a refresher to the board, we can have Savannah go over any of the updates that were made. </w:t>
      </w:r>
    </w:p>
    <w:p>
      <w:r>
        <w:t xml:space="preserve">05:20      (Speaker E)  So the reason that we went through this is we did need to change the map slightly. </w:t>
      </w:r>
    </w:p>
    <w:p>
      <w:r>
        <w:t xml:space="preserve">05:25      (Speaker F)  There was an error in the previous </w:t>
      </w:r>
    </w:p>
    <w:p>
      <w:r>
        <w:t xml:space="preserve">05:26      (Speaker E)  map, so that's been cleaned up. I also added some clarifying language on making sure that people couldn't park in the grass, like on pond banks and things like that, because it can cause irrigation issues and kill our landscaping, as well as making it very clear, you </w:t>
      </w:r>
    </w:p>
    <w:p>
      <w:r>
        <w:t xml:space="preserve">05:41      (Speaker F)  know, previously we weren't supposed to park on the sidewalks. </w:t>
      </w:r>
    </w:p>
    <w:p>
      <w:r>
        <w:t xml:space="preserve">05:43      (Speaker E)  I spelled it out this time because that's also an issue, and it's cracking </w:t>
      </w:r>
    </w:p>
    <w:p>
      <w:r>
        <w:t xml:space="preserve">05:46      (Speaker F)  sidewalks that we would then fix. </w:t>
      </w:r>
    </w:p>
    <w:p>
      <w:r>
        <w:t xml:space="preserve">05:49      (Speaker E)  So just added that clarifying language. This will fix the map, and then </w:t>
      </w:r>
    </w:p>
    <w:p>
      <w:r>
        <w:t xml:space="preserve">05:52      (Speaker F)  we should be good to go. </w:t>
      </w:r>
    </w:p>
    <w:p>
      <w:r>
        <w:t xml:space="preserve">05:53      (Speaker E)  But no other, like, major policy changes on where parking is or isn't. </w:t>
      </w:r>
    </w:p>
    <w:p>
      <w:r>
        <w:t xml:space="preserve">05:59      (Speaker A)  Okay, perfect. </w:t>
      </w:r>
    </w:p>
    <w:p>
      <w:r>
        <w:t xml:space="preserve">06:00      (Speaker C)  Do we have a motion to open the public hearing? </w:t>
      </w:r>
    </w:p>
    <w:p>
      <w:r>
        <w:t xml:space="preserve">06:06      (Speaker H)  All in favor? </w:t>
      </w:r>
    </w:p>
    <w:p>
      <w:r>
        <w:t xml:space="preserve">06:08      (Speaker A)  Okay, great. </w:t>
      </w:r>
    </w:p>
    <w:p>
      <w:r>
        <w:t xml:space="preserve">06:08      (Speaker C)  We're also required to do public comment in this public hearing, but again, nobody present. </w:t>
      </w:r>
    </w:p>
    <w:p>
      <w:r>
        <w:t xml:space="preserve">06:13      (Speaker B)  Nobody on the zoom line. </w:t>
      </w:r>
    </w:p>
    <w:p>
      <w:r>
        <w:t xml:space="preserve">06:15      (Speaker C)  Are there any questions or changes that the board would like to make to resolution 2026 14? </w:t>
      </w:r>
    </w:p>
    <w:p>
      <w:r>
        <w:t xml:space="preserve">06:22      (Speaker A)  Okay. </w:t>
      </w:r>
    </w:p>
    <w:p>
      <w:r>
        <w:t xml:space="preserve">06:24      (Speaker H)  All in favor? </w:t>
      </w:r>
    </w:p>
    <w:p>
      <w:r>
        <w:t xml:space="preserve">06:26      (Speaker C)  Okay, motion carries. Do we have a motion to close the public hearing? </w:t>
      </w:r>
    </w:p>
    <w:p>
      <w:r>
        <w:t xml:space="preserve">06:32      (Speaker H)  All in favor? </w:t>
      </w:r>
    </w:p>
    <w:p>
      <w:r>
        <w:t xml:space="preserve">06:33      (Speaker A)  Okay, great. </w:t>
      </w:r>
    </w:p>
    <w:p>
      <w:r>
        <w:t xml:space="preserve">06:35      (Speaker B)  Motion is clo. Motion is accepted. </w:t>
      </w:r>
    </w:p>
    <w:p>
      <w:r>
        <w:t xml:space="preserve">06:37      (Speaker C)  Public hearing is closed. Next we have resolution 202615 adopting the </w:t>
      </w:r>
    </w:p>
    <w:p>
      <w:r>
        <w:t xml:space="preserve">06:42      (Speaker B)  fiscal year 27 meeting schedule. </w:t>
      </w:r>
    </w:p>
    <w:p>
      <w:r>
        <w:t xml:space="preserve">06:45      (Speaker C)  This is a change to the meeting schedule. </w:t>
      </w:r>
    </w:p>
    <w:p>
      <w:r>
        <w:t xml:space="preserve">06:47      (Speaker B)  As you guys know, Christine will over hammock reserve. And so we have moved this meeting to kind of line up with other meetings you guys have other meetings? Savannah has other meetings. </w:t>
      </w:r>
    </w:p>
    <w:p>
      <w:r>
        <w:t xml:space="preserve">06:57      (Speaker C)  Christine has. So this will now be moving to </w:t>
      </w:r>
    </w:p>
    <w:p>
      <w:r>
        <w:t xml:space="preserve">07:00      (Speaker B)  11:15 on the second Wednesday of the month. All of those dates are included in the resolution. Unless you all see anything standing out that you would want to change, we </w:t>
      </w:r>
    </w:p>
    <w:p>
      <w:r>
        <w:t xml:space="preserve">07:09      (Speaker C)  would just be looking for a motion to approve. </w:t>
      </w:r>
    </w:p>
    <w:p>
      <w:r>
        <w:t xml:space="preserve">07:13      (Speaker H)  Second, all in favor? </w:t>
      </w:r>
    </w:p>
    <w:p>
      <w:r>
        <w:t xml:space="preserve">07:17      (Speaker A)  Okay, motion carries. </w:t>
      </w:r>
    </w:p>
    <w:p>
      <w:r>
        <w:t xml:space="preserve">07:20      (Speaker C)  Next, we have resolution 2026-16, designating a date, time and location for the landowners meeting. This, I believe, is on page 64 of your agenda package. This resolution designates the date, time, and </w:t>
      </w:r>
    </w:p>
    <w:p>
      <w:r>
        <w:t xml:space="preserve">07:33      (Speaker B)  location as November 11th at 11:15. Here at this location, we're required to announce that date at a meeting at least 90 days prior to the landowner's election date. But also included in this resolution are instructions, proxy forms, and a sample ballot. Should anybody be interested and want to get those, they'll be posted on the website, and they're available by request from the district manager's office. </w:t>
      </w:r>
    </w:p>
    <w:p>
      <w:r>
        <w:t xml:space="preserve">08:00      (Speaker C)  There's one seat up for landowner election, which is seat three, which is actually </w:t>
      </w:r>
    </w:p>
    <w:p>
      <w:r>
        <w:t xml:space="preserve">08:04      (Speaker B)  currently held by Bobby. The suggested date and time is our. Your regular meeting scheduled. In the event the meeting cancels. You don't have to have anybody from the board present, so we can move forward without it if we need to. </w:t>
      </w:r>
    </w:p>
    <w:p>
      <w:r>
        <w:t xml:space="preserve">08:20      (Speaker C)  Any questions on that? </w:t>
      </w:r>
    </w:p>
    <w:p>
      <w:r>
        <w:t xml:space="preserve">08:25      (Speaker H)  All in favor? </w:t>
      </w:r>
    </w:p>
    <w:p>
      <w:r>
        <w:t xml:space="preserve">08:27      (Speaker A)  Okay, great. Motion carries. </w:t>
      </w:r>
    </w:p>
    <w:p>
      <w:r>
        <w:t xml:space="preserve">08:30      (Speaker C)  Next, we have consideration of resolution 2026-17. This is declaring seat number two vacant. </w:t>
      </w:r>
    </w:p>
    <w:p>
      <w:r>
        <w:t xml:space="preserve">08:36      (Speaker B)  This is actually the seat that is held by Emily. </w:t>
      </w:r>
    </w:p>
    <w:p>
      <w:r>
        <w:t xml:space="preserve">08:39      (Speaker C)  When the qualifying period occurred, we didn't </w:t>
      </w:r>
    </w:p>
    <w:p>
      <w:r>
        <w:t xml:space="preserve">08:42      (Speaker B)  have residents go down and qualify for the seat that is up for general election. </w:t>
      </w:r>
    </w:p>
    <w:p>
      <w:r>
        <w:t xml:space="preserve">08:47      (Speaker C)  So this resolution declares it vacant after </w:t>
      </w:r>
    </w:p>
    <w:p>
      <w:r>
        <w:t xml:space="preserve">08:51      (Speaker B)  the second Tuesday of November. So it will be vacant at that point. If still nobody wants it, Emily can remain in the seat. So. </w:t>
      </w:r>
    </w:p>
    <w:p>
      <w:r>
        <w:t xml:space="preserve">09:02      (Speaker A)  Okay. </w:t>
      </w:r>
    </w:p>
    <w:p>
      <w:r>
        <w:t xml:space="preserve">09:03      (Speaker C)  Motion for Bobbi. </w:t>
      </w:r>
    </w:p>
    <w:p>
      <w:r>
        <w:t xml:space="preserve">09:03      (Speaker A)  Nope. </w:t>
      </w:r>
    </w:p>
    <w:p>
      <w:r>
        <w:t xml:space="preserve">09:04      (Speaker C)  That's perfect. </w:t>
      </w:r>
    </w:p>
    <w:p>
      <w:r>
        <w:t xml:space="preserve">09:05      (Speaker H)  Perfect. </w:t>
      </w:r>
    </w:p>
    <w:p>
      <w:r>
        <w:t xml:space="preserve">09:05      (Speaker B)  Is there a second? </w:t>
      </w:r>
    </w:p>
    <w:p>
      <w:r>
        <w:t xml:space="preserve">09:07      (Speaker H)  All in favor? </w:t>
      </w:r>
    </w:p>
    <w:p>
      <w:r>
        <w:t xml:space="preserve">09:09      (Speaker A)  Okay, motion carries. </w:t>
      </w:r>
    </w:p>
    <w:p>
      <w:r>
        <w:t xml:space="preserve">09:12      (Speaker C)  Next, on page 73, you'll see the consideration of fiscal year 2026 audit engagement </w:t>
      </w:r>
    </w:p>
    <w:p>
      <w:r>
        <w:t xml:space="preserve">09:17      (Speaker B)  letter with Grau and Associates. This letter just memorializes the agreement that we have with them and the rate for our fiscal year audit, which is consistent with what we budgeted for. </w:t>
      </w:r>
    </w:p>
    <w:p>
      <w:r>
        <w:t xml:space="preserve">09:31      (Speaker C)  So we would just be looking for a motion to approve. </w:t>
      </w:r>
    </w:p>
    <w:p>
      <w:r>
        <w:t xml:space="preserve">09:37      (Speaker H)  All in favor? </w:t>
      </w:r>
    </w:p>
    <w:p>
      <w:r>
        <w:t xml:space="preserve">09:39      (Speaker A)  Okay, great. Motion carries. </w:t>
      </w:r>
    </w:p>
    <w:p>
      <w:r>
        <w:t xml:space="preserve">09:41      (Speaker C)  Next up, we have staff reports, and our first report is the attorney's report with Savannah. </w:t>
      </w:r>
    </w:p>
    <w:p>
      <w:r>
        <w:t xml:space="preserve">09:47      (Speaker E)  I don't have anything to report unless </w:t>
      </w:r>
    </w:p>
    <w:p>
      <w:r>
        <w:t xml:space="preserve">09:48      (Speaker F)  anybody has questions for me. </w:t>
      </w:r>
    </w:p>
    <w:p>
      <w:r>
        <w:t xml:space="preserve">09:53      (Speaker A)  Okay, great. Thank you. </w:t>
      </w:r>
    </w:p>
    <w:p>
      <w:r>
        <w:t xml:space="preserve">09:55      (Speaker C)  Next, we have the engineers report, and we do have. Excuse me. We do have Ray on the line. </w:t>
      </w:r>
    </w:p>
    <w:p>
      <w:r>
        <w:t xml:space="preserve">10:00      (Speaker I)  Yes. Good morning. How are you all doing? A couple things. One, we did do a annual report letter that was provided to the district as required by the indentures. And basically we looked at everything, created a report of what needs to be either repaired or maintained. But we are in good standing and that we'd like to have the board approve acceptance of this report. </w:t>
      </w:r>
    </w:p>
    <w:p>
      <w:r>
        <w:t xml:space="preserve">10:29      (Speaker C)  Do we have a motion to accept the annual engineers report? </w:t>
      </w:r>
    </w:p>
    <w:p>
      <w:r>
        <w:t xml:space="preserve">10:34      (Speaker H)  All in favor? </w:t>
      </w:r>
    </w:p>
    <w:p>
      <w:r>
        <w:t xml:space="preserve">10:36      (Speaker A)  Okay, motion. </w:t>
      </w:r>
    </w:p>
    <w:p>
      <w:r>
        <w:t xml:space="preserve">10:38      (Speaker I)  Thank you. And just a note, next year we'll be doing the same thing, but we're going to. We also are required by state rules that we provide a stormwater needs assessment. And we did one back in 22 and it's due every five years. We'll be doing one. And what we'll do is combine the efforts with the annual engineers report. So we only have to go do the site visit once and finalize. That one is due in July of next year, which is very similar to the annual report. Just so everybody knows what we will be planning for over the next six months in the beginning of the year, the next fiscal year. The last item I have is an update on the soil condition issues that we've had with Swift Mud. And the good news is that they have accepted all the surveys that we have done and they concur with what we're saying. There were four lots that originally they did not have issues on and now they want us to include on our. Our survey the depth of those. I think Chase wrote a letter requesting that we notify those four lots. They're the. I think it's 1, 131, 132 and 133 per the construction drawings. And we'll go out, get those elevations. We showed them pictures. They still wanted the dimension. So we'll get those over the next week or so and finalize this issue. It'll go away now. They did not bring up the issue. There is one lot which is the one we're going to go that we have in there that has a swimming pool. It's above surface swim pool. We will need to write a letter to them that they need to move it outside of the swale and in the easement. And we'll say which. I can't remember it specifically which slot it is. I think it's 134 if I'm not mistaken. </w:t>
      </w:r>
    </w:p>
    <w:p>
      <w:r>
        <w:t xml:space="preserve">12:45      (Speaker B)  Yeah, it's 4305 Delion Street. I just passed out the pictures to the board that. </w:t>
      </w:r>
    </w:p>
    <w:p>
      <w:r>
        <w:t xml:space="preserve">12:52      (Speaker I)  Oh, thank you. </w:t>
      </w:r>
    </w:p>
    <w:p>
      <w:r>
        <w:t xml:space="preserve">12:53      (Speaker B)  Yeah, no problem. They show the pool and the cinder </w:t>
      </w:r>
    </w:p>
    <w:p>
      <w:r>
        <w:t xml:space="preserve">12:57      (Speaker C)  blocks, I think was also pointed out </w:t>
      </w:r>
    </w:p>
    <w:p>
      <w:r>
        <w:t xml:space="preserve">12:58      (Speaker B)  as a problem and perhaps maybe the shed as well. Ray, is that right? </w:t>
      </w:r>
    </w:p>
    <w:p>
      <w:r>
        <w:t xml:space="preserve">13:03      (Speaker I)  That is yes, that is correct. You got it. </w:t>
      </w:r>
    </w:p>
    <w:p>
      <w:r>
        <w:t xml:space="preserve">13:06      (Speaker F)  Thank you. </w:t>
      </w:r>
    </w:p>
    <w:p>
      <w:r>
        <w:t xml:space="preserve">13:06      (Speaker I)  Pictures are always great, so. And you know, we can work with them on trying to establish the swale and providing indications, but I think that's something that needs to be written to them and they need to take care of that. The other issue is. Go ahead. I'm sorry. </w:t>
      </w:r>
    </w:p>
    <w:p>
      <w:r>
        <w:t xml:space="preserve">13:28      (Speaker E)  Sorry, Ray. It's Savannah. So did SwiftMed point out this one or was that found by you guys? </w:t>
      </w:r>
    </w:p>
    <w:p>
      <w:r>
        <w:t xml:space="preserve">13:34      (Speaker I)  That was found by us. We did not share this information with swiftmud. </w:t>
      </w:r>
    </w:p>
    <w:p>
      <w:r>
        <w:t xml:space="preserve">13:39      (Speaker E)  Got it. </w:t>
      </w:r>
    </w:p>
    <w:p>
      <w:r>
        <w:t xml:space="preserve">13:39      (Speaker I)  They didn't ask for it. We're not going to give it to them. So we're only giving them what they want and what they need and what they're worried about. But I think from a perspective of owning the easement and us being responsible for the swale and drainage, that's why we're bringing it up, because it needs to happen. The other issue that we have that we haven't really made a big discussion on, we did not share the issue with Swift Mud a whole lot, but we did mention that they were concerned that the fences that are coming across the swale could impede flow and therefore might be needed to be raised. The minimum or whatever the swale width is. Height is. The average is about 8 inches. It technically needs to be 12, but if the swale is only 8 inches, I'll be. You know, I think we can go with that average. But that means that every fence that goes across the swale needs to be raised and they can put whatever, chicken wire or whatever to keep things from going on as long as water can get under there. We're good with that. Then we'll need to have a letter written to every lot that has a fence that requires to do that. </w:t>
      </w:r>
    </w:p>
    <w:p>
      <w:r>
        <w:t xml:space="preserve">15:07      (Speaker C)  Ray, out of curiosity, do you have </w:t>
      </w:r>
    </w:p>
    <w:p>
      <w:r>
        <w:t xml:space="preserve">15:09      (Speaker B)  a list of all of the addresses of those lots that have fences? </w:t>
      </w:r>
    </w:p>
    <w:p>
      <w:r>
        <w:t xml:space="preserve">15:14      (Speaker I)  Yes, we can provide that. </w:t>
      </w:r>
    </w:p>
    <w:p>
      <w:r>
        <w:t xml:space="preserve">15:16      (Speaker E)  Do you happen to have pictures of all of those addresses or is that something we're going to. </w:t>
      </w:r>
    </w:p>
    <w:p>
      <w:r>
        <w:t xml:space="preserve">15:20      (Speaker I)  Yes. No, we have pictures also. It's a very big file, so. But it's easier. I think you got. Swift might had a problem downloading it because of their rules, but I think you all be. You would be able to download it. We'll send it as a. We actually have it annotated and everything. So you'll be able to see exactly where. What. I'll get Chase to send those over this tomorrow, the next day. Other than that, I think we're in good shape. We don't have to do a whole lot other than just be an enforcement agency. Once we get these. These grades and they should write us a letter saying we're good. </w:t>
      </w:r>
    </w:p>
    <w:p>
      <w:r>
        <w:t xml:space="preserve">16:05      (Speaker F)  Wonderful. </w:t>
      </w:r>
    </w:p>
    <w:p>
      <w:r>
        <w:t xml:space="preserve">16:07      (Speaker C)  Does the board have any. </w:t>
      </w:r>
    </w:p>
    <w:p>
      <w:r>
        <w:t xml:space="preserve">16:08      (Speaker G)  Yes, I just looked on the pool. They did not get a permit from the city. So if they had got a permit, that would have been caught way ahead. </w:t>
      </w:r>
    </w:p>
    <w:p>
      <w:r>
        <w:t xml:space="preserve">16:17      (Speaker B)  Right. </w:t>
      </w:r>
    </w:p>
    <w:p>
      <w:r>
        <w:t xml:space="preserve">16:18      (Speaker F)  Of course. </w:t>
      </w:r>
    </w:p>
    <w:p>
      <w:r>
        <w:t xml:space="preserve">16:18      (Speaker B)  You. </w:t>
      </w:r>
    </w:p>
    <w:p>
      <w:r>
        <w:t xml:space="preserve">16:19      (Speaker I)  Yep. </w:t>
      </w:r>
    </w:p>
    <w:p>
      <w:r>
        <w:t xml:space="preserve">16:19      (Speaker F)  You need them born above ground point. </w:t>
      </w:r>
    </w:p>
    <w:p>
      <w:r>
        <w:t xml:space="preserve">16:21      (Speaker G)  If the polls born. Get with the four inches of water. </w:t>
      </w:r>
    </w:p>
    <w:p>
      <w:r>
        <w:t xml:space="preserve">16:24      (Speaker F)  Really? </w:t>
      </w:r>
    </w:p>
    <w:p>
      <w:r>
        <w:t xml:space="preserve">16:25      (Speaker I)  Oh, then that I was. That's a good. Thank you. </w:t>
      </w:r>
    </w:p>
    <w:p>
      <w:r>
        <w:t xml:space="preserve">16:28      (Speaker A)  Good. </w:t>
      </w:r>
    </w:p>
    <w:p>
      <w:r>
        <w:t xml:space="preserve">16:29      (Speaker I)  Good notation to know. </w:t>
      </w:r>
    </w:p>
    <w:p>
      <w:r>
        <w:t xml:space="preserve">16:31      (Speaker H)  There we go, Bill. </w:t>
      </w:r>
    </w:p>
    <w:p>
      <w:r>
        <w:t xml:space="preserve">16:36      (Speaker G)  Yeah. </w:t>
      </w:r>
    </w:p>
    <w:p>
      <w:r>
        <w:t xml:space="preserve">16:36      (Speaker I)  Because I thought it was above ground. And the person. I don't know if they regulate that, but that's a good. That's a good way to do it. Thank you. </w:t>
      </w:r>
    </w:p>
    <w:p>
      <w:r>
        <w:t xml:space="preserve">16:49      (Speaker G)  Be combined into one commit. But it was still. </w:t>
      </w:r>
    </w:p>
    <w:p>
      <w:r>
        <w:t xml:space="preserve">16:52      (Speaker I)  Yeah. </w:t>
      </w:r>
    </w:p>
    <w:p>
      <w:r>
        <w:t xml:space="preserve">16:54      (Speaker G)  And they would have caught the setback. </w:t>
      </w:r>
    </w:p>
    <w:p>
      <w:r>
        <w:t xml:space="preserve">16:57      (Speaker I)  Yes. Yeah. They've got a lot of work that they, you know, bricks and stuff. And they've done a lot of efforts there. So it's a shame, but so it is what it is. </w:t>
      </w:r>
    </w:p>
    <w:p>
      <w:r>
        <w:t xml:space="preserve">17:11      (Speaker A)  Okay. </w:t>
      </w:r>
    </w:p>
    <w:p>
      <w:r>
        <w:t xml:space="preserve">17:12      (Speaker C)  Any other questions for Ray? </w:t>
      </w:r>
    </w:p>
    <w:p>
      <w:r>
        <w:t xml:space="preserve">17:17      (Speaker B)  Okay, thank you so much. We will get with you for all of our. All of that stuff for the letters. </w:t>
      </w:r>
    </w:p>
    <w:p>
      <w:r>
        <w:t xml:space="preserve">17:23      (Speaker I)  Sounds good. Thank you. </w:t>
      </w:r>
    </w:p>
    <w:p>
      <w:r>
        <w:t xml:space="preserve">17:27      (Speaker A)  Okay. </w:t>
      </w:r>
    </w:p>
    <w:p>
      <w:r>
        <w:t xml:space="preserve">17:27      (Speaker C)  Next we have the field manager's report with Allan. </w:t>
      </w:r>
    </w:p>
    <w:p>
      <w:r>
        <w:t xml:space="preserve">17:30      (Speaker F)  Yes. </w:t>
      </w:r>
    </w:p>
    <w:p>
      <w:r>
        <w:t xml:space="preserve">17:32      (Speaker J)  Just a few things. There was a. A track behind phase three. It goes down the whole length of it. That the vegetation has gotten a little high. We needed to have it cut down to fall into code compliance. That has been completed and the code compliance officers have been notified. Also the phase four fencing, there was some fence that was blown out. We got that up again. Make sure that the code compliance isn't upset with us at all with anything going on. And again, some replacement landscape at the front of the amenity has been installed. And we'll continue to monitor that to see that it establishes. Well, overall landscaping is maintaining the community well. Our pools are kept up. Janitorial staff's keeping up with the higher services that we see because the pools can be very active during the summertime. And our few lakes that need it maintenance and being maintained to make sure that those. Those stay in place. We are seeing more rain, which is good filling up those ponds. But we still need more to double check if there isn't anything else. I have two things to go over. The first would be a ratification of the cleaning up of that fence line to get us into code compliance. </w:t>
      </w:r>
    </w:p>
    <w:p>
      <w:r>
        <w:t xml:space="preserve">18:53      (Speaker C)  This is on page 113. </w:t>
      </w:r>
    </w:p>
    <w:p>
      <w:r>
        <w:t xml:space="preserve">18:57      (Speaker B)  We did approve this outside of a meeting. We were having some docusign issues. So Bobby is aware of it. We just. For some reason the docusign wasn't working to Her. So I signed it so that they could go ahead and complete the landscaping work before code enforcement came back </w:t>
      </w:r>
    </w:p>
    <w:p>
      <w:r>
        <w:t xml:space="preserve">19:14      (Speaker A)  to </w:t>
      </w:r>
    </w:p>
    <w:p>
      <w:r>
        <w:t xml:space="preserve">19:14      (Speaker B)  check off that we had done it. </w:t>
      </w:r>
    </w:p>
    <w:p>
      <w:r>
        <w:t xml:space="preserve">19:18      (Speaker G)  Okay. </w:t>
      </w:r>
    </w:p>
    <w:p>
      <w:r>
        <w:t xml:space="preserve">19:20      (Speaker H)  All in favor? </w:t>
      </w:r>
    </w:p>
    <w:p>
      <w:r>
        <w:t xml:space="preserve">19:22      (Speaker A)  Okay, motion carries. </w:t>
      </w:r>
    </w:p>
    <w:p>
      <w:r>
        <w:t xml:space="preserve">19:24      (Speaker J)  The second item you'll have in front of you. This is a update to the contract, current contract that is dealing with the same area that's in question behind phase three. There's a fence along the railroad tracks that comes up along into Johnson Street. That, that area is quite extensive. It's over a mile. And that needs to be on a monthly like every three month basis maintained, keep down so that we don't get ourselves into this situation where the code enforcement sees it, then they come and complain. So the update to the contract would be one $182,422.04. It's under our proposed line item of 195, 700. So it will fit into the plant budget. </w:t>
      </w:r>
    </w:p>
    <w:p>
      <w:r>
        <w:t xml:space="preserve">20:20      (Speaker F)  Now you said to do it every three months. </w:t>
      </w:r>
    </w:p>
    <w:p>
      <w:r>
        <w:t xml:space="preserve">20:22      (Speaker G)  Yeah. </w:t>
      </w:r>
    </w:p>
    <w:p>
      <w:r>
        <w:t xml:space="preserve">20:23      (Speaker F)  So can we take off some of this if we're doing it every three months? </w:t>
      </w:r>
    </w:p>
    <w:p>
      <w:r>
        <w:t xml:space="preserve">20:29      (Speaker J)  Take off what? </w:t>
      </w:r>
    </w:p>
    <w:p>
      <w:r>
        <w:t xml:space="preserve">20:31      (Speaker F)  Because it looks like we're getting. </w:t>
      </w:r>
    </w:p>
    <w:p>
      <w:r>
        <w:t xml:space="preserve">20:32      (Speaker J)  Oh, it's, this is, this is averaged out in it. They, they've spread it out throughout the whole 12 months. Instead of having like peaks similar to </w:t>
      </w:r>
    </w:p>
    <w:p>
      <w:r>
        <w:t xml:space="preserve">20:43      (Speaker E)  when we do like the pond disking and your landscaping contracts at some of the other districts for dry ponds. Prince averages, even though they only do the disc game quarterly. </w:t>
      </w:r>
    </w:p>
    <w:p>
      <w:r>
        <w:t xml:space="preserve">20:53      (Speaker F)  Okay. </w:t>
      </w:r>
    </w:p>
    <w:p>
      <w:r>
        <w:t xml:space="preserve">20:53      (Speaker E)  They average it out across the whole year. So it's. If you steady payment each month, it's </w:t>
      </w:r>
    </w:p>
    <w:p>
      <w:r>
        <w:t xml:space="preserve">20:59      (Speaker F)  33,000 every three months for the general services. Yeah, the three months together. </w:t>
      </w:r>
    </w:p>
    <w:p>
      <w:r>
        <w:t xml:space="preserve">21:10      (Speaker B)  Did you say 3,000? </w:t>
      </w:r>
    </w:p>
    <w:p>
      <w:r>
        <w:t xml:space="preserve">21:12      (Speaker F)  3,000. </w:t>
      </w:r>
    </w:p>
    <w:p>
      <w:r>
        <w:t xml:space="preserve">21:14      (Speaker C)  Oh total. </w:t>
      </w:r>
    </w:p>
    <w:p>
      <w:r>
        <w:t xml:space="preserve">21:15      (Speaker B)  Not just adding the bush hog. </w:t>
      </w:r>
    </w:p>
    <w:p>
      <w:r>
        <w:t xml:space="preserve">21:16      (Speaker J)  I'm sorry, I. I don't have every three, three months. It would be, let's see, 15, 30, 45, 60, 30, 45, $603 and some on change. If you took each month that it was going to be done because this includes the turf and the irrigation maintenance down there in the blue. So every three months it's a total of those three months combined would be 45,000. </w:t>
      </w:r>
    </w:p>
    <w:p>
      <w:r>
        <w:t xml:space="preserve">21:46      (Speaker F)  And this is something that we did plan and the following year's budget. I know you said. </w:t>
      </w:r>
    </w:p>
    <w:p>
      <w:r>
        <w:t xml:space="preserve">21:50      (Speaker J)  Yeah. So the budget is set at night. Was set at 95700. This is at 82. So know it's under next year's budget to have this and it's something we'll want to maintain that back section on a more planned basis. It wasn't planned for. And I like to have these plans so that. To make sure that they're in compliance on a continuous basis without any questions. </w:t>
      </w:r>
    </w:p>
    <w:p>
      <w:r>
        <w:t xml:space="preserve">22:13      (Speaker B)  We didn't take it into account until code enforcement came. But it does fit within the line, the budget line item. And then we shouldn't have issues with code enforcement again. </w:t>
      </w:r>
    </w:p>
    <w:p>
      <w:r>
        <w:t xml:space="preserve">22:23      (Speaker C)  Did they provide you with a updated </w:t>
      </w:r>
    </w:p>
    <w:p>
      <w:r>
        <w:t xml:space="preserve">22:25      (Speaker B)  landscaping map as well? </w:t>
      </w:r>
    </w:p>
    <w:p>
      <w:r>
        <w:t xml:space="preserve">22:28      (Speaker J)  Yes, I have a. I have. </w:t>
      </w:r>
    </w:p>
    <w:p>
      <w:r>
        <w:t xml:space="preserve">22:30      (Speaker F)  I have a map. </w:t>
      </w:r>
    </w:p>
    <w:p>
      <w:r>
        <w:t xml:space="preserve">22:31      (Speaker H)  Okay. </w:t>
      </w:r>
    </w:p>
    <w:p>
      <w:r>
        <w:t xml:space="preserve">22:33      (Speaker F)  This is for full mowing, all detailing, and then it includes the bush hog. </w:t>
      </w:r>
    </w:p>
    <w:p>
      <w:r>
        <w:t xml:space="preserve">22:37      (Speaker J)  Yeah. So this is our current contract. </w:t>
      </w:r>
    </w:p>
    <w:p>
      <w:r>
        <w:t xml:space="preserve">22:40      (Speaker E)  Community. </w:t>
      </w:r>
    </w:p>
    <w:p>
      <w:r>
        <w:t xml:space="preserve">22:40      (Speaker J)  Yeah, this is our current contract. </w:t>
      </w:r>
    </w:p>
    <w:p>
      <w:r>
        <w:t xml:space="preserve">22:42      (Speaker G)  Okay. </w:t>
      </w:r>
    </w:p>
    <w:p>
      <w:r>
        <w:t xml:space="preserve">22:42      (Speaker J)  Just adding the bush hogging into it every three months and. </w:t>
      </w:r>
    </w:p>
    <w:p>
      <w:r>
        <w:t xml:space="preserve">22:47      (Speaker F)  Okay, so that. Okay, so this is an additional. Yes. </w:t>
      </w:r>
    </w:p>
    <w:p>
      <w:r>
        <w:t xml:space="preserve">22:50      (Speaker J)  No, no, this is sor. The whole point of this was to consolidate everything into one place. No. Yeah, I get. I can understand why. 45,000 for just for bush crazy. </w:t>
      </w:r>
    </w:p>
    <w:p>
      <w:r>
        <w:t xml:space="preserve">23:07      (Speaker F)  That makes sense. </w:t>
      </w:r>
    </w:p>
    <w:p>
      <w:r>
        <w:t xml:space="preserve">23:08      (Speaker B)  We had like a bunch of different addendums. And so he had Prince put everything into one contract so that it was clear exactly where what they should be doing monthly or. </w:t>
      </w:r>
    </w:p>
    <w:p>
      <w:r>
        <w:t xml:space="preserve">23:20      (Speaker E)  This is the current one. </w:t>
      </w:r>
    </w:p>
    <w:p>
      <w:r>
        <w:t xml:space="preserve">23:21      (Speaker F)  Correct. </w:t>
      </w:r>
    </w:p>
    <w:p>
      <w:r>
        <w:t xml:space="preserve">23:22      (Speaker E)  This is the current price. This is the current price and the addendum from 2023. The additional services that added additional services for new phases three and four would result in this price. That's on this bottom line. Total fee per month. So if this isn't. </w:t>
      </w:r>
    </w:p>
    <w:p>
      <w:r>
        <w:t xml:space="preserve">23:46      (Speaker J)  That's what they sent me to. </w:t>
      </w:r>
    </w:p>
    <w:p>
      <w:r>
        <w:t xml:space="preserve">23:48      (Speaker E)  Technically, your price isn't changing. Unless they've not been charging what actually in the agreement. </w:t>
      </w:r>
    </w:p>
    <w:p>
      <w:r>
        <w:t xml:space="preserve">23:55      (Speaker J)  I don't exactly know. I know that this is what this told me. That's the. That's the new. To add the bush hog would be. That'd be the whole scope. And they were instructed that these maps all included. They saw all the maps for each phase. So they know what to. What was going to be expected is </w:t>
      </w:r>
    </w:p>
    <w:p>
      <w:r>
        <w:t xml:space="preserve">24:13      (Speaker B)  what the current annual should be. </w:t>
      </w:r>
    </w:p>
    <w:p>
      <w:r>
        <w:t xml:space="preserve">24:21      (Speaker E)  I mean, that's great. It means they've been charging us less than what's actually in their agreement. But we really need to make sure what's in the agreement is what's being right paid, especially for auditing purposes. </w:t>
      </w:r>
    </w:p>
    <w:p>
      <w:r>
        <w:t xml:space="preserve">24:36      (Speaker B)  All right, let's. </w:t>
      </w:r>
    </w:p>
    <w:p>
      <w:r>
        <w:t xml:space="preserve">24:38      (Speaker E)  I would recommend maybe we figure this out and bring it back next month. </w:t>
      </w:r>
    </w:p>
    <w:p>
      <w:r>
        <w:t xml:space="preserve">24:43      (Speaker C)  Yeah, let's table this. </w:t>
      </w:r>
    </w:p>
    <w:p>
      <w:r>
        <w:t xml:space="preserve">24:45      (Speaker B)  We'll kind of do an audit of what we're currently being charged monthly and run that in with. This was part of why we wanted it all in one place is with different addendums, it was hard to track down everything that they were doing. And there wasn't a landscaping map that put everything together previously. So. </w:t>
      </w:r>
    </w:p>
    <w:p>
      <w:r>
        <w:t xml:space="preserve">25:04      (Speaker E)  Yeah. </w:t>
      </w:r>
    </w:p>
    <w:p>
      <w:r>
        <w:t xml:space="preserve">25:05      (Speaker B)  But let us take a look at all of that. </w:t>
      </w:r>
    </w:p>
    <w:p>
      <w:r>
        <w:t xml:space="preserve">25:06      (Speaker E)  We didn't amended and restated agreement in 2023 and have amended that one once. So you may have been looking at the really old one because it had multiple. It did have like the first landscape contract does have like five amendments. Then we did an amended and restated that has been added onto once to add phases three and four. So let's just take that and Actually, let's. Let's dig into that a little bit more. I'm not comfortable approving anything for that today. </w:t>
      </w:r>
    </w:p>
    <w:p>
      <w:r>
        <w:t xml:space="preserve">25:35      (Speaker F)  Okay. Okay. </w:t>
      </w:r>
    </w:p>
    <w:p>
      <w:r>
        <w:t xml:space="preserve">25:36      (Speaker C)  We will table that. </w:t>
      </w:r>
    </w:p>
    <w:p>
      <w:r>
        <w:t xml:space="preserve">25:38      (Speaker J)  My apologies. I'll have to. I got this last minute. So we were trying to get. Get it, but apparently there's obviously some discrepancy. So we'll sort that out. No, but that is okay. </w:t>
      </w:r>
    </w:p>
    <w:p>
      <w:r>
        <w:t xml:space="preserve">25:47      (Speaker F)  That's okay. </w:t>
      </w:r>
    </w:p>
    <w:p>
      <w:r>
        <w:t xml:space="preserve">25:50      (Speaker B)  Okay. </w:t>
      </w:r>
    </w:p>
    <w:p>
      <w:r>
        <w:t xml:space="preserve">25:50      (Speaker C)  The only other thing was you were </w:t>
      </w:r>
    </w:p>
    <w:p>
      <w:r>
        <w:t xml:space="preserve">25:52      (Speaker B)  checking the fence height on. Oh, hold on. We have Ray or Chase is raising his hand. Go for it, Chase. </w:t>
      </w:r>
    </w:p>
    <w:p>
      <w:r>
        <w:t xml:space="preserve">26:00      (Speaker J)  Hey, sorry to interrupt. Did you. Did you need me to go back over the report? </w:t>
      </w:r>
    </w:p>
    <w:p>
      <w:r>
        <w:t xml:space="preserve">26:03      (Speaker A)  Sorry about that. </w:t>
      </w:r>
    </w:p>
    <w:p>
      <w:r>
        <w:t xml:space="preserve">26:04      (Speaker J)  I forgot Ray and Joey are out as well. </w:t>
      </w:r>
    </w:p>
    <w:p>
      <w:r>
        <w:t xml:space="preserve">26:06      (Speaker C)  No, no, that's okay. Ray hopped on. </w:t>
      </w:r>
    </w:p>
    <w:p>
      <w:r>
        <w:t xml:space="preserve">26:08      (Speaker I)  Oh, I was on here. </w:t>
      </w:r>
    </w:p>
    <w:p>
      <w:r>
        <w:t xml:space="preserve">26:09      (Speaker F)  I was. </w:t>
      </w:r>
    </w:p>
    <w:p>
      <w:r>
        <w:t xml:space="preserve">26:09      (Speaker J)  Okay. </w:t>
      </w:r>
    </w:p>
    <w:p>
      <w:r>
        <w:t xml:space="preserve">26:10      (Speaker I)  Thanks, Case. You're good. </w:t>
      </w:r>
    </w:p>
    <w:p>
      <w:r>
        <w:t xml:space="preserve">26:12      (Speaker A)  Thank you. </w:t>
      </w:r>
    </w:p>
    <w:p>
      <w:r>
        <w:t xml:space="preserve">26:13      (Speaker I)  Thank you. I'll call you later. </w:t>
      </w:r>
    </w:p>
    <w:p>
      <w:r>
        <w:t xml:space="preserve">26:18      (Speaker B)  Was the fence height check on our encroachment? </w:t>
      </w:r>
    </w:p>
    <w:p>
      <w:r>
        <w:t xml:space="preserve">26:27      (Speaker J)  The. The height. What was the height supposed to. I'm sorry, what was the height? </w:t>
      </w:r>
    </w:p>
    <w:p>
      <w:r>
        <w:t xml:space="preserve">26:30      (Speaker B)  They were going to lift their fence 12 inches up. </w:t>
      </w:r>
    </w:p>
    <w:p>
      <w:r>
        <w:t xml:space="preserve">26:34      (Speaker J)  Lifting up. I hadn't seen anything yet for the. The being up off the check. I can check again this coming up week and see if they raise it up or not. </w:t>
      </w:r>
    </w:p>
    <w:p>
      <w:r>
        <w:t xml:space="preserve">26:44      (Speaker A)  Okay. </w:t>
      </w:r>
    </w:p>
    <w:p>
      <w:r>
        <w:t xml:space="preserve">26:46      (Speaker F)  Okay. </w:t>
      </w:r>
    </w:p>
    <w:p>
      <w:r>
        <w:t xml:space="preserve">26:46      (Speaker J)  So that's the. That's the folks we're doing with on the. </w:t>
      </w:r>
    </w:p>
    <w:p>
      <w:r>
        <w:t xml:space="preserve">26:50      (Speaker B)  Yeah, it's on the. It's on 3204 Wetzel Drive on the agenda if you need it. </w:t>
      </w:r>
    </w:p>
    <w:p>
      <w:r>
        <w:t xml:space="preserve">27:01      (Speaker A)  Okay. </w:t>
      </w:r>
    </w:p>
    <w:p>
      <w:r>
        <w:t xml:space="preserve">27:01      (Speaker C)  Anything else for Alan? All right, next up, we have the district manager's report. And Christine is going to take this one. </w:t>
      </w:r>
    </w:p>
    <w:p>
      <w:r>
        <w:t xml:space="preserve">27:09      (Speaker F)  Right? I can pull it up now. </w:t>
      </w:r>
    </w:p>
    <w:p>
      <w:r>
        <w:t xml:space="preserve">27:12      (Speaker D)  Okay, so on page 118 is the check register. The check register included in the agenda packet totals 237,909. 91. So if there's not any questions, we're just looking for a motion to approve the check register and that total amount. No. And all in favor approving the check register say. </w:t>
      </w:r>
    </w:p>
    <w:p>
      <w:r>
        <w:t xml:space="preserve">27:33      (Speaker F)  I have to remember who just did that. </w:t>
      </w:r>
    </w:p>
    <w:p>
      <w:r>
        <w:t xml:space="preserve">27:38      (Speaker D)  It is harder when you're doing it on your own. Who was that? Emily? That motion? </w:t>
      </w:r>
    </w:p>
    <w:p>
      <w:r>
        <w:t xml:space="preserve">27:43      (Speaker B)  Nope. </w:t>
      </w:r>
    </w:p>
    <w:p>
      <w:r>
        <w:t xml:space="preserve">27:43      (Speaker D)  See Lindsay at motion, Bobby second. </w:t>
      </w:r>
    </w:p>
    <w:p>
      <w:r>
        <w:t xml:space="preserve">27:45      (Speaker F)  Okay. </w:t>
      </w:r>
    </w:p>
    <w:p>
      <w:r>
        <w:t xml:space="preserve">27:46      (Speaker D)  We just need Bill to do everything because he's a man's voice and I can definitely hear that one. We're going to Use our big boy voices. Okay. And then the next item is the financial statements that are unaudited. They're presented through June 30th. Unless the board has any questions. There is no motion needed for this one. Does the board have any questions on the balance sheet? </w:t>
      </w:r>
    </w:p>
    <w:p>
      <w:r>
        <w:t xml:space="preserve">28:10      (Speaker A)  Okay. </w:t>
      </w:r>
    </w:p>
    <w:p>
      <w:r>
        <w:t xml:space="preserve">28:12      (Speaker D)  The next item is the annual performance goals and objectives. I think most of you have went through this a couple of times. They are included in the agenda packet. It's a statutory requirement. All of the items, which. There's three different items. Community communication and engagement, infrastructure and facilities maintenance, financial transparency and accountability. All of these items can be achieved during regular board meetings. So we are just looking for a motion to approve the fiscal year 2027 goals and objectives and performance measures and standards. </w:t>
      </w:r>
    </w:p>
    <w:p>
      <w:r>
        <w:t xml:space="preserve">28:47      (Speaker G)  Second. </w:t>
      </w:r>
    </w:p>
    <w:p>
      <w:r>
        <w:t xml:space="preserve">28:48      (Speaker H)  All in favor? </w:t>
      </w:r>
    </w:p>
    <w:p>
      <w:r>
        <w:t xml:space="preserve">28:50      (Speaker B)  Okay, Lindsay. </w:t>
      </w:r>
    </w:p>
    <w:p>
      <w:r>
        <w:t xml:space="preserve">28:52      (Speaker E)  I knew Bill was there. </w:t>
      </w:r>
    </w:p>
    <w:p>
      <w:r>
        <w:t xml:space="preserve">28:53      (Speaker A)  I heard him. </w:t>
      </w:r>
    </w:p>
    <w:p>
      <w:r>
        <w:t xml:space="preserve">28:55      (Speaker D)  Okay, so the next item is the fiscal year 2026 performance measures and annual reporting. The agenda packet includes that document as well. This is just to state that you did meet all your goals and objectives. So we're just looking for a motion to authorize the chair to appro that and be able to submit that to say we met them. Okay. </w:t>
      </w:r>
    </w:p>
    <w:p>
      <w:r>
        <w:t xml:space="preserve">29:24      (Speaker F)  Got a motion in a second. </w:t>
      </w:r>
    </w:p>
    <w:p>
      <w:r>
        <w:t xml:space="preserve">29:26      (Speaker H)  All in favor? </w:t>
      </w:r>
    </w:p>
    <w:p>
      <w:r>
        <w:t xml:space="preserve">29:27      (Speaker A)  Thank you. </w:t>
      </w:r>
    </w:p>
    <w:p>
      <w:r>
        <w:t xml:space="preserve">29:27      (Speaker D)  I Forgetting that one. </w:t>
      </w:r>
    </w:p>
    <w:p>
      <w:r>
        <w:t xml:space="preserve">29:29      (Speaker H)  All in favor? </w:t>
      </w:r>
    </w:p>
    <w:p>
      <w:r>
        <w:t xml:space="preserve">29:30      (Speaker F)  Okay. </w:t>
      </w:r>
    </w:p>
    <w:p>
      <w:r>
        <w:t xml:space="preserve">29:33      (Speaker B)  Good job. </w:t>
      </w:r>
    </w:p>
    <w:p>
      <w:r>
        <w:t xml:space="preserve">29:33      (Speaker D)  Good job. </w:t>
      </w:r>
    </w:p>
    <w:p>
      <w:r>
        <w:t xml:space="preserve">29:34      (Speaker B)  My first three items. </w:t>
      </w:r>
    </w:p>
    <w:p>
      <w:r>
        <w:t xml:space="preserve">29:36      (Speaker H)  Great. </w:t>
      </w:r>
    </w:p>
    <w:p>
      <w:r>
        <w:t xml:space="preserve">29:36      (Speaker B)  Okay, thank you. </w:t>
      </w:r>
    </w:p>
    <w:p>
      <w:r>
        <w:t xml:space="preserve">29:39      (Speaker C)  Lastly, I'm going to take discussion of the security vendor. </w:t>
      </w:r>
    </w:p>
    <w:p>
      <w:r>
        <w:t xml:space="preserve">29:41      (Speaker B)  I just want to update the board on something. So we had a couple of residents reach out recently that the security vendor at the pool has not been doing their job, essentially. And we had a weekend in July where we did not have a security </w:t>
      </w:r>
    </w:p>
    <w:p>
      <w:r>
        <w:t xml:space="preserve">29:58      (Speaker A)  guard at the pool the whole weekend. </w:t>
      </w:r>
    </w:p>
    <w:p>
      <w:r>
        <w:t xml:space="preserve">30:00      (Speaker B)  And we were not. We were only notified by the resident. We were not notified by the company. Tried to. But we. Thankfully, the resident let us know. So we caught that. </w:t>
      </w:r>
    </w:p>
    <w:p>
      <w:r>
        <w:t xml:space="preserve">30:14      (Speaker C)  We. </w:t>
      </w:r>
    </w:p>
    <w:p>
      <w:r>
        <w:t xml:space="preserve">30:15      (Speaker B)  We also. There have been a couple of teenagers that have been frequenting the pool, throwing a football. So we've had a lot of residents upset about that, reach out to us and let us know about that, that the guard is not approaching individuals in the pool that are breaking the rules. So we tried for three weeks via email to get some answers from the district manager at Securitas and did not get those answers as to how the guard was entering the facility and what happened to the guard the weekend that we know. We can't find evidence that a guard was there. So Emily, who is our amenities manager, and I met with Carlos, who is above James, who's the district manager for Securitas. He came up with an action plan to correct A lot of the behaviors that we're not only seeing from the guard, but we're also seeing from the district manager. There's a, obviously a lack of accountability there. We can't get him to answer via email like, what happened? Where was the guard? Carlos also told us that it is their standard practice to let us know if the guard's running late or if the guard's not going to be there. That never happens like in any district. So he's going to work on some things with James, he's going to work on some things with the guard, training and trying to get the guard to enforce the rules. But I wanted to let you all know because we have indicated to Carlos that it is something that if this doesn't improve quickly, we would see if the board would like to move on to a different security vendor. We don't have any proposals or anything today, but if we have a follow up meeting with Carlos on the end of the month, August 28th, so if we haven't noticed a change, we can bring proposals back to the next meeting. Yep, absolutely. When getting proposals. Right now we have a guard. You let me know if I step over any security lines here. You, you know, when we have the guard there on the weekends. Does the board want to add any other like through the summer daily? Am I stepping over? </w:t>
      </w:r>
    </w:p>
    <w:p>
      <w:r>
        <w:t xml:space="preserve">32:31      (Speaker A)  Okay. </w:t>
      </w:r>
    </w:p>
    <w:p>
      <w:r>
        <w:t xml:space="preserve">32:33      (Speaker B)  Does the board want us to get a proposal with a similar schedule as to what we have now or add anything in? </w:t>
      </w:r>
    </w:p>
    <w:p>
      <w:r>
        <w:t xml:space="preserve">32:39      (Speaker F)  Can you do both? I can. Can you say, okay, well this is for one and then this is for. Yep, yep, I can do that. </w:t>
      </w:r>
    </w:p>
    <w:p>
      <w:r>
        <w:t xml:space="preserve">32:47      (Speaker A)  Yep. </w:t>
      </w:r>
    </w:p>
    <w:p>
      <w:r>
        <w:t xml:space="preserve">32:47      (Speaker H)  Absolutely. </w:t>
      </w:r>
    </w:p>
    <w:p>
      <w:r>
        <w:t xml:space="preserve">32:48      (Speaker E)  We're going to schedule a shade session for what month are we doing? </w:t>
      </w:r>
    </w:p>
    <w:p>
      <w:r>
        <w:t xml:space="preserve">32:51      (Speaker B)  I don't. </w:t>
      </w:r>
    </w:p>
    <w:p>
      <w:r>
        <w:t xml:space="preserve">32:52      (Speaker C)  Right now we don't have a lot </w:t>
      </w:r>
    </w:p>
    <w:p>
      <w:r>
        <w:t xml:space="preserve">32:53      (Speaker B)  on the agenda for September. Do you want to schedule in August? I mean October, right? </w:t>
      </w:r>
    </w:p>
    <w:p>
      <w:r>
        <w:t xml:space="preserve">33:01      (Speaker A)  August. </w:t>
      </w:r>
    </w:p>
    <w:p>
      <w:r>
        <w:t xml:space="preserve">33:02      (Speaker B)  Okay, so then we can schedule a confidential hearing where we can talk through all of that stuff. </w:t>
      </w:r>
    </w:p>
    <w:p>
      <w:r>
        <w:t xml:space="preserve">33:10      (Speaker E)  Security matters just aren't available to the public. The times that they're there aren't really supposed to be disclosed what they're doing, locations of security guards, their post orders, etc, those are not subject to public records. They are exempt. </w:t>
      </w:r>
    </w:p>
    <w:p>
      <w:r>
        <w:t xml:space="preserve">33:25      (Speaker F)  I don't want the board to waive that. </w:t>
      </w:r>
    </w:p>
    <w:p>
      <w:r>
        <w:t xml:space="preserve">33:27      (Speaker E)  That the board has the discretion to waive it. </w:t>
      </w:r>
    </w:p>
    <w:p>
      <w:r>
        <w:t xml:space="preserve">33:30      (Speaker F)  However, I would. </w:t>
      </w:r>
    </w:p>
    <w:p>
      <w:r>
        <w:t xml:space="preserve">33:31      (Speaker E)  It would be my strong preference to </w:t>
      </w:r>
    </w:p>
    <w:p>
      <w:r>
        <w:t xml:space="preserve">33:32      (Speaker F)  not, especially since this is a fully built out community. </w:t>
      </w:r>
    </w:p>
    <w:p>
      <w:r>
        <w:t xml:space="preserve">33:36      (Speaker E)  So it's best to talk about this. </w:t>
      </w:r>
    </w:p>
    <w:p>
      <w:r>
        <w:t xml:space="preserve">33:41      (Speaker F)  October. </w:t>
      </w:r>
    </w:p>
    <w:p>
      <w:r>
        <w:t xml:space="preserve">33:42      (Speaker G)  Yeah. </w:t>
      </w:r>
    </w:p>
    <w:p>
      <w:r>
        <w:t xml:space="preserve">33:42      (Speaker B)  So we can have proposals ready for that October meeting and then chat through all of that. </w:t>
      </w:r>
    </w:p>
    <w:p>
      <w:r>
        <w:t xml:space="preserve">33:49      (Speaker A)  Sound good? Okay. </w:t>
      </w:r>
    </w:p>
    <w:p>
      <w:r>
        <w:t xml:space="preserve">33:52      (Speaker B)  Anything else? </w:t>
      </w:r>
    </w:p>
    <w:p>
      <w:r>
        <w:t xml:space="preserve">33:52      (Speaker C)  Any other supervisor requests? </w:t>
      </w:r>
    </w:p>
    <w:p>
      <w:r>
        <w:t xml:space="preserve">33:56      (Speaker A)  Okay. </w:t>
      </w:r>
    </w:p>
    <w:p>
      <w:r>
        <w:t xml:space="preserve">33:56      (Speaker B)  Do we have a motion. </w:t>
      </w:r>
    </w:p>
    <w:p>
      <w:r>
        <w:t xml:space="preserve">33:57      (Speaker A)  Yeah, go for it. </w:t>
      </w:r>
    </w:p>
    <w:p>
      <w:r>
        <w:t xml:space="preserve">33:59      (Speaker G)  I was contacted by the HOA president, and she had got some concerns. I kind of looked, and she's correct in some of these cases. Around the storm drains in a few locations, there's vegetation growing pretty high between the Miami curve and the sidewalk. </w:t>
      </w:r>
    </w:p>
    <w:p>
      <w:r>
        <w:t xml:space="preserve">34:19      (Speaker C)  Is it similar to what you see in the agenda package under the engineers report? </w:t>
      </w:r>
    </w:p>
    <w:p>
      <w:r>
        <w:t xml:space="preserve">34:23      (Speaker B)  Is it somewhat like those pictures that he posted? Okay, do you want to take. </w:t>
      </w:r>
    </w:p>
    <w:p>
      <w:r>
        <w:t xml:space="preserve">34:28      (Speaker G)  We've. </w:t>
      </w:r>
    </w:p>
    <w:p>
      <w:r>
        <w:t xml:space="preserve">34:28      (Speaker J)  We. We've had some resident reach out and address this for maintenance purposes. Unless the sidewalk and that curb is coming up to a common area, our guys are supposed to maintain it. If it's adjacent to a home, that's part of the right of way that the homeowner is supposed to be maintaining. </w:t>
      </w:r>
    </w:p>
    <w:p>
      <w:r>
        <w:t xml:space="preserve">34:49      (Speaker F)  I don't. </w:t>
      </w:r>
    </w:p>
    <w:p>
      <w:r>
        <w:t xml:space="preserve">34:51      (Speaker C)  You're talk. </w:t>
      </w:r>
    </w:p>
    <w:p>
      <w:r>
        <w:t xml:space="preserve">34:52      (Speaker B)  Bill, are you talking about, like, these </w:t>
      </w:r>
    </w:p>
    <w:p>
      <w:r>
        <w:t xml:space="preserve">34:53      (Speaker D)  pictures like this, like, where it's going in the storm? </w:t>
      </w:r>
    </w:p>
    <w:p>
      <w:r>
        <w:t xml:space="preserve">34:57      (Speaker J)  Talking about the drain themselves? </w:t>
      </w:r>
    </w:p>
    <w:p>
      <w:r>
        <w:t xml:space="preserve">34:58      (Speaker G)  No, it's. If you drain. If you went, like, six feet either side of the storm drain. Vegetation between the Miami curb and the sidewalk. </w:t>
      </w:r>
    </w:p>
    <w:p>
      <w:r>
        <w:t xml:space="preserve">35:08      (Speaker J)  I think he's talking about crack. Weeds, basically. Weeds coming up from the cracks. Right? Just kind of. Really. Yeah, yeah, yeah. That's that. So again, if it's adjacent to a home, homeowners are supposed to be maintaining those. So from. So from the road to the back of the sidewalk is the right away. The right of way has always been maintained by. By. </w:t>
      </w:r>
    </w:p>
    <w:p>
      <w:r>
        <w:t xml:space="preserve">35:31      (Speaker E)  You need to check the HOA declarations to see what the HOA deck say about that verge area. </w:t>
      </w:r>
    </w:p>
    <w:p>
      <w:r>
        <w:t xml:space="preserve">35:36      (Speaker F)  Okay. </w:t>
      </w:r>
    </w:p>
    <w:p>
      <w:r>
        <w:t xml:space="preserve">35:39      (Speaker E)  Because it varies by community, especially with some of y'. </w:t>
      </w:r>
    </w:p>
    <w:p>
      <w:r>
        <w:t xml:space="preserve">35:43      (Speaker J)  All. </w:t>
      </w:r>
    </w:p>
    <w:p>
      <w:r>
        <w:t xml:space="preserve">35:45      (Speaker E)  Some decks say the verge is maintained by the hoa. Some decks do not. So the right of way is technically owned by the cdd. And unless there is that maintenance obligation in the decks, technically it would be a cdd. So I need to look at the decks. </w:t>
      </w:r>
    </w:p>
    <w:p>
      <w:r>
        <w:t xml:space="preserve">36:02      (Speaker A)  Okay. Thank you. </w:t>
      </w:r>
    </w:p>
    <w:p>
      <w:r>
        <w:t xml:space="preserve">36:07      (Speaker B)  Do you have those? </w:t>
      </w:r>
    </w:p>
    <w:p>
      <w:r>
        <w:t xml:space="preserve">36:08      (Speaker F)  I can pull them from public record. </w:t>
      </w:r>
    </w:p>
    <w:p>
      <w:r>
        <w:t xml:space="preserve">36:15      (Speaker B)  Okay, then we can go from there. </w:t>
      </w:r>
    </w:p>
    <w:p>
      <w:r>
        <w:t xml:space="preserve">36:18      (Speaker A)  Yeah. </w:t>
      </w:r>
    </w:p>
    <w:p>
      <w:r>
        <w:t xml:space="preserve">36:19      (Speaker C)  Anything else? </w:t>
      </w:r>
    </w:p>
    <w:p>
      <w:r>
        <w:t xml:space="preserve">36:23      (Speaker F)  Phase one, two, three, all. Not just look at all. </w:t>
      </w:r>
    </w:p>
    <w:p>
      <w:r>
        <w:t xml:space="preserve">36:26      (Speaker G)  I'm just in phase four. That's the place. Only place I go. </w:t>
      </w:r>
    </w:p>
    <w:p>
      <w:r>
        <w:t xml:space="preserve">36:32      (Speaker H)  All right. </w:t>
      </w:r>
    </w:p>
    <w:p>
      <w:r>
        <w:t xml:space="preserve">36:36      (Speaker C)  Any other supervisor request? </w:t>
      </w:r>
    </w:p>
    <w:p>
      <w:r>
        <w:t xml:space="preserve">36:37      (Speaker A)  Yes. Okay. </w:t>
      </w:r>
    </w:p>
    <w:p>
      <w:r>
        <w:t xml:space="preserve">36:39      (Speaker C)  Do we have a motion to adjourn? </w:t>
      </w:r>
    </w:p>
    <w:p>
      <w:r>
        <w:t xml:space="preserve">36:42      (Speaker G)  Second. </w:t>
      </w:r>
    </w:p>
    <w:p>
      <w:r>
        <w:t xml:space="preserve">36:43      (Speaker H)  All in favor? </w:t>
      </w:r>
    </w:p>
    <w:p>
      <w:r>
        <w:t xml:space="preserve">36:44      (Speaker F)  I. </w:t>
      </w:r>
    </w:p>
    <w:p>
      <w:r>
        <w:t xml:space="preserve">36:45      (Speaker C)  All right, motion carries. We are adjourned. Thank you guys so much for jumping on.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