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GMT20260909-170251_Recording.m4a</w:t>
      </w:r>
      <w:r>
        <w:rPr>
          <w:b/>
          <w:color w:val="FF0000"/>
        </w:rPr>
        <w:br/>
        <w:tab/>
        <w:tab/>
        <w:tab/>
        <w:tab/>
        <w:t xml:space="preserve"> 92461871</w:t>
        <w:br/>
        <w:br/>
        <w:br/>
      </w:r>
    </w:p>
    <w:p>
      <w:r>
        <w:t>DATE AUDIO FILE SUBMITTED TO THE GAT SYSTEM:</w:t>
      </w:r>
      <w:r>
        <w:rPr>
          <w:b/>
          <w:color w:val="FF0000"/>
        </w:rPr>
        <w:br/>
        <w:tab/>
        <w:tab/>
        <w:tab/>
        <w:tab/>
        <w:t xml:space="preserve"> September 22, 2026 at 11:17 AM</w:t>
        <w:br/>
        <w:br/>
        <w:br/>
      </w:r>
    </w:p>
    <w:p>
      <w:r>
        <w:t>DATE AUDIO FILE COMPLETED BY THE GAT SYSTEM:</w:t>
      </w:r>
      <w:r>
        <w:rPr>
          <w:b/>
          <w:color w:val="FF0000"/>
        </w:rPr>
        <w:br/>
        <w:tab/>
        <w:tab/>
        <w:tab/>
        <w:tab/>
        <w:t xml:space="preserve"> September 22, 2026 at 11:19 AM</w:t>
      </w:r>
      <w:r>
        <w:rPr>
          <w:b/>
          <w:color w:val="FF0000"/>
        </w:rPr>
        <w:br/>
        <w:tab/>
        <w:tab/>
        <w:tab/>
        <w:tab/>
        <w:t xml:space="preserve"> 02:04 ELAPSED TIME</w:t>
        <w:br/>
        <w:br/>
        <w:br/>
      </w:r>
    </w:p>
    <w:p>
      <w:r>
        <w:t>MEETING AGENDA:</w:t>
      </w:r>
      <w:r>
        <w:rPr>
          <w:b/>
          <w:color w:val="FF0000"/>
        </w:rPr>
        <w:br/>
        <w:br/>
        <w:br/>
        <w:tab/>
        <w:tab/>
        <w:tab/>
        <w:tab/>
        <w:t xml:space="preserve">  </w:t>
        <w:br/>
        <w:br/>
        <w:br/>
      </w:r>
    </w:p>
    <w:p>
      <w:r>
        <w:t xml:space="preserve">00:04      (Speaker A)  I'd like to call order to the South Bay Community Development District. Order supervisors meeting. Today is Wednesday, September 9, 2026. The time is 1:03pm I'd like to start with roll call. Start with myself. Move my right. Brian Young, gms Brian Dugan, District Council. </w:t>
      </w:r>
    </w:p>
    <w:p>
      <w:r>
        <w:t xml:space="preserve">00:20      (Speaker B)  Ian Brown, Mary Madden, John Aldrich Benigiewicz. </w:t>
      </w:r>
    </w:p>
    <w:p>
      <w:r>
        <w:t xml:space="preserve">00:26      (Speaker A)  We also got Clayton Smith with GMS and Kate John with KU Tack Rock </w:t>
      </w:r>
    </w:p>
    <w:p>
      <w:r>
        <w:t xml:space="preserve">00:30      (Speaker B)  with us as well. </w:t>
      </w:r>
    </w:p>
    <w:p>
      <w:r>
        <w:t xml:space="preserve">00:31      (Speaker A)  We also have Savannah Hancock with JBW representing ASO on the zoom call with us. So next up, we do have audience comments related to the agenda. Any audience comments at this time related to any of the agenda items? </w:t>
      </w:r>
    </w:p>
    <w:p>
      <w:r>
        <w:t xml:space="preserve">00:46      (Speaker C)  Sir, I don't know if it's agenda item, but. And I know, I think I've talked to a couple people about this. Is Carter or a solo going to deal with the grass issue over by </w:t>
      </w:r>
    </w:p>
    <w:p>
      <w:r>
        <w:t xml:space="preserve">00:58      (Speaker B)  the parking lots and stock? Okay. And the landscaping because it's just. </w:t>
      </w:r>
    </w:p>
    <w:p>
      <w:r>
        <w:t xml:space="preserve">01:05      (Speaker C)  There's snakes in that grass. </w:t>
      </w:r>
    </w:p>
    <w:p>
      <w:r>
        <w:t xml:space="preserve">01:06      (Speaker B)  Now that's Carter. But who's. </w:t>
      </w:r>
    </w:p>
    <w:p>
      <w:r>
        <w:t xml:space="preserve">01:12      (Speaker A)  Whoever's responsible, who's holding them accountable? </w:t>
      </w:r>
    </w:p>
    <w:p>
      <w:r>
        <w:t xml:space="preserve">01:15      (Speaker B)  I talked to Jeff the other day </w:t>
      </w:r>
    </w:p>
    <w:p>
      <w:r>
        <w:t xml:space="preserve">01:17      (Speaker D)  and I got him a quote from a landscaper. So I'm on the email. </w:t>
      </w:r>
    </w:p>
    <w:p>
      <w:r>
        <w:t xml:space="preserve">01:21      (Speaker C)  So he just has to approve it. </w:t>
      </w:r>
    </w:p>
    <w:p>
      <w:r>
        <w:t xml:space="preserve">01:22      (Speaker B)  He already did. The guys just give me the. </w:t>
      </w:r>
    </w:p>
    <w:p>
      <w:r>
        <w:t xml:space="preserve">01:25      (Speaker D)  Your address and that and we'll get going. </w:t>
      </w:r>
    </w:p>
    <w:p>
      <w:r>
        <w:t xml:space="preserve">01:28      (Speaker C)  Yeah, that was yesterday. Okay. </w:t>
      </w:r>
    </w:p>
    <w:p>
      <w:r>
        <w:t xml:space="preserve">01:30      (Speaker A)  Yeah, I know. They reached out probably over a month ago and we had told them that that place needed to be kept up and they were looking for a vendor, so looks like they're on track right now. Okay, do you have a. Do you have a resident comment, ma'? </w:t>
      </w:r>
    </w:p>
    <w:p>
      <w:r>
        <w:t xml:space="preserve">01:46      (Speaker B)  Am? </w:t>
      </w:r>
    </w:p>
    <w:p>
      <w:r>
        <w:t xml:space="preserve">01:48      (Speaker E)  Okay, great. </w:t>
      </w:r>
    </w:p>
    <w:p>
      <w:r>
        <w:t xml:space="preserve">01:49      (Speaker A)  They're all individual, though, so I just need your name and address for the record and then you can go ahead with your comment. </w:t>
      </w:r>
    </w:p>
    <w:p>
      <w:r>
        <w:t xml:space="preserve">01:55      (Speaker F)  I like to know who's responsible for the grass. </w:t>
      </w:r>
    </w:p>
    <w:p>
      <w:r>
        <w:t xml:space="preserve">01:59      (Speaker A)  Okay, thank you very much. Anything else? We're in a meeting right now. We can answer your question afterwards. Okay, we've noted it down. Okay. </w:t>
      </w:r>
    </w:p>
    <w:p>
      <w:r>
        <w:t xml:space="preserve">02:09      (Speaker B)  What's the password? </w:t>
      </w:r>
    </w:p>
    <w:p>
      <w:r>
        <w:t xml:space="preserve">02:10      (Speaker C)  Once. </w:t>
      </w:r>
    </w:p>
    <w:p>
      <w:r>
        <w:t xml:space="preserve">02:11      (Speaker E)  Once. </w:t>
      </w:r>
    </w:p>
    <w:p>
      <w:r>
        <w:t xml:space="preserve">02:15      (Speaker A)  All right. Any other audience comments at this time pertaining to the agenda? Nope, don't say none. </w:t>
      </w:r>
    </w:p>
    <w:p>
      <w:r>
        <w:t xml:space="preserve">02:22      (Speaker D)  Looking. </w:t>
      </w:r>
    </w:p>
    <w:p>
      <w:r>
        <w:t xml:space="preserve">02:22      (Speaker A)  Moving on. We do have staff reports. First up, we do have the landscape manager. I do not see them here today. So I'll just blate anything you wanted to go over with the. The district for landscape manager. </w:t>
      </w:r>
    </w:p>
    <w:p>
      <w:r>
        <w:t xml:space="preserve">02:35      (Speaker B)  So discussing a landscape rfp, which we have today, you know, they provided a scope. You know, the basic maintenance is being fulfilled. The other more specific items that we're just not sure about, been interfacing with them with the irrigation. It did say that the previously Approved proposal in June was completed, but I requested evidence such as photos or something, just showing that it was all done. It did include a lot of various things throughout the community. They did state that it was done. I'm not seeing an invoice for it yet still. So I'm looking into all that. But otherwise, I think, you know, we're kind of in the process of doing the RFP right now and just kind of monitoring their service as is. Not really asking them to do anything new or extra over the top. Just keeping on top of them. You know, everything looks mode and decent. </w:t>
      </w:r>
    </w:p>
    <w:p>
      <w:r>
        <w:t xml:space="preserve">03:27      (Speaker E)  So </w:t>
      </w:r>
    </w:p>
    <w:p>
      <w:r>
        <w:t xml:space="preserve">03:31      (Speaker A)  any questions regarding the landscaping at this time? We do have another item underneath platon section to go over the rfp, so we'll be talking about that a little bit. </w:t>
      </w:r>
    </w:p>
    <w:p>
      <w:r>
        <w:t xml:space="preserve">03:39      (Speaker F)  Right. Okay. So I'm just going to say that the. I contacted Jason and said about the pots at the bridge because four of them are dead and they've been dead for a while. He said that they were in the process of getting those, but I'm telling you it's been several months. And that the weeds in the pots on the actual bridge itself, those four big pots, I'm not weeding again. I told them that. </w:t>
      </w:r>
    </w:p>
    <w:p>
      <w:r>
        <w:t xml:space="preserve">04:06      (Speaker B)  I saw that and then a proposal for fixing the irrigation over there, all very quickly after your email. So I'm going to try to keep on track with them and that that kind of thing is small and something we can expect them to do before. I don't think we want to do any major enhancements. </w:t>
      </w:r>
    </w:p>
    <w:p>
      <w:r>
        <w:t xml:space="preserve">04:24      (Speaker F)  Right. </w:t>
      </w:r>
    </w:p>
    <w:p>
      <w:r>
        <w:t xml:space="preserve">04:24      (Speaker B)  Just little stuff. </w:t>
      </w:r>
    </w:p>
    <w:p>
      <w:r>
        <w:t xml:space="preserve">04:25      (Speaker F)  Yeah. It's just because they guaranteed the plants when they put the plants in and that's where everybody comes in. So you see four pots that are completely dead. The other four are fine. And the four in the bridge are. The weeds are bigger than the plants. Sorry. </w:t>
      </w:r>
    </w:p>
    <w:p>
      <w:r>
        <w:t xml:space="preserve">04:42      (Speaker A)  Anything else from the board regarding landscape? Yeah, we're just over their landscape manager report. We're not on the RFP quite yet. That'll be under Clayton's report. </w:t>
      </w:r>
    </w:p>
    <w:p>
      <w:r>
        <w:t xml:space="preserve">04:53      (Speaker F)  Okay. </w:t>
      </w:r>
    </w:p>
    <w:p>
      <w:r>
        <w:t xml:space="preserve">04:55      (Speaker A)  All right, so we'll go ahead and move on to District Engineer. I don't. I know Rick is out of town at the time and Andy, I don't believe he said he was going to join us. Any questions for the engineer at this time? We will be going over that report, which we can go over right now if you guys would like. </w:t>
      </w:r>
    </w:p>
    <w:p>
      <w:r>
        <w:t xml:space="preserve">05:14      (Speaker F)  Okay. So my question still is, we don't have that report that Andy went through and looked at all of the infrastructure. I still don't have that. </w:t>
      </w:r>
    </w:p>
    <w:p>
      <w:r>
        <w:t xml:space="preserve">05:24      (Speaker A)  I sent it to you this morning. </w:t>
      </w:r>
    </w:p>
    <w:p>
      <w:r>
        <w:t xml:space="preserve">05:25      (Speaker F)  Oh, okay. Sorry. </w:t>
      </w:r>
    </w:p>
    <w:p>
      <w:r>
        <w:t xml:space="preserve">05:27      (Speaker A)  Yeah, I got it from him yesterday and I sent it over. </w:t>
      </w:r>
    </w:p>
    <w:p>
      <w:r>
        <w:t xml:space="preserve">05:29      (Speaker F)  Okay. </w:t>
      </w:r>
    </w:p>
    <w:p>
      <w:r>
        <w:t xml:space="preserve">05:30      (Speaker A)  If the rest of the board would like it, I can send it to the rest of the board as well. </w:t>
      </w:r>
    </w:p>
    <w:p>
      <w:r>
        <w:t xml:space="preserve">05:32      (Speaker E)  Yes, please. </w:t>
      </w:r>
    </w:p>
    <w:p>
      <w:r>
        <w:t xml:space="preserve">05:33      (Speaker A)  Okay, no problem. Anything else for the engineer at this time? </w:t>
      </w:r>
    </w:p>
    <w:p>
      <w:r>
        <w:t xml:space="preserve">05:37      (Speaker C)  I missed that part. What was it? </w:t>
      </w:r>
    </w:p>
    <w:p>
      <w:r>
        <w:t xml:space="preserve">05:39      (Speaker F)  I asked for the report for all the infrastructure that Andy did, so he sent it to me this morning. So if you want it, he'll send it to you too. </w:t>
      </w:r>
    </w:p>
    <w:p>
      <w:r>
        <w:t xml:space="preserve">05:47      (Speaker A)  I'll just send it to the whole board, so. Okay, next up, our favorite topic, District council. </w:t>
      </w:r>
    </w:p>
    <w:p>
      <w:r>
        <w:t xml:space="preserve">05:57      (Speaker E)  We do very much so. </w:t>
      </w:r>
    </w:p>
    <w:p>
      <w:r>
        <w:t xml:space="preserve">06:03      (Speaker D)  Good afternoon board. Just a quick introduction. My colleague Kate John's with me today. I asked her to join us today just to the introduce her. She lives down in St. Pete area and she's been helping me a little bit behind the scenes with the district stuff and she might be attending some of the meetings and participating a little bit more in the future. So want her to at least come down and meet you guys. But for, for the agenda items, one of them, the first one, the agenda is discussion of the Lennar project closeout. Yesterday I received a response from their council about status of the closeout and it seems like it's down to the water management District inspection which they are actively working through according to their response. So nothing for you today, but I wanted to let you know I was following up since the last meeting and we'll hopefully have something to you by the next meeting. </w:t>
      </w:r>
    </w:p>
    <w:p>
      <w:r>
        <w:t xml:space="preserve">07:02      (Speaker F)  I asked a question about that. Are they going to take care of the landscaping they need to repair? </w:t>
      </w:r>
    </w:p>
    <w:p>
      <w:r>
        <w:t xml:space="preserve">07:08      (Speaker D)  I believe everything that they are going to do is related to the drainage. And then there is a. Of all the punch list items, are they. They're providing a monetary contribution for the district to address. So whatever we wanted to address on the list, we're able to use the funds towards that. And then probably the item might take a little bit more time. Today is discussion of the ACLO memo regarding the developers requests. As you can see in the agenda package there's a revised memo which compared to the last board meeting, a lot of the items are over. You'll see carryover from the last meeting, but this is a slightly revised memo. With that said, from a really big picture perspective, my goal from today is to one, finalize the cost sharing agreement which is basically their agreement to fund district costs in reviewing these requests and two, to get feedback from the board members on what more would you like to see from these requests or if they are any other hardline responses from any one of what you would, you know, not approve no matter what. I want to be able to communicate that information so we're not dragging this further out. In the agenda package, there is a draft form of cautionary agreement. Since the agenda package was released, I've been working with their council on getting a more finalized version. I propose some changes. So it's pretty significantly different from what you're seeing. It's more along the lines of the cost sharing is not effective at a later date or only conditioned on getting approvals. It's would be effective as of the date of execution, which we're hoping to get executed this week or as soon as possible. I know the ASO might be out of town right now, so it's like getting executed today might not be possible, but getting an execute as soon as possible so we can cover costs that are have been expended to date. We are still working through the final details, but one of the bigger changes, aside from making it apply effective immediately, is it starts touching on, you know, some aspects of what's covered and what's. What's not covered. You know, there's a discussion still going on about seawall maintenance and ownership and whether that is something that the district was doing anyway or if that's part of the request and only being initiated because of the request. So working through that point, what I, what, what I'm asking of the board is to, you know, what you could do is wait until the next meeting to approve the agreement, or if you want to designate a board member to approve it outside of the meeting with subject to council's revisions, and then bring it back for full ratification at the next meeting. If you would like to get it in place as soon as possible, that's one option. I know it's hard to say that without seeing the final version, but I can handle it either way. However you'd want to proceed if it was waited, if we waited until executed until the next meeting, what we could do is, you know, communicate back the results of today's meeting and then I would kind of pause on any further work so that we weren't incurring any additional invoices or if you did give authorization for approval outside of the meeting, then we could, you know, continue to work and get this, you know, wrapped up so maybe it's ready to be </w:t>
      </w:r>
    </w:p>
    <w:p>
      <w:r>
        <w:t xml:space="preserve">11:05      (Speaker B)  teed up for October or November. </w:t>
      </w:r>
    </w:p>
    <w:p>
      <w:r>
        <w:t xml:space="preserve">11:07      (Speaker E)  So this is basically just the agreement </w:t>
      </w:r>
    </w:p>
    <w:p>
      <w:r>
        <w:t xml:space="preserve">11:09      (Speaker B)  on who pays what. </w:t>
      </w:r>
    </w:p>
    <w:p>
      <w:r>
        <w:t xml:space="preserve">11:10      (Speaker D)  This is, this is only for covering legal and engineering costs. In reviewing the proposals that there's a $20,000 cap, we've asked for it to be. It's not Subject to phases, it should be applied to whatever expenses. There's a question so about the seawall side, whether that's included or not. I think our argument that it is included. I think one other aspect is, you know, if this, if the cost share or any future requests end up in litigation, I think what is typical is to. Or what I would recommend is including a provision that if it does end up in litigation, wherever the prevailing party is in that litigation would have their legal fees covered by the other party. I think that's what you typically see. You know, one option is if we're taking the position that are covering all cost related to this review, if you, if you want to take a position that they should also cover any kind of legal costs from either side, if this ends up in litigation, that would follow with what your stance is on the review cost. That that is a bit atypical and it's. It's unusual. And I don't know if they would agree to that. I probably guess that they wouldn't. </w:t>
      </w:r>
    </w:p>
    <w:p>
      <w:r>
        <w:t xml:space="preserve">12:37      (Speaker G)  Right. </w:t>
      </w:r>
    </w:p>
    <w:p>
      <w:r>
        <w:t xml:space="preserve">12:39      (Speaker D)  What I think if. What I think would be beneficial to the district to do is at least have a prevailing party concept in the agreement. So if you feel strongly about our position and we, you know, hypothetically either approve or deny some of the requests that ends up in litigation, you feel like we, we made the right decision. We're not going to be afraid of making that decision for fear of having to pay litigation costs. I think that's a, That's a really important part that's not in what you're. The version you're seeing right now, but something that we would advocate for. So I'll kind of stop there, see if there's any questions on at least the cost sharing agreement concept. And then if not questions, we could talk about how you want to proceed going forward. </w:t>
      </w:r>
    </w:p>
    <w:p>
      <w:r>
        <w:t xml:space="preserve">13:21      (Speaker E)  So basically, we have two options. We can do it next meeting, or we can have someone assigned to look at it when it's all done so we can continue this. </w:t>
      </w:r>
    </w:p>
    <w:p>
      <w:r>
        <w:t xml:space="preserve">13:32      (Speaker B)  Right. </w:t>
      </w:r>
    </w:p>
    <w:p>
      <w:r>
        <w:t xml:space="preserve">13:33      (Speaker D)  So we, so, so, so progress can be had right outside after today and before the next meeting. So, you know, you've already authorized me to kind of work with their council on moving it forward and essentially negotiating. But I don't think it. I don't think that approval or that authorization covers actually signing the cost share </w:t>
      </w:r>
    </w:p>
    <w:p>
      <w:r>
        <w:t xml:space="preserve">13:53      (Speaker B)  agreement instead of admitting, well, I don't </w:t>
      </w:r>
    </w:p>
    <w:p>
      <w:r>
        <w:t xml:space="preserve">13:55      (Speaker E)  want to put Logan under the bus, but he seems the most. You understand this more than anyone. </w:t>
      </w:r>
    </w:p>
    <w:p>
      <w:r>
        <w:t xml:space="preserve">14:02      (Speaker C)  I likely won't be here. </w:t>
      </w:r>
    </w:p>
    <w:p>
      <w:r>
        <w:t xml:space="preserve">14:04      (Speaker D)  Oh, that's true. </w:t>
      </w:r>
    </w:p>
    <w:p>
      <w:r>
        <w:t xml:space="preserve">14:06      (Speaker C)  I'm getting married. </w:t>
      </w:r>
    </w:p>
    <w:p>
      <w:r>
        <w:t xml:space="preserve">14:07      (Speaker B)  That we were Told. </w:t>
      </w:r>
    </w:p>
    <w:p>
      <w:r>
        <w:t xml:space="preserve">14:09      (Speaker D)  We were told so. </w:t>
      </w:r>
    </w:p>
    <w:p>
      <w:r>
        <w:t xml:space="preserve">14:12      (Speaker C)  Probably would try to figure it out sooner rather than later. </w:t>
      </w:r>
    </w:p>
    <w:p>
      <w:r>
        <w:t xml:space="preserve">14:15      (Speaker E)  Right. So if, if, if, if. Would you be willing to do it because you have more. You have that analytical. </w:t>
      </w:r>
    </w:p>
    <w:p>
      <w:r>
        <w:t xml:space="preserve">14:24      (Speaker C)  Yeah. In between meetings. </w:t>
      </w:r>
    </w:p>
    <w:p>
      <w:r>
        <w:t xml:space="preserve">14:25      (Speaker E)  Yeah. </w:t>
      </w:r>
    </w:p>
    <w:p>
      <w:r>
        <w:t xml:space="preserve">14:26      (Speaker A)  Yeah. </w:t>
      </w:r>
    </w:p>
    <w:p>
      <w:r>
        <w:t xml:space="preserve">14:26      (Speaker E)  Like if he were to work on it now and get approval, I have no problem giving you. </w:t>
      </w:r>
    </w:p>
    <w:p>
      <w:r>
        <w:t xml:space="preserve">14:32      (Speaker C)  What if I don't really push my power? </w:t>
      </w:r>
    </w:p>
    <w:p>
      <w:r>
        <w:t xml:space="preserve">14:41      (Speaker E)  There you go. </w:t>
      </w:r>
    </w:p>
    <w:p>
      <w:r>
        <w:t xml:space="preserve">14:41      (Speaker C)  Yeah, no, that's fine. </w:t>
      </w:r>
    </w:p>
    <w:p>
      <w:r>
        <w:t xml:space="preserve">14:43      (Speaker A)  All right. </w:t>
      </w:r>
    </w:p>
    <w:p>
      <w:r>
        <w:t xml:space="preserve">14:43      (Speaker E)  Anyone ever. </w:t>
      </w:r>
    </w:p>
    <w:p>
      <w:r>
        <w:t xml:space="preserve">14:46      (Speaker F)  That's fine with me. </w:t>
      </w:r>
    </w:p>
    <w:p>
      <w:r>
        <w:t xml:space="preserve">14:47      (Speaker E)  All right. </w:t>
      </w:r>
    </w:p>
    <w:p>
      <w:r>
        <w:t xml:space="preserve">14:48      (Speaker F)  It's fine with Logan. </w:t>
      </w:r>
    </w:p>
    <w:p>
      <w:r>
        <w:t xml:space="preserve">14:49      (Speaker E)  It's fine. </w:t>
      </w:r>
    </w:p>
    <w:p>
      <w:r>
        <w:t xml:space="preserve">14:49      (Speaker D)  Yeah, I just. </w:t>
      </w:r>
    </w:p>
    <w:p>
      <w:r>
        <w:t xml:space="preserve">14:50      (Speaker E)  I think you have the best grasp </w:t>
      </w:r>
    </w:p>
    <w:p>
      <w:r>
        <w:t xml:space="preserve">14:52      (Speaker B)  that kind of stuff. </w:t>
      </w:r>
    </w:p>
    <w:p>
      <w:r>
        <w:t xml:space="preserve">14:54      (Speaker D)  Okay. So it. So it's basically just a direction to the district council or direction the staff to finalize the cost sharing agreement and we're delegating authority to Logan to execute it outside of the meeting and it'll be brought back for ratification at the next meeting. </w:t>
      </w:r>
    </w:p>
    <w:p>
      <w:r>
        <w:t xml:space="preserve">15:13      (Speaker E)  So, yes, I make that motion. </w:t>
      </w:r>
    </w:p>
    <w:p>
      <w:r>
        <w:t xml:space="preserve">15:16      (Speaker A)  All right, first from Ian. </w:t>
      </w:r>
    </w:p>
    <w:p>
      <w:r>
        <w:t xml:space="preserve">15:17      (Speaker F)  I'll second. </w:t>
      </w:r>
    </w:p>
    <w:p>
      <w:r>
        <w:t xml:space="preserve">15:18      (Speaker A)  Second from Mary. All in favor? All right, motion passes 4 to 0. </w:t>
      </w:r>
    </w:p>
    <w:p>
      <w:r>
        <w:t xml:space="preserve">15:23      (Speaker C)  And then I'll just say yes or no when we get to that point. </w:t>
      </w:r>
    </w:p>
    <w:p>
      <w:r>
        <w:t xml:space="preserve">15:27      (Speaker B)  And then I don't. </w:t>
      </w:r>
    </w:p>
    <w:p>
      <w:r>
        <w:t xml:space="preserve">15:27      (Speaker C)  Doesn't need a wet signature from either because I'll probably. </w:t>
      </w:r>
    </w:p>
    <w:p>
      <w:r>
        <w:t xml:space="preserve">15:31      (Speaker D)  It's not. Yeah, we can do electronic docusign or however you want to handle it. It's not a recorded document. </w:t>
      </w:r>
    </w:p>
    <w:p>
      <w:r>
        <w:t xml:space="preserve">15:38      (Speaker E)  Thank you. </w:t>
      </w:r>
    </w:p>
    <w:p>
      <w:r>
        <w:t xml:space="preserve">15:40      (Speaker D)  Okay, so thank you for addressing that preliminary issue. I think for purposes today, we can make the most progress by. You know, there are some. I think they're considered. They're identified as factual basis issues that they are looking for clarity on. One of them is just about. We have an easement map that we have put together on this on the district's website and there are a couple items that they are trying to confirm whether they. What the source is for it. I've reached out to Rick and the engineering team and his. His team, and they're reviewing, you know, one comment about a sidewalk running across the parcel, the BB45. I haven't heard back from him yet, but I just forwarded that request to him recently. So those items we're still working through. So we can't necessarily approve anything today, but I want to get to the point where we have all the information we need to say this is. This is a must have for the. For the community. This is the best interest of the community as a. As an exchange of value or, you know, we don't want to approve this at all because, you know, X, Y or Z. Reason you were handed today. That just came in hot off presses a couple items from your Engineering team. Did you have the seawall analysis or is it just the beach renourishment that's printed out? </w:t>
      </w:r>
    </w:p>
    <w:p>
      <w:r>
        <w:t xml:space="preserve">17:09      (Speaker A)  It's just printed out. </w:t>
      </w:r>
    </w:p>
    <w:p>
      <w:r>
        <w:t xml:space="preserve">17:11      (Speaker D)  Okay. This is some of the information the board requested and it was information on the possibility of a beach renourishment process. I tried to flip through it while I was driving down i75 on the way down. So I don't have a. I didn't have it memorized. But what I understand is it is possible but </w:t>
      </w:r>
    </w:p>
    <w:p>
      <w:r>
        <w:t xml:space="preserve">17:31      (Speaker C)  costly. </w:t>
      </w:r>
    </w:p>
    <w:p>
      <w:r>
        <w:t xml:space="preserve">17:31      (Speaker D)  Yeah. For lack of a better word. So if you've had a chance to look at it, if you have any thoughts. If not we can just consider it for. For future meetings. But I'll stop there and see if there's any comments questions about it. </w:t>
      </w:r>
    </w:p>
    <w:p>
      <w:r>
        <w:t xml:space="preserve">17:46      (Speaker F)  Okay. So the question last time was is it a beach versus not a beach? And I'm reading through it. I can't tell. I'm assuming that it's a beach because this is what it's saying. So that it's a beach. It's. </w:t>
      </w:r>
    </w:p>
    <w:p>
      <w:r>
        <w:t xml:space="preserve">17:56      (Speaker C)  So what we were told was not accurate. </w:t>
      </w:r>
    </w:p>
    <w:p>
      <w:r>
        <w:t xml:space="preserve">17:58      (Speaker F)  Right. So that right from. </w:t>
      </w:r>
    </w:p>
    <w:p>
      <w:r>
        <w:t xml:space="preserve">18:00      (Speaker A)  There's definitely a difference in opinions. </w:t>
      </w:r>
    </w:p>
    <w:p>
      <w:r>
        <w:t xml:space="preserve">18:03      (Speaker D)  I think that it's maybe that. That comment whatever if it was mischaracterized or not. I think it was the point of it's this project. It might be more costly than you know, a different beach. </w:t>
      </w:r>
    </w:p>
    <w:p>
      <w:r>
        <w:t xml:space="preserve">18:17      (Speaker F)  Right. But it's. It is a beach. </w:t>
      </w:r>
    </w:p>
    <w:p>
      <w:r>
        <w:t xml:space="preserve">18:19      (Speaker B)  Yeah. </w:t>
      </w:r>
    </w:p>
    <w:p>
      <w:r>
        <w:t xml:space="preserve">18:20      (Speaker F)  What he said was that it was not a beach. That was what we looked for clarification </w:t>
      </w:r>
    </w:p>
    <w:p>
      <w:r>
        <w:t xml:space="preserve">18:23      (Speaker C)  establishments in that new beach. </w:t>
      </w:r>
    </w:p>
    <w:p>
      <w:r>
        <w:t xml:space="preserve">18:25      (Speaker F)  Right. But it's. </w:t>
      </w:r>
    </w:p>
    <w:p>
      <w:r>
        <w:t xml:space="preserve">18:26      (Speaker C)  They're found. That was. But yeah this is a beach. </w:t>
      </w:r>
    </w:p>
    <w:p>
      <w:r>
        <w:t xml:space="preserve">18:29      (Speaker B)  This is. But I think the easiest solution for </w:t>
      </w:r>
    </w:p>
    <w:p>
      <w:r>
        <w:t xml:space="preserve">18:32      (Speaker A)  get past this issue is just make them move the. </w:t>
      </w:r>
    </w:p>
    <w:p>
      <w:r>
        <w:t xml:space="preserve">18:35      (Speaker E)  Make a move. </w:t>
      </w:r>
    </w:p>
    <w:p>
      <w:r>
        <w:t xml:space="preserve">18:36      (Speaker A)  If we to an L dock instead </w:t>
      </w:r>
    </w:p>
    <w:p>
      <w:r>
        <w:t xml:space="preserve">18:37      (Speaker B)  of a T dock and put the. </w:t>
      </w:r>
    </w:p>
    <w:p>
      <w:r>
        <w:t xml:space="preserve">18:39      (Speaker A)  The leg all the way to the north side of the project. So if we ever did replenish the </w:t>
      </w:r>
    </w:p>
    <w:p>
      <w:r>
        <w:t xml:space="preserve">18:44      (Speaker B)  beach we wouldn't lose the. We wouldn't have to have access. </w:t>
      </w:r>
    </w:p>
    <w:p>
      <w:r>
        <w:t xml:space="preserve">18:47      (Speaker E)  Right. But he can't. He said he won't go all the way to the end. </w:t>
      </w:r>
    </w:p>
    <w:p>
      <w:r>
        <w:t xml:space="preserve">18:51      (Speaker C)  Right way has to go 20ft. </w:t>
      </w:r>
    </w:p>
    <w:p>
      <w:r>
        <w:t xml:space="preserve">18:52      (Speaker E)  Yeah. </w:t>
      </w:r>
    </w:p>
    <w:p>
      <w:r>
        <w:t xml:space="preserve">18:53      (Speaker C)  20ft off. </w:t>
      </w:r>
    </w:p>
    <w:p>
      <w:r>
        <w:t xml:space="preserve">18:53      (Speaker A)  Well yeah, but still. </w:t>
      </w:r>
    </w:p>
    <w:p>
      <w:r>
        <w:t xml:space="preserve">18:57      (Speaker C)  So we're looking at. So basically high level. It's a million dollars for renourishment. </w:t>
      </w:r>
    </w:p>
    <w:p>
      <w:r>
        <w:t xml:space="preserve">19:02      (Speaker B)  Right. </w:t>
      </w:r>
    </w:p>
    <w:p>
      <w:r>
        <w:t xml:space="preserve">19:03      (Speaker C)  To basically to give it a 50 foot beach. 50 foot beach essentially to. </w:t>
      </w:r>
    </w:p>
    <w:p>
      <w:r>
        <w:t xml:space="preserve">19:08      (Speaker B)  To the right. </w:t>
      </w:r>
    </w:p>
    <w:p>
      <w:r>
        <w:t xml:space="preserve">19:11      (Speaker A)  So I'm just saying that you know if we move it 20 foot off </w:t>
      </w:r>
    </w:p>
    <w:p>
      <w:r>
        <w:t xml:space="preserve">19:15      (Speaker B)  that property line and making a. An L doc instead of a T doc when that doing ldac then you can't block down those that's what he </w:t>
      </w:r>
    </w:p>
    <w:p>
      <w:r>
        <w:t xml:space="preserve">19:25      (Speaker C)  was gonna do anyway with the T docus. Yeah. </w:t>
      </w:r>
    </w:p>
    <w:p>
      <w:r>
        <w:t xml:space="preserve">19:28      (Speaker A)  But I don't think he was ever gonna be able to pull that off. To my knowledge about docs, you're not </w:t>
      </w:r>
    </w:p>
    <w:p>
      <w:r>
        <w:t xml:space="preserve">19:31      (Speaker C)  able to impend the. </w:t>
      </w:r>
    </w:p>
    <w:p>
      <w:r>
        <w:t xml:space="preserve">19:33      (Speaker D)  There's a certain distance from the proper. </w:t>
      </w:r>
    </w:p>
    <w:p>
      <w:r>
        <w:t xml:space="preserve">19:34      (Speaker B)  Right. Yeah, yeah. Just like my boat can't stick over into my neighbor's yard or I'm in the house. So you can't do that. Yeah. </w:t>
      </w:r>
    </w:p>
    <w:p>
      <w:r>
        <w:t xml:space="preserve">19:42      (Speaker A)  So that's why when he said that last time, I don't know how he </w:t>
      </w:r>
    </w:p>
    <w:p>
      <w:r>
        <w:t xml:space="preserve">19:44      (Speaker B)  was ever planning on doing that. </w:t>
      </w:r>
    </w:p>
    <w:p>
      <w:r>
        <w:t xml:space="preserve">19:47      (Speaker C)  Said it wasn't the beach. </w:t>
      </w:r>
    </w:p>
    <w:p>
      <w:r>
        <w:t xml:space="preserve">19:49      (Speaker F)  He's going to say whatever he wants to say. </w:t>
      </w:r>
    </w:p>
    <w:p>
      <w:r>
        <w:t xml:space="preserve">19:51      (Speaker D)  Yeah. I think no matter what in that project, there's going to be a, you know, boat slip out in the bay. And the biggest part of the property impact would be the, you know, the pier running, you know, bisecting the beach. So the benefit. Right. Of moving it north is that it's not bisecting right in the middle with it and, you know, splitting it in half. So whether it's an L or a </w:t>
      </w:r>
    </w:p>
    <w:p>
      <w:r>
        <w:t xml:space="preserve">20:16      (Speaker A)  T. Well, you're making an L. We </w:t>
      </w:r>
    </w:p>
    <w:p>
      <w:r>
        <w:t xml:space="preserve">20:18      (Speaker B)  only lose 20 foot of that beach. Whereas we make it a T, we lose half the beach. </w:t>
      </w:r>
    </w:p>
    <w:p>
      <w:r>
        <w:t xml:space="preserve">20:24      (Speaker C)  Well, his plan was to move it up 20ft to the property line. </w:t>
      </w:r>
    </w:p>
    <w:p>
      <w:r>
        <w:t xml:space="preserve">20:28      (Speaker B)  Right. Which is pretty close. Right. </w:t>
      </w:r>
    </w:p>
    <w:p>
      <w:r>
        <w:t xml:space="preserve">20:31      (Speaker C)  And then it would still maintain the same shape of T. So it would. But his plan, it would be a </w:t>
      </w:r>
    </w:p>
    <w:p>
      <w:r>
        <w:t xml:space="preserve">20:39      (Speaker B)  long, It'd be a longer L. Yeah. </w:t>
      </w:r>
    </w:p>
    <w:p>
      <w:r>
        <w:t xml:space="preserve">20:43      (Speaker C)  And it would essentially take up the same. If it was an L, it would take up the same. </w:t>
      </w:r>
    </w:p>
    <w:p>
      <w:r>
        <w:t xml:space="preserve">20:46      (Speaker E)  It would take up the same. </w:t>
      </w:r>
    </w:p>
    <w:p>
      <w:r>
        <w:t xml:space="preserve">20:47      (Speaker B)  Yeah. </w:t>
      </w:r>
    </w:p>
    <w:p>
      <w:r>
        <w:t xml:space="preserve">20:48      (Speaker E)  He's just moving this line over here. </w:t>
      </w:r>
    </w:p>
    <w:p>
      <w:r>
        <w:t xml:space="preserve">20:50      (Speaker B)  As long as in my mind, as long as the leg to get to the dock is on the north side of the property, 20 foot from property line. I don't care how he does it. </w:t>
      </w:r>
    </w:p>
    <w:p>
      <w:r>
        <w:t xml:space="preserve">20:58      (Speaker D)  Right. </w:t>
      </w:r>
    </w:p>
    <w:p>
      <w:r>
        <w:t xml:space="preserve">20:59      (Speaker B)  I think that that way we're not arguing over details here. </w:t>
      </w:r>
    </w:p>
    <w:p>
      <w:r>
        <w:t xml:space="preserve">21:02      (Speaker C)  Right. </w:t>
      </w:r>
    </w:p>
    <w:p>
      <w:r>
        <w:t xml:space="preserve">21:04      (Speaker B)  And. </w:t>
      </w:r>
    </w:p>
    <w:p>
      <w:r>
        <w:t xml:space="preserve">21:04      (Speaker D)  And just for your cons consideration of this, it's also, you know, I viewed a lot of these requests as just a, you know, all together. And if you're, you know, I know they're separated out of the memo, but if you're considering what your. Your request, your bucket of requests for an exchange of value coming back, whether you want to include feature nourishment or funds toward it, something you can consider if you feel like something else is more important than, you know, and you're willing to not push on it because you don't think it's worth it, you know, however. However you feel I want to just get A sense from, from you guys if this is something you want to push on or on now with this information that you have. </w:t>
      </w:r>
    </w:p>
    <w:p>
      <w:r>
        <w:t xml:space="preserve">21:44      (Speaker F)  Because he, in this, he says $150,000 is what he's looking to contribute whether it goes landscaping, irrigation or beach for nourishment. He's not changing his bottom line. No, his bottom line is 150,000. </w:t>
      </w:r>
    </w:p>
    <w:p>
      <w:r>
        <w:t xml:space="preserve">22:00      (Speaker C)  Only 50,000 would be allowed here. </w:t>
      </w:r>
    </w:p>
    <w:p>
      <w:r>
        <w:t xml:space="preserve">22:02      (Speaker F)  Right. But I'm saying he hasn't changed the 150,000. </w:t>
      </w:r>
    </w:p>
    <w:p>
      <w:r>
        <w:t xml:space="preserve">22:05      (Speaker A)  Well, that was between all the parts. </w:t>
      </w:r>
    </w:p>
    <w:p>
      <w:r>
        <w:t xml:space="preserve">22:07      (Speaker B)  The 150 was between the three processes. He's only willing to give us 50 towards that part. </w:t>
      </w:r>
    </w:p>
    <w:p>
      <w:r>
        <w:t xml:space="preserve">22:11      (Speaker F)  Right. So he's not doing anything more than what he said in the very beginning. He hasn't changed that 150,000 is what </w:t>
      </w:r>
    </w:p>
    <w:p>
      <w:r>
        <w:t xml:space="preserve">22:19      (Speaker D)  he's willing to do in this memo. Yeah, that's the response. And if the dollar amount is something that's important, if you think it'll be more value than like, you know, let me know if there's, you know, you can today just consider it or you can let me know now or you can let me know after the meeting if there's like you think the value </w:t>
      </w:r>
    </w:p>
    <w:p>
      <w:r>
        <w:t xml:space="preserve">22:36      (Speaker B)  should be X. Oh, I'm going to </w:t>
      </w:r>
    </w:p>
    <w:p>
      <w:r>
        <w:t xml:space="preserve">22:39      (Speaker F)  say to you that that hundred and fifty thousand dollars he needs to do the landscaping and the irrigation for himself, for his own properties in order to sell them. He originally said 1.2 million is what he had allocated toward landscaping. That's not doing anything to benefit the CDD as the CDD that's looking to benefit himself, not us. </w:t>
      </w:r>
    </w:p>
    <w:p>
      <w:r>
        <w:t xml:space="preserve">23:02      (Speaker D)  The zoning and where he's proposing it to go be installed, there's definitely a benefit to, to that to his development. I think the landscape improvements in the irrigation are proposing to be on, on district property. So there's, I guess the argument is it goes both ways, but I see your point. </w:t>
      </w:r>
    </w:p>
    <w:p>
      <w:r>
        <w:t xml:space="preserve">23:21      (Speaker F)  Because he wants that front entrance to look spectacular, to make people look to buy here. He's going to look to make the sure the landscaping at the apartment building down here, the other two lots looks fabulous because that's what's going to attract the buyers. So in my opinion, he is not looking to do anything for the CDD for the benefit of us in the community. That's for his benefit. That's my opinion. </w:t>
      </w:r>
    </w:p>
    <w:p>
      <w:r>
        <w:t xml:space="preserve">23:48      (Speaker D)  Okay, I got that note down. </w:t>
      </w:r>
    </w:p>
    <w:p>
      <w:r>
        <w:t xml:space="preserve">23:52      (Speaker F)  And from the very beginning, he has not looked to budge. No matter what we have asked him for, he has not looked to give it to us. </w:t>
      </w:r>
    </w:p>
    <w:p>
      <w:r>
        <w:t xml:space="preserve">24:00      (Speaker C)  Is there anyone on the call from kbw? </w:t>
      </w:r>
    </w:p>
    <w:p>
      <w:r>
        <w:t xml:space="preserve">24:05      (Speaker A)  Savannah's with us. </w:t>
      </w:r>
    </w:p>
    <w:p>
      <w:r>
        <w:t xml:space="preserve">24:06      (Speaker B)  Hello, Savannah, just asking, what about from. Yeah, just Savannah. </w:t>
      </w:r>
    </w:p>
    <w:p>
      <w:r>
        <w:t xml:space="preserve">24:12      (Speaker A)  Savannah is the only one on the line. </w:t>
      </w:r>
    </w:p>
    <w:p>
      <w:r>
        <w:t xml:space="preserve">24:13      (Speaker D)  Yeah, Savannah says she's gonna make herself available if there's any questions that, you know, we needed to relay or ask during today's meeting. </w:t>
      </w:r>
    </w:p>
    <w:p>
      <w:r>
        <w:t xml:space="preserve">24:21      (Speaker B)  And </w:t>
      </w:r>
    </w:p>
    <w:p>
      <w:r>
        <w:t xml:space="preserve">24:23      (Speaker D)  again, just more of a big picture goal today is. Is, you know, relaying our final feedback. And if we're. If we're feeling like they're not budging or changing or giving enough value communicating to that, to them. Because my message and I've talked to Savannah about this is like, let's, let's. Let's, you know, one. One final shot at this. And from both sides, let's like, you know, not kind of taking one little inch forward. Let's really get to a point where everyone shows what they think is a fair exchange and we can get that all out in the open. </w:t>
      </w:r>
    </w:p>
    <w:p>
      <w:r>
        <w:t xml:space="preserve">24:59      (Speaker E)  So, Mary, if they did do. If we were to give them the </w:t>
      </w:r>
    </w:p>
    <w:p>
      <w:r>
        <w:t xml:space="preserve">25:02      (Speaker B)  dock L shaped, what would you want it? </w:t>
      </w:r>
    </w:p>
    <w:p>
      <w:r>
        <w:t xml:space="preserve">25:06      (Speaker F)  I'm saying the same things we said before. We want the bridge. He doesn't want to give us the bridge. He does not want to do the beach renourishment. It's too expensive. Everything is a no with him. And he's asking for us to vacate a lot. 20ft in places and 10ft in others. And this is what he considers to be equitable. I do not consider any of that equitable. </w:t>
      </w:r>
    </w:p>
    <w:p>
      <w:r>
        <w:t xml:space="preserve">25:34      (Speaker E)  So my concern is we have these. This stuff now, like the 20 foot easement and stuff. </w:t>
      </w:r>
    </w:p>
    <w:p>
      <w:r>
        <w:t xml:space="preserve">25:43      (Speaker B)  This. </w:t>
      </w:r>
    </w:p>
    <w:p>
      <w:r>
        <w:t xml:space="preserve">25:43      (Speaker E)  This is what we have now for the good of the whole neighborhood. Why would we. Why would we give it away? </w:t>
      </w:r>
    </w:p>
    <w:p>
      <w:r>
        <w:t xml:space="preserve">25:51      (Speaker F)  I agree. </w:t>
      </w:r>
    </w:p>
    <w:p>
      <w:r>
        <w:t xml:space="preserve">25:54      (Speaker E)  I mean, why would we give something we already have for the advantage of </w:t>
      </w:r>
    </w:p>
    <w:p>
      <w:r>
        <w:t xml:space="preserve">25:59      (Speaker B)  the other people who live here </w:t>
      </w:r>
    </w:p>
    <w:p>
      <w:r>
        <w:t xml:space="preserve">26:02      (Speaker F)  for nothing? Giving it to him for nothing. </w:t>
      </w:r>
    </w:p>
    <w:p>
      <w:r>
        <w:t xml:space="preserve">26:05      (Speaker C)  Well, I think what Ryan's saying is, what would be something that we can get? What do you want for it? </w:t>
      </w:r>
    </w:p>
    <w:p>
      <w:r>
        <w:t xml:space="preserve">26:11      (Speaker B)  Where it would be worthwhile? </w:t>
      </w:r>
    </w:p>
    <w:p>
      <w:r>
        <w:t xml:space="preserve">26:14      (Speaker C)  And if the answer is there's nothing, then that's. That's it. But if there is something, then what would that be? So, like for me, I'm relatively close on the parcels N and K pedestrian </w:t>
      </w:r>
    </w:p>
    <w:p>
      <w:r>
        <w:t xml:space="preserve">26:27      (Speaker B)  easement because they want that Manitoban platform. </w:t>
      </w:r>
    </w:p>
    <w:p>
      <w:r>
        <w:t xml:space="preserve">26:34      (Speaker F)  Mangrove and mangroves. </w:t>
      </w:r>
    </w:p>
    <w:p>
      <w:r>
        <w:t xml:space="preserve">26:38      (Speaker C)  Okay, so we would essentially give up those easements for NNK. I would say instead of 50,000, we would have a hundred thousand immediately in our pocket. Because there's a bunch of stipulations on how much. How we can get that money back. So. But as soon as we give that easement, easement's gone forever. But he can get the money back in a variety of different ways. So it would be instead of 50k that has to go towards landscaping and irrigation. 100k. No questions asked. 3 days in our pockets, can't get it back. It is transaction easement for money. No take backs. So it would be 100k the observation platform by the manatee which we would have access to. Access to. And then he would take on the seawalls or N and K now and mangrove point is it's all mangroves. Right. So. And according to Andy's analysis, there's no work to be done on mangrove backed seawalls. Like the 10 years. You know he had that 10 year cost analysis and he was like there's. Oh, it's, it's still okay. </w:t>
      </w:r>
    </w:p>
    <w:p>
      <w:r>
        <w:t xml:space="preserve">27:56      (Speaker E)  It's. </w:t>
      </w:r>
    </w:p>
    <w:p>
      <w:r>
        <w:t xml:space="preserve">27:56      (Speaker C)  It's collapsed along. Oh in there. </w:t>
      </w:r>
    </w:p>
    <w:p>
      <w:r>
        <w:t xml:space="preserve">27:58      (Speaker E)  Oh yeah. </w:t>
      </w:r>
    </w:p>
    <w:p>
      <w:r>
        <w:t xml:space="preserve">27:59      (Speaker C)  Okay. Also that would be worth. So so dropping those two sea walls in addition to. And he has old. That is his thing. We do not touch them with the exception of he does not do the work. We have the ability to step in, fix them and then build them 100% of whatever the cost is. </w:t>
      </w:r>
    </w:p>
    <w:p>
      <w:r>
        <w:t xml:space="preserve">28:25      (Speaker E)  Can I comment on that real quick? </w:t>
      </w:r>
    </w:p>
    <w:p>
      <w:r>
        <w:t xml:space="preserve">28:27      (Speaker C)  Of course. </w:t>
      </w:r>
    </w:p>
    <w:p>
      <w:r>
        <w:t xml:space="preserve">28:27      (Speaker E)  My concern is yes, I understand the people that are gonna be moving there are going to be CDD members and we are now going to tell them that they've got to pay their CDD fees same as everyone else. But we're not going to touch their seawalls. </w:t>
      </w:r>
    </w:p>
    <w:p>
      <w:r>
        <w:t xml:space="preserve">28:45      (Speaker F)  Right? </w:t>
      </w:r>
    </w:p>
    <w:p>
      <w:r>
        <w:t xml:space="preserve">28:45      (Speaker C)  Yeah, but the CVD fees are cover a lot more than just seawalls. </w:t>
      </w:r>
    </w:p>
    <w:p>
      <w:r>
        <w:t xml:space="preserve">28:48      (Speaker E)  Right, but. But they will be paying for the rest of our seawalls and we're not </w:t>
      </w:r>
    </w:p>
    <w:p>
      <w:r>
        <w:t xml:space="preserve">28:52      (Speaker B)  going to be paying for that. </w:t>
      </w:r>
    </w:p>
    <w:p>
      <w:r>
        <w:t xml:space="preserve">28:53      (Speaker E)  So in the long run, I don't </w:t>
      </w:r>
    </w:p>
    <w:p>
      <w:r>
        <w:t xml:space="preserve">28:54      (Speaker B)  think that's fair side with you. </w:t>
      </w:r>
    </w:p>
    <w:p>
      <w:r>
        <w:t xml:space="preserve">28:57      (Speaker E)  I think they are going to be residents and just because the builder is. </w:t>
      </w:r>
    </w:p>
    <w:p>
      <w:r>
        <w:t xml:space="preserve">29:01      (Speaker B)  They're the builder. </w:t>
      </w:r>
    </w:p>
    <w:p>
      <w:r>
        <w:t xml:space="preserve">29:02      (Speaker E)  We're, we're, we're going to. In the long run we're going to. </w:t>
      </w:r>
    </w:p>
    <w:p>
      <w:r>
        <w:t xml:space="preserve">29:06      (Speaker C)  But won't their fees be different because of the changes in. I guess. How does that work? </w:t>
      </w:r>
    </w:p>
    <w:p>
      <w:r>
        <w:t xml:space="preserve">29:13      (Speaker E)  Well, all our fees are gonna be different but. </w:t>
      </w:r>
    </w:p>
    <w:p>
      <w:r>
        <w:t xml:space="preserve">29:15      (Speaker C)  Right. Well how does that work? </w:t>
      </w:r>
    </w:p>
    <w:p>
      <w:r>
        <w:t xml:space="preserve">29:16      (Speaker E)  Because we, we can't separate. </w:t>
      </w:r>
    </w:p>
    <w:p>
      <w:r>
        <w:t xml:space="preserve">29:18      (Speaker A)  I don't think. </w:t>
      </w:r>
    </w:p>
    <w:p>
      <w:r>
        <w:t xml:space="preserve">29:18      (Speaker E)  Well, I can't. You can't separate one unit from the other units on what they pay for maintenance. </w:t>
      </w:r>
    </w:p>
    <w:p>
      <w:r>
        <w:t xml:space="preserve">29:26      (Speaker C)  Right, but the bonds are different. </w:t>
      </w:r>
    </w:p>
    <w:p>
      <w:r>
        <w:t xml:space="preserve">29:27      (Speaker A)  There's per area. </w:t>
      </w:r>
    </w:p>
    <w:p>
      <w:r>
        <w:t xml:space="preserve">29:29      (Speaker E)  Right, but I'm talking about maintenance. 20 years, 30 years down the line we're going to say no. You 12 units, you're now responsible for your seawall. Even though you paid. </w:t>
      </w:r>
    </w:p>
    <w:p>
      <w:r>
        <w:t xml:space="preserve">29:42      (Speaker A)  I decided to you. But I, I think we should take it one step further. I mean I'm kind of with you on the. About the hooks, easement things once, because unfortunately, that easement terminates into no out. I mean, there's no way to have </w:t>
      </w:r>
    </w:p>
    <w:p>
      <w:r>
        <w:t xml:space="preserve">29:55      (Speaker B)  that consistency around the community. </w:t>
      </w:r>
    </w:p>
    <w:p>
      <w:r>
        <w:t xml:space="preserve">29:59      (Speaker A)  But I would like to still. I think a lot of people in the community enjoy the walk along the seawall. So what I would propose is that instead of on the. </w:t>
      </w:r>
    </w:p>
    <w:p>
      <w:r>
        <w:t xml:space="preserve">30:09      (Speaker B)  On the Hammerhead side, instead of having </w:t>
      </w:r>
    </w:p>
    <w:p>
      <w:r>
        <w:t xml:space="preserve">30:11      (Speaker A)  the easement going through the center of </w:t>
      </w:r>
    </w:p>
    <w:p>
      <w:r>
        <w:t xml:space="preserve">30:13      (Speaker B)  the townhomes, see if we can get </w:t>
      </w:r>
    </w:p>
    <w:p>
      <w:r>
        <w:t xml:space="preserve">30:15      (Speaker A)  him to do the walkable boardwalk along, just like it is on the. Along the harbor side all the way </w:t>
      </w:r>
    </w:p>
    <w:p>
      <w:r>
        <w:t xml:space="preserve">30:23      (Speaker B)  out to the viewing platform. </w:t>
      </w:r>
    </w:p>
    <w:p>
      <w:r>
        <w:t xml:space="preserve">30:25      (Speaker A)  That way, the community still has a </w:t>
      </w:r>
    </w:p>
    <w:p>
      <w:r>
        <w:t xml:space="preserve">30:27      (Speaker B)  walkable sea wall area. </w:t>
      </w:r>
    </w:p>
    <w:p>
      <w:r>
        <w:t xml:space="preserve">30:29      (Speaker C)  Yeah, let's cover that one in a minute. </w:t>
      </w:r>
    </w:p>
    <w:p>
      <w:r>
        <w:t xml:space="preserve">30:31      (Speaker A)  Okay. </w:t>
      </w:r>
    </w:p>
    <w:p>
      <w:r>
        <w:t xml:space="preserve">30:32      (Speaker C)  Because I have thoughts on. </w:t>
      </w:r>
    </w:p>
    <w:p>
      <w:r>
        <w:t xml:space="preserve">30:33      (Speaker B)  On that pocket. </w:t>
      </w:r>
    </w:p>
    <w:p>
      <w:r>
        <w:t xml:space="preserve">30:36      (Speaker C)  What's up, Brian? </w:t>
      </w:r>
    </w:p>
    <w:p>
      <w:r>
        <w:t xml:space="preserve">30:37      (Speaker A)  So I think my question is I. I hear you guys considering seaw walls, and I think my question is, you know, I know you guys in the past have historically paid for a lot of these seawall repairs. I know me and Ryan. </w:t>
      </w:r>
    </w:p>
    <w:p>
      <w:r>
        <w:t xml:space="preserve">30:49      (Speaker B)  Not originally. Right. </w:t>
      </w:r>
    </w:p>
    <w:p>
      <w:r>
        <w:t xml:space="preserve">30:51      (Speaker A)  So, yeah, the prior. Yeah, Ryan, Clayton and Rick and I have kind of looked into this a little bit, and I think we're of the opinion that guys don't need to pay for all those seawall repairs. Now, if this is something the district wants to do and include in your budget. The thing is, it's just residents have to realize it's coming out of their own pocket one way or another. So you guys have a significantly big budget to cover all these seawalls. But it's not necessarily, in our opinion, your responsibility to do it. </w:t>
      </w:r>
    </w:p>
    <w:p>
      <w:r>
        <w:t xml:space="preserve">31:22      (Speaker E)  Our prior attorneys told it what. </w:t>
      </w:r>
    </w:p>
    <w:p>
      <w:r>
        <w:t xml:space="preserve">31:24      (Speaker F)  Told us it was right, but for the. How many years prior to that? </w:t>
      </w:r>
    </w:p>
    <w:p>
      <w:r>
        <w:t xml:space="preserve">31:28      (Speaker E)  Prior to that, it was always. </w:t>
      </w:r>
    </w:p>
    <w:p>
      <w:r>
        <w:t xml:space="preserve">31:29      (Speaker F)  I was laughing. The landowner, maybe it was last year that they said that. </w:t>
      </w:r>
    </w:p>
    <w:p>
      <w:r>
        <w:t xml:space="preserve">31:36      (Speaker A)  All right, thank you. </w:t>
      </w:r>
    </w:p>
    <w:p>
      <w:r>
        <w:t xml:space="preserve">31:38      (Speaker F)  So who was the guy that was before David? Tom Cloud. So he was the one that ran all the stuff before David, but it's still the same firm. He always said it was not our responsibility before I even got on the board. He always said it was not our responsibility. When David took over, David said the same thing. It was not our responsibility for years. And then all of a sudden, he says they didn't do the. </w:t>
      </w:r>
    </w:p>
    <w:p>
      <w:r>
        <w:t xml:space="preserve">32:03      (Speaker A)  Ma', am, thank you very much. Having a meeting up here. </w:t>
      </w:r>
    </w:p>
    <w:p>
      <w:r>
        <w:t xml:space="preserve">32:06      (Speaker C)  Brian, let's you. You looked over that. What was. How did David get to that conclusion? </w:t>
      </w:r>
    </w:p>
    <w:p>
      <w:r>
        <w:t xml:space="preserve">32:12      (Speaker D)  There are definitely certain pockets where there's a. There's a written commitment for the district to be. It's clear that they're responsible for other areas or for the maintenance. But for certain areas of the community, there's not a. A recorded document or ease in our obligation for per seawall maintenance repairs. I believe how he got there was. And I don't want to speak for him, but, you know, he did provide like a memorandum of his understanding of the situation. And the community's original capital improvement plan, engineers report it made, it identified the district as the intended ownership and maintenance entity for all the seawalls in the community. The engineers report is not like a binding commitment. It just shows. Expresses the intent of what the plan was. And then a lot of developers change between then there was a default. So a lot of things changed since then. So we're. We're left with looking at what's in the recorded record, what agreements that we agree to. With that said, the bonds were issued to fund a lot of the improvements in the community. Whether. And sometimes if, if a. If bond funds were used to pay for either acquisition or construction of the seawalls, then that could create an obligation to, you know, maintain it in the future or until the bonds are paid off. So with all that saying, I think you can see how the same firm, two different attorneys would, would, you know, maybe be looking at it differently. I don't necessarily agree with, with David's conclusion. I think it's. There's nothing that you can point to for, for all of these properties and say that we're responsible for it. You know, but, sorry, these, the properties we're dealing with right now. Yeah, there's. There's. </w:t>
      </w:r>
    </w:p>
    <w:p>
      <w:r>
        <w:t xml:space="preserve">34:08      (Speaker E)  I. </w:t>
      </w:r>
    </w:p>
    <w:p>
      <w:r>
        <w:t xml:space="preserve">34:09      (Speaker D)  There's absolutely certain portions of them. There's nothing. There's not a recorded agreement that we can see where we're responsible for it. With that said, I do think there's absolutely a benefit to one getting clarity on who's responsible for it. And you know, having a consistent maintenance program does make sense to me to, you know, to Ian's point about, you know, what is this going to look like once the development's completed and your prisons living there? Maybe. Does it make sense as from a public policy perspective to have the district be responsible and bake it into the assessments? Flooding and seawall maintenance is a benefit to the whole community, regardless of where these seawalls are located. That's something to consider. It's ultimately a board decision. If you wanted to have these property owners be responsible for maintenance with a district step in rights, that's a legitimate way for the district to exercise its maintenance obligation. And so I think you can go either way from a consistency policy perspective. I can. I can see a benefit or at least we can make it work. Where the district takes on that. I'm sorry, John. The last really quick point is throughout the history, when some of these properties were getting through, going through default settlements, there were the recorded easement agreements and where the developer would fund the initial repairs, which are pretty significant because the district didn't have the funds to do it, but with the understanding that the district would become the long term maintenance entity. That's where you see, like the Antigua Cove settlement agreement. I believe that's the right one. I could be getting. They're all blending together at this point. But, but I know, I know for a fact there is an agreement put in place where the developer agreed to fund the init repairs. The district became responsible for future seawall operation and maintenance. So that's one option you could propose that. You know, the Bowman memo just came through this morning where there's pretty significant cost to get all of those seawalls repaired. They could be conveyed over once they're fixed to the district for maintenance. You bake it into your seawall maintenance program. That way you get clarity on the issue and you're as far as your bucket of your. Of your value. You're getting back. It's not necessarily a. Something you're asking for. It's like you can maybe focus your attention on something else where you can get more value from it. If you're not like asking for a huge commitment from them for seawall maintenance, then you know, just if something else is more important to you, if you want to maintain, you know, pedestrian easement or if you want to look different or you think the dollar amount needs to go up, you know, just the. The give and take. That's why I'm trying to keep it like it's just in a bucket. Not necessarily putting into, you know, this for that. </w:t>
      </w:r>
    </w:p>
    <w:p>
      <w:r>
        <w:t xml:space="preserve">37:10      (Speaker B)  Yeah. </w:t>
      </w:r>
    </w:p>
    <w:p>
      <w:r>
        <w:t xml:space="preserve">37:10      (Speaker A)  Didn't mean to derail the conversation. </w:t>
      </w:r>
    </w:p>
    <w:p>
      <w:r>
        <w:t xml:space="preserve">37:12      (Speaker D)  No, it's important. It's related. </w:t>
      </w:r>
    </w:p>
    <w:p>
      <w:r>
        <w:t xml:space="preserve">37:14      (Speaker B)  It's very important. </w:t>
      </w:r>
    </w:p>
    <w:p>
      <w:r>
        <w:t xml:space="preserve">37:14      (Speaker E)  This is probably one of the most important parts of. </w:t>
      </w:r>
    </w:p>
    <w:p>
      <w:r>
        <w:t xml:space="preserve">37:17      (Speaker F)  Yeah, who. </w:t>
      </w:r>
    </w:p>
    <w:p>
      <w:r>
        <w:t xml:space="preserve">37:23      (Speaker C)  Well, Carter repaired his seawalls and did not reimbursement, I think was not entitled to reimbursement. </w:t>
      </w:r>
    </w:p>
    <w:p>
      <w:r>
        <w:t xml:space="preserve">37:31      (Speaker B)  Right. </w:t>
      </w:r>
    </w:p>
    <w:p>
      <w:r>
        <w:t xml:space="preserve">37:31      (Speaker C)  Or how did that work out? That was on the board. </w:t>
      </w:r>
    </w:p>
    <w:p>
      <w:r>
        <w:t xml:space="preserve">37:33      (Speaker E)  It was never. It was. It was never decided what will be done if he comes after. </w:t>
      </w:r>
    </w:p>
    <w:p>
      <w:r>
        <w:t xml:space="preserve">37:40      (Speaker D)  Yeah, I. I think currently too with your district adopted a policy where it has. This seawall reimbursement program does not appear to be retroactive to repairs prior to the effective policy. This, when I'm reading it on Its face. That's the discretion of the board if you want to treat it that way or if you want to make it intent to apply to prior repairs. But there is a process in place where hypothetically someone could, Carter or anyone else could submit a claim for reimbursement. And if you, you know, the district would have to follow its policy in order to review that claim, which is, you know, step one is engineer review to get all the information. So they're hypothetically a. Something that would probably need to be addressed too as part of this </w:t>
      </w:r>
    </w:p>
    <w:p>
      <w:r>
        <w:t xml:space="preserve">38:39      (Speaker B)  and </w:t>
      </w:r>
    </w:p>
    <w:p>
      <w:r>
        <w:t xml:space="preserve">38:39      (Speaker D)  you know, in the sense of, you know, waiver of any claims for prior seawall repairs on these properties. </w:t>
      </w:r>
    </w:p>
    <w:p>
      <w:r>
        <w:t xml:space="preserve">38:47      (Speaker E)  I'm a strong believer that if any repairs need to be done now on that developer's land, he needs to take care of it. Because </w:t>
      </w:r>
    </w:p>
    <w:p>
      <w:r>
        <w:t xml:space="preserve">39:03      (Speaker D)  adding all that extra after that, </w:t>
      </w:r>
    </w:p>
    <w:p>
      <w:r>
        <w:t xml:space="preserve">39:05      (Speaker E)  then the efforts develop. If that's what we decide to do </w:t>
      </w:r>
    </w:p>
    <w:p>
      <w:r>
        <w:t xml:space="preserve">39:10      (Speaker B)  that we're going to do the whole thing, then. Yes. </w:t>
      </w:r>
    </w:p>
    <w:p>
      <w:r>
        <w:t xml:space="preserve">39:14      (Speaker E)  Or we need to decide if it's going to be the upland owner. </w:t>
      </w:r>
    </w:p>
    <w:p>
      <w:r>
        <w:t xml:space="preserve">39:16      (Speaker B)  Well, I think it's kind of. I. I side with your faults. I mean, I think it's. How do we say. How do we say we're not maintaining your seat wall when you're paying them to maintain everybody else's seat? Well, I think they should just maintain. After it's all developed, done, it should just be in a budget to maintain all. </w:t>
      </w:r>
    </w:p>
    <w:p>
      <w:r>
        <w:t xml:space="preserve">39:37      (Speaker E)  I have that opinion too. </w:t>
      </w:r>
    </w:p>
    <w:p>
      <w:r>
        <w:t xml:space="preserve">39:40      (Speaker A)  You guys can absolutely take that opinion. It'd be unique per se. You know, that goes into your budget, obviously. So, you know, either way your residents are paying for it, whether it's a big upfront cost for their own property or whether it's for their neighbors, it's coming out of their pocket. </w:t>
      </w:r>
    </w:p>
    <w:p>
      <w:r>
        <w:t xml:space="preserve">39:57      (Speaker E)  True. In the end, it all comes up to the same. </w:t>
      </w:r>
    </w:p>
    <w:p>
      <w:r>
        <w:t xml:space="preserve">39:59      (Speaker A)  Exactly. </w:t>
      </w:r>
    </w:p>
    <w:p>
      <w:r>
        <w:t xml:space="preserve">40:05      (Speaker D)  And there's just a comment about seawall maintenance and your assessments. And as a new property comes on into the community, that your OM assessments would be reevaluated to factor in that these new communities would be paying for operation and maintenance for, for the bonds as. Since these were defaulted properties. As part of the, as part of the district's plan of getting out of default, there is a prepayment in kind process where if the land is sold, a portion of that can be used to release some of the bonds and assessments. Those, some of the release documents we processed with Jason Merritt and his team. So the property that's coming online just doesn't have the debt assessments that they need to be calculated. But they do, they are, they are contributing to operation and maintenance assessments. </w:t>
      </w:r>
    </w:p>
    <w:p>
      <w:r>
        <w:t xml:space="preserve">41:00      (Speaker E)  So the people who purchase on these new parcels of land don't have to pay bonds. </w:t>
      </w:r>
    </w:p>
    <w:p>
      <w:r>
        <w:t xml:space="preserve">41:06      (Speaker D)  Yeah. Those bonds are released. So the district is not responsible for them anymore as part of the. </w:t>
      </w:r>
    </w:p>
    <w:p>
      <w:r>
        <w:t xml:space="preserve">41:12      (Speaker C)  So their taxes will. CDD taxes will be. Theoretically, it'll be. </w:t>
      </w:r>
    </w:p>
    <w:p>
      <w:r>
        <w:t xml:space="preserve">41:15      (Speaker D)  They'll be different. </w:t>
      </w:r>
    </w:p>
    <w:p>
      <w:r>
        <w:t xml:space="preserve">41:17      (Speaker B)  Yeah. </w:t>
      </w:r>
    </w:p>
    <w:p>
      <w:r>
        <w:t xml:space="preserve">41:17      (Speaker A)  And </w:t>
      </w:r>
    </w:p>
    <w:p>
      <w:r>
        <w:t xml:space="preserve">41:19      (Speaker E)  so you can sell them now. </w:t>
      </w:r>
    </w:p>
    <w:p>
      <w:r>
        <w:t xml:space="preserve">41:21      (Speaker D)  Yeah. </w:t>
      </w:r>
    </w:p>
    <w:p>
      <w:r>
        <w:t xml:space="preserve">41:22      (Speaker C)  The sale proceeds place less due. </w:t>
      </w:r>
    </w:p>
    <w:p>
      <w:r>
        <w:t xml:space="preserve">41:24      (Speaker E)  Right. </w:t>
      </w:r>
    </w:p>
    <w:p>
      <w:r>
        <w:t xml:space="preserve">41:24      (Speaker D)  But still it was basically baked into the sale cost of the land. Is that. That money didn't, you know, go to a third party? It went to pay down the district bonds as a. As a, you know, a prepayment process that the district adopted. Just. I. There's a comment about it. I wanted to just circle back on that. So one comment I, I'm not. A little, I'm not clear on is we talked about maybe like showing value through like a dog park or a playground or somewhere in the community. Is that a strong, like, stance from anyone or some of these other issues. More important that I should focus on going forward. </w:t>
      </w:r>
    </w:p>
    <w:p>
      <w:r>
        <w:t xml:space="preserve">42:08      (Speaker C)  I think I brought that one up. It's not strong. It's more of a, like give and take. Yeah. Well, it's more of like a goodwill gesture. </w:t>
      </w:r>
    </w:p>
    <w:p>
      <w:r>
        <w:t xml:space="preserve">42:16      (Speaker D)  Yeah. </w:t>
      </w:r>
    </w:p>
    <w:p>
      <w:r>
        <w:t xml:space="preserve">42:17      (Speaker C)  Because he does not have. </w:t>
      </w:r>
    </w:p>
    <w:p>
      <w:r>
        <w:t xml:space="preserve">42:18      (Speaker B)  Right. Much. </w:t>
      </w:r>
    </w:p>
    <w:p>
      <w:r>
        <w:t xml:space="preserve">42:19      (Speaker C)  So. So it would be a good idea on his part, but certainly it's not. It won't move the needle. Other than, you know, it would be nice to have. I don't even have a dog, but it was my idea, so. </w:t>
      </w:r>
    </w:p>
    <w:p>
      <w:r>
        <w:t xml:space="preserve">42:33      (Speaker D)  Understood. That's helpful. I mean, either now or after the main. Just let me know if that's a strong preference for anyone. </w:t>
      </w:r>
    </w:p>
    <w:p>
      <w:r>
        <w:t xml:space="preserve">42:39      (Speaker F)  I have two dogs and it doesn't make any difference. </w:t>
      </w:r>
    </w:p>
    <w:p>
      <w:r>
        <w:t xml:space="preserve">42:41      (Speaker B)  Okay. </w:t>
      </w:r>
    </w:p>
    <w:p>
      <w:r>
        <w:t xml:space="preserve">42:41      (Speaker E)  My strong contention is that we don't lose anything that we have now for the advantage of his profits. I mean, we've got 20 foot easements. We have that now. I mean, I understand we could fiddle with that a little bit, but why would we give him something so that he can increase his profits? </w:t>
      </w:r>
    </w:p>
    <w:p>
      <w:r>
        <w:t xml:space="preserve">43:08      (Speaker F)  That's not a responsibility. </w:t>
      </w:r>
    </w:p>
    <w:p>
      <w:r>
        <w:t xml:space="preserve">43:11      (Speaker E)  So it makes it easier for him to sell it. </w:t>
      </w:r>
    </w:p>
    <w:p>
      <w:r>
        <w:t xml:space="preserve">43:13      (Speaker A)  Well, we would. </w:t>
      </w:r>
    </w:p>
    <w:p>
      <w:r>
        <w:t xml:space="preserve">43:14      (Speaker C)  I mean, the idea is that we would get something in return. </w:t>
      </w:r>
    </w:p>
    <w:p>
      <w:r>
        <w:t xml:space="preserve">43:17      (Speaker F)  He's going to do the obligation. The only thing that we then would. He would do would be give us access to what he's already building for </w:t>
      </w:r>
    </w:p>
    <w:p>
      <w:r>
        <w:t xml:space="preserve">43:25      (Speaker E)  his, which we already have access to. </w:t>
      </w:r>
    </w:p>
    <w:p>
      <w:r>
        <w:t xml:space="preserve">43:28      (Speaker C)  The Eastmans are already around. </w:t>
      </w:r>
    </w:p>
    <w:p>
      <w:r>
        <w:t xml:space="preserve">43:30      (Speaker E)  They're already around it, so we already have access to it. </w:t>
      </w:r>
    </w:p>
    <w:p>
      <w:r>
        <w:t xml:space="preserve">43:33      (Speaker F)  It's not going to be locked in and it's not going to be by a key, a fob or whatever. So that's to his benefit. For his people, which is kind of like peripheral. </w:t>
      </w:r>
    </w:p>
    <w:p>
      <w:r>
        <w:t xml:space="preserve">43:43      (Speaker D)  Without these agreements, if he built a fancy viewing platform, he theoretically could say the public does not have access to it. It's only for members or the homeowners. </w:t>
      </w:r>
    </w:p>
    <w:p>
      <w:r>
        <w:t xml:space="preserve">43:54      (Speaker C)  Just. </w:t>
      </w:r>
    </w:p>
    <w:p>
      <w:r>
        <w:t xml:space="preserve">43:55      (Speaker D)  I don't know if you necessarily plan to do that. But just for, you know, we're talking about making it open to the public without restrictions. And that's something that without an approval or an agreement we would be able to do. I think some of the. Obviously the importance is these walkways. And in the memo we are proposing a walkway along the seawall on BB 45 on the southern part of it. In the memo is proposing that to be soldered and irrigated. And the other area where it's. Aside from the manatee viewing platforms, I feel like that might be the only area where it's along the water. For a walking. I mean, I feel like. </w:t>
      </w:r>
    </w:p>
    <w:p>
      <w:r>
        <w:t xml:space="preserve">44:49      (Speaker A)  I feel like, you know. </w:t>
      </w:r>
    </w:p>
    <w:p>
      <w:r>
        <w:t xml:space="preserve">44:52      (Speaker B)  You know, if you've seen the. </w:t>
      </w:r>
    </w:p>
    <w:p>
      <w:r>
        <w:t xml:space="preserve">44:53      (Speaker A)  There's a. There's a walkway that's behind the end. It's a fairly paver walkway. I feel like that I would like to see as a benefit that extended all the way around outside of the end on the south side of the. On the north side of the harbor and then also going along. At least going along the east side </w:t>
      </w:r>
    </w:p>
    <w:p>
      <w:r>
        <w:t xml:space="preserve">45:22      (Speaker B)  of Hammerhead and if possible actually a complete loop around Hammerhead, the end of the apartments. </w:t>
      </w:r>
    </w:p>
    <w:p>
      <w:r>
        <w:t xml:space="preserve">45:28      (Speaker F)  Both. </w:t>
      </w:r>
    </w:p>
    <w:p>
      <w:r>
        <w:t xml:space="preserve">45:29      (Speaker B)  So I'm saying I'd like to see here. I know, but you know how you got the. You have the paver walkway behind here. Yeah. </w:t>
      </w:r>
    </w:p>
    <w:p>
      <w:r>
        <w:t xml:space="preserve">45:35      (Speaker A)  If I would like to see it for the benefit of any. </w:t>
      </w:r>
    </w:p>
    <w:p>
      <w:r>
        <w:t xml:space="preserve">45:37      (Speaker B)  That walkway extended. </w:t>
      </w:r>
    </w:p>
    <w:p>
      <w:r>
        <w:t xml:space="preserve">45:39      (Speaker A)  Be the same look all the way around. </w:t>
      </w:r>
    </w:p>
    <w:p>
      <w:r>
        <w:t xml:space="preserve">45:42      (Speaker B)  Yeah. </w:t>
      </w:r>
    </w:p>
    <w:p>
      <w:r>
        <w:t xml:space="preserve">45:42      (Speaker C)  So right now what he's saying is that he's. He wants to reduce this easement to 10ft and then he's going to sod. </w:t>
      </w:r>
    </w:p>
    <w:p>
      <w:r>
        <w:t xml:space="preserve">45:50      (Speaker B)  And I'm not. </w:t>
      </w:r>
    </w:p>
    <w:p>
      <w:r>
        <w:t xml:space="preserve">45:52      (Speaker A)  Well, I'm not. </w:t>
      </w:r>
    </w:p>
    <w:p>
      <w:r>
        <w:t xml:space="preserve">45:53      (Speaker B)  I'm not interested that I would be </w:t>
      </w:r>
    </w:p>
    <w:p>
      <w:r>
        <w:t xml:space="preserve">45:54      (Speaker A)  interested if I reduce the 10 foot. But to make it match what. </w:t>
      </w:r>
    </w:p>
    <w:p>
      <w:r>
        <w:t xml:space="preserve">45:58      (Speaker B)  How the walkway is at behind the end. That's about 10 foot. If you look at the little sodded </w:t>
      </w:r>
    </w:p>
    <w:p>
      <w:r>
        <w:t xml:space="preserve">46:03      (Speaker A)  grass area and then boulevard type, six foot of walkway. If he did that and went all </w:t>
      </w:r>
    </w:p>
    <w:p>
      <w:r>
        <w:t xml:space="preserve">46:08      (Speaker B)  the way around here, I mean, I have no problem. I would have no problem giving up that. </w:t>
      </w:r>
    </w:p>
    <w:p>
      <w:r>
        <w:t xml:space="preserve">46:15      (Speaker F)  Did he close the Hammerhead in? </w:t>
      </w:r>
    </w:p>
    <w:p>
      <w:r>
        <w:t xml:space="preserve">46:17      (Speaker C)  There's no. </w:t>
      </w:r>
    </w:p>
    <w:p>
      <w:r>
        <w:t xml:space="preserve">46:18      (Speaker A)  That's a lot. </w:t>
      </w:r>
    </w:p>
    <w:p>
      <w:r>
        <w:t xml:space="preserve">46:19      (Speaker D)  Yeah. </w:t>
      </w:r>
    </w:p>
    <w:p>
      <w:r>
        <w:t xml:space="preserve">46:19      (Speaker A)  I want to make sure we're remaining realistic with our list as well. </w:t>
      </w:r>
    </w:p>
    <w:p>
      <w:r>
        <w:t xml:space="preserve">46:23      (Speaker C)  Even he didn't. </w:t>
      </w:r>
    </w:p>
    <w:p>
      <w:r>
        <w:t xml:space="preserve">46:23      (Speaker A)  If it just went to the viewing platform here. </w:t>
      </w:r>
    </w:p>
    <w:p>
      <w:r>
        <w:t xml:space="preserve">46:26      (Speaker F)  Yes, he closed. </w:t>
      </w:r>
    </w:p>
    <w:p>
      <w:r>
        <w:t xml:space="preserve">46:28      (Speaker A)  I'm sorry. </w:t>
      </w:r>
    </w:p>
    <w:p>
      <w:r>
        <w:t xml:space="preserve">46:28      (Speaker F)  He Closed on Hammerhead and the Hill School. </w:t>
      </w:r>
    </w:p>
    <w:p>
      <w:r>
        <w:t xml:space="preserve">46:31      (Speaker C)  No. </w:t>
      </w:r>
    </w:p>
    <w:p>
      <w:r>
        <w:t xml:space="preserve">46:31      (Speaker E)  So. </w:t>
      </w:r>
    </w:p>
    <w:p>
      <w:r>
        <w:t xml:space="preserve">46:31      (Speaker B)  Yeah, I mean. </w:t>
      </w:r>
    </w:p>
    <w:p>
      <w:r>
        <w:t xml:space="preserve">46:32      (Speaker F)  Okay, so he doesn't even have the property yet. </w:t>
      </w:r>
    </w:p>
    <w:p>
      <w:r>
        <w:t xml:space="preserve">46:34      (Speaker A)  So if you just did from here to the viewing platform. Scaling wise, we'll given up this and this and this. </w:t>
      </w:r>
    </w:p>
    <w:p>
      <w:r>
        <w:t xml:space="preserve">46:42      (Speaker C)  I don't, I'm not sure that we have an easement along the beach. </w:t>
      </w:r>
    </w:p>
    <w:p>
      <w:r>
        <w:t xml:space="preserve">46:45      (Speaker F)  I think we do and he doesn't have that property. </w:t>
      </w:r>
    </w:p>
    <w:p>
      <w:r>
        <w:t xml:space="preserve">46:48      (Speaker A)  We have an easement along the beach side of Hammerhead. Thought I seen that in one of the drawings. </w:t>
      </w:r>
    </w:p>
    <w:p>
      <w:r>
        <w:t xml:space="preserve">46:55      (Speaker C)  Where's my child? </w:t>
      </w:r>
    </w:p>
    <w:p>
      <w:r>
        <w:t xml:space="preserve">46:57      (Speaker F)  Right. I don't know how you can offer. You're going to do this if it's not your property. </w:t>
      </w:r>
    </w:p>
    <w:p>
      <w:r>
        <w:t xml:space="preserve">47:02      (Speaker C)  I do agree on that. </w:t>
      </w:r>
    </w:p>
    <w:p>
      <w:r>
        <w:t xml:space="preserve">47:07      (Speaker B)  Just like frame it and put it on the wall. </w:t>
      </w:r>
    </w:p>
    <w:p>
      <w:r>
        <w:t xml:space="preserve">47:09      (Speaker E)  Yeah. </w:t>
      </w:r>
    </w:p>
    <w:p>
      <w:r>
        <w:t xml:space="preserve">47:14      (Speaker B)  She could use the </w:t>
      </w:r>
    </w:p>
    <w:p>
      <w:r>
        <w:t xml:space="preserve">47:18      (Speaker C)  code. </w:t>
      </w:r>
    </w:p>
    <w:p>
      <w:r>
        <w:t xml:space="preserve">47:19      (Speaker A)  Give it up. Easement. I'd be curious to know about that. </w:t>
      </w:r>
    </w:p>
    <w:p>
      <w:r>
        <w:t xml:space="preserve">47:21      (Speaker D)  They can't. </w:t>
      </w:r>
    </w:p>
    <w:p>
      <w:r>
        <w:t xml:space="preserve">47:21      (Speaker E)  They can't. That was totally different. </w:t>
      </w:r>
    </w:p>
    <w:p>
      <w:r>
        <w:t xml:space="preserve">47:23      (Speaker D)  It's more from a historical perspective. </w:t>
      </w:r>
    </w:p>
    <w:p>
      <w:r>
        <w:t xml:space="preserve">47:25      (Speaker A)  Okay. I just know they brought it up in the doc. So I was just wondering if there </w:t>
      </w:r>
    </w:p>
    <w:p>
      <w:r>
        <w:t xml:space="preserve">47:28      (Speaker B)  was any point that according to the </w:t>
      </w:r>
    </w:p>
    <w:p>
      <w:r>
        <w:t xml:space="preserve">47:30      (Speaker D)  map they do not just. It's just more part of their argument, but it's not, it's not binding on the community in any way. It's just showing that. </w:t>
      </w:r>
    </w:p>
    <w:p>
      <w:r>
        <w:t xml:space="preserve">47:40      (Speaker B)  Okay. Well, I just didn't know if there was any that. No. Okay. </w:t>
      </w:r>
    </w:p>
    <w:p>
      <w:r>
        <w:t xml:space="preserve">47:46      (Speaker C)  So getting back to it, because I'm, </w:t>
      </w:r>
    </w:p>
    <w:p>
      <w:r>
        <w:t xml:space="preserve">47:50      (Speaker A)  I mean I do think generally the development of those, that land is a value to you guys. I mean instead of having empty lots unkept, we have land. So there, there is a sense of value in that as so. </w:t>
      </w:r>
    </w:p>
    <w:p>
      <w:r>
        <w:t xml:space="preserve">48:01      (Speaker B)  Right. </w:t>
      </w:r>
    </w:p>
    <w:p>
      <w:r>
        <w:t xml:space="preserve">48:01      (Speaker C)  But he's going to. Regardless. </w:t>
      </w:r>
    </w:p>
    <w:p>
      <w:r>
        <w:t xml:space="preserve">48:04      (Speaker E)  But we also have to think of the, the, the, the residents. I mean, </w:t>
      </w:r>
    </w:p>
    <w:p>
      <w:r>
        <w:t xml:space="preserve">48:12      (Speaker C)  so if we do nothing, we deny. Not we, we deny everything. He builds what he can build within those parcels and we have the easements, but they'll probably just be sodded and, and irrigated potentially. Who knows. I would imagine he would because he still owns it. And then I guess we residents could just walk on the grass through there and that would be. </w:t>
      </w:r>
    </w:p>
    <w:p>
      <w:r>
        <w:t xml:space="preserve">48:40      (Speaker F)  Right, because it's, it's ours. </w:t>
      </w:r>
    </w:p>
    <w:p>
      <w:r>
        <w:t xml:space="preserve">48:41      (Speaker E)  But he wants to put docks too. </w:t>
      </w:r>
    </w:p>
    <w:p>
      <w:r>
        <w:t xml:space="preserve">48:44      (Speaker C)  So how does that work? Because if, if we are. If that's our seawall and he wants to put docks on that, does he have to placement over the. Over the sea? </w:t>
      </w:r>
    </w:p>
    <w:p>
      <w:r>
        <w:t xml:space="preserve">48:51      (Speaker E)  We would have to give permission. </w:t>
      </w:r>
    </w:p>
    <w:p>
      <w:r>
        <w:t xml:space="preserve">48:54      (Speaker D)  I mean that kind of goes to the point of, you know, there's nothing maybe nothing saying that's RC Wall. Like, you know, we don't have a maintenance easement, you know, or currently reported on that. It's just very confusing. For, you know, to figure out, we would need to have. And have what I think we would need to get request and easement for maintenance. If we're supposed to be able to maintain that seawall. </w:t>
      </w:r>
    </w:p>
    <w:p>
      <w:r>
        <w:t xml:space="preserve">49:21      (Speaker B)  It's. </w:t>
      </w:r>
    </w:p>
    <w:p>
      <w:r>
        <w:t xml:space="preserve">49:21      (Speaker D)  Which is not in the record right now. </w:t>
      </w:r>
    </w:p>
    <w:p>
      <w:r>
        <w:t xml:space="preserve">49:23      (Speaker C)  It's going to be hard to maintain a seawall that has 24 docks built onto it. </w:t>
      </w:r>
    </w:p>
    <w:p>
      <w:r>
        <w:t xml:space="preserve">49:26      (Speaker D)  Yeah, they have to take over. </w:t>
      </w:r>
    </w:p>
    <w:p>
      <w:r>
        <w:t xml:space="preserve">49:28      (Speaker C)  You have to review it. You have to get the seawall fully up and future proof before you build those docks. Otherwise you have to disassemble the connections of those docks to the seawall, which </w:t>
      </w:r>
    </w:p>
    <w:p>
      <w:r>
        <w:t xml:space="preserve">49:38      (Speaker B)  is a huge undertaking. </w:t>
      </w:r>
    </w:p>
    <w:p>
      <w:r>
        <w:t xml:space="preserve">49:40      (Speaker C)  Huge undertaking. I was going to say something different. </w:t>
      </w:r>
    </w:p>
    <w:p>
      <w:r>
        <w:t xml:space="preserve">49:46      (Speaker E)  How does docks affect the pedestrian easement? </w:t>
      </w:r>
    </w:p>
    <w:p>
      <w:r>
        <w:t xml:space="preserve">49:49      (Speaker D)  The pedestrian has been, I think, like technically where it runs. It's not like literally on the sea wall. If you actually look at the. The meats and bounds of where it's. Where it is. But I think it's on the land, you know, side of it, right off the seawall. But it's a. It's a pedestrian easement too. It's not. </w:t>
      </w:r>
    </w:p>
    <w:p>
      <w:r>
        <w:t xml:space="preserve">50:10      (Speaker E)  So he can. </w:t>
      </w:r>
    </w:p>
    <w:p>
      <w:r>
        <w:t xml:space="preserve">50:12      (Speaker B)  Yeah, okay. </w:t>
      </w:r>
    </w:p>
    <w:p>
      <w:r>
        <w:t xml:space="preserve">50:12      (Speaker D)  As long as you leave space for pedestrian to go by. </w:t>
      </w:r>
    </w:p>
    <w:p>
      <w:r>
        <w:t xml:space="preserve">50:15      (Speaker E)  Gotcha. </w:t>
      </w:r>
    </w:p>
    <w:p>
      <w:r>
        <w:t xml:space="preserve">50:16      (Speaker D)  Yeah. </w:t>
      </w:r>
    </w:p>
    <w:p>
      <w:r>
        <w:t xml:space="preserve">50:16      (Speaker C)  The. </w:t>
      </w:r>
    </w:p>
    <w:p>
      <w:r>
        <w:t xml:space="preserve">50:16      (Speaker D)  The. The recorded easement, or you know, the recorded easement agreement is. Is based. Has protections in it where you're. We continue to have that right. And the property owner is not supposed to interfere with the pedestrian access part of it. </w:t>
      </w:r>
    </w:p>
    <w:p>
      <w:r>
        <w:t xml:space="preserve">50:32      (Speaker A)  And I just don't think it's that. Remember, we're also giving up easement here too. Logan. Yeah, this, this property and this property. I don't think it's that big of an ask if we're giving up the </w:t>
      </w:r>
    </w:p>
    <w:p>
      <w:r>
        <w:t xml:space="preserve">50:40      (Speaker B)  easement here and here to have that built. I don't think it's that big of an ask. </w:t>
      </w:r>
    </w:p>
    <w:p>
      <w:r>
        <w:t xml:space="preserve">50:46      (Speaker C)  Right, but. So you're asking. But what you're asking is, is not only for him for us to maintain that he's been on seawall that we may or likely don't have responsibility. I mean, if you look at all of the seawall components in this memo, there's two major. There's one section that's kind of just like. There's like one section that talks about here number 4 and nowhere and 1, 2, 3, 4, 5 paragraphs. Does he mention BB4, 5 or 7? He only mentions NNK and same thing with the other section. So it's like he's not even. There's no mention it. So. Which would lead me to believe that he doesn't have an expectation. </w:t>
      </w:r>
    </w:p>
    <w:p>
      <w:r>
        <w:t xml:space="preserve">51:34      (Speaker E)  This is all so, so, so we. We're trying to Make a decision on something. We don't even know who was in Seawall. We. He hasn't even bought nnk and no nnk he bought. </w:t>
      </w:r>
    </w:p>
    <w:p>
      <w:r>
        <w:t xml:space="preserve">51:45      (Speaker F)  He just didn't buy Hammer. </w:t>
      </w:r>
    </w:p>
    <w:p>
      <w:r>
        <w:t xml:space="preserve">51:46      (Speaker E)  No, but he hasn't bought Hammerhead. So he's. We're trying. He's asking us to make decisions on this stuff that could happen or could not happen. </w:t>
      </w:r>
    </w:p>
    <w:p>
      <w:r>
        <w:t xml:space="preserve">51:56      (Speaker D)  Yeah, I think the. I, I asked for clarity on that point. I think their position is that they're taking the position that we are responsible for all of it, even the BB parcels. And they're. </w:t>
      </w:r>
    </w:p>
    <w:p>
      <w:r>
        <w:t xml:space="preserve">52:12      (Speaker E)  But if we say okay, we, We. We. We say, okay, we'll relinquish n&amp;ks to do this on the Hammerhead. And then he goes, well, I'm buying </w:t>
      </w:r>
    </w:p>
    <w:p>
      <w:r>
        <w:t xml:space="preserve">52:22      (Speaker B)  a Hammerhead now you make a contingent on the deal. </w:t>
      </w:r>
    </w:p>
    <w:p>
      <w:r>
        <w:t xml:space="preserve">52:28      (Speaker C)  So you can do that? </w:t>
      </w:r>
    </w:p>
    <w:p>
      <w:r>
        <w:t xml:space="preserve">52:29      (Speaker B)  Could you? </w:t>
      </w:r>
    </w:p>
    <w:p>
      <w:r>
        <w:t xml:space="preserve">52:31      (Speaker D)  Yeah, I mean, if that's. If that not hypothetical. I think that's a good point of having a protection. I'm not sure the timing of the closing too. </w:t>
      </w:r>
    </w:p>
    <w:p>
      <w:r>
        <w:t xml:space="preserve">52:41      (Speaker E)  It's </w:t>
      </w:r>
    </w:p>
    <w:p>
      <w:r>
        <w:t xml:space="preserve">52:43      (Speaker D)  Savannah. Do you know when? </w:t>
      </w:r>
    </w:p>
    <w:p>
      <w:r>
        <w:t xml:space="preserve">52:45      (Speaker G)  I don't. Yeah. If I can jump in just really quickly. I don't know the exact closure, closing timeline. I haven't gotten that information. I can request it. I do want to say any vacation or modification of any easements would be at Platting. So if the district agrees, you know, to vacate or modify any easement, that doesn't mean it will be done tomorrow. And so if something happens and he were to not close on the Hammerhead parcel or something happened with, you know, the environmental commission or something, changing development plans on other parcels, all of those changes would be done at Platting. And I just want to have that point of clarity. So just wanted to make that very clear. But I, I don't know the closing timeline, I can ask for it. </w:t>
      </w:r>
    </w:p>
    <w:p>
      <w:r>
        <w:t xml:space="preserve">53:36      (Speaker C)  You give an easement to operate. He doesn't. </w:t>
      </w:r>
    </w:p>
    <w:p>
      <w:r>
        <w:t xml:space="preserve">53:38      (Speaker E)  Right. </w:t>
      </w:r>
    </w:p>
    <w:p>
      <w:r>
        <w:t xml:space="preserve">53:39      (Speaker C)  The easement would go to. You would have to talk that with part of hospitality or whoever. </w:t>
      </w:r>
    </w:p>
    <w:p>
      <w:r>
        <w:t xml:space="preserve">53:43      (Speaker F)  Right. </w:t>
      </w:r>
    </w:p>
    <w:p>
      <w:r>
        <w:t xml:space="preserve">53:44      (Speaker E)  And even going back to the, The. The peer. I mean, he hasn't even got approval for the period. </w:t>
      </w:r>
    </w:p>
    <w:p>
      <w:r>
        <w:t xml:space="preserve">53:49      (Speaker C)  Well, he's not gonna. He doesn't even want to try to get for it until he has the easement. So. </w:t>
      </w:r>
    </w:p>
    <w:p>
      <w:r>
        <w:t xml:space="preserve">53:54      (Speaker G)  Well, and he can't. He can't submit the final application for the peer without the authorization from the district. That's why he has not moved forward on that application. </w:t>
      </w:r>
    </w:p>
    <w:p>
      <w:r>
        <w:t xml:space="preserve">54:07      (Speaker B)  I mean, can we put that to bed at least? I mean, if we, if he. If we allow the Eastman, as long as it's within the crossings 20 foot from the north Side can we move </w:t>
      </w:r>
    </w:p>
    <w:p>
      <w:r>
        <w:t xml:space="preserve">54:19      (Speaker D)  past that at least in the I guess point or the discussion has always been like the exchange. If you wanted to do one. If you want to just address the dock. Is, is there, is there an exchange that you're asking for for that particular </w:t>
      </w:r>
    </w:p>
    <w:p>
      <w:r>
        <w:t xml:space="preserve">54:34      (Speaker B)  part I think was enough to $50,000 that he's a lot now I don't </w:t>
      </w:r>
    </w:p>
    <w:p>
      <w:r>
        <w:t xml:space="preserve">54:38      (Speaker D)  know if that's the right number or not. Yeah. </w:t>
      </w:r>
    </w:p>
    <w:p>
      <w:r>
        <w:t xml:space="preserve">54:40      (Speaker B)  So I'm just thinking that that's real close. I think we might be able to move past that with the clarification that if he is successful and get the DOC boot the dock crossing has to be at 20 foot from the north property line. </w:t>
      </w:r>
    </w:p>
    <w:p>
      <w:r>
        <w:t xml:space="preserve">54:52      (Speaker D)  I definitely have that down as a must have on, on the list. And if you, if you want to separate these requests or the parcel request out and do one amount of time, we can absolutely do that. I was just making a laundry list that applied to everything. But if, yeah if you want to handle. </w:t>
      </w:r>
    </w:p>
    <w:p>
      <w:r>
        <w:t xml:space="preserve">55:07      (Speaker E)  I think we should just do one at a time. </w:t>
      </w:r>
    </w:p>
    <w:p>
      <w:r>
        <w:t xml:space="preserve">55:09      (Speaker B)  I think I'll make the most that </w:t>
      </w:r>
    </w:p>
    <w:p>
      <w:r>
        <w:t xml:space="preserve">55:11      (Speaker A)  will allow the easement for the helipad. What parcel set I, I, I as long as the DOT crossings 20 foot </w:t>
      </w:r>
    </w:p>
    <w:p>
      <w:r>
        <w:t xml:space="preserve">55:21      (Speaker B)  on the north property line. </w:t>
      </w:r>
    </w:p>
    <w:p>
      <w:r>
        <w:t xml:space="preserve">55:23      (Speaker F)  For what what are we getting in return for that? </w:t>
      </w:r>
    </w:p>
    <w:p>
      <w:r>
        <w:t xml:space="preserve">55:26      (Speaker A)  For the $50,000. </w:t>
      </w:r>
    </w:p>
    <w:p>
      <w:r>
        <w:t xml:space="preserve">55:27      (Speaker C)  But there's more, there's more, there's more to that. So I don't know if you had a chance to read through like the fine print on that. </w:t>
      </w:r>
    </w:p>
    <w:p>
      <w:r>
        <w:t xml:space="preserve">55:35      (Speaker B)  Okay. </w:t>
      </w:r>
    </w:p>
    <w:p>
      <w:r>
        <w:t xml:space="preserve">55:35      (Speaker C)  But we don't, we don't get anything. We, he gets that easement in perpetuity. There's no takebacks. We cannot revoke. We cannot change it. We cannot do anything with it. The second it's gone, it is his for forever. But the 50,000 which can only be used for landscaping or irrigation or beetroot nourishment which obviously we just discovered it a million dollars. So that's not going to go very far. That money you get 25% at duet signing and then the other 25% and the release of it does not happen unless he gets every single permit and everything that he needs to get that dock built goes through which we have zero control over because that's tpa. So we would give him an easement for and that's his. We can't take it back. It's permanently his and we get the promise of money if everything goes perfectly. And from what I understand talking to a variety of. Not a variety but the main, the main guy that, that builds that builds on, on Tampa or on, on the bay getting those easements is like a two year process minimum and is extremely difficult to get an easement and, or not an easement but. But to get a permit. </w:t>
      </w:r>
    </w:p>
    <w:p>
      <w:r>
        <w:t xml:space="preserve">56:59      (Speaker G)  And, and just another quick point of clarification. The easement is not permanent if he does not get the approval, if the approval for the dock is not granted, then he won't have a need for an easement over the property property. So obviously any interest would revert back to the district. </w:t>
      </w:r>
    </w:p>
    <w:p>
      <w:r>
        <w:t xml:space="preserve">57:15      (Speaker C)  That's not how it's written in there. </w:t>
      </w:r>
    </w:p>
    <w:p>
      <w:r>
        <w:t xml:space="preserve">57:16      (Speaker B)  But. Okay, that's good to know. But I mean isn't. </w:t>
      </w:r>
    </w:p>
    <w:p>
      <w:r>
        <w:t xml:space="preserve">57:19      (Speaker A)  I mean am I not. We're basically the CDD is act. </w:t>
      </w:r>
    </w:p>
    <w:p>
      <w:r>
        <w:t xml:space="preserve">57:22      (Speaker B)  Just by granting the easement we'll get $25,000 up front. </w:t>
      </w:r>
    </w:p>
    <w:p>
      <w:r>
        <w:t xml:space="preserve">57:27      (Speaker C)  But we don't have access to it. We do not. We cannot touch that money until he gets all of the permits that he needs to build it. </w:t>
      </w:r>
    </w:p>
    <w:p>
      <w:r>
        <w:t xml:space="preserve">57:36      (Speaker A)  But even if he doesn't, even if we never get the money, we're not gaining or losing anything if he doesn't build the dock. So why, I mean I'm not putting. Put myself in issues a little bit. </w:t>
      </w:r>
    </w:p>
    <w:p>
      <w:r>
        <w:t xml:space="preserve">57:47      (Speaker B)  Why would he give us anything then </w:t>
      </w:r>
    </w:p>
    <w:p>
      <w:r>
        <w:t xml:space="preserve">57:48      (Speaker A)  if he's not getting. I mean literally it's the same. So I, I can understand why he's </w:t>
      </w:r>
    </w:p>
    <w:p>
      <w:r>
        <w:t xml:space="preserve">57:54      (Speaker B)  doing it that way because if he </w:t>
      </w:r>
    </w:p>
    <w:p>
      <w:r>
        <w:t xml:space="preserve">57:56      (Speaker A)  doesn't get his dock, he doesn't need </w:t>
      </w:r>
    </w:p>
    <w:p>
      <w:r>
        <w:t xml:space="preserve">57:57      (Speaker B)  to easement in turn. </w:t>
      </w:r>
    </w:p>
    <w:p>
      <w:r>
        <w:t xml:space="preserve">57:58      (Speaker A)  We shouldn't give him anything. Don't. He's not asked for anything. </w:t>
      </w:r>
    </w:p>
    <w:p>
      <w:r>
        <w:t xml:space="preserve">58:01      (Speaker B)  He doesn't have to ask. </w:t>
      </w:r>
    </w:p>
    <w:p>
      <w:r>
        <w:t xml:space="preserve">58:03      (Speaker C)  Well what he's getting if he does get the dock is a significant increase in value to his property. I mean you're talking huge, right? I mean 2, $3 million in in value increase for 12 deed at docks on Tampa Bay on waterfront. </w:t>
      </w:r>
    </w:p>
    <w:p>
      <w:r>
        <w:t xml:space="preserve">58:17      (Speaker F)  On waterfront. And his property then becomes waterfront. Not ordered un. </w:t>
      </w:r>
    </w:p>
    <w:p>
      <w:r>
        <w:t xml:space="preserve">58:21      (Speaker A)  But I think now let's just. </w:t>
      </w:r>
    </w:p>
    <w:p>
      <w:r>
        <w:t xml:space="preserve">58:23      (Speaker B)  In that case let's not look at it as the. Let's look at the monetary value. So 50,000 on up. What's the number? </w:t>
      </w:r>
    </w:p>
    <w:p>
      <w:r>
        <w:t xml:space="preserve">58:31      (Speaker C)  Add a zero to it. </w:t>
      </w:r>
    </w:p>
    <w:p>
      <w:r>
        <w:t xml:space="preserve">58:33      (Speaker B)  $500,000 for these men for that. </w:t>
      </w:r>
    </w:p>
    <w:p>
      <w:r>
        <w:t xml:space="preserve">58:36      (Speaker F)  For the amount of money he's going to make on that. It's not our responsibility to help him make more money. Our responsibility is to the community. A fiduciary responsibility to the community. That is a huge thing that he's going to be getting and not looking to give us anything equitable for it. </w:t>
      </w:r>
    </w:p>
    <w:p>
      <w:r>
        <w:t xml:space="preserve">58:56      (Speaker C)  And John, consider the. When, when he had fish kind. Do those two different </w:t>
      </w:r>
    </w:p>
    <w:p>
      <w:r>
        <w:t xml:space="preserve">59:03      (Speaker F)  evaluation evaluations. </w:t>
      </w:r>
    </w:p>
    <w:p>
      <w:r>
        <w:t xml:space="preserve">59:05      (Speaker C)  He put that he had fish kind do you know both parking lots and the street for what, 300. </w:t>
      </w:r>
    </w:p>
    <w:p>
      <w:r>
        <w:t xml:space="preserve">59:12      (Speaker F)  Yeah. Nothing. </w:t>
      </w:r>
    </w:p>
    <w:p>
      <w:r>
        <w:t xml:space="preserve">59:13      (Speaker C)  $306,000. And then that strip right there, which we would use to get over it, was valued at like $10 million. </w:t>
      </w:r>
    </w:p>
    <w:p>
      <w:r>
        <w:t xml:space="preserve">59:23      (Speaker F)  Millions and millions of dollars. </w:t>
      </w:r>
    </w:p>
    <w:p>
      <w:r>
        <w:t xml:space="preserve">59:24      (Speaker C)  Because the, the way that, that he had fish kind or fish kind or whoever directed him to do this, that the way that they built that was on the approximate value that having a beach res. </w:t>
      </w:r>
    </w:p>
    <w:p>
      <w:r>
        <w:t xml:space="preserve">59:41      (Speaker B)  Right. I remember now. </w:t>
      </w:r>
    </w:p>
    <w:p>
      <w:r>
        <w:t xml:space="preserve">59:42      (Speaker C)  Yeah. A beach resort. So it was Val. It was a value based on what is possible is how he did that property, that he was going to an exchange. What I'm suggesting is we do the exact same evaluation criteria for that easement. So is 10ft by 20ft worth 500,000 on. On paper, probably not. But what's the value of it that it can bring to him? Which is the exact same methodology that he did with us for the land swap. </w:t>
      </w:r>
    </w:p>
    <w:p>
      <w:r>
        <w:t xml:space="preserve">01:00:08   (Speaker F)  And it's not what we either. </w:t>
      </w:r>
    </w:p>
    <w:p>
      <w:r>
        <w:t xml:space="preserve">01:00:10   (Speaker C)  So it's. There's precedent and he set the precedent. </w:t>
      </w:r>
    </w:p>
    <w:p>
      <w:r>
        <w:t xml:space="preserve">01:00:12   (Speaker A)  No, I, I can look with. </w:t>
      </w:r>
    </w:p>
    <w:p>
      <w:r>
        <w:t xml:space="preserve">01:00:14   (Speaker B)  I can buy into that. </w:t>
      </w:r>
    </w:p>
    <w:p>
      <w:r>
        <w:t xml:space="preserve">01:00:17   (Speaker D)  Okay, so I'm hearing if you want to handle these separately, the dock and pier easement agreement in exchange for one, the pier has to be, you know, </w:t>
      </w:r>
    </w:p>
    <w:p>
      <w:r>
        <w:t xml:space="preserve">01:00:29   (Speaker B)  no greater than 20ft from the north property line. </w:t>
      </w:r>
    </w:p>
    <w:p>
      <w:r>
        <w:t xml:space="preserve">01:00:33   (Speaker D)  The ADA stairs, the ADA ramp to the beach. Is it. No restrictions on the use of that money. So restrictions deposited once it gets approval. I think it's reasonable. </w:t>
      </w:r>
    </w:p>
    <w:p>
      <w:r>
        <w:t xml:space="preserve">01:00:51   (Speaker C)  I'm fine with keeping. There's no restrictions on the use of it. I understand your guys's comments about, you know, if he doesn't get the. He doesn't get the permits, then he's out that money. Fine, we can leave. It's in, it's sitting there until, until he gets permits. And then if he doesn't get it, then we get the easement back and he gets his money back. I think that's. I think that's fair. That's fair because there's no, you know, we don't need to rob the guy. So. But I think that it gives him a tremendous amount of value. And I think, you know, I mean, conservatively, probably two or three million dollars in value. That. That's. That that's increasing the property. So $500,000 is a drop in the bucket versus what's going on there. So I think. And that gets us halfway to be tree nourishment and we can decide, hey, do we want to. Do we want to do the other half or do we want to do a partial Beecher nerve or whatever the case would be, or do we want to use that for something else? But there's no restrictions on the use of that money. And if he doesn't get the permits, everything washes away and we just move forward. I think that that would be fair. I think that's bringing value to the community. I think it's a good amount of money that we use for a variety of things that there is no limitations on. I don't know how the. I mean, hopefully the community will see it the same way because ultimately they're the final judges on this stuff. But I don't want to give something that would be so valuable to him for nothing. </w:t>
      </w:r>
    </w:p>
    <w:p>
      <w:r>
        <w:t xml:space="preserve">01:02:16   (Speaker B)  Did you want to just put that number out there or do we want </w:t>
      </w:r>
    </w:p>
    <w:p>
      <w:r>
        <w:t xml:space="preserve">01:02:19   (Speaker A)  to go in a case study or </w:t>
      </w:r>
    </w:p>
    <w:p>
      <w:r>
        <w:t xml:space="preserve">01:02:20   (Speaker B)  do you want a, A, a, a </w:t>
      </w:r>
    </w:p>
    <w:p>
      <w:r>
        <w:t xml:space="preserve">01:02:22   (Speaker C)  validation of the value? </w:t>
      </w:r>
    </w:p>
    <w:p>
      <w:r>
        <w:t xml:space="preserve">01:02:25   (Speaker B)  I'd say we just throw it out there. </w:t>
      </w:r>
    </w:p>
    <w:p>
      <w:r>
        <w:t xml:space="preserve">01:02:26   (Speaker C)  I think we just throw it out there. </w:t>
      </w:r>
    </w:p>
    <w:p>
      <w:r>
        <w:t xml:space="preserve">01:02:27   (Speaker D)  Yeah, Yeah. I think at this point it's just. If that's the number, it makes sense to you. Just put it out there and see </w:t>
      </w:r>
    </w:p>
    <w:p>
      <w:r>
        <w:t xml:space="preserve">01:02:32   (Speaker C)  what the response is. So we need a motion. Well, first of all, how do we feel? </w:t>
      </w:r>
    </w:p>
    <w:p>
      <w:r>
        <w:t xml:space="preserve">01:02:36   (Speaker B)  I'm good. </w:t>
      </w:r>
    </w:p>
    <w:p>
      <w:r>
        <w:t xml:space="preserve">01:02:37   (Speaker C)  500,000 Ada Beach. Do we need access, potential easement access for the tractor if we ever decide to do that. Is that something we need to request so that way we can clean the beach if we, we have a renewal? </w:t>
      </w:r>
    </w:p>
    <w:p>
      <w:r>
        <w:t xml:space="preserve">01:02:52   (Speaker F)  Yes. Yes. </w:t>
      </w:r>
    </w:p>
    <w:p>
      <w:r>
        <w:t xml:space="preserve">01:02:53   (Speaker B)  Okay. </w:t>
      </w:r>
    </w:p>
    <w:p>
      <w:r>
        <w:t xml:space="preserve">01:02:53   (Speaker C)  So when we need to ask for a gate or some area where we can bring. You would have to put. Provide. Maybe it would be the same ADA ramp. The ramp is large enough and can withstand the weight of a tractor. Of the tractor to go down there if we ever renourish the beach. </w:t>
      </w:r>
    </w:p>
    <w:p>
      <w:r>
        <w:t xml:space="preserve">01:03:09   (Speaker F)  But we still need to rake it or whatever, right? </w:t>
      </w:r>
    </w:p>
    <w:p>
      <w:r>
        <w:t xml:space="preserve">01:03:12   (Speaker C)  Yeah, it still needs rake. </w:t>
      </w:r>
    </w:p>
    <w:p>
      <w:r>
        <w:t xml:space="preserve">01:03:13   (Speaker F)  Right. </w:t>
      </w:r>
    </w:p>
    <w:p>
      <w:r>
        <w:t xml:space="preserve">01:03:14   (Speaker C)  So. But we still are gonna get stuck in the water right now and just use a regular handbrake. </w:t>
      </w:r>
    </w:p>
    <w:p>
      <w:r>
        <w:t xml:space="preserve">01:03:20   (Speaker B)  Okay. Okay. </w:t>
      </w:r>
    </w:p>
    <w:p>
      <w:r>
        <w:t xml:space="preserve">01:03:21   (Speaker C)  Is there, is there anything else did we want to ask for? I think there's already a foot wash station over there from what I was told. So I don't know if it's just like, well, repairing that area, but. </w:t>
      </w:r>
    </w:p>
    <w:p>
      <w:r>
        <w:t xml:space="preserve">01:03:34   (Speaker B)  500000 we can, I think we can cover it up. </w:t>
      </w:r>
    </w:p>
    <w:p>
      <w:r>
        <w:t xml:space="preserve">01:03:36   (Speaker A)  Correct? </w:t>
      </w:r>
    </w:p>
    <w:p>
      <w:r>
        <w:t xml:space="preserve">01:03:36   (Speaker F)  Yeah. </w:t>
      </w:r>
    </w:p>
    <w:p>
      <w:r>
        <w:t xml:space="preserve">01:03:38   (Speaker C)  500, 000 ADA ramp that can whisk to ADA slash tractor ramp. </w:t>
      </w:r>
    </w:p>
    <w:p>
      <w:r>
        <w:t xml:space="preserve">01:03:43   (Speaker B)  Right. </w:t>
      </w:r>
    </w:p>
    <w:p>
      <w:r>
        <w:t xml:space="preserve">01:03:44   (Speaker C)  And then was there anything else? </w:t>
      </w:r>
    </w:p>
    <w:p>
      <w:r>
        <w:t xml:space="preserve">01:03:48   (Speaker D)  I had five things down. Just must be 20ft or no more positioning. ADA ramp. 500,000 deposited upon receiving approval. </w:t>
      </w:r>
    </w:p>
    <w:p>
      <w:r>
        <w:t xml:space="preserve">01:03:57   (Speaker C)  I can send this to you. </w:t>
      </w:r>
    </w:p>
    <w:p>
      <w:r>
        <w:t xml:space="preserve">01:03:58   (Speaker B)  Cool. Thank you. </w:t>
      </w:r>
    </w:p>
    <w:p>
      <w:r>
        <w:t xml:space="preserve">01:04:00   (Speaker D)  No restrictions on use of money or, or. And then also easement access for maintenance could be the same as the 88 ramp. So that is in exchange for approving the doc and peer request. So if the board's comfortable with that, you want to make a motion on that today, you can. And we can, subject to working out the details of the. The actual written agreement. </w:t>
      </w:r>
    </w:p>
    <w:p>
      <w:r>
        <w:t xml:space="preserve">01:04:21   (Speaker B)  Okay. </w:t>
      </w:r>
    </w:p>
    <w:p>
      <w:r>
        <w:t xml:space="preserve">01:04:21   (Speaker C)  I. I personally prefer he keeps it as a T because then that's less obstruction. But I don't know that I don't think he'd be able to be able to do that. So. But I think just leave that. Leave that. </w:t>
      </w:r>
    </w:p>
    <w:p>
      <w:r>
        <w:t xml:space="preserve">01:04:32   (Speaker B)  You don't have to. You don't have to add that out. </w:t>
      </w:r>
    </w:p>
    <w:p>
      <w:r>
        <w:t xml:space="preserve">01:04:34   (Speaker D)  So you're okay with either a T or an L? </w:t>
      </w:r>
    </w:p>
    <w:p>
      <w:r>
        <w:t xml:space="preserve">01:04:36   (Speaker C)  He may have to do an elbow. My preference is a team. </w:t>
      </w:r>
    </w:p>
    <w:p>
      <w:r>
        <w:t xml:space="preserve">01:04:39   (Speaker B)  We're not. </w:t>
      </w:r>
    </w:p>
    <w:p>
      <w:r>
        <w:t xml:space="preserve">01:04:40   (Speaker C)  There's no sense putting that in there because he may not have a choice. </w:t>
      </w:r>
    </w:p>
    <w:p>
      <w:r>
        <w:t xml:space="preserve">01:04:42   (Speaker B)  Okay. </w:t>
      </w:r>
    </w:p>
    <w:p>
      <w:r>
        <w:t xml:space="preserve">01:04:44   (Speaker C)  Anything else? </w:t>
      </w:r>
    </w:p>
    <w:p>
      <w:r>
        <w:t xml:space="preserve">01:04:47   (Speaker F)  Okay, so 500,000. No restrictions. 20ft from the line, the ADA tractor ramp. What was the next one? </w:t>
      </w:r>
    </w:p>
    <w:p>
      <w:r>
        <w:t xml:space="preserve">01:04:57   (Speaker D)  No restrictions on the use of money. Within 20ft of the property online. And then the. The actual building, the actual ADA ramp. </w:t>
      </w:r>
    </w:p>
    <w:p>
      <w:r>
        <w:t xml:space="preserve">01:05:07   (Speaker E)  Okay. </w:t>
      </w:r>
    </w:p>
    <w:p>
      <w:r>
        <w:t xml:space="preserve">01:05:07   (Speaker B)  It's trapped. Okay. </w:t>
      </w:r>
    </w:p>
    <w:p>
      <w:r>
        <w:t xml:space="preserve">01:05:09   (Speaker C)  Right. So it'd have to be like. </w:t>
      </w:r>
    </w:p>
    <w:p>
      <w:r>
        <w:t xml:space="preserve">01:05:11   (Speaker F)  Right. So I had. </w:t>
      </w:r>
    </w:p>
    <w:p>
      <w:r>
        <w:t xml:space="preserve">01:05:12   (Speaker A)  All right. </w:t>
      </w:r>
    </w:p>
    <w:p>
      <w:r>
        <w:t xml:space="preserve">01:05:13   (Speaker F)  So it's really only the right things. </w:t>
      </w:r>
    </w:p>
    <w:p>
      <w:r>
        <w:t xml:space="preserve">01:05:14   (Speaker E)  All right, so someone want to make a motion? </w:t>
      </w:r>
    </w:p>
    <w:p>
      <w:r>
        <w:t xml:space="preserve">01:05:17   (Speaker C)  I guess I will. </w:t>
      </w:r>
    </w:p>
    <w:p>
      <w:r>
        <w:t xml:space="preserve">01:05:18   (Speaker A)  First from Logan. Have a second? </w:t>
      </w:r>
    </w:p>
    <w:p>
      <w:r>
        <w:t xml:space="preserve">01:05:24   (Speaker F)  I'll second it. </w:t>
      </w:r>
    </w:p>
    <w:p>
      <w:r>
        <w:t xml:space="preserve">01:05:25   (Speaker A)  Second from Mary. Any further discussion? All in favor? </w:t>
      </w:r>
    </w:p>
    <w:p>
      <w:r>
        <w:t xml:space="preserve">01:05:30   (Speaker F)  Aye. </w:t>
      </w:r>
    </w:p>
    <w:p>
      <w:r>
        <w:t xml:space="preserve">01:05:31   (Speaker B)  Aye to zero. </w:t>
      </w:r>
    </w:p>
    <w:p>
      <w:r>
        <w:t xml:space="preserve">01:05:34   (Speaker C)  I doubt he'll go, but at least, you know, that's. But I think it's fair. It puts value to it, which is, you know. </w:t>
      </w:r>
    </w:p>
    <w:p>
      <w:r>
        <w:t xml:space="preserve">01:05:44   (Speaker B)  Yeah, I think. </w:t>
      </w:r>
    </w:p>
    <w:p>
      <w:r>
        <w:t xml:space="preserve">01:05:46   (Speaker C)  I think it's. It's at least trying to get some value out of that. It moves it a little bit, and we're halfway to Beach. Reinhardt decide to do something, and we </w:t>
      </w:r>
    </w:p>
    <w:p>
      <w:r>
        <w:t xml:space="preserve">01:05:56   (Speaker E)  will have more residents. </w:t>
      </w:r>
    </w:p>
    <w:p>
      <w:r>
        <w:t xml:space="preserve">01:05:57   (Speaker D)  So eventually, these are going to be </w:t>
      </w:r>
    </w:p>
    <w:p>
      <w:r>
        <w:t xml:space="preserve">01:05:59   (Speaker A)  your part of your community, your neighbors. So. </w:t>
      </w:r>
    </w:p>
    <w:p>
      <w:r>
        <w:t xml:space="preserve">01:06:01   (Speaker E)  Yeah. </w:t>
      </w:r>
    </w:p>
    <w:p>
      <w:r>
        <w:t xml:space="preserve">01:06:02   (Speaker B)  Okay. </w:t>
      </w:r>
    </w:p>
    <w:p>
      <w:r>
        <w:t xml:space="preserve">01:06:03   (Speaker C)  So. </w:t>
      </w:r>
    </w:p>
    <w:p>
      <w:r>
        <w:t xml:space="preserve">01:06:04   (Speaker D)  Yeah. Do you want to address the NNK request? </w:t>
      </w:r>
    </w:p>
    <w:p>
      <w:r>
        <w:t xml:space="preserve">01:06:09   (Speaker B)  I think it's going to be hard to do until he has the. </w:t>
      </w:r>
    </w:p>
    <w:p>
      <w:r>
        <w:t xml:space="preserve">01:06:13   (Speaker A)  Until we can do some trading on Hammerhead. I don't see how we can. </w:t>
      </w:r>
    </w:p>
    <w:p>
      <w:r>
        <w:t xml:space="preserve">01:06:17   (Speaker F)  He needs to. </w:t>
      </w:r>
    </w:p>
    <w:p>
      <w:r>
        <w:t xml:space="preserve">01:06:20   (Speaker C)  We can't. </w:t>
      </w:r>
    </w:p>
    <w:p>
      <w:r>
        <w:t xml:space="preserve">01:06:20   (Speaker B)  We can't really discuss that. Right. We can't make a decision on that now. </w:t>
      </w:r>
    </w:p>
    <w:p>
      <w:r>
        <w:t xml:space="preserve">01:06:23   (Speaker C)  I think we could discuss nnk. I don't think we can discuss. </w:t>
      </w:r>
    </w:p>
    <w:p>
      <w:r>
        <w:t xml:space="preserve">01:06:30   (Speaker D)  But they're all tied together. </w:t>
      </w:r>
    </w:p>
    <w:p>
      <w:r>
        <w:t xml:space="preserve">01:06:32   (Speaker A)  To your point, if we give it up now and he doesn't give us the other, then what's the point? </w:t>
      </w:r>
    </w:p>
    <w:p>
      <w:r>
        <w:t xml:space="preserve">01:06:36   (Speaker B)  I mean, I think that we can't </w:t>
      </w:r>
    </w:p>
    <w:p>
      <w:r>
        <w:t xml:space="preserve">01:06:37   (Speaker C)  give what up now. </w:t>
      </w:r>
    </w:p>
    <w:p>
      <w:r>
        <w:t xml:space="preserve">01:06:38   (Speaker A)  In other words, the only way I'm interested in moving forward is if we're able to do something on the Hammerhead. </w:t>
      </w:r>
    </w:p>
    <w:p>
      <w:r>
        <w:t xml:space="preserve">01:06:43   (Speaker B)  If he can't do it. </w:t>
      </w:r>
    </w:p>
    <w:p>
      <w:r>
        <w:t xml:space="preserve">01:06:44   (Speaker A)  Commit to doing anything on Hammerhead because </w:t>
      </w:r>
    </w:p>
    <w:p>
      <w:r>
        <w:t xml:space="preserve">01:06:46   (Speaker B)  of all the properties. So how can we give them up </w:t>
      </w:r>
    </w:p>
    <w:p>
      <w:r>
        <w:t xml:space="preserve">01:06:48   (Speaker A)  the easement on the other properties until </w:t>
      </w:r>
    </w:p>
    <w:p>
      <w:r>
        <w:t xml:space="preserve">01:06:49   (Speaker B)  we have the ability to do both? I guess we can discuss it and make a contingent. </w:t>
      </w:r>
    </w:p>
    <w:p>
      <w:r>
        <w:t xml:space="preserve">01:06:54   (Speaker C)  Yeah. So let me just step in for a quick second. So how I approach how I've approached. And you can see all my note. Lots of notes and lots of highlighting because I spent like six hours on this over the weekend. I was. I got into a lot of trouble for it. </w:t>
      </w:r>
    </w:p>
    <w:p>
      <w:r>
        <w:t xml:space="preserve">01:07:10   (Speaker F)  Sure. </w:t>
      </w:r>
    </w:p>
    <w:p>
      <w:r>
        <w:t xml:space="preserve">01:07:11   (Speaker C)  During wedding fanny. So anyways, how much I like you </w:t>
      </w:r>
    </w:p>
    <w:p>
      <w:r>
        <w:t xml:space="preserve">01:07:16   (Speaker E)  guys and we appreciate it. </w:t>
      </w:r>
    </w:p>
    <w:p>
      <w:r>
        <w:t xml:space="preserve">01:07:19   (Speaker F)  What about Lauren? </w:t>
      </w:r>
    </w:p>
    <w:p>
      <w:r>
        <w:t xml:space="preserve">01:07:20   (Speaker C)  Yeah, I know the pudding. It may be here next month anyway because she might just pull it out. So how I'm approaching this is. Is separating each of these things out. </w:t>
      </w:r>
    </w:p>
    <w:p>
      <w:r>
        <w:t xml:space="preserve">01:07:32   (Speaker B)  Right. </w:t>
      </w:r>
    </w:p>
    <w:p>
      <w:r>
        <w:t xml:space="preserve">01:07:32   (Speaker C)  So and, and what within those areas? So N and K. What within N and K can we ask for that has value? And then for the BB properties, same thing. Like what within those properties. So doing that the walkway around. Right. I think the walkway around and the rest of that is a discussion for that property when he has access to it, when he owns it. </w:t>
      </w:r>
    </w:p>
    <w:p>
      <w:r>
        <w:t xml:space="preserve">01:07:57   (Speaker F)  Right. </w:t>
      </w:r>
    </w:p>
    <w:p>
      <w:r>
        <w:t xml:space="preserve">01:07:58   (Speaker C)  But I think that there's, I think there's discussion that we can have at least initially on N and K. And, and if we decide that oh no, we really need to pretty it up with stuff from BB, then that's fine, we'll wait. But like for me, NNK so reducing. </w:t>
      </w:r>
    </w:p>
    <w:p>
      <w:r>
        <w:t xml:space="preserve">01:08:15   (Speaker F)  So he wants to vacate the 25th pedestrian easement in entirety. </w:t>
      </w:r>
    </w:p>
    <w:p>
      <w:r>
        <w:t xml:space="preserve">01:08:21   (Speaker B)  Right. For both of those. </w:t>
      </w:r>
    </w:p>
    <w:p>
      <w:r>
        <w:t xml:space="preserve">01:08:22   (Speaker F)  Right, right. </w:t>
      </w:r>
    </w:p>
    <w:p>
      <w:r>
        <w:t xml:space="preserve">01:08:23   (Speaker C)  So and he's. He has said that he would take time very easily. He said that he would take on the seawall calls, which gives me a little pause because he was fighting over pain Ryan and all of a sudden he's willing to take on millions of dollars worth of things. So that's why I was like, I think first and foremost we need to. Before we decide anything. But we can talk about it now so we. In between meetings we can decide. So Brian Ryan, can we just real quick. I don't know what the action item would be, but what can we do </w:t>
      </w:r>
    </w:p>
    <w:p>
      <w:r>
        <w:t xml:space="preserve">01:08:58   (Speaker B)  to confirm </w:t>
      </w:r>
    </w:p>
    <w:p>
      <w:r>
        <w:t xml:space="preserve">01:09:00   (Speaker C)  the ownership or the responsibility who that lies on? Is that like so my sister or my cousin and soon to be cousin in law. So she's been. She was a developer in Miami for many years and she had mentioned that she believed that the Army Corps of Engineer has like a listing of who's responsible for. </w:t>
      </w:r>
    </w:p>
    <w:p>
      <w:r>
        <w:t xml:space="preserve">01:09:26   (Speaker B)  For it. </w:t>
      </w:r>
    </w:p>
    <w:p>
      <w:r>
        <w:t xml:space="preserve">01:09:27   (Speaker C)  I don't know that's true or not. When I googled it I didn't get confirmation but she was pretty that that was the case and she did a lot of properties in that area. She developed a lot of stuff over there with on sea walls. So I don't know if I think you guys got my email about having someone ask that. Obviously that was not that long ago. So I'm sure we didn't get a </w:t>
      </w:r>
    </w:p>
    <w:p>
      <w:r>
        <w:t xml:space="preserve">01:09:49   (Speaker B)  chance to do that. </w:t>
      </w:r>
    </w:p>
    <w:p>
      <w:r>
        <w:t xml:space="preserve">01:09:49   (Speaker C)  But maybe between now and next meeting we can reach out to them or whoever, whatever other governing body of seawalls and see if anyone has any notes or comments or whatever about who might be in charge. Because say no one was here and they came and it was all collapsed. They'd have to reach out to someone. Right. So who's. Whose phone number do they call? If the area was abandoned. Right. And it needs to be fixed, they have to have that somewhere. So if we can figure that out for really NK and DB properties I think that's going to be able to provide a lot more clarity because right now in my head obviously outside of the fact that you said that N is collapsing where the mangroves are, which </w:t>
      </w:r>
    </w:p>
    <w:p>
      <w:r>
        <w:t xml:space="preserve">01:10:43   (Speaker B)  is news to me. </w:t>
      </w:r>
    </w:p>
    <w:p>
      <w:r>
        <w:t xml:space="preserve">01:10:45   (Speaker C)  So back there. But in my head and what, what Rick or what sorry what Andy had said is that areas along mangroves are generally low, low maintenance. Right. So like having him take on N SE wall is not potentially obviously maybe that's not the case, but potentially is not a big increase in cost. </w:t>
      </w:r>
    </w:p>
    <w:p>
      <w:r>
        <w:t xml:space="preserve">01:11:09   (Speaker B)  Right. </w:t>
      </w:r>
    </w:p>
    <w:p>
      <w:r>
        <w:t xml:space="preserve">01:11:11   (Speaker C)  We currently he he's not or they're not representing the BB properties in any way in the seawalls discussion or seawall's write up in the memorandum despite talking about BB in other places. Right. So to me that would and I know Ryan, you said that they had a later comments about like they think their opinion is that it covers everything. Well, if that's the case, why didn't you talk about BB and seawall section when they. When they're very explicit about talking about everything else. </w:t>
      </w:r>
    </w:p>
    <w:p>
      <w:r>
        <w:t xml:space="preserve">01:11:42   (Speaker B)  Right. </w:t>
      </w:r>
    </w:p>
    <w:p>
      <w:r>
        <w:t xml:space="preserve">01:11:44   (Speaker C)  Savannah did a great job writing this stuff up. So very detailed. But also notice the areas where it doesn't cover stuff which in this case is the BV property seawall. So I'm pulling that one out of my head as responsibility because it's not written anywhere in an upper pushing that and with anywhere in the document. So that leaves K and if we look at the analysis that Andy had done for the seawall seawall repairs in that area, it is bare minimum $300 a foot for like you know, just getting it and doing whatever. I think it was grand or something. I don't know what the lower cost is up to $1,500. But I suspect that he's probably going to do a cheaper option to get him up to speed because he wants to maximize his value if he has to do this stuff. And that stretch there, from what K covers, from what I could tell on Google earth is about 570ft. 570ft times about $300, but gets us to like 170, $70,000. So give or take. So what we're giving up through the seawalls as it currently is, without us knowing potentially is K's value, which is like round up to 175,000 of seawall cost. I know I'm all over the place right now, but I'm looking about to land a plane. So what I'm suggesting for these areas is that we need to figure out how much those. How much we would be or, you know, who is actually in charge of those seawalls. And if it is us and we transfer that stuff over to him, we can value the seawall changeover at about $200,000. That's what the seawall is for. NMP and then what else do we want for those trying to put value to each of those things? So we could ask for additional money. So right now it's 500,000 with a bunch of stipulations. Or we could ask for a hundred thousand with no stipulations and the manatee viewing platform. Or there's nothing you guys want that would be worthwhile to take those away. Take away those EAs. I was all over the place. I don't know if you guys completely agree. </w:t>
      </w:r>
    </w:p>
    <w:p>
      <w:r>
        <w:t xml:space="preserve">01:14:11   (Speaker B)  Lost. </w:t>
      </w:r>
    </w:p>
    <w:p>
      <w:r>
        <w:t xml:space="preserve">01:14:11   (Speaker C)  Lost me along the way. </w:t>
      </w:r>
    </w:p>
    <w:p>
      <w:r>
        <w:t xml:space="preserve">01:14:12   (Speaker E)  But. </w:t>
      </w:r>
    </w:p>
    <w:p>
      <w:r>
        <w:t xml:space="preserve">01:14:14   (Speaker C)  But the value of seawall as I see it right now for NNK is like 200 based on just having that stretch of K, obviously not including the fact that. </w:t>
      </w:r>
    </w:p>
    <w:p>
      <w:r>
        <w:t xml:space="preserve">01:14:26   (Speaker B)  But we're ignoring that. </w:t>
      </w:r>
    </w:p>
    <w:p>
      <w:r>
        <w:t xml:space="preserve">01:14:29   (Speaker C)  So 200,000 for the seawalls plus any other additional cost. Right now he's suggesting 50,000 and we could ask more. And then I think he's requested. I think he also suggested the manatee viewing platform. Is that enough to. For you guys to give up? </w:t>
      </w:r>
    </w:p>
    <w:p>
      <w:r>
        <w:t xml:space="preserve">01:14:47   (Speaker E)  So here's. He's not actually taking responsibility for the seawalls ever. He's just going to give it to the owners. </w:t>
      </w:r>
    </w:p>
    <w:p>
      <w:r>
        <w:t xml:space="preserve">01:14:56   (Speaker C)  Right. </w:t>
      </w:r>
    </w:p>
    <w:p>
      <w:r>
        <w:t xml:space="preserve">01:14:57   (Speaker E)  So he's nothing. Doesn't cost him anything. Say to say I'll take over all the maintenance of those because it's not going to cost him anything. </w:t>
      </w:r>
    </w:p>
    <w:p>
      <w:r>
        <w:t xml:space="preserve">01:15:04   (Speaker B)  He's out of here. </w:t>
      </w:r>
    </w:p>
    <w:p>
      <w:r>
        <w:t xml:space="preserve">01:15:05   (Speaker E)  He's out. He's giving it to the owners. </w:t>
      </w:r>
    </w:p>
    <w:p>
      <w:r>
        <w:t xml:space="preserve">01:15:06   (Speaker C)  Yeah, that's a good point. </w:t>
      </w:r>
    </w:p>
    <w:p>
      <w:r>
        <w:t xml:space="preserve">01:15:08   (Speaker F)  And vacating 20 pedestrian feet in its entirety. He's not even asking to shrink it down. He's asking us to vacate that cost of nothing. Right. </w:t>
      </w:r>
    </w:p>
    <w:p>
      <w:r>
        <w:t xml:space="preserve">01:15:20   (Speaker B)  I just don't think we can make a decision about him owning BB yet. </w:t>
      </w:r>
    </w:p>
    <w:p>
      <w:r>
        <w:t xml:space="preserve">01:15:24   (Speaker C)  Well, what does. What does BB have to do with anything? </w:t>
      </w:r>
    </w:p>
    <w:p>
      <w:r>
        <w:t xml:space="preserve">01:15:28   (Speaker B)  Because then we can have a value, a land swap type of deal and improvement type of deal. </w:t>
      </w:r>
    </w:p>
    <w:p>
      <w:r>
        <w:t xml:space="preserve">01:15:35   (Speaker F)  I'm not from vacating the 20ft in the entirety. </w:t>
      </w:r>
    </w:p>
    <w:p>
      <w:r>
        <w:t xml:space="preserve">01:15:39   (Speaker E)  I mean, you know, I'm not either and I. I honestly don't mind 10ft if we get some. </w:t>
      </w:r>
    </w:p>
    <w:p>
      <w:r>
        <w:t xml:space="preserve">01:15:48   (Speaker B)  Something out of it. </w:t>
      </w:r>
    </w:p>
    <w:p>
      <w:r>
        <w:t xml:space="preserve">01:15:48   (Speaker E)  But I don't think we should give up something that we already have. </w:t>
      </w:r>
    </w:p>
    <w:p>
      <w:r>
        <w:t xml:space="preserve">01:15:52   (Speaker D)  The point. Well taken on the maintenance responsibility possibility, the, the initial repairs, it, you know, sound like they're still. Board's still looking for clarity on. </w:t>
      </w:r>
    </w:p>
    <w:p>
      <w:r>
        <w:t xml:space="preserve">01:16:01   (Speaker E)  Right. We don't want him to come to us. Yeah. </w:t>
      </w:r>
    </w:p>
    <w:p>
      <w:r>
        <w:t xml:space="preserve">01:16:04   (Speaker B)  I mean. </w:t>
      </w:r>
    </w:p>
    <w:p>
      <w:r>
        <w:t xml:space="preserve">01:16:05   (Speaker D)  Yeah. And talking to Savannah as part of the cost sharing agreement, the, you know, we talked about seawall maintenance was a question. So what. What at least verbally is the thinking about or proposing is their team doing a full title report and memorandum and presenting it to us saying like this is. This is what we found based on the record. And then that takes a lot of the legwork out of like having paying for a title report from a third party company to search and then providing that to Rick and I. We can, we can review and confirm whether we agree or not. I think that would be the best way. The part of it would be reaching out to the army core, if that's the right way to go and confirming the exact answer before you can move forward with deciding whether, you know, asking them to repair the seawalls is a value you're getting or if it's something you're already is responsible for. So that's probably one. That's probably one question. Let's just assume that hypothetically that it comes back and says that it's our responsibility for some reason is that having him pay for the initial cost is some. Is a must have for. </w:t>
      </w:r>
    </w:p>
    <w:p>
      <w:r>
        <w:t xml:space="preserve">01:17:19   (Speaker E)  For. Yes. </w:t>
      </w:r>
    </w:p>
    <w:p>
      <w:r>
        <w:t xml:space="preserve">01:17:21   (Speaker A)  From the board. </w:t>
      </w:r>
    </w:p>
    <w:p>
      <w:r>
        <w:t xml:space="preserve">01:17:22   (Speaker B)  Yeah, I agree. Okay. </w:t>
      </w:r>
    </w:p>
    <w:p>
      <w:r>
        <w:t xml:space="preserve">01:17:23   (Speaker D)  And then the manatee viewing platform on end. I know Logan, you feel strongly about it. Is that a must have for the rest of the board for the. As a community benefit? </w:t>
      </w:r>
    </w:p>
    <w:p>
      <w:r>
        <w:t xml:space="preserve">01:17:33   (Speaker B)  I want it. Yeah. </w:t>
      </w:r>
    </w:p>
    <w:p>
      <w:r>
        <w:t xml:space="preserve">01:17:35   (Speaker E)  Thank you. I got two patios this. So it doesn't matter me but I, I can understand. </w:t>
      </w:r>
    </w:p>
    <w:p>
      <w:r>
        <w:t xml:space="preserve">01:17:41   (Speaker B)  Yeah. </w:t>
      </w:r>
    </w:p>
    <w:p>
      <w:r>
        <w:t xml:space="preserve">01:17:42   (Speaker D)  The, the actual easements I know we talked about, you know, is it one or the other on NNK are more Important is it. You know, it seems like going down from 20 to 10 may be acceptable in certain circumstances. If you had to say, you know they both a must have. Like you're not going to give up one if you're getting an exchange and another. Another place or what are your thoughts on that? </w:t>
      </w:r>
    </w:p>
    <w:p>
      <w:r>
        <w:t xml:space="preserve">01:18:11   (Speaker C)  Sounds like going down to zero is a non starter. </w:t>
      </w:r>
    </w:p>
    <w:p>
      <w:r>
        <w:t xml:space="preserve">01:18:14   (Speaker G)  Right. </w:t>
      </w:r>
    </w:p>
    <w:p>
      <w:r>
        <w:t xml:space="preserve">01:18:15   (Speaker E)  For me. </w:t>
      </w:r>
    </w:p>
    <w:p>
      <w:r>
        <w:t xml:space="preserve">01:18:15   (Speaker C)  So the discussion. Yeah. Is 10 is acceptable. Is that 10 because he's going to ask to remove pedestrian easement. So is 10 plus pedestrian easement 10 plus pedestrian movement? </w:t>
      </w:r>
    </w:p>
    <w:p>
      <w:r>
        <w:t xml:space="preserve">01:18:27   (Speaker E)  Yeah. </w:t>
      </w:r>
    </w:p>
    <w:p>
      <w:r>
        <w:t xml:space="preserve">01:18:28   (Speaker D)  Not just maintenance on both N and </w:t>
      </w:r>
    </w:p>
    <w:p>
      <w:r>
        <w:t xml:space="preserve">01:18:30   (Speaker B)  K. That for me if you got. </w:t>
      </w:r>
    </w:p>
    <w:p>
      <w:r>
        <w:t xml:space="preserve">01:18:35   (Speaker D)  You know, I'm just thinking about looking at the development at least to propose. </w:t>
      </w:r>
    </w:p>
    <w:p>
      <w:r>
        <w:t xml:space="preserve">01:18:40   (Speaker C)  Right. </w:t>
      </w:r>
    </w:p>
    <w:p>
      <w:r>
        <w:t xml:space="preserve">01:18:40   (Speaker D)  It's not. It's not. Not binding and not something you have to abide by. </w:t>
      </w:r>
    </w:p>
    <w:p>
      <w:r>
        <w:t xml:space="preserve">01:18:44   (Speaker A)  But </w:t>
      </w:r>
    </w:p>
    <w:p>
      <w:r>
        <w:t xml:space="preserve">01:18:47   (Speaker D)  like maybe there's a way to work it out and one more or the other but. Or. Or both. I just don't. Without seeing it how it would work. </w:t>
      </w:r>
    </w:p>
    <w:p>
      <w:r>
        <w:t xml:space="preserve">01:18:58   (Speaker B)  It's hard to picture on you know </w:t>
      </w:r>
    </w:p>
    <w:p>
      <w:r>
        <w:t xml:space="preserve">01:19:01   (Speaker D)  on K at the very minimum. </w:t>
      </w:r>
    </w:p>
    <w:p>
      <w:r>
        <w:t xml:space="preserve">01:19:03   (Speaker C)  Well, I mean it's so. I mean I would look at that. It doesn't have to be. It's no different than going and hiking a trail. Like some trails are loops and some are just there and back. </w:t>
      </w:r>
    </w:p>
    <w:p>
      <w:r>
        <w:t xml:space="preserve">01:19:14   (Speaker B)  Right. </w:t>
      </w:r>
    </w:p>
    <w:p>
      <w:r>
        <w:t xml:space="preserve">01:19:15   (Speaker C)  So and that would just be a </w:t>
      </w:r>
    </w:p>
    <w:p>
      <w:r>
        <w:t xml:space="preserve">01:19:16   (Speaker B)  there and back that. </w:t>
      </w:r>
    </w:p>
    <w:p>
      <w:r>
        <w:t xml:space="preserve">01:19:17   (Speaker C)  That stretch. Which is fine. </w:t>
      </w:r>
    </w:p>
    <w:p>
      <w:r>
        <w:t xml:space="preserve">01:19:20   (Speaker D)  So the tip to the end. Basically. </w:t>
      </w:r>
    </w:p>
    <w:p>
      <w:r>
        <w:t xml:space="preserve">01:19:21   (Speaker C)  So basically the hooks. </w:t>
      </w:r>
    </w:p>
    <w:p>
      <w:r>
        <w:t xml:space="preserve">01:19:22   (Speaker B)  Yeah. </w:t>
      </w:r>
    </w:p>
    <w:p>
      <w:r>
        <w:t xml:space="preserve">01:19:23   (Speaker C)  So. And maybe hooks will be like oh let's. Let's clear this area right here. Then people could just walk right through into hooks and come right to the bar. That would probably be a smart idea for them. </w:t>
      </w:r>
    </w:p>
    <w:p>
      <w:r>
        <w:t xml:space="preserve">01:19:37   (Speaker B)  But step up the deck. </w:t>
      </w:r>
    </w:p>
    <w:p>
      <w:r>
        <w:t xml:space="preserve">01:19:38   (Speaker C)  Yeah, exactly. Go right up on the deck. That might, you know, maybe, maybe they decide to do that now all of a sudden there is a destination at the end. But even if they don't like they there and back is fine. It's common for walking and hiking. So. </w:t>
      </w:r>
    </w:p>
    <w:p>
      <w:r>
        <w:t xml:space="preserve">01:19:53   (Speaker E)  Well, according to the easement. The pedestrian easement map that does go all the way to the end of the. </w:t>
      </w:r>
    </w:p>
    <w:p>
      <w:r>
        <w:t xml:space="preserve">01:20:00   (Speaker B)  Of the end. </w:t>
      </w:r>
    </w:p>
    <w:p>
      <w:r>
        <w:t xml:space="preserve">01:20:09   (Speaker F)  I know that's so big I don't even have. </w:t>
      </w:r>
    </w:p>
    <w:p>
      <w:r>
        <w:t xml:space="preserve">01:20:14   (Speaker B)  Yeah, go to the end. </w:t>
      </w:r>
    </w:p>
    <w:p>
      <w:r>
        <w:t xml:space="preserve">01:20:15   (Speaker C)  Well it goes not all the way to the end, but it goes to the end of the end like you said. Yeah, yeah. </w:t>
      </w:r>
    </w:p>
    <w:p>
      <w:r>
        <w:t xml:space="preserve">01:20:21   (Speaker D)  Where we gotta stop. </w:t>
      </w:r>
    </w:p>
    <w:p>
      <w:r>
        <w:t xml:space="preserve">01:20:21   (Speaker C)  Yes. </w:t>
      </w:r>
    </w:p>
    <w:p>
      <w:r>
        <w:t xml:space="preserve">01:20:22   (Speaker F)  So starts. </w:t>
      </w:r>
    </w:p>
    <w:p>
      <w:r>
        <w:t xml:space="preserve">01:20:24   (Speaker C)  So what would we be willing. </w:t>
      </w:r>
    </w:p>
    <w:p>
      <w:r>
        <w:t xml:space="preserve">01:20:26   (Speaker A)  Let me ask you this question. </w:t>
      </w:r>
    </w:p>
    <w:p>
      <w:r>
        <w:t xml:space="preserve">01:20:30   (Speaker C)  It looks. Sorry, real quick if you don't mind. Did hooks build their deck over </w:t>
      </w:r>
    </w:p>
    <w:p>
      <w:r>
        <w:t xml:space="preserve">01:20:37   (Speaker E)  possibly. </w:t>
      </w:r>
    </w:p>
    <w:p>
      <w:r>
        <w:t xml:space="preserve">01:20:38   (Speaker D)  Yes, yes, yes. Never even thought about that. </w:t>
      </w:r>
    </w:p>
    <w:p>
      <w:r>
        <w:t xml:space="preserve">01:20:40   (Speaker E)  I mean there is a. But there is a walkway between. I mean you can walk between the pool. </w:t>
      </w:r>
    </w:p>
    <w:p>
      <w:r>
        <w:t xml:space="preserve">01:20:48   (Speaker C)  Yeah. </w:t>
      </w:r>
    </w:p>
    <w:p>
      <w:r>
        <w:t xml:space="preserve">01:20:48   (Speaker E)  And the, the seawall. </w:t>
      </w:r>
    </w:p>
    <w:p>
      <w:r>
        <w:t xml:space="preserve">01:20:50   (Speaker C)  But yes, probably we'll ignore that for now. </w:t>
      </w:r>
    </w:p>
    <w:p>
      <w:r>
        <w:t xml:space="preserve">01:20:53   (Speaker A)  I mean, would we be. </w:t>
      </w:r>
    </w:p>
    <w:p>
      <w:r>
        <w:t xml:space="preserve">01:20:54   (Speaker B)  Wouldn't. </w:t>
      </w:r>
    </w:p>
    <w:p>
      <w:r>
        <w:t xml:space="preserve">01:20:55   (Speaker D)  I'm just throwing this out there. Would we be willing to maybe compromise </w:t>
      </w:r>
    </w:p>
    <w:p>
      <w:r>
        <w:t xml:space="preserve">01:21:00   (Speaker A)  on end to get what we're asking </w:t>
      </w:r>
    </w:p>
    <w:p>
      <w:r>
        <w:t xml:space="preserve">01:21:02   (Speaker B)  for on K and Mhead? </w:t>
      </w:r>
    </w:p>
    <w:p>
      <w:r>
        <w:t xml:space="preserve">01:21:07   (Speaker A)  I mean, because I mean, do we really. I'm just asking, do we really. </w:t>
      </w:r>
    </w:p>
    <w:p>
      <w:r>
        <w:t xml:space="preserve">01:21:14   (Speaker B)  Is this any value other than the easement to get to the manatee viewing platform? Is this any. I can see where you're coming from here. So that way we have this going to here. Right. And I can. And I think you can see where I'm referring to this. </w:t>
      </w:r>
    </w:p>
    <w:p>
      <w:r>
        <w:t xml:space="preserve">01:21:27   (Speaker C)  Oh, yeah, absolutely. </w:t>
      </w:r>
    </w:p>
    <w:p>
      <w:r>
        <w:t xml:space="preserve">01:21:28   (Speaker B)  So I'm saying that maybe we compromise and say we want this and we want this and we'll give you this and we'll reduce it to ten foot. </w:t>
      </w:r>
    </w:p>
    <w:p>
      <w:r>
        <w:t xml:space="preserve">01:21:40   (Speaker C)  I don't know if there's going to be enough value for him to give. To give. To still maintain the easement along Hammerhead facing the marine store. </w:t>
      </w:r>
    </w:p>
    <w:p>
      <w:r>
        <w:t xml:space="preserve">01:21:51   (Speaker D)  A half man dollar number for. </w:t>
      </w:r>
    </w:p>
    <w:p>
      <w:r>
        <w:t xml:space="preserve">01:21:52   (Speaker C)  Yeah, that's true. </w:t>
      </w:r>
    </w:p>
    <w:p>
      <w:r>
        <w:t xml:space="preserve">01:21:54   (Speaker A)  I mean, I mean you do that for. </w:t>
      </w:r>
    </w:p>
    <w:p>
      <w:r>
        <w:t xml:space="preserve">01:21:57   (Speaker C)  Yeah, yeah, yeah. </w:t>
      </w:r>
    </w:p>
    <w:p>
      <w:r>
        <w:t xml:space="preserve">01:21:58   (Speaker E)  We don't even know if he's gonna own. </w:t>
      </w:r>
    </w:p>
    <w:p>
      <w:r>
        <w:t xml:space="preserve">01:21:59   (Speaker F)  Well, Right. We don't know if he owns that or if he's ever going to own it. </w:t>
      </w:r>
    </w:p>
    <w:p>
      <w:r>
        <w:t xml:space="preserve">01:22:03   (Speaker C)  Yeah, I think we, I think we separate BB completely until. And we can talk about it later if that's all right, John. </w:t>
      </w:r>
    </w:p>
    <w:p>
      <w:r>
        <w:t xml:space="preserve">01:22:16   (Speaker A)  Yeah, no, but I just don't think </w:t>
      </w:r>
    </w:p>
    <w:p>
      <w:r>
        <w:t xml:space="preserve">01:22:17   (Speaker B)  we can make any real determination. </w:t>
      </w:r>
    </w:p>
    <w:p>
      <w:r>
        <w:t xml:space="preserve">01:22:20   (Speaker C)  So there's, there's, there is not enough value in any idea for you to come to a conclusion on NFA at this point? </w:t>
      </w:r>
    </w:p>
    <w:p>
      <w:r>
        <w:t xml:space="preserve">01:22:37   (Speaker B)  I can't. I'm just trying to figure out how to monitor a. Put a value. I mean I'm, I kind of could </w:t>
      </w:r>
    </w:p>
    <w:p>
      <w:r>
        <w:t xml:space="preserve">01:22:43   (Speaker A)  follow where you were going on this </w:t>
      </w:r>
    </w:p>
    <w:p>
      <w:r>
        <w:t xml:space="preserve">01:22:45   (Speaker B)  with that study, but I'm trying to figure out what the monitoring value would be for that. </w:t>
      </w:r>
    </w:p>
    <w:p>
      <w:r>
        <w:t xml:space="preserve">01:22:51   (Speaker C)  What's the value of it right now? </w:t>
      </w:r>
    </w:p>
    <w:p>
      <w:r>
        <w:t xml:space="preserve">01:22:53   (Speaker A)  How many linear foot are we given </w:t>
      </w:r>
    </w:p>
    <w:p>
      <w:r>
        <w:t xml:space="preserve">01:22:55   (Speaker B)  up here and how many linear foot are we giving up here? </w:t>
      </w:r>
    </w:p>
    <w:p>
      <w:r>
        <w:t xml:space="preserve">01:22:57   (Speaker C)  This is 500 and I don't go all the way down. So call it 650 maybe. </w:t>
      </w:r>
    </w:p>
    <w:p>
      <w:r>
        <w:t xml:space="preserve">01:23:03   (Speaker B)  I'm sure it's probably how much we're here. Probably a lot more than that. </w:t>
      </w:r>
    </w:p>
    <w:p>
      <w:r>
        <w:t xml:space="preserve">01:23:10   (Speaker C)  If this is all that 650 and that might. That's probably seven or 800. </w:t>
      </w:r>
    </w:p>
    <w:p>
      <w:r>
        <w:t xml:space="preserve">01:23:16   (Speaker B)  Yeah. </w:t>
      </w:r>
    </w:p>
    <w:p>
      <w:r>
        <w:t xml:space="preserve">01:23:17   (Speaker C)  Maybe out of just ballpark guessing. So it's a lot. And we know that people currently walk along K as we see them. </w:t>
      </w:r>
    </w:p>
    <w:p>
      <w:r>
        <w:t xml:space="preserve">01:23:28   (Speaker B)  Right. </w:t>
      </w:r>
    </w:p>
    <w:p>
      <w:r>
        <w:t xml:space="preserve">01:23:28   (Speaker C)  So that's currently used. Ian, do people walk along. </w:t>
      </w:r>
    </w:p>
    <w:p>
      <w:r>
        <w:t xml:space="preserve">01:23:33   (Speaker E)  They walk into N. Okay. Because just because it's overgrown. I mean it's like trying to walk </w:t>
      </w:r>
    </w:p>
    <w:p>
      <w:r>
        <w:t xml:space="preserve">01:23:38   (Speaker C)  over there, but that's all mangrove. So you really can't see beyond the mangrove to the water. </w:t>
      </w:r>
    </w:p>
    <w:p>
      <w:r>
        <w:t xml:space="preserve">01:23:43   (Speaker B)  Anyway, depending on how much man grows, you can cut down. </w:t>
      </w:r>
    </w:p>
    <w:p>
      <w:r>
        <w:t xml:space="preserve">01:23:45   (Speaker F)  Right. </w:t>
      </w:r>
    </w:p>
    <w:p>
      <w:r>
        <w:t xml:space="preserve">01:23:46   (Speaker C)  Yeah. Which I don't. Yeah. </w:t>
      </w:r>
    </w:p>
    <w:p>
      <w:r>
        <w:t xml:space="preserve">01:23:50   (Speaker F)  Is not there anymore. Right. </w:t>
      </w:r>
    </w:p>
    <w:p>
      <w:r>
        <w:t xml:space="preserve">01:23:52   (Speaker C)  It's still there. The remnants. </w:t>
      </w:r>
    </w:p>
    <w:p>
      <w:r>
        <w:t xml:space="preserve">01:23:53   (Speaker F)  The remnants. </w:t>
      </w:r>
    </w:p>
    <w:p>
      <w:r>
        <w:t xml:space="preserve">01:23:54   (Speaker B)  I just don't see how giving up. </w:t>
      </w:r>
    </w:p>
    <w:p>
      <w:r>
        <w:t xml:space="preserve">01:23:57   (Speaker A)  I don't see how it's going to </w:t>
      </w:r>
    </w:p>
    <w:p>
      <w:r>
        <w:t xml:space="preserve">01:23:58   (Speaker B)  be an expense to him to give up. To get. Give us what we're asking for on K. He's going to have to have some type of walkable dock access for </w:t>
      </w:r>
    </w:p>
    <w:p>
      <w:r>
        <w:t xml:space="preserve">01:24:07   (Speaker C)  each of those fingers. </w:t>
      </w:r>
    </w:p>
    <w:p>
      <w:r>
        <w:t xml:space="preserve">01:24:11   (Speaker E)  I think he's. So my opinion, no one else as </w:t>
      </w:r>
    </w:p>
    <w:p>
      <w:r>
        <w:t xml:space="preserve">01:24:17   (Speaker C)  a board member and chairman, he's doing </w:t>
      </w:r>
    </w:p>
    <w:p>
      <w:r>
        <w:t xml:space="preserve">01:24:20   (Speaker E)  all this because he wants to raise </w:t>
      </w:r>
    </w:p>
    <w:p>
      <w:r>
        <w:t xml:space="preserve">01:24:21   (Speaker B)  it by four feet because he needs to do. </w:t>
      </w:r>
    </w:p>
    <w:p>
      <w:r>
        <w:t xml:space="preserve">01:24:25   (Speaker E)  Because he wants to get away from Zone A. He wants to make it a Zone X. </w:t>
      </w:r>
    </w:p>
    <w:p>
      <w:r>
        <w:t xml:space="preserve">01:24:30   (Speaker A)  Well, yeah. </w:t>
      </w:r>
    </w:p>
    <w:p>
      <w:r>
        <w:t xml:space="preserve">01:24:32   (Speaker E)  So even 10ft he's going to have difficulties getting up 4ft. </w:t>
      </w:r>
    </w:p>
    <w:p>
      <w:r>
        <w:t xml:space="preserve">01:24:36   (Speaker B)  He's going to have to build a wall. </w:t>
      </w:r>
    </w:p>
    <w:p>
      <w:r>
        <w:t xml:space="preserve">01:24:39   (Speaker A)  He's got to build some type of </w:t>
      </w:r>
    </w:p>
    <w:p>
      <w:r>
        <w:t xml:space="preserve">01:24:40   (Speaker B)  barrier wall to raise his property and have to. </w:t>
      </w:r>
    </w:p>
    <w:p>
      <w:r>
        <w:t xml:space="preserve">01:24:42   (Speaker E)  Right. So that's why he wants to go </w:t>
      </w:r>
    </w:p>
    <w:p>
      <w:r>
        <w:t xml:space="preserve">01:24:44   (Speaker B)  all the way to the seawall. </w:t>
      </w:r>
    </w:p>
    <w:p>
      <w:r>
        <w:t xml:space="preserve">01:24:45   (Speaker E)  So he doesn't have to worry about that. You can just do a nice level. </w:t>
      </w:r>
    </w:p>
    <w:p>
      <w:r>
        <w:t xml:space="preserve">01:24:49   (Speaker A)  Well, I'm sure that. </w:t>
      </w:r>
    </w:p>
    <w:p>
      <w:r>
        <w:t xml:space="preserve">01:24:50   (Speaker B)  I'm sure that's exactly why he's wanting to make a slope there from the </w:t>
      </w:r>
    </w:p>
    <w:p>
      <w:r>
        <w:t xml:space="preserve">01:24:54   (Speaker A)  seawall to his property. </w:t>
      </w:r>
    </w:p>
    <w:p>
      <w:r>
        <w:t xml:space="preserve">01:24:55   (Speaker B)  And. And I'm really more referring to it </w:t>
      </w:r>
    </w:p>
    <w:p>
      <w:r>
        <w:t xml:space="preserve">01:24:58   (Speaker C)  being a 10 foot easement and a </w:t>
      </w:r>
    </w:p>
    <w:p>
      <w:r>
        <w:t xml:space="preserve">01:25:01   (Speaker A)  barrier wall to, you know, so he </w:t>
      </w:r>
    </w:p>
    <w:p>
      <w:r>
        <w:t xml:space="preserve">01:25:03   (Speaker B)  can build his property up to whatever </w:t>
      </w:r>
    </w:p>
    <w:p>
      <w:r>
        <w:t xml:space="preserve">01:25:05   (Speaker C)  elevation he wants it to be. So you have to have stairs down </w:t>
      </w:r>
    </w:p>
    <w:p>
      <w:r>
        <w:t xml:space="preserve">01:25:07   (Speaker E)  and he's gonna have that stair going </w:t>
      </w:r>
    </w:p>
    <w:p>
      <w:r>
        <w:t xml:space="preserve">01:25:08   (Speaker B)  down to the docks. And that's his, his intention. </w:t>
      </w:r>
    </w:p>
    <w:p>
      <w:r>
        <w:t xml:space="preserve">01:25:12   (Speaker E)  That's going. </w:t>
      </w:r>
    </w:p>
    <w:p>
      <w:r>
        <w:t xml:space="preserve">01:25:12   (Speaker A)  It's a pretty steep slope too. </w:t>
      </w:r>
    </w:p>
    <w:p>
      <w:r>
        <w:t xml:space="preserve">01:25:14   (Speaker B)  Exactly. </w:t>
      </w:r>
    </w:p>
    <w:p>
      <w:r>
        <w:t xml:space="preserve">01:25:15   (Speaker A)  If we did this math out there, it was going to take up quite </w:t>
      </w:r>
    </w:p>
    <w:p>
      <w:r>
        <w:t xml:space="preserve">01:25:17   (Speaker B)  a bit of land to make that great. So I think he's gonna have to build up some. I think. </w:t>
      </w:r>
    </w:p>
    <w:p>
      <w:r>
        <w:t xml:space="preserve">01:25:21   (Speaker A)  I don't know, I'm not an engineer, </w:t>
      </w:r>
    </w:p>
    <w:p>
      <w:r>
        <w:t xml:space="preserve">01:25:23   (Speaker B)  but I would envision it has to be some type of wall anyway because I don't know how that would be </w:t>
      </w:r>
    </w:p>
    <w:p>
      <w:r>
        <w:t xml:space="preserve">01:25:28   (Speaker A)  a pretty steep slope to bring it up. </w:t>
      </w:r>
    </w:p>
    <w:p>
      <w:r>
        <w:t xml:space="preserve">01:25:29   (Speaker B)  How many, how many feet does he have to bring? </w:t>
      </w:r>
    </w:p>
    <w:p>
      <w:r>
        <w:t xml:space="preserve">01:25:31   (Speaker A)  4ft. </w:t>
      </w:r>
    </w:p>
    <w:p>
      <w:r>
        <w:t xml:space="preserve">01:25:32   (Speaker B)  4ft above what's already there. About above what's already there. And that's already the highest point in the community, isn't it? Pretty close to it where Parcel K. </w:t>
      </w:r>
    </w:p>
    <w:p>
      <w:r>
        <w:t xml:space="preserve">01:25:41   (Speaker F)  Parcel K is the one that sucks the hose. </w:t>
      </w:r>
    </w:p>
    <w:p>
      <w:r>
        <w:t xml:space="preserve">01:25:43   (Speaker E)  Yeah. </w:t>
      </w:r>
    </w:p>
    <w:p>
      <w:r>
        <w:t xml:space="preserve">01:25:44   (Speaker F)  Right. Because that anyone who parked their cars there didn't get. </w:t>
      </w:r>
    </w:p>
    <w:p>
      <w:r>
        <w:t xml:space="preserve">01:25:48   (Speaker B)  I was gonna say that's one of the highest points on that. </w:t>
      </w:r>
    </w:p>
    <w:p>
      <w:r>
        <w:t xml:space="preserve">01:25:50   (Speaker E)  But he wants you to do it on both K and N. </w:t>
      </w:r>
    </w:p>
    <w:p>
      <w:r>
        <w:t xml:space="preserve">01:25:56   (Speaker B)  I mean </w:t>
      </w:r>
    </w:p>
    <w:p>
      <w:r>
        <w:t xml:space="preserve">01:25:56   (Speaker A)  maybe, like I said, maybe we entertain, </w:t>
      </w:r>
    </w:p>
    <w:p>
      <w:r>
        <w:t xml:space="preserve">01:25:59   (Speaker B)  you know, giving him that ability on N but demanding the other option on K where we have that easement around that walkable easement. </w:t>
      </w:r>
    </w:p>
    <w:p>
      <w:r>
        <w:t xml:space="preserve">01:26:10   (Speaker C)  Is. Is there a lot of value, is there a lot of value to the pedestrian easement on end with all those mangroves there? You really can't see the water. You'll be able to see where he has in the gaps where he got because he's going to put docs and all that stuff. But otherwise you have mangroves all along there. So you have people walking back there </w:t>
      </w:r>
    </w:p>
    <w:p>
      <w:r>
        <w:t xml:space="preserve">01:26:32   (Speaker B)  and you'll just be kind of like in the bushes. </w:t>
      </w:r>
    </w:p>
    <w:p>
      <w:r>
        <w:t xml:space="preserve">01:26:34   (Speaker C)  Back of house bushes, mangrove. </w:t>
      </w:r>
    </w:p>
    <w:p>
      <w:r>
        <w:t xml:space="preserve">01:26:36   (Speaker B)  Right. </w:t>
      </w:r>
    </w:p>
    <w:p>
      <w:r>
        <w:t xml:space="preserve">01:26:37   (Speaker C)  So is there value in maintaining that pedestrianism other than just being able to get your steps in. But like I don't think you'll be able to see too much because you do have mangroves that are cut to 8ft or whatever they're going. </w:t>
      </w:r>
    </w:p>
    <w:p>
      <w:r>
        <w:t xml:space="preserve">01:26:49   (Speaker A)  But that's what I'm saying that that </w:t>
      </w:r>
    </w:p>
    <w:p>
      <w:r>
        <w:t xml:space="preserve">01:26:51   (Speaker B)  might be something that we could in </w:t>
      </w:r>
    </w:p>
    <w:p>
      <w:r>
        <w:t xml:space="preserve">01:26:53   (Speaker A)  turn give that up in turn to </w:t>
      </w:r>
    </w:p>
    <w:p>
      <w:r>
        <w:t xml:space="preserve">01:26:54   (Speaker B)  get what we want here. Right. </w:t>
      </w:r>
    </w:p>
    <w:p>
      <w:r>
        <w:t xml:space="preserve">01:26:56   (Speaker C)  Okay. I think K is. I think we would all agree is. Is a good walkable area. </w:t>
      </w:r>
    </w:p>
    <w:p>
      <w:r>
        <w:t xml:space="preserve">01:27:01   (Speaker F)  Oh yes, yes. </w:t>
      </w:r>
    </w:p>
    <w:p>
      <w:r>
        <w:t xml:space="preserve">01:27:02   (Speaker C)  That we don't want to give up. I don't know if N has that same ballot, you know, lean in the. But that's. I mean I'm also asking, I'm not, not making a definitive statement. I'm also asking the rest of the board, like what do you guys think if you were to give up any of them? I think N would be the one that would be more likely because it's. It's all mangroves there. </w:t>
      </w:r>
    </w:p>
    <w:p>
      <w:r>
        <w:t xml:space="preserve">01:27:29   (Speaker D)  So the idea is you would get the reviewing platform on N so you'd still be able to access, you know that little channel there on end. Then you would give up the. Just walking the perimeter. </w:t>
      </w:r>
    </w:p>
    <w:p>
      <w:r>
        <w:t xml:space="preserve">01:27:42   (Speaker B)  But. </w:t>
      </w:r>
    </w:p>
    <w:p>
      <w:r>
        <w:t xml:space="preserve">01:27:42   (Speaker D)  But you would keep the 10ft walkability </w:t>
      </w:r>
    </w:p>
    <w:p>
      <w:r>
        <w:t xml:space="preserve">01:27:45   (Speaker B)  on partial K for what? </w:t>
      </w:r>
    </w:p>
    <w:p>
      <w:r>
        <w:t xml:space="preserve">01:27:49   (Speaker D)  I guess the viewing platform is one piece of it and yes, that's a good point. Anything else that you compensation that you </w:t>
      </w:r>
    </w:p>
    <w:p>
      <w:r>
        <w:t xml:space="preserve">01:27:57   (Speaker F)  can use for pressing ready one. That's where he wants to put the viewing platform in there, right? </w:t>
      </w:r>
    </w:p>
    <w:p>
      <w:r>
        <w:t xml:space="preserve">01:28:02   (Speaker B)  Yes, he wants to put it on in. </w:t>
      </w:r>
    </w:p>
    <w:p>
      <w:r>
        <w:t xml:space="preserve">01:28:04   (Speaker D)  Okay, so the idea is still not for it. </w:t>
      </w:r>
    </w:p>
    <w:p>
      <w:r>
        <w:t xml:space="preserve">01:28:09   (Speaker E)  Does he even have approval for viewing platforms? </w:t>
      </w:r>
    </w:p>
    <w:p>
      <w:r>
        <w:t xml:space="preserve">01:28:12   (Speaker F)  Right. And it's. </w:t>
      </w:r>
    </w:p>
    <w:p>
      <w:r>
        <w:t xml:space="preserve">01:28:13   (Speaker D)  I think everything, everything would be contingent. </w:t>
      </w:r>
    </w:p>
    <w:p>
      <w:r>
        <w:t xml:space="preserve">01:28:16   (Speaker F)  Number one is for his people And </w:t>
      </w:r>
    </w:p>
    <w:p>
      <w:r>
        <w:t xml:space="preserve">01:28:18   (Speaker C)  I would say that I would want to, in, in addition to approval, I would want the board to have the approval of what, what the viewing platform looks like in its construction. So it would be a viewing platform, but also like we have direct say in and because I don't want just like couple of two by. Yeah, a couple of two by fours in. Yeah. And some plywood like, you know, I, compliant with handrail. ADA handrails and, and decently sized and, and decently angled so you can actually see down there. So, so, but that would be part of the contingents that would, we would, you know, we would be able to approve that platform. And I mean we're going to get a better view of anything over there on a platform than mangroves. But Ian, I know you're not for it. </w:t>
      </w:r>
    </w:p>
    <w:p>
      <w:r>
        <w:t xml:space="preserve">01:29:05   (Speaker A)  No. </w:t>
      </w:r>
    </w:p>
    <w:p>
      <w:r>
        <w:t xml:space="preserve">01:29:05   (Speaker E)  And I do have a concern with that viewing platform. </w:t>
      </w:r>
    </w:p>
    <w:p>
      <w:r>
        <w:t xml:space="preserve">01:29:09   (Speaker B)  Okay. </w:t>
      </w:r>
    </w:p>
    <w:p>
      <w:r>
        <w:t xml:space="preserve">01:29:10   (Speaker E)  Will it, number one, impede the manatees from going in there? </w:t>
      </w:r>
    </w:p>
    <w:p>
      <w:r>
        <w:t xml:space="preserve">01:29:16   (Speaker C)  Well, that's why we might, it might, </w:t>
      </w:r>
    </w:p>
    <w:p>
      <w:r>
        <w:t xml:space="preserve">01:29:18   (Speaker E)  but I think that's why we, and will, will people standing there right beside them scare them away. </w:t>
      </w:r>
    </w:p>
    <w:p>
      <w:r>
        <w:t xml:space="preserve">01:29:29   (Speaker B)  Or maybe we maybe just have a </w:t>
      </w:r>
    </w:p>
    <w:p>
      <w:r>
        <w:t xml:space="preserve">01:29:31   (Speaker A)  viewing deck from the seawall. You know, in other words, do we </w:t>
      </w:r>
    </w:p>
    <w:p>
      <w:r>
        <w:t xml:space="preserve">01:29:34   (Speaker B)  really need a platform? </w:t>
      </w:r>
    </w:p>
    <w:p>
      <w:r>
        <w:t xml:space="preserve">01:29:36   (Speaker C)  I mean the problem is the mangroves. You'd have to, if you want to deck from the seawall, you have to remove the mangroves. So this goes through it. </w:t>
      </w:r>
    </w:p>
    <w:p>
      <w:r>
        <w:t xml:space="preserve">01:29:44   (Speaker E)  The point town homes literally had to window. </w:t>
      </w:r>
    </w:p>
    <w:p>
      <w:r>
        <w:t xml:space="preserve">01:29:49   (Speaker F)  We had to window too. </w:t>
      </w:r>
    </w:p>
    <w:p>
      <w:r>
        <w:t xml:space="preserve">01:29:51   (Speaker E)  And I would expect the EPC was </w:t>
      </w:r>
    </w:p>
    <w:p>
      <w:r>
        <w:t xml:space="preserve">01:29:53   (Speaker B)  going to make a window. Send me Lollipop and me. </w:t>
      </w:r>
    </w:p>
    <w:p>
      <w:r>
        <w:t xml:space="preserve">01:29:56   (Speaker E)  Yeah. So you got summit. </w:t>
      </w:r>
    </w:p>
    <w:p>
      <w:r>
        <w:t xml:space="preserve">01:29:57   (Speaker F)  So the red mangroves are the ones that are protected, those you can't cut down and then the other ones you can trim to whatever the trimming is. </w:t>
      </w:r>
    </w:p>
    <w:p>
      <w:r>
        <w:t xml:space="preserve">01:30:07   (Speaker C)  Why don't we, I mean, I, I, I really like the idea of the platform, but yeah, I certainly don't want to impact the manatees. And as part of the approval process </w:t>
      </w:r>
    </w:p>
    <w:p>
      <w:r>
        <w:t xml:space="preserve">01:30:21   (Speaker B)  for the, </w:t>
      </w:r>
    </w:p>
    <w:p>
      <w:r>
        <w:t xml:space="preserve">01:30:24   (Speaker C)  for the viewing platform, we could have it approved by some association or you know, Manatee, Manatee association or something to make sure that it wouldn't impact. Have them come over, look at it, look at the thing. You know, write, write like a little list of rules or something. You know, don't throw lettuce in there. Don't be dumb, you know. </w:t>
      </w:r>
    </w:p>
    <w:p>
      <w:r>
        <w:t xml:space="preserve">01:30:50   (Speaker B)  Correct. </w:t>
      </w:r>
    </w:p>
    <w:p>
      <w:r>
        <w:t xml:space="preserve">01:30:50   (Speaker E)  I mean that's going to be. Because I'll tell you right now in the point and probably in the new ones, 60 are Airbnbs. </w:t>
      </w:r>
    </w:p>
    <w:p>
      <w:r>
        <w:t xml:space="preserve">01:31:02   (Speaker B)  They just don't care. Well, I mean we have security and </w:t>
      </w:r>
    </w:p>
    <w:p>
      <w:r>
        <w:t xml:space="preserve">01:31:06   (Speaker C)  we have, we could have, we could put a camera down here. </w:t>
      </w:r>
    </w:p>
    <w:p>
      <w:r>
        <w:t xml:space="preserve">01:31:09   (Speaker F)  We. </w:t>
      </w:r>
    </w:p>
    <w:p>
      <w:r>
        <w:t xml:space="preserve">01:31:09   (Speaker A)  Yeah, we can certainly discuss that. I think we've had a lot of healthy discussion on the topic. And Ryan, do you have any direction or guidance maybe to kind of. </w:t>
      </w:r>
    </w:p>
    <w:p>
      <w:r>
        <w:t xml:space="preserve">01:31:21   (Speaker D)  I don't know if you guys were getting close to a decision on. On NNK or if you still want to think about it some more. But I don't want to cut you off if you're getting. If you're getting there. </w:t>
      </w:r>
    </w:p>
    <w:p>
      <w:r>
        <w:t xml:space="preserve">01:31:29   (Speaker B)  But if we're. </w:t>
      </w:r>
    </w:p>
    <w:p>
      <w:r>
        <w:t xml:space="preserve">01:31:30   (Speaker D)  If we're kind of at a standstill, we can re. We can table it and rethink about it. But it sound. It sounds like at least go ahead. </w:t>
      </w:r>
    </w:p>
    <w:p>
      <w:r>
        <w:t xml:space="preserve">01:31:40   (Speaker E)  I don't want to make any decisions until we know who deals with the. With the seawalls. </w:t>
      </w:r>
    </w:p>
    <w:p>
      <w:r>
        <w:t xml:space="preserve">01:31:46   (Speaker B)  Yes. </w:t>
      </w:r>
    </w:p>
    <w:p>
      <w:r>
        <w:t xml:space="preserve">01:31:46   (Speaker D)  Okay. </w:t>
      </w:r>
    </w:p>
    <w:p>
      <w:r>
        <w:t xml:space="preserve">01:31:47   (Speaker A)  That's fair. That's fine. </w:t>
      </w:r>
    </w:p>
    <w:p>
      <w:r>
        <w:t xml:space="preserve">01:31:48   (Speaker F)  Yeah. </w:t>
      </w:r>
    </w:p>
    <w:p>
      <w:r>
        <w:t xml:space="preserve">01:31:49   (Speaker A)  So if you guys want to table those parcels till October for now, at least until we can find the ownership, we can certainly do that. </w:t>
      </w:r>
    </w:p>
    <w:p>
      <w:r>
        <w:t xml:space="preserve">01:32:00   (Speaker F)  I think we should take over. </w:t>
      </w:r>
    </w:p>
    <w:p>
      <w:r>
        <w:t xml:space="preserve">01:32:01   (Speaker E)  Okay. </w:t>
      </w:r>
    </w:p>
    <w:p>
      <w:r>
        <w:t xml:space="preserve">01:32:02   (Speaker D)  And the, the idea of the dis. Do you still want to talk about like table everything all discussion or, but you know. Or do you want to talk about the maintenance? Long term maintenance versus up upfront repairs. That concept of who. Who makes the most sense to take it off </w:t>
      </w:r>
    </w:p>
    <w:p>
      <w:r>
        <w:t xml:space="preserve">01:32:23   (Speaker C)  for the community. For the community as a whole. </w:t>
      </w:r>
    </w:p>
    <w:p>
      <w:r>
        <w:t xml:space="preserve">01:32:25   (Speaker B)  Right. </w:t>
      </w:r>
    </w:p>
    <w:p>
      <w:r>
        <w:t xml:space="preserve">01:32:26   (Speaker C)  But also from this perspective, are we going to have the position that developer comes in, they are in charge of getting them hitting all the seawalls on their property up to sig code and then we take it over and then we own or maintain all of the seawalls. </w:t>
      </w:r>
    </w:p>
    <w:p>
      <w:r>
        <w:t xml:space="preserve">01:32:43   (Speaker E)  I think a very minimum. They have to come in. </w:t>
      </w:r>
    </w:p>
    <w:p>
      <w:r>
        <w:t xml:space="preserve">01:32:46   (Speaker B)  Okay. </w:t>
      </w:r>
    </w:p>
    <w:p>
      <w:r>
        <w:t xml:space="preserve">01:32:47   (Speaker D)  Yeah. That's the history. That's at least we have a written agreement where we had that arrangement. </w:t>
      </w:r>
    </w:p>
    <w:p>
      <w:r>
        <w:t xml:space="preserve">01:32:52   (Speaker C)  Okay. And there's no. You guys are not interested in having them future owners be in charge of their seawall. You want to make. </w:t>
      </w:r>
    </w:p>
    <w:p>
      <w:r>
        <w:t xml:space="preserve">01:33:03   (Speaker E)  If it's decided that the upland owner is responsible for their seawalls, then they should be responsible for the seawalls. But if it's decided that the whole community seawalls, I think we shouldn't put </w:t>
      </w:r>
    </w:p>
    <w:p>
      <w:r>
        <w:t xml:space="preserve">01:33:17   (Speaker B)  the burden on the new owners. </w:t>
      </w:r>
    </w:p>
    <w:p>
      <w:r>
        <w:t xml:space="preserve">01:33:18   (Speaker C)  Right. But how do you say if it's decided? I think that would be outside of hearing from Army Corps or any additional research you guys do. I guess that would be it. </w:t>
      </w:r>
    </w:p>
    <w:p>
      <w:r>
        <w:t xml:space="preserve">01:33:29   (Speaker B)  Yeah. We're going to need assistance from our </w:t>
      </w:r>
    </w:p>
    <w:p>
      <w:r>
        <w:t xml:space="preserve">01:33:32   (Speaker F)  attorneys </w:t>
      </w:r>
    </w:p>
    <w:p>
      <w:r>
        <w:t xml:space="preserve">01:33:36   (Speaker E)  because we literally, Mary and I have been on a sport and we've gone from one end to the other to the other to the other in the two or three years we've been </w:t>
      </w:r>
    </w:p>
    <w:p>
      <w:r>
        <w:t xml:space="preserve">01:33:43   (Speaker F)  doing this and all prior to that. </w:t>
      </w:r>
    </w:p>
    <w:p>
      <w:r>
        <w:t xml:space="preserve">01:33:45   (Speaker B)  Yeah, yeah. </w:t>
      </w:r>
    </w:p>
    <w:p>
      <w:r>
        <w:t xml:space="preserve">01:33:47   (Speaker D)  In, in my experience and what I've seen so far, you know, just coming in from looking at it cold, I. I think it's. You could go. You could do it either way. It's just whether. How you want to treat it, like you. However you want to treat it there. There needs to be some clarification to, to not only how you're going to handle that, but other aspects of how your district operations are. Your seawall maintenance program, you have. Your seawall reimbursement policy, you have. You really need to clean all that up to make sure they all align. Right now, they don't. </w:t>
      </w:r>
    </w:p>
    <w:p>
      <w:r>
        <w:t xml:space="preserve">01:34:20   (Speaker B)  Yeah. </w:t>
      </w:r>
    </w:p>
    <w:p>
      <w:r>
        <w:t xml:space="preserve">01:34:22   (Speaker C)  So I guess that's something to discuss in a future meeting once we hear back on the due diligence. So again, I'm not going to need your or. Or maybe if we have nothing going on on Thursday, maybe I can dial in, but I'm certainly not going to be here in person. So. </w:t>
      </w:r>
    </w:p>
    <w:p>
      <w:r>
        <w:t xml:space="preserve">01:34:41   (Speaker F)  Laura's gonna tell you. Absolutely. </w:t>
      </w:r>
    </w:p>
    <w:p>
      <w:r>
        <w:t xml:space="preserve">01:34:43   (Speaker C)  She's. She's actually like, well, we don't have anything, so if you want to attend, </w:t>
      </w:r>
    </w:p>
    <w:p>
      <w:r>
        <w:t xml:space="preserve">01:34:47   (Speaker B)  I'm like, that's tr. That's attached. Your first test. </w:t>
      </w:r>
    </w:p>
    <w:p>
      <w:r>
        <w:t xml:space="preserve">01:34:54   (Speaker D)  Okay. I think I have what I need on that and, and continue to work with them on and try to get a value. But with the idea of if we get this cost sharing agreement, I think that at least for the latest in November meeting at the final, final, you know, value exchange and memo and request with like December, you know, making a decision. Those two, those two meetings, I think in my mind that should be our deadline to decide one way or the other. We should have all the information you need by that point. So. </w:t>
      </w:r>
    </w:p>
    <w:p>
      <w:r>
        <w:t xml:space="preserve">01:35:30   (Speaker E)  Yeah, that's fair enough. So by the December meeting, we've decided, </w:t>
      </w:r>
    </w:p>
    <w:p>
      <w:r>
        <w:t xml:space="preserve">01:35:33   (Speaker D)  yeah, or it could be sooner, but it's just. </w:t>
      </w:r>
    </w:p>
    <w:p>
      <w:r>
        <w:t xml:space="preserve">01:35:36   (Speaker F)  That's what I'm going to try to </w:t>
      </w:r>
    </w:p>
    <w:p>
      <w:r>
        <w:t xml:space="preserve">01:35:37   (Speaker D)  build this cost sharing agreement. </w:t>
      </w:r>
    </w:p>
    <w:p>
      <w:r>
        <w:t xml:space="preserve">01:35:39   (Speaker B)  Some deadlines I don't. </w:t>
      </w:r>
    </w:p>
    <w:p>
      <w:r>
        <w:t xml:space="preserve">01:35:41   (Speaker E)  Because we want to get. We, you know, I know a solo </w:t>
      </w:r>
    </w:p>
    <w:p>
      <w:r>
        <w:t xml:space="preserve">01:35:44   (Speaker B)  wants to do this. </w:t>
      </w:r>
    </w:p>
    <w:p>
      <w:r>
        <w:t xml:space="preserve">01:35:45   (Speaker D)  You can change it, you can amend it. Yeah, but understood. We can talk about it. </w:t>
      </w:r>
    </w:p>
    <w:p>
      <w:r>
        <w:t xml:space="preserve">01:35:50   (Speaker B)  Yeah, let's talk about it. </w:t>
      </w:r>
    </w:p>
    <w:p>
      <w:r>
        <w:t xml:space="preserve">01:35:52   (Speaker E)  We want to be at the end of this too, so. </w:t>
      </w:r>
    </w:p>
    <w:p>
      <w:r>
        <w:t xml:space="preserve">01:35:54   (Speaker C)  And the other thing too, to the point. If we don't come to a conclusion that works for both parties on the </w:t>
      </w:r>
    </w:p>
    <w:p>
      <w:r>
        <w:t xml:space="preserve">01:35:59   (Speaker B)  cost sharing agreement, like, then it's dead. I'm done. </w:t>
      </w:r>
    </w:p>
    <w:p>
      <w:r>
        <w:t xml:space="preserve">01:36:02   (Speaker C)  Yeah, just build what you want to build. And I think that's fair. Like, they don't if they're not willing. But I'm sure we'll come to a conclusion. But if there is an instance for that. </w:t>
      </w:r>
    </w:p>
    <w:p>
      <w:r>
        <w:t xml:space="preserve">01:36:12   (Speaker B)  Right. </w:t>
      </w:r>
    </w:p>
    <w:p>
      <w:r>
        <w:t xml:space="preserve">01:36:13   (Speaker E)  And it might. We might come to a conclusion on some parcels and not on others. </w:t>
      </w:r>
    </w:p>
    <w:p>
      <w:r>
        <w:t xml:space="preserve">01:36:17   (Speaker C)  Oh, yeah, that's fine. Sorry it's so. </w:t>
      </w:r>
    </w:p>
    <w:p>
      <w:r>
        <w:t xml:space="preserve">01:36:21   (Speaker B)  So. </w:t>
      </w:r>
    </w:p>
    <w:p>
      <w:r>
        <w:t xml:space="preserve">01:36:22   (Speaker C)  All right, so we are not talking about BB properties, and we are holding on N and K until we get more information on sea walls. And then we've already given our counter, our final counter to OR Parcel I. And if they reject that, then it's then. </w:t>
      </w:r>
    </w:p>
    <w:p>
      <w:r>
        <w:t xml:space="preserve">01:36:39   (Speaker B)  Oh, no. </w:t>
      </w:r>
    </w:p>
    <w:p>
      <w:r>
        <w:t xml:space="preserve">01:36:40   (Speaker C)  That's it. </w:t>
      </w:r>
    </w:p>
    <w:p>
      <w:r>
        <w:t xml:space="preserve">01:36:40   (Speaker B)  Yep. Okay, good. We good? </w:t>
      </w:r>
    </w:p>
    <w:p>
      <w:r>
        <w:t xml:space="preserve">01:36:47   (Speaker C)  All right, see you guys. </w:t>
      </w:r>
    </w:p>
    <w:p>
      <w:r>
        <w:t xml:space="preserve">01:36:51   (Speaker B)  Anything else for you, Ryan? </w:t>
      </w:r>
    </w:p>
    <w:p>
      <w:r>
        <w:t xml:space="preserve">01:36:52   (Speaker D)  Nothing else for me. Unless the board has any questions. </w:t>
      </w:r>
    </w:p>
    <w:p>
      <w:r>
        <w:t xml:space="preserve">01:36:54   (Speaker A)  Any questions for Ryan? Board members? </w:t>
      </w:r>
    </w:p>
    <w:p>
      <w:r>
        <w:t xml:space="preserve">01:36:57   (Speaker E)  How much sleep you getting? </w:t>
      </w:r>
    </w:p>
    <w:p>
      <w:r>
        <w:t xml:space="preserve">01:36:58   (Speaker A)  Yeah. But they worked some work hard this </w:t>
      </w:r>
    </w:p>
    <w:p>
      <w:r>
        <w:t xml:space="preserve">01:37:02   (Speaker C)  month to compliment Ryan on his hard work. He did complain. Him and I did talk on Monday on Labor Day. So, like, wow, </w:t>
      </w:r>
    </w:p>
    <w:p>
      <w:r>
        <w:t xml:space="preserve">01:37:18   (Speaker B)  Right now. </w:t>
      </w:r>
    </w:p>
    <w:p>
      <w:r>
        <w:t xml:space="preserve">01:37:18   (Speaker D)  No, sorry. Hey, I mean, props to you for </w:t>
      </w:r>
    </w:p>
    <w:p>
      <w:r>
        <w:t xml:space="preserve">01:37:21   (Speaker B)  calling in when you're doing wedding planning </w:t>
      </w:r>
    </w:p>
    <w:p>
      <w:r>
        <w:t xml:space="preserve">01:37:23   (Speaker D)  or just please don't blame it on me. </w:t>
      </w:r>
    </w:p>
    <w:p>
      <w:r>
        <w:t xml:space="preserve">01:37:28   (Speaker A)  All right, so moving on, next up, we do have a field manager, so Clayton has a couple of things to talk to you about. But first on the list is the action items. </w:t>
      </w:r>
    </w:p>
    <w:p>
      <w:r>
        <w:t xml:space="preserve">01:37:36   (Speaker B)  List the action item. First matter is the irrigation. Well over here, the deposit has been paid and we're just waiting on the developer, the vendor, to have all the parts and schedule the work. Once that happens, I will update this list. Obviously, the irrigation consultant discussed at the last meeting. This is a pretty significant scope. We want to make sure that we're getting good apples to apples proposals for this. So this is going to take me a little while to get together. I don't think that it would impede our ability to start with a new landscaper or slow down any of those aspects of maintenance transition. I think this is something that, you know, sort of an overall. Overall community initiative, including all the different entities. So it might be a little bit of a lengthy process, but I'm continuing to work on that. The irrigation system prepares. There's been numerous repairs done. They did say that the $7,500 proposal was completed. I requested additional photos. Well, not additional photos. I requested photos or verification of completion, and I'm still just waiting on that. Like I said, I have not seen a bill for it either, and I required to know about that. We've seen an invoice or anything for that. You gave system inventory. We did find the location of all of our controllers, all of our water sources for our irrigation. Russell even provided a zone map that includes a bunch of the zone numbers throughout the community, things that we can work on and build on, and we provide to the irrigation consultants when they come out and I probably give them as part of the scope of the project to say basically here's the information we do have know, go, go from there. So that, that's, that's in a good, well, a better spot. Now obviously it's been raining a lot and we're going into the winter, so irrigation is not a major concern right now. But we do need to get a grip on it before it gets into the dry season of early spring. The obstructed stormwater structure right over here, that was cleared, it is effectively flowing now. Culvert is open and free. We're just going to add some, basically some fabric down there. And this was prescribed by the engineer to add some geo fabric and riprack front of it to ensure that it does not get all blocked up again with roots and things like that. Because that's what it was covered. It was just covered and filled with mangrove roots. The only, the only challenge is that is we do have to kind of time it with the tides. So I mean that's not a big deal. You just want to figure it out. But we are going to come back out and do that next aspect of it. The contact information, my contact information, my email is put on there on the website. So anybody who has any questions for me directly, email me directly if they look on the website for my contact. I did bring in the draft landscape RFP and then these landscape enhancements canceled because we were going to wait for whatever new vendor we select. </w:t>
      </w:r>
    </w:p>
    <w:p>
      <w:r>
        <w:t xml:space="preserve">01:41:15   (Speaker D)  Are there any questions about the action </w:t>
      </w:r>
    </w:p>
    <w:p>
      <w:r>
        <w:t xml:space="preserve">01:41:16   (Speaker B)  item list or any additions or quests? </w:t>
      </w:r>
    </w:p>
    <w:p>
      <w:r>
        <w:t xml:space="preserve">01:41:24   (Speaker C)  So for the irrigation well, that is not working. One right over here. Do we know what zone or is that just like it helps with the other well, like. So is there anything that's not been working because that well has been down. </w:t>
      </w:r>
    </w:p>
    <w:p>
      <w:r>
        <w:t xml:space="preserve">01:41:41   (Speaker B)  So that's, that's one thing that I am not. We know where the water sources are. We don't know exactly what each water source services. That is still a gap in our information. So no, I don't know exactly which areas that services. My understanding is it should be around this area. But that is something that I'm working on that was part of getting it up and running so that we can try to figure out what it is servicing. </w:t>
      </w:r>
    </w:p>
    <w:p>
      <w:r>
        <w:t xml:space="preserve">01:42:09   (Speaker C)  We're not aware of any zones in this area that are not currently running that maybe could have been tied to that. </w:t>
      </w:r>
    </w:p>
    <w:p>
      <w:r>
        <w:t xml:space="preserve">01:42:18   (Speaker B)  Yeah, I mean I don't think anything in the center median is running okay at all. So it could be that. That's why it looks so rough before it started finally raining. It got really, really bad. I don't think it. I think it runs some areas over </w:t>
      </w:r>
    </w:p>
    <w:p>
      <w:r>
        <w:t xml:space="preserve">01:42:30   (Speaker D)  there on the other side of the road. </w:t>
      </w:r>
    </w:p>
    <w:p>
      <w:r>
        <w:t xml:space="preserve">01:42:32   (Speaker B)  But again, it's just kind of speculation. </w:t>
      </w:r>
    </w:p>
    <w:p>
      <w:r>
        <w:t xml:space="preserve">01:42:34   (Speaker F)  It's not. </w:t>
      </w:r>
    </w:p>
    <w:p>
      <w:r>
        <w:t xml:space="preserve">01:42:35   (Speaker C)  Yeah. </w:t>
      </w:r>
    </w:p>
    <w:p>
      <w:r>
        <w:t xml:space="preserve">01:42:35   (Speaker B)  Concrete information right now that makes sense </w:t>
      </w:r>
    </w:p>
    <w:p>
      <w:r>
        <w:t xml:space="preserve">01:42:41   (Speaker C)  and we approved that earlier. </w:t>
      </w:r>
    </w:p>
    <w:p>
      <w:r>
        <w:t xml:space="preserve">01:42:42   (Speaker B)  Okay, so you need to prove that. </w:t>
      </w:r>
    </w:p>
    <w:p>
      <w:r>
        <w:t xml:space="preserve">01:42:43   (Speaker C)  Yes. </w:t>
      </w:r>
    </w:p>
    <w:p>
      <w:r>
        <w:t xml:space="preserve">01:42:43   (Speaker B)  And that's. That's in progress. Deposit, send. They should have received it. And then they're going to be ordering </w:t>
      </w:r>
    </w:p>
    <w:p>
      <w:r>
        <w:t xml:space="preserve">01:42:50   (Speaker C)  the parts of schedule and then the zone map I.e. property flights on method that we have so far. It is. Or just cdd. </w:t>
      </w:r>
    </w:p>
    <w:p>
      <w:r>
        <w:t xml:space="preserve">01:43:00   (Speaker B)  It's CDD and HOA is what I understand. </w:t>
      </w:r>
    </w:p>
    <w:p>
      <w:r>
        <w:t xml:space="preserve">01:43:03   (Speaker D)  Okay. </w:t>
      </w:r>
    </w:p>
    <w:p>
      <w:r>
        <w:t xml:space="preserve">01:43:03   (Speaker B)  I do believe it actually includes some of the condos, I guess you'd call them down on the main boulevard there if you're coming in the apartments. Apartments or the townhomes as you go down here. Bayhead Beach. </w:t>
      </w:r>
    </w:p>
    <w:p>
      <w:r>
        <w:t xml:space="preserve">01:43:19   (Speaker C)  Yeah, those are. Yeah, those are the town. </w:t>
      </w:r>
    </w:p>
    <w:p>
      <w:r>
        <w:t xml:space="preserve">01:43:21   (Speaker B)  Yeah. </w:t>
      </w:r>
    </w:p>
    <w:p>
      <w:r>
        <w:t xml:space="preserve">01:43:21   (Speaker F)  On the right side. But that's nature. </w:t>
      </w:r>
    </w:p>
    <w:p>
      <w:r>
        <w:t xml:space="preserve">01:43:23   (Speaker B)  It includes some of those areas as well. And then it also includes the Antiqua Cove area. It doesn't really include like the, the Harbor Hotel or whatever and some other areas like that, you know. And what it doesn't include is, is any kind of infrastructure that might be running through other property that pertains to our system. So that's. That's the kind of information that we would need that, that sort of in depth review because they would assess, you know, the wiring system and then also the piping system systems for the entire community. </w:t>
      </w:r>
    </w:p>
    <w:p>
      <w:r>
        <w:t xml:space="preserve">01:44:05   (Speaker F)  Are we still thinking about a well on the other side? Community. </w:t>
      </w:r>
    </w:p>
    <w:p>
      <w:r>
        <w:t xml:space="preserve">01:44:11   (Speaker E)  We budgeted for. </w:t>
      </w:r>
    </w:p>
    <w:p>
      <w:r>
        <w:t xml:space="preserve">01:44:13   (Speaker B)  Do you have a well over there next to the marina? And then there's two islands. Yeah. We're talking about service by model one. </w:t>
      </w:r>
    </w:p>
    <w:p>
      <w:r>
        <w:t xml:space="preserve">01:44:24   (Speaker E)  Right, right. We were talking about putting in wells in the. The islands. </w:t>
      </w:r>
    </w:p>
    <w:p>
      <w:r>
        <w:t xml:space="preserve">01:44:30   (Speaker B)  That's. </w:t>
      </w:r>
    </w:p>
    <w:p>
      <w:r>
        <w:t xml:space="preserve">01:44:31   (Speaker C)  It already has well water. </w:t>
      </w:r>
    </w:p>
    <w:p>
      <w:r>
        <w:t xml:space="preserve">01:44:32   (Speaker B)  Those two parcels that you're talking about, turn. Those are from the well down. </w:t>
      </w:r>
    </w:p>
    <w:p>
      <w:r>
        <w:t xml:space="preserve">01:44:38   (Speaker F)  Right. But I thought the one that's at the end of Christopher's watch is Hillsborough county water. Right? </w:t>
      </w:r>
    </w:p>
    <w:p>
      <w:r>
        <w:t xml:space="preserve">01:44:44   (Speaker B)  Correct. </w:t>
      </w:r>
    </w:p>
    <w:p>
      <w:r>
        <w:t xml:space="preserve">01:44:46   (Speaker A)  So you guys at one point were entertaining, possibly digging another well. Is that what I'm understanding? And you guys budgeted. Do you guys remember how much you budgeted for that? That's a pretty big under. That's another pretty big undertaking on the project. </w:t>
      </w:r>
    </w:p>
    <w:p>
      <w:r>
        <w:t xml:space="preserve">01:45:01   (Speaker F)  Whatever we got for them to look at. They gave us a quote of 13,500. Don't hold me exactly to that. But that's what sounds pretty low. </w:t>
      </w:r>
    </w:p>
    <w:p>
      <w:r>
        <w:t xml:space="preserve">01:45:11   (Speaker B)  I've never. </w:t>
      </w:r>
    </w:p>
    <w:p>
      <w:r>
        <w:t xml:space="preserve">01:45:11   (Speaker A)  Yeah, whatever. A hundred thousand. </w:t>
      </w:r>
    </w:p>
    <w:p>
      <w:r>
        <w:t xml:space="preserve">01:45:15   (Speaker B)  Like just straight up all the permitting Everything to get a well dug. Plus you have a bit of a moratorium issue on wells being dug here in south Hillsborough County. They don't want tapping. So that's become a huge challenge to get wells permitted in this area. Clearly your Wells were permitted 20 years ago and that wasn't an issue. But the water management district south of the Manatee river doesn't really permanent wells for irrigation purposes or so I think you're gonna run into problems there. It can be done. You got your engineering and then kind of your location like that. That median is not that large. So I don't know if you're putting. Planning to put it directly there or located elsewhere because obviously that's not gonna have any piping infrastructure going anywhere but that median. Because the water source controller is all right there right now, sir. I mean, massive costs from the water company. </w:t>
      </w:r>
    </w:p>
    <w:p>
      <w:r>
        <w:t xml:space="preserve">01:46:12   (Speaker E)  We thought so, but then. </w:t>
      </w:r>
    </w:p>
    <w:p>
      <w:r>
        <w:t xml:space="preserve">01:46:14   (Speaker F)  Yeah, and then I looked at it again and then it wasn't what they originally said that it was. </w:t>
      </w:r>
    </w:p>
    <w:p>
      <w:r>
        <w:t xml:space="preserve">01:46:19   (Speaker B)  Right. </w:t>
      </w:r>
    </w:p>
    <w:p>
      <w:r>
        <w:t xml:space="preserve">01:46:19   (Speaker F)  Because it was what they. What we were paying in water according to the financials was like a lot </w:t>
      </w:r>
    </w:p>
    <w:p>
      <w:r>
        <w:t xml:space="preserve">01:46:27   (Speaker E)  of money, a lot of Thousands. </w:t>
      </w:r>
    </w:p>
    <w:p>
      <w:r>
        <w:t xml:space="preserve">01:46:29   (Speaker F)  Was it 45,000? </w:t>
      </w:r>
    </w:p>
    <w:p>
      <w:r>
        <w:t xml:space="preserve">01:46:30   (Speaker B)  I thought it was. </w:t>
      </w:r>
    </w:p>
    <w:p>
      <w:r>
        <w:t xml:space="preserve">01:46:31   (Speaker F)  And then they said the well was 13:5. Then it kind of made sense of where we would recoup the costs so quickly. But not if what you're saying is accurate. </w:t>
      </w:r>
    </w:p>
    <w:p>
      <w:r>
        <w:t xml:space="preserve">01:46:41   (Speaker D)  Yeah, that. </w:t>
      </w:r>
    </w:p>
    <w:p>
      <w:r>
        <w:t xml:space="preserve">01:46:42   (Speaker B)  I mean that's absurd. If there. That would prompt me to think there was a massive leak for a prolonged period of time or an error or something. Because all three locations that you have that have audible service and I don't know exactly the zone distribution, maybe some of them partially. Really well, but even if those three were run under normal circumstances, they should not hear that. </w:t>
      </w:r>
    </w:p>
    <w:p>
      <w:r>
        <w:t xml:space="preserve">01:47:03   (Speaker F)  Okay. </w:t>
      </w:r>
    </w:p>
    <w:p>
      <w:r>
        <w:t xml:space="preserve">01:47:04   (Speaker B)  Didn't we. I mean, Steve. Fancy do. </w:t>
      </w:r>
    </w:p>
    <w:p>
      <w:r>
        <w:t xml:space="preserve">01:47:08   (Speaker E)  Yeah. </w:t>
      </w:r>
    </w:p>
    <w:p>
      <w:r>
        <w:t xml:space="preserve">01:47:08   (Speaker A)  And that's what was the picture. But I know you said the original figure was wrong. What was the actual figure once you guys figured it out? </w:t>
      </w:r>
    </w:p>
    <w:p>
      <w:r>
        <w:t xml:space="preserve">01:47:15   (Speaker B)  I don't. </w:t>
      </w:r>
    </w:p>
    <w:p>
      <w:r>
        <w:t xml:space="preserve">01:47:15   (Speaker A)  Do you remember? </w:t>
      </w:r>
    </w:p>
    <w:p>
      <w:r>
        <w:t xml:space="preserve">01:47:17   (Speaker B)  No, but the payback period was like 17 years. Oh, wow. </w:t>
      </w:r>
    </w:p>
    <w:p>
      <w:r>
        <w:t xml:space="preserve">01:47:23   (Speaker A)  Well, it had to be a pretty significant number if that's the case. </w:t>
      </w:r>
    </w:p>
    <w:p>
      <w:r>
        <w:t xml:space="preserve">01:47:26   (Speaker E)  Right. But yeah, originally it was. I mean they said we were paying </w:t>
      </w:r>
    </w:p>
    <w:p>
      <w:r>
        <w:t xml:space="preserve">01:47:30   (Speaker B)  huge amounts for water. That was a one time leak. I have entire communities of. That's what they pay in here, right? </w:t>
      </w:r>
    </w:p>
    <w:p>
      <w:r>
        <w:t xml:space="preserve">01:47:43   (Speaker A)  Yeah. </w:t>
      </w:r>
    </w:p>
    <w:p>
      <w:r>
        <w:t xml:space="preserve">01:47:45   (Speaker B)  Some Polk county that they did not permit wells and they don't have great claims structured. So that's a. That's a. That's. Yes. If you're paying that kind amount, I would. </w:t>
      </w:r>
    </w:p>
    <w:p>
      <w:r>
        <w:t xml:space="preserve">01:47:54   (Speaker E)  Well, right here we're paying Hillsborough county </w:t>
      </w:r>
    </w:p>
    <w:p>
      <w:r>
        <w:t xml:space="preserve">01:47:56   (Speaker B)  water </w:t>
      </w:r>
    </w:p>
    <w:p>
      <w:r>
        <w:t xml:space="preserve">01:47:58   (Speaker E)  for June we paid 8, $1,880 </w:t>
      </w:r>
    </w:p>
    <w:p>
      <w:r>
        <w:t xml:space="preserve">01:48:01   (Speaker D)  and </w:t>
      </w:r>
    </w:p>
    <w:p>
      <w:r>
        <w:t xml:space="preserve">01:48:03   (Speaker E)  for July, $1,779. </w:t>
      </w:r>
    </w:p>
    <w:p>
      <w:r>
        <w:t xml:space="preserve">01:48:07   (Speaker A)  So are you saying that 45,000 were for the year? </w:t>
      </w:r>
    </w:p>
    <w:p>
      <w:r>
        <w:t xml:space="preserve">01:48:09   (Speaker B)  For the month. </w:t>
      </w:r>
    </w:p>
    <w:p>
      <w:r>
        <w:t xml:space="preserve">01:48:09   (Speaker E)  For the year. </w:t>
      </w:r>
    </w:p>
    <w:p>
      <w:r>
        <w:t xml:space="preserve">01:48:10   (Speaker F)  No, wasn't. It was a huge. </w:t>
      </w:r>
    </w:p>
    <w:p>
      <w:r>
        <w:t xml:space="preserve">01:48:13   (Speaker E)  Okay, so it was a month, but still 18. </w:t>
      </w:r>
    </w:p>
    <w:p>
      <w:r>
        <w:t xml:space="preserve">01:48:16   (Speaker F)  Take that back. </w:t>
      </w:r>
    </w:p>
    <w:p>
      <w:r>
        <w:t xml:space="preserve">01:48:17   (Speaker E)  I shouldn't jump on it like 1800 times 12. </w:t>
      </w:r>
    </w:p>
    <w:p>
      <w:r>
        <w:t xml:space="preserve">01:48:20   (Speaker F)  I just know that the number I thought was outrageous and that's what we told. </w:t>
      </w:r>
    </w:p>
    <w:p>
      <w:r>
        <w:t xml:space="preserve">01:48:27   (Speaker E)  Are you on 197? According to my thing, it's on the check register summary. </w:t>
      </w:r>
    </w:p>
    <w:p>
      <w:r>
        <w:t xml:space="preserve">01:48:33   (Speaker B)  Even that seems really high. Those three locations. </w:t>
      </w:r>
    </w:p>
    <w:p>
      <w:r>
        <w:t xml:space="preserve">01:48:36   (Speaker E)  Exactly. </w:t>
      </w:r>
    </w:p>
    <w:p>
      <w:r>
        <w:t xml:space="preserve">01:48:37   (Speaker B)  So what I'm going to do is I'll look into the bills trying to make sure I understand meters we have. They're only our meters and we're not paying for anyone else's water. It's a possibility if we're, if we're getting a number that high per month, even with those three mediums. </w:t>
      </w:r>
    </w:p>
    <w:p>
      <w:r>
        <w:t xml:space="preserve">01:48:55   (Speaker F)  Shouldn't. Shouldn't be that high because I'm going to say that. And I don't know how true this is, but I was told by previous landscapers not the one we have now, not the one before that, but the one before that that someone tapped into the water. </w:t>
      </w:r>
    </w:p>
    <w:p>
      <w:r>
        <w:t xml:space="preserve">01:49:10   (Speaker B)  Yeah, we'll need to look into that because I have communities where they have potable medians because developers do that a lot because they don't want to run. </w:t>
      </w:r>
    </w:p>
    <w:p>
      <w:r>
        <w:t xml:space="preserve">01:49:17   (Speaker E)  All right. Of course, that's, you know. </w:t>
      </w:r>
    </w:p>
    <w:p>
      <w:r>
        <w:t xml:space="preserve">01:49:20   (Speaker B)  And they're usually like 200 bucks. </w:t>
      </w:r>
    </w:p>
    <w:p>
      <w:r>
        <w:t xml:space="preserve">01:49:22   (Speaker E)  Yeah. I mean we do have water in the guard house that can't be more than 40 or 50 bucks and then that's it. </w:t>
      </w:r>
    </w:p>
    <w:p>
      <w:r>
        <w:t xml:space="preserve">01:49:37   (Speaker B)  Okay, I'll look into the potable water. </w:t>
      </w:r>
    </w:p>
    <w:p>
      <w:r>
        <w:t xml:space="preserve">01:49:39   (Speaker E)  Thank you. </w:t>
      </w:r>
    </w:p>
    <w:p>
      <w:r>
        <w:t xml:space="preserve">01:49:44   (Speaker B)  More detail. </w:t>
      </w:r>
    </w:p>
    <w:p>
      <w:r>
        <w:t xml:space="preserve">01:49:45   (Speaker E)  Thank you. </w:t>
      </w:r>
    </w:p>
    <w:p>
      <w:r>
        <w:t xml:space="preserve">01:49:47   (Speaker C)  Yeah. </w:t>
      </w:r>
    </w:p>
    <w:p>
      <w:r>
        <w:t xml:space="preserve">01:49:48   (Speaker B)  Anything else or requests or comments on these statute items? Just </w:t>
      </w:r>
    </w:p>
    <w:p>
      <w:r>
        <w:t xml:space="preserve">01:49:57   (Speaker C)  could we get a copy or whatever the latest, unless you think it's not ready for primetime yet, but copy of that zoning map that says. Which are currently running, hopefully. Well, I know, I know on our townhomes are not running yet, but what's currently running and the times for those zones. So like zone one, this is where it is on the map currently turned on like confirmed running. And it starts at this time and </w:t>
      </w:r>
    </w:p>
    <w:p>
      <w:r>
        <w:t xml:space="preserve">01:50:26   (Speaker B)  runs for half hour. </w:t>
      </w:r>
    </w:p>
    <w:p>
      <w:r>
        <w:t xml:space="preserve">01:50:28   (Speaker C)  That would be really helpful, I think, </w:t>
      </w:r>
    </w:p>
    <w:p>
      <w:r>
        <w:t xml:space="preserve">01:50:30   (Speaker B)  for all of us. </w:t>
      </w:r>
    </w:p>
    <w:p>
      <w:r>
        <w:t xml:space="preserve">01:50:31   (Speaker D)  Okay. </w:t>
      </w:r>
    </w:p>
    <w:p>
      <w:r>
        <w:t xml:space="preserve">01:50:32   (Speaker B)  So there's just zone data basically for each map. Is it up and running what its times are? </w:t>
      </w:r>
    </w:p>
    <w:p>
      <w:r>
        <w:t xml:space="preserve">01:50:36   (Speaker C)  Yeah. And then. Yeah. So like confirmed up and running. Yeah. And the time that it starts that way. If we're out and about at that time, like. </w:t>
      </w:r>
    </w:p>
    <w:p>
      <w:r>
        <w:t xml:space="preserve">01:50:44   (Speaker B)  Oh, yes, right. Like Mary. </w:t>
      </w:r>
    </w:p>
    <w:p>
      <w:r>
        <w:t xml:space="preserve">01:50:47   (Speaker F)  Yep. </w:t>
      </w:r>
    </w:p>
    <w:p>
      <w:r>
        <w:t xml:space="preserve">01:50:47   (Speaker B)  Like me, I'll give them and try to come up with whatever we can for that. For sure. I can see what. Yeah, because I have to start going inspecting it myself. I can. </w:t>
      </w:r>
    </w:p>
    <w:p>
      <w:r>
        <w:t xml:space="preserve">01:50:59   (Speaker F)  Well you don't want to inspect in the middle of the night but I walk my dogs between 11 and 12 so whatever is running then. I know. </w:t>
      </w:r>
    </w:p>
    <w:p>
      <w:r>
        <w:t xml:space="preserve">01:51:06   (Speaker B)  Yeah. Well if I can find the controllers I can usually put to the zones and find information. It's just throw away your landscapers do. So I'll work with them first. If I. I can't get answers from them then I'll go to plan B. I'll get that information Zone map I to provide status of operation of each zone and the run. </w:t>
      </w:r>
    </w:p>
    <w:p>
      <w:r>
        <w:t xml:space="preserve">01:51:28   (Speaker A)  Anything else on the action item list board members. If not, we'll move on to the discussion of draft landscape rfp. </w:t>
      </w:r>
    </w:p>
    <w:p>
      <w:r>
        <w:t xml:space="preserve">01:51:36   (Speaker C)  Just one last little part. You have a misspelling and repairs on </w:t>
      </w:r>
    </w:p>
    <w:p>
      <w:r>
        <w:t xml:space="preserve">01:51:40   (Speaker B)  the 31 irrigation system. Yeah, I fixed it on the new one. </w:t>
      </w:r>
    </w:p>
    <w:p>
      <w:r>
        <w:t xml:space="preserve">01:51:43   (Speaker C)  Oh, you did? </w:t>
      </w:r>
    </w:p>
    <w:p>
      <w:r>
        <w:t xml:space="preserve">01:51:44   (Speaker F)  Okay, </w:t>
      </w:r>
    </w:p>
    <w:p>
      <w:r>
        <w:t xml:space="preserve">01:51:48   (Speaker C)  yeah, no, sorry. </w:t>
      </w:r>
    </w:p>
    <w:p>
      <w:r>
        <w:t xml:space="preserve">01:51:51   (Speaker A)  All right, so with that we'll move on to discussion of the draft landscape rp. I trust that everyone has taken a at least a quick look at this prior to today. Clayton, did you have anything that you wanted to point out on it specifically? Yeah, so I mean just, just to </w:t>
      </w:r>
    </w:p>
    <w:p>
      <w:r>
        <w:t xml:space="preserve">01:52:07   (Speaker B)  go up here, this is. Since this is an informal landscape bid, you know, we still want to get as apples apple bids. We still want some questions answered and some information answered. I've actually been kind of workshopping a sort of fertilization I'm sorry horticultural application summary following the scope. </w:t>
      </w:r>
    </w:p>
    <w:p>
      <w:r>
        <w:t xml:space="preserve">01:52:34   (Speaker D)  I think I'm going to add that </w:t>
      </w:r>
    </w:p>
    <w:p>
      <w:r>
        <w:t xml:space="preserve">01:52:35   (Speaker B)  to this as well. So what that would do is basically require them to kind of list the horticultural horticultural products that they'll be using each month following the schedule listed in the scope. The scope, the horticultural aspects of the scope is to give people a framework to then use their horticultural professionals to develop a system for your community following the framework in the scope. That's why I don't prescribe specific chemicals or specific mixtures of fertilization because it varies from community to community. I've had one community where their St. Augustine was constantly chlorotic and they needed a special kind of fertilization to deal with that. Other communities, they don't have that just throw some iron on it and it looks fantastic. So that's why we do that. So what I'm going to try to do is provide vendors and then that'll give you the extra opportunity to sort of check on that. Because I mean one of my concerns here is that you're not getting a very thorough horticultural program out here. And then, and then the other aspect defines, you know, the mo rotations, the expected MO heights, the tree limb heights. You know, any tree that is 12ft or shorter acquires standard Class 1 pruning. Any palm tree that's 15 or shorter requires pruning under the contract. Anything above those is, is an additional cost that's pretty consistent with industry standards. The scope is a scope that I've made up numerous versions of. It has a lot of changes and practical applications to it that have arosen during my time doing this and a lot of communities on this scope. It, it, the intent of it is to keep to be in the contract so that you can hold your vendor accountable, you know, in areas when you need to. </w:t>
      </w:r>
    </w:p>
    <w:p>
      <w:r>
        <w:t xml:space="preserve">01:54:29   (Speaker A)  Any questions from the board? </w:t>
      </w:r>
    </w:p>
    <w:p>
      <w:r>
        <w:t xml:space="preserve">01:54:31   (Speaker E)  Nope. </w:t>
      </w:r>
    </w:p>
    <w:p>
      <w:r>
        <w:t xml:space="preserve">01:54:34   (Speaker F)  We don't have pine whisking. Correct. We even have crepe myrtles here. </w:t>
      </w:r>
    </w:p>
    <w:p>
      <w:r>
        <w:t xml:space="preserve">01:54:39   (Speaker B)  You know, some of those details. Rather than going through and deleting them </w:t>
      </w:r>
    </w:p>
    <w:p>
      <w:r>
        <w:t xml:space="preserve">01:54:43   (Speaker F)  all, it's kind of just leave it in there and on. </w:t>
      </w:r>
    </w:p>
    <w:p>
      <w:r>
        <w:t xml:space="preserve">01:54:45   (Speaker B)  Disking, however, is something I did want to bring up. You do have dry ponds here. I don't know if you've ever had them disk, if that's an interest you have in having them disk. When I do want a vendor to actually provide a number for disking the pawns and I actually add it to </w:t>
      </w:r>
    </w:p>
    <w:p>
      <w:r>
        <w:t xml:space="preserve">01:54:59   (Speaker C)  the fee summary so that they can </w:t>
      </w:r>
    </w:p>
    <w:p>
      <w:r>
        <w:t xml:space="preserve">01:55:01   (Speaker B)  price that aspect of it. What that is is they basically till the bottom of the pawn. Oh, now another option, you know, is to just let it grow in the grass. You know, it's different looks. Some, some communities they require the tilling in order to keep the percolation factor of the basin of the pond, you know, to where it needs to be. If it grows over grass. I haven't specifically asked the engineer yet. That's something that you would need here. But my, my concern is that here the location you're at is it might just be tilling up like dirt, whereas other locations it's actually clay or sandy soil. Here it's just dirt. So my recommendation is probably just to let them grow in with grass and mow them would be my suggestion. I think that's going to be the most appealing look. And on top of that, I think as long as that doesn't affect with, you know, the required level of percolation of the ponds need, which I can run by the engineer, they think the, that's the best route. Plus you don't have to pay for that extra service. </w:t>
      </w:r>
    </w:p>
    <w:p>
      <w:r>
        <w:t xml:space="preserve">01:56:02   (Speaker E)  That's why we've had it Since I've been here. </w:t>
      </w:r>
    </w:p>
    <w:p>
      <w:r>
        <w:t xml:space="preserve">01:56:05   (Speaker B)  So then on that I might. That's an aspect that I probably will completely remove from. </w:t>
      </w:r>
    </w:p>
    <w:p>
      <w:r>
        <w:t xml:space="preserve">01:56:12   (Speaker F)  Okay. </w:t>
      </w:r>
    </w:p>
    <w:p>
      <w:r>
        <w:t xml:space="preserve">01:56:15   (Speaker A)  Do you need an approval on this clean at all? </w:t>
      </w:r>
    </w:p>
    <w:p>
      <w:r>
        <w:t xml:space="preserve">01:56:17   (Speaker B)  Yeah, I mean just approval to, you know, make some final last edits. Any things like those questions or anything. I got something I'd like added. </w:t>
      </w:r>
    </w:p>
    <w:p>
      <w:r>
        <w:t xml:space="preserve">01:56:29   (Speaker C)  So on the. I know you mentioned not designating which fertilization to use because it varies from place to place and we have. And I don't see it in here added like fertilization, like no go's. Because we are right on the water. We have more restrictions on what fertilizers we're allowed to use use but we're not allowed to use because it can impact the sea, light, manatees, anything that's in there. What you know what fertilization you're allowed to use within a certain. I think it's like 10ft. You're not allowed to use anything. </w:t>
      </w:r>
    </w:p>
    <w:p>
      <w:r>
        <w:t xml:space="preserve">01:57:02   (Speaker B)  Right. </w:t>
      </w:r>
    </w:p>
    <w:p>
      <w:r>
        <w:t xml:space="preserve">01:57:02   (Speaker C)  Of the water and then fertilization. I don't know if it says in here, but I think the other thing is like not doing fertilization until like October because then once the rain stops because otherwise all that will just wash into the manatee. Manatee living habitat. So if it's possible to add in like just the fertilization, like no go. Like these are things that we absolutely were flagging. Now do not do these things because of our proximity to the water. </w:t>
      </w:r>
    </w:p>
    <w:p>
      <w:r>
        <w:t xml:space="preserve">01:57:29   (Speaker A)  Is there a way that we can just word it to say they're supposed to remain in compliance with all. </w:t>
      </w:r>
    </w:p>
    <w:p>
      <w:r>
        <w:t xml:space="preserve">01:57:34   (Speaker C)  Yeah. </w:t>
      </w:r>
    </w:p>
    <w:p>
      <w:r>
        <w:t xml:space="preserve">01:57:35   (Speaker B)  So I mean they have requirements, right? I'm not sure if that's something I'll be defined there or maybe where you've seen. Seen those specific provisions. Because I could of course put them in there, but I can, I can find a way to get that in there just to ensure that, you know, they are. They're cognizant of their wildlife areas. There's many different aspects of this community that for their horticultural program they need to make sure it's, you know, follows those it doesn't cost. Martin, you know. </w:t>
      </w:r>
    </w:p>
    <w:p>
      <w:r>
        <w:t xml:space="preserve">01:58:04   (Speaker C)  Yeah, I'd like to have it spelled out rather than just like. Because then it's easier for us to be like, oh, they, they did this because we have. We know that this is something that they shouldn't be doing. </w:t>
      </w:r>
    </w:p>
    <w:p>
      <w:r>
        <w:t xml:space="preserve">01:58:15   (Speaker B)  I guess I just, I. My only issue with this. I don't know the provisions you're talking about. I don't know the specifics to list them all. I don't know if you have information on where they're Coming from. </w:t>
      </w:r>
    </w:p>
    <w:p>
      <w:r>
        <w:t xml:space="preserve">01:58:25   (Speaker C)  I mean, I had searched it before. I can search it again or. </w:t>
      </w:r>
    </w:p>
    <w:p>
      <w:r>
        <w:t xml:space="preserve">01:58:28   (Speaker B)  Oh yeah. I mean, I can. I can. </w:t>
      </w:r>
    </w:p>
    <w:p>
      <w:r>
        <w:t xml:space="preserve">01:58:30   (Speaker C)  That would be rough because I. </w:t>
      </w:r>
    </w:p>
    <w:p>
      <w:r>
        <w:t xml:space="preserve">01:58:33   (Speaker B)  But it would. </w:t>
      </w:r>
    </w:p>
    <w:p>
      <w:r>
        <w:t xml:space="preserve">01:58:34   (Speaker C)  Yeah. It would just. </w:t>
      </w:r>
    </w:p>
    <w:p>
      <w:r>
        <w:t xml:space="preserve">01:58:34   (Speaker B)  I'd have to read description again. Okay. Yeah. I do have some horticultural experts that I can speak to about it as well. And then perhaps maybe like you said, just kind of doing the research and then talking to them, I might come up with something. Might take me a little longer to try and do that to get this out because I don't want to put anything on there that's going to become a restriction that would, you know, impact proper fertilization. I think it's worthwhile. Yeah. </w:t>
      </w:r>
    </w:p>
    <w:p>
      <w:r>
        <w:t xml:space="preserve">01:59:04   (Speaker C)  So you don't mind. Unless you guys disagree. </w:t>
      </w:r>
    </w:p>
    <w:p>
      <w:r>
        <w:t xml:space="preserve">01:59:08   (Speaker B)  I'll try to come up with something on that. </w:t>
      </w:r>
    </w:p>
    <w:p>
      <w:r>
        <w:t xml:space="preserve">01:59:10   (Speaker A)  Thank you. </w:t>
      </w:r>
    </w:p>
    <w:p>
      <w:r>
        <w:t xml:space="preserve">01:59:12   (Speaker F)  Have to watch out for our next. </w:t>
      </w:r>
    </w:p>
    <w:p>
      <w:r>
        <w:t xml:space="preserve">01:59:13   (Speaker C)  Exactly. </w:t>
      </w:r>
    </w:p>
    <w:p>
      <w:r>
        <w:t xml:space="preserve">01:59:21   (Speaker A)  Pretty much said prohibited or nitrogen and phosphorus. Anything with nitrogen. Phosphorus is prohibited. </w:t>
      </w:r>
    </w:p>
    <w:p>
      <w:r>
        <w:t xml:space="preserve">01:59:26   (Speaker B)  It's already. That's already pretty standard across the. </w:t>
      </w:r>
    </w:p>
    <w:p>
      <w:r>
        <w:t xml:space="preserve">01:59:29   (Speaker A)  Yeah. </w:t>
      </w:r>
    </w:p>
    <w:p>
      <w:r>
        <w:t xml:space="preserve">01:59:31   (Speaker B)  Except in very specific applications for commercial applications. Your house. You can buy that second Home Depot. </w:t>
      </w:r>
    </w:p>
    <w:p>
      <w:r>
        <w:t xml:space="preserve">01:59:39   (Speaker A)  But yeah, it looks like allowed alternatives would be micronutrient blends and potassium only type. So that's just a basic search on Google. Real quick just to give us a little starting point. And then like. Like Quton said, we'll do a little bit deeper. Dive into that and yeah. Figure out exactly what appropriate wording should be in there. </w:t>
      </w:r>
    </w:p>
    <w:p>
      <w:r>
        <w:t xml:space="preserve">02:00:00   (Speaker B)  Perfect. Thank you. Of course. </w:t>
      </w:r>
    </w:p>
    <w:p>
      <w:r>
        <w:t xml:space="preserve">02:00:03   (Speaker E)  Okay. </w:t>
      </w:r>
    </w:p>
    <w:p>
      <w:r>
        <w:t xml:space="preserve">02:00:03   (Speaker A)  With that, I think we got good direction on what kind of edits you guys are. Are looking for. So I think we just be looking for a motion to approve the draft landscape. RFP pending first further edits. </w:t>
      </w:r>
    </w:p>
    <w:p>
      <w:r>
        <w:t xml:space="preserve">02:00:16   (Speaker F)  I'll make that. Excuse me. The motion. </w:t>
      </w:r>
    </w:p>
    <w:p>
      <w:r>
        <w:t xml:space="preserve">02:00:19   (Speaker E)  All right. </w:t>
      </w:r>
    </w:p>
    <w:p>
      <w:r>
        <w:t xml:space="preserve">02:00:19   (Speaker A)  First from Mary. </w:t>
      </w:r>
    </w:p>
    <w:p>
      <w:r>
        <w:t xml:space="preserve">02:00:20   (Speaker B)  I'll second. </w:t>
      </w:r>
    </w:p>
    <w:p>
      <w:r>
        <w:t xml:space="preserve">02:00:21   (Speaker A)  Second from Ian. All in favor? </w:t>
      </w:r>
    </w:p>
    <w:p>
      <w:r>
        <w:t xml:space="preserve">02:00:23   (Speaker C)  Aye. </w:t>
      </w:r>
    </w:p>
    <w:p>
      <w:r>
        <w:t xml:space="preserve">02:00:23   (Speaker E)  Aye. </w:t>
      </w:r>
    </w:p>
    <w:p>
      <w:r>
        <w:t xml:space="preserve">02:00:23   (Speaker B)  All right. </w:t>
      </w:r>
    </w:p>
    <w:p>
      <w:r>
        <w:t xml:space="preserve">02:00:24   (Speaker A)  Motion passes 4 to 0. </w:t>
      </w:r>
    </w:p>
    <w:p>
      <w:r>
        <w:t xml:space="preserve">02:00:25   (Speaker B)  All right. </w:t>
      </w:r>
    </w:p>
    <w:p>
      <w:r>
        <w:t xml:space="preserve">02:00:26   (Speaker A)  Anything else from Clayton or Clayton. </w:t>
      </w:r>
    </w:p>
    <w:p>
      <w:r>
        <w:t xml:space="preserve">02:00:29   (Speaker B)  I was just. The last expectation would be that we would probably review proposals be the intention. So we'll make a few more edits here, try to get it out in the next couple weeks and. And then give vendors a whole month plus to get bids in. I do expect the bids to come back more expensive than your current contract, but I think you guys are already aware of that and your budget accounts for quite a bit more than what your current contract is for. I think you have 121,000 there for your budget for going into fiscal year 2017. </w:t>
      </w:r>
    </w:p>
    <w:p>
      <w:r>
        <w:t xml:space="preserve">02:01:09   (Speaker C)  It came in less. It would be concerned. </w:t>
      </w:r>
    </w:p>
    <w:p>
      <w:r>
        <w:t xml:space="preserve">02:01:11   (Speaker B)  Yeah. So yeah, you should be good. </w:t>
      </w:r>
    </w:p>
    <w:p>
      <w:r>
        <w:t xml:space="preserve">02:01:13   (Speaker A)  Yeah. </w:t>
      </w:r>
    </w:p>
    <w:p>
      <w:r>
        <w:t xml:space="preserve">02:01:14   (Speaker B)  It just. It will be more expensive. </w:t>
      </w:r>
    </w:p>
    <w:p>
      <w:r>
        <w:t xml:space="preserve">02:01:17   (Speaker E)  Are we going to have Them come in and do a presentation or we're just gonna. </w:t>
      </w:r>
    </w:p>
    <w:p>
      <w:r>
        <w:t xml:space="preserve">02:01:22   (Speaker A)  Yeah. </w:t>
      </w:r>
    </w:p>
    <w:p>
      <w:r>
        <w:t xml:space="preserve">02:01:22   (Speaker B)  You know, my intention, because this is a informal bid, is I don't. I don't have to give the blue package just anyone. I'm not going to give it to vendor that I don't think is worth your time to listen to. So I'm going to make sure that, you know, you have at least four, maybe five good vendors. What they do is they come in and they have eight minutes in front of you. And that eight minutes is for you guys to ask any clarification questions about the total they submitted, anything that you need last, you know, at the very end to make sure you're making the decision that you're comfortable with. I'm sorry, eight to ten minutes, depending on how many better vendors we have. And it's on them to make sure that they don't waste their time with a ridiculous sales pitch or anything like that, that they are here to gauge you guys and make sure that your answers are taken care of. </w:t>
      </w:r>
    </w:p>
    <w:p>
      <w:r>
        <w:t xml:space="preserve">02:02:10   (Speaker A)  So, yes, that's. </w:t>
      </w:r>
    </w:p>
    <w:p>
      <w:r>
        <w:t xml:space="preserve">02:02:11   (Speaker B)  That's. That's recommended. And we do do that program process. </w:t>
      </w:r>
    </w:p>
    <w:p>
      <w:r>
        <w:t xml:space="preserve">02:02:16   (Speaker E)  Is there. Is there any way to communicate to them that the POA and all the HOAs are looking to change too, and </w:t>
      </w:r>
    </w:p>
    <w:p>
      <w:r>
        <w:t xml:space="preserve">02:02:27   (Speaker F)  the COA, because you're happy? </w:t>
      </w:r>
    </w:p>
    <w:p>
      <w:r>
        <w:t xml:space="preserve">02:02:30   (Speaker E)  COA. So, I mean, because. </w:t>
      </w:r>
    </w:p>
    <w:p>
      <w:r>
        <w:t xml:space="preserve">02:02:32   (Speaker B)  Yeah, we, you know. </w:t>
      </w:r>
    </w:p>
    <w:p>
      <w:r>
        <w:t xml:space="preserve">02:02:34   (Speaker A)  Right. </w:t>
      </w:r>
    </w:p>
    <w:p>
      <w:r>
        <w:t xml:space="preserve">02:02:34   (Speaker E)  But the community likes to have one. </w:t>
      </w:r>
    </w:p>
    <w:p>
      <w:r>
        <w:t xml:space="preserve">02:02:37   (Speaker A)  Sounds like historically that's been the case for this district. Just so you're aware as well. I think my advice to those two entities is let the CDD go through its process. And. And if once the CDD makes their decision, I think it's. It's prudent for them to go out and make their decision as well. And if that decision happens to be the same as the CDDs, great. If not, we'll work with whoever they choose. </w:t>
      </w:r>
    </w:p>
    <w:p>
      <w:r>
        <w:t xml:space="preserve">02:03:00   (Speaker E)  But it might be financially. </w:t>
      </w:r>
    </w:p>
    <w:p>
      <w:r>
        <w:t xml:space="preserve">02:03:04   (Speaker A)  Got it. So you're looking as leverage. </w:t>
      </w:r>
    </w:p>
    <w:p>
      <w:r>
        <w:t xml:space="preserve">02:03:08   (Speaker E)  Correct. Because if they know they're going to get the whole thing. </w:t>
      </w:r>
    </w:p>
    <w:p>
      <w:r>
        <w:t xml:space="preserve">02:03:12   (Speaker B)  Yes. As long as. </w:t>
      </w:r>
    </w:p>
    <w:p>
      <w:r>
        <w:t xml:space="preserve">02:03:13   (Speaker A)  I'm not saying. </w:t>
      </w:r>
    </w:p>
    <w:p>
      <w:r>
        <w:t xml:space="preserve">02:03:13   (Speaker F)  It's just easy. </w:t>
      </w:r>
    </w:p>
    <w:p>
      <w:r>
        <w:t xml:space="preserve">02:03:14   (Speaker E)  Yeah. You can't say guaranteed they're going to take this, but you can. If you can kind of communicate that, </w:t>
      </w:r>
    </w:p>
    <w:p>
      <w:r>
        <w:t xml:space="preserve">02:03:23   (Speaker B)  please be aware. Perfect. To the very least, maybe bidding out their properties as well. </w:t>
      </w:r>
    </w:p>
    <w:p>
      <w:r>
        <w:t xml:space="preserve">02:03:27   (Speaker E)  Perfect. </w:t>
      </w:r>
    </w:p>
    <w:p>
      <w:r>
        <w:t xml:space="preserve">02:03:28   (Speaker B)  You know that. Yeah. </w:t>
      </w:r>
    </w:p>
    <w:p>
      <w:r>
        <w:t xml:space="preserve">02:03:30   (Speaker E)  Something. </w:t>
      </w:r>
    </w:p>
    <w:p>
      <w:r>
        <w:t xml:space="preserve">02:03:30   (Speaker B)  Yeah. Cool. </w:t>
      </w:r>
    </w:p>
    <w:p>
      <w:r>
        <w:t xml:space="preserve">02:03:32   (Speaker A)  Awesome. Anything else for Clayton board members? </w:t>
      </w:r>
    </w:p>
    <w:p>
      <w:r>
        <w:t xml:space="preserve">02:03:36   (Speaker D)  Anything else for you, sir? </w:t>
      </w:r>
    </w:p>
    <w:p>
      <w:r>
        <w:t xml:space="preserve">02:03:38   (Speaker A)  All right, well, I think at this time, get back to his day. Thank you so much. Appreciate your time. </w:t>
      </w:r>
    </w:p>
    <w:p>
      <w:r>
        <w:t xml:space="preserve">02:03:44   (Speaker F)  I hope you have an umbrella. </w:t>
      </w:r>
    </w:p>
    <w:p>
      <w:r>
        <w:t xml:space="preserve">02:03:45   (Speaker D)  I don't, but. </w:t>
      </w:r>
    </w:p>
    <w:p>
      <w:r>
        <w:t xml:space="preserve">02:03:46   (Speaker B)  Right. </w:t>
      </w:r>
    </w:p>
    <w:p>
      <w:r>
        <w:t xml:space="preserve">02:03:47   (Speaker A)  Pull the truck up. </w:t>
      </w:r>
    </w:p>
    <w:p>
      <w:r>
        <w:t xml:space="preserve">02:03:47   (Speaker B)  You'll be all right. </w:t>
      </w:r>
    </w:p>
    <w:p>
      <w:r>
        <w:t xml:space="preserve">02:03:48   (Speaker F)  Yeah. </w:t>
      </w:r>
    </w:p>
    <w:p>
      <w:r>
        <w:t xml:space="preserve">02:03:49   (Speaker A)  All right, moving on. </w:t>
      </w:r>
    </w:p>
    <w:p>
      <w:r>
        <w:t xml:space="preserve">02:03:50   (Speaker D)  We do have the poa. </w:t>
      </w:r>
    </w:p>
    <w:p>
      <w:r>
        <w:t xml:space="preserve">02:03:51   (Speaker A)  I don't see Kent. </w:t>
      </w:r>
    </w:p>
    <w:p>
      <w:r>
        <w:t xml:space="preserve">02:03:54   (Speaker E)  Kent's not here. </w:t>
      </w:r>
    </w:p>
    <w:p>
      <w:r>
        <w:t xml:space="preserve">02:03:57   (Speaker B)  Steve brought up some comments about palm fertilization, and I'm. I'm gonna make sure there's a spec for the Royal Palms in there as well. </w:t>
      </w:r>
    </w:p>
    <w:p>
      <w:r>
        <w:t xml:space="preserve">02:04:05   (Speaker A)  Yes. Sorry, I forgot to bring that up. </w:t>
      </w:r>
    </w:p>
    <w:p>
      <w:r>
        <w:t xml:space="preserve">02:04:06   (Speaker E)  Steve. </w:t>
      </w:r>
    </w:p>
    <w:p>
      <w:r>
        <w:t xml:space="preserve">02:04:06   (Speaker A)  Steve did reach out to us. Thank you, Clayton. </w:t>
      </w:r>
    </w:p>
    <w:p>
      <w:r>
        <w:t xml:space="preserve">02:04:11   (Speaker B)  Again, I know they're very, very, very valuable column and you want to make sure that we're not losing, </w:t>
      </w:r>
    </w:p>
    <w:p>
      <w:r>
        <w:t xml:space="preserve">02:04:19   (Speaker A)  so. No. No one from POA is here. Do we have any questions, concerns for them that we want to bring it back to them? No. Okay, moving on. We are moving into business administration. First up, we do have approval of minutes of the August 12, 2026 meeting. I didn't receive any edits prior to. </w:t>
      </w:r>
    </w:p>
    <w:p>
      <w:r>
        <w:t xml:space="preserve">02:04:34   (Speaker B)  So you'd just be looking for a motion. </w:t>
      </w:r>
    </w:p>
    <w:p>
      <w:r>
        <w:t xml:space="preserve">02:04:35   (Speaker F)  Wait, I'm going to say that we still. Still don't have it right. In terms of the jobs because my. I am now vice chair instead of assistant secretary. </w:t>
      </w:r>
    </w:p>
    <w:p>
      <w:r>
        <w:t xml:space="preserve">02:04:45   (Speaker A)  I see assistant secretary on there. </w:t>
      </w:r>
    </w:p>
    <w:p>
      <w:r>
        <w:t xml:space="preserve">02:04:47   (Speaker B)  Korea. Yeah. </w:t>
      </w:r>
    </w:p>
    <w:p>
      <w:r>
        <w:t xml:space="preserve">02:04:49   (Speaker F)  You should be give me the credit. </w:t>
      </w:r>
    </w:p>
    <w:p>
      <w:r>
        <w:t xml:space="preserve">02:04:50   (Speaker A)  Oh, you should be vice chair. </w:t>
      </w:r>
    </w:p>
    <w:p>
      <w:r>
        <w:t xml:space="preserve">02:04:52   (Speaker B)  That's right. </w:t>
      </w:r>
    </w:p>
    <w:p>
      <w:r>
        <w:t xml:space="preserve">02:04:53   (Speaker A)  Sorry about that. </w:t>
      </w:r>
    </w:p>
    <w:p>
      <w:r>
        <w:t xml:space="preserve">02:04:53   (Speaker B)  You made me sign the paperwork away. </w:t>
      </w:r>
    </w:p>
    <w:p>
      <w:r>
        <w:t xml:space="preserve">02:04:57   (Speaker C)  Do you want call outs? </w:t>
      </w:r>
    </w:p>
    <w:p>
      <w:r>
        <w:t xml:space="preserve">02:05:00   (Speaker B)  Spellings? </w:t>
      </w:r>
    </w:p>
    <w:p>
      <w:r>
        <w:t xml:space="preserve">02:05:03   (Speaker A)  There's some misspelling. Okay. Where they at? </w:t>
      </w:r>
    </w:p>
    <w:p>
      <w:r>
        <w:t xml:space="preserve">02:05:05   (Speaker F)  You're a teacher. </w:t>
      </w:r>
    </w:p>
    <w:p>
      <w:r>
        <w:t xml:space="preserve">02:05:07   (Speaker C)  Yeah. Page four, it's last. Last paragraph, beginning of second sentence, board. </w:t>
      </w:r>
    </w:p>
    <w:p>
      <w:r>
        <w:t xml:space="preserve">02:05:19   (Speaker B)  B, O, R, D. Oh, yeah, I see it. </w:t>
      </w:r>
    </w:p>
    <w:p>
      <w:r>
        <w:t xml:space="preserve">02:05:24   (Speaker C)  Good. Good thing. Clicking left. Because page five, he is Ms. Smith, I think. And then J. Mac, I think is J, M, A C. Right? </w:t>
      </w:r>
    </w:p>
    <w:p>
      <w:r>
        <w:t xml:space="preserve">02:05:41   (Speaker F)  Yeah. </w:t>
      </w:r>
    </w:p>
    <w:p>
      <w:r>
        <w:t xml:space="preserve">02:05:43   (Speaker C)  Which is right below Ms. Smith. </w:t>
      </w:r>
    </w:p>
    <w:p>
      <w:r>
        <w:t xml:space="preserve">02:05:46   (Speaker B)  And then page five. </w:t>
      </w:r>
    </w:p>
    <w:p>
      <w:r>
        <w:t xml:space="preserve">02:05:48   (Speaker C)  That's page five. </w:t>
      </w:r>
    </w:p>
    <w:p>
      <w:r>
        <w:t xml:space="preserve">02:05:49   (Speaker B)  Yeah. </w:t>
      </w:r>
    </w:p>
    <w:p>
      <w:r>
        <w:t xml:space="preserve">02:05:49   (Speaker A)  Where is the Ms. Smith again? </w:t>
      </w:r>
    </w:p>
    <w:p>
      <w:r>
        <w:t xml:space="preserve">02:05:50   (Speaker C)  Ms. Smith is in the largest paragraph, third line, the bottom near the setup. </w:t>
      </w:r>
    </w:p>
    <w:p>
      <w:r>
        <w:t xml:space="preserve">02:05:57   (Speaker A)  Oh, there it is. Yep. </w:t>
      </w:r>
    </w:p>
    <w:p>
      <w:r>
        <w:t xml:space="preserve">02:05:59   (Speaker C)  And then J. Mac is the last line. I think it's J, M, A C, which is more. So you guys know. </w:t>
      </w:r>
    </w:p>
    <w:p>
      <w:r>
        <w:t xml:space="preserve">02:06:04   (Speaker A)  Yeah, </w:t>
      </w:r>
    </w:p>
    <w:p>
      <w:r>
        <w:t xml:space="preserve">02:06:07   (Speaker D)  all capital end right there for me. </w:t>
      </w:r>
    </w:p>
    <w:p>
      <w:r>
        <w:t xml:space="preserve">02:06:09   (Speaker C)  All capital. </w:t>
      </w:r>
    </w:p>
    <w:p>
      <w:r>
        <w:t xml:space="preserve">02:06:12   (Speaker E)  Okay. </w:t>
      </w:r>
    </w:p>
    <w:p>
      <w:r>
        <w:t xml:space="preserve">02:06:13   (Speaker A)  And then underneath, Mrs. Smith is what? </w:t>
      </w:r>
    </w:p>
    <w:p>
      <w:r>
        <w:t xml:space="preserve">02:06:16   (Speaker E)  JMac. </w:t>
      </w:r>
    </w:p>
    <w:p>
      <w:r>
        <w:t xml:space="preserve">02:06:17   (Speaker A)  And that is in the below last line. </w:t>
      </w:r>
    </w:p>
    <w:p>
      <w:r>
        <w:t xml:space="preserve">02:06:20   (Speaker E)  JMac. All capital letters if you want to be precise. </w:t>
      </w:r>
    </w:p>
    <w:p>
      <w:r>
        <w:t xml:space="preserve">02:06:34   (Speaker C)  Last one. Sorry. So on the last paragraph, page five. </w:t>
      </w:r>
    </w:p>
    <w:p>
      <w:r>
        <w:t xml:space="preserve">02:06:41   (Speaker E)  Page five. Didn't like you. </w:t>
      </w:r>
    </w:p>
    <w:p>
      <w:r>
        <w:t xml:space="preserve">02:06:42   (Speaker C)  Yeah, apparently not There. So says the board. Board requested that Mr. Smith's contact information be added the website. So added to website. </w:t>
      </w:r>
    </w:p>
    <w:p>
      <w:r>
        <w:t xml:space="preserve">02:06:58   (Speaker A)  On page five, the last paragraph. </w:t>
      </w:r>
    </w:p>
    <w:p>
      <w:r>
        <w:t xml:space="preserve">02:07:00   (Speaker C)  Last paragraph, right at the end. </w:t>
      </w:r>
    </w:p>
    <w:p>
      <w:r>
        <w:t xml:space="preserve">02:07:03   (Speaker A)  Oh yeah, I see it be added to the website. </w:t>
      </w:r>
    </w:p>
    <w:p>
      <w:r>
        <w:t xml:space="preserve">02:07:05   (Speaker B)  Yeah, yeah. </w:t>
      </w:r>
    </w:p>
    <w:p>
      <w:r>
        <w:t xml:space="preserve">02:07:07   (Speaker C)  You guys asked me to look into this stuff. </w:t>
      </w:r>
    </w:p>
    <w:p>
      <w:r>
        <w:t xml:space="preserve">02:07:09   (Speaker E)  That's why I suggested to you </w:t>
      </w:r>
    </w:p>
    <w:p>
      <w:r>
        <w:t xml:space="preserve">02:07:14   (Speaker C)  only dealing with js. </w:t>
      </w:r>
    </w:p>
    <w:p>
      <w:r>
        <w:t xml:space="preserve">02:07:16   (Speaker E)  I skimmed through that stuff. </w:t>
      </w:r>
    </w:p>
    <w:p>
      <w:r>
        <w:t xml:space="preserve">02:07:17   (Speaker A)  Okay, so with that, we'd just be looking for a motion to approve with the edits. </w:t>
      </w:r>
    </w:p>
    <w:p>
      <w:r>
        <w:t xml:space="preserve">02:07:21   (Speaker C)  I'll make the motion since I did. </w:t>
      </w:r>
    </w:p>
    <w:p>
      <w:r>
        <w:t xml:space="preserve">02:07:24   (Speaker A)  First from Logan. </w:t>
      </w:r>
    </w:p>
    <w:p>
      <w:r>
        <w:t xml:space="preserve">02:07:25   (Speaker E)  I'll go ahead. I'll second it. </w:t>
      </w:r>
    </w:p>
    <w:p>
      <w:r>
        <w:t xml:space="preserve">02:07:27   (Speaker A)  Second from Ian. All in favor? </w:t>
      </w:r>
    </w:p>
    <w:p>
      <w:r>
        <w:t xml:space="preserve">02:07:29   (Speaker E)  Aye. </w:t>
      </w:r>
    </w:p>
    <w:p>
      <w:r>
        <w:t xml:space="preserve">02:07:30   (Speaker B)  Motion passes for zero with. </w:t>
      </w:r>
    </w:p>
    <w:p>
      <w:r>
        <w:t xml:space="preserve">02:07:34   (Speaker A)  Okay, next up, we do have. It says consideration of highlighter higher cyber liability limits. It's actually. They're giving it to you for free, so it's more of a just kind of letting you guys know. As you can see from the memo, they did increase your cyber liability limit from 1 million to 2 million. Your breach response limit increased from 250,000 to 2 million. Your E crime sub limits increased from 250,000 to 500,000. So again, that is being offered to you guys completely free. So any questions on that? </w:t>
      </w:r>
    </w:p>
    <w:p>
      <w:r>
        <w:t xml:space="preserve">02:08:07   (Speaker C)  I think we covered that last. </w:t>
      </w:r>
    </w:p>
    <w:p>
      <w:r>
        <w:t xml:space="preserve">02:08:08   (Speaker E)  I think we might have. </w:t>
      </w:r>
    </w:p>
    <w:p>
      <w:r>
        <w:t xml:space="preserve">02:08:09   (Speaker A)  Yeah, we might have. Want to make sure you guys saw it. Next up, we do have acceptance of the fiscal year 2027 cars and objectives. Do you guys remember going through this last year as well? </w:t>
      </w:r>
    </w:p>
    <w:p>
      <w:r>
        <w:t xml:space="preserve">02:08:21   (Speaker E)  Yes. </w:t>
      </w:r>
    </w:p>
    <w:p>
      <w:r>
        <w:t xml:space="preserve">02:08:22   (Speaker A)  Okay, so this is a brand new requirement they implemented this last year. So every year you guys have to come up with some performance measures and standards. This is. </w:t>
      </w:r>
    </w:p>
    <w:p>
      <w:r>
        <w:t xml:space="preserve">02:08:32   (Speaker B)  We put. </w:t>
      </w:r>
    </w:p>
    <w:p>
      <w:r>
        <w:t xml:space="preserve">02:08:33   (Speaker A)  We went ahead and put these together for you guys so you guys didn't have to think about it too much. Of course, we can make any edits that you guys see or kind of switch something out for, but these are basics, you know, easy obtainable stuff that we can get through during the year for you guys. So any questions on anything. If not, we just be looking for </w:t>
      </w:r>
    </w:p>
    <w:p>
      <w:r>
        <w:t xml:space="preserve">02:08:47   (Speaker B)  a motion to approve. I'll make the motion first for Mary. </w:t>
      </w:r>
    </w:p>
    <w:p>
      <w:r>
        <w:t xml:space="preserve">02:08:51   (Speaker E)  I'll second. </w:t>
      </w:r>
    </w:p>
    <w:p>
      <w:r>
        <w:t xml:space="preserve">02:08:52   (Speaker A)  Second from Ian. All in favor? All right, production passes forward to zero. Next up, we do have consideration of Met's proposal for owner parking registration via Cadet Management. Ryan and I have kind of been working on this between Brick Mets and also Pavement Mobility, trying to get that figured out. I did ask Rick to provide us with some sort of proposal so that we could get an agreement set up. The one thing I know Ryan was trying to work through, insurance coverages, liabilities, that kind of stuff. Rick does not not have liability insurance, which kind of makes sense. He's kind of only hosting a. A website, so kind of makes sense a little bit. But still, you know, wanted to bring that to your attention, Brian. I don't know if you had anything else on the subject. </w:t>
      </w:r>
    </w:p>
    <w:p>
      <w:r>
        <w:t xml:space="preserve">02:09:38   (Speaker D)  No, I mean, it's just a board decision, you know, if you're comfortable with that or not. The agreement was built in to Provide waivers and release releases that benefit the district. So if there was any kind of issue that at least the contract provides that he is responsible. You know, with that said, he's a sole proprietor. This is in business if you know there's not like a built in insurance or you know that you would typically </w:t>
      </w:r>
    </w:p>
    <w:p>
      <w:r>
        <w:t xml:space="preserve">02:10:11   (Speaker B)  get with a company. </w:t>
      </w:r>
    </w:p>
    <w:p>
      <w:r>
        <w:t xml:space="preserve">02:10:12   (Speaker D)  But he's providing this service or asking him to indemnify the district, you know, you can proceed without insurance if you're comfortable with it. </w:t>
      </w:r>
    </w:p>
    <w:p>
      <w:r>
        <w:t xml:space="preserve">02:10:24   (Speaker F)  Yeah, because he's just been doing something. </w:t>
      </w:r>
    </w:p>
    <w:p>
      <w:r>
        <w:t xml:space="preserve">02:10:25   (Speaker E)  He's just been adding cars and taking cars off. </w:t>
      </w:r>
    </w:p>
    <w:p>
      <w:r>
        <w:t xml:space="preserve">02:10:28   (Speaker G)  Right. </w:t>
      </w:r>
    </w:p>
    <w:p>
      <w:r>
        <w:t xml:space="preserve">02:10:28   (Speaker C)  And this is his insurance in case something goes wrong. There's plenty that we, that someone could go after. Otherwise it just goes out. </w:t>
      </w:r>
    </w:p>
    <w:p>
      <w:r>
        <w:t xml:space="preserve">02:10:34   (Speaker A)  For example, I don't really, I mean I don't know all the internal. I don't really see a way where something could go wrong per se. He's pretty responsive. Every time I reach out to him to get something, something waived or whatever, he's. He's very, very responsive. So from this quote or this proposal it looks like it's 150amonth as a retainer with that's including five hours of work a month. I don't see that he has more than five hours of work a month with the system that he's built. I think it's a really well oiled machine. So with this, I mean unless you guys had any questions, I think we'd just be looking for a motion to approve and then from there we'd be </w:t>
      </w:r>
    </w:p>
    <w:p>
      <w:r>
        <w:t xml:space="preserve">02:11:07   (Speaker B)  getting the agreement settled with then between Ryan and I. </w:t>
      </w:r>
    </w:p>
    <w:p>
      <w:r>
        <w:t xml:space="preserve">02:11:10   (Speaker F)  Okay, I'll make the motion. </w:t>
      </w:r>
    </w:p>
    <w:p>
      <w:r>
        <w:t xml:space="preserve">02:11:12   (Speaker B)  First from Mary. </w:t>
      </w:r>
    </w:p>
    <w:p>
      <w:r>
        <w:t xml:space="preserve">02:11:13   (Speaker E)  I'll second. </w:t>
      </w:r>
    </w:p>
    <w:p>
      <w:r>
        <w:t xml:space="preserve">02:11:13   (Speaker A)  Second from Ian. All in favor? Motion passes 4 to 0. Next up, we do have ratification of the recorded quit claim deed with the little Little Harbor Property Owners Association. Ryan, did you want to. </w:t>
      </w:r>
    </w:p>
    <w:p>
      <w:r>
        <w:t xml:space="preserve">02:11:28   (Speaker D)  This is the Sunset Strip that we were trying to track down Forever. Had a report it just wanted to get it for ratification for the board. </w:t>
      </w:r>
    </w:p>
    <w:p>
      <w:r>
        <w:t xml:space="preserve">02:11:38   (Speaker F)  Finally. </w:t>
      </w:r>
    </w:p>
    <w:p>
      <w:r>
        <w:t xml:space="preserve">02:11:38   (Speaker E)  Yes, I'll make a motion to ratify it. </w:t>
      </w:r>
    </w:p>
    <w:p>
      <w:r>
        <w:t xml:space="preserve">02:11:41   (Speaker A)  First from Ian, second from Mary. </w:t>
      </w:r>
    </w:p>
    <w:p>
      <w:r>
        <w:t xml:space="preserve">02:11:42   (Speaker B)  All in favor? Did I hear from you, Logan? </w:t>
      </w:r>
    </w:p>
    <w:p>
      <w:r>
        <w:t xml:space="preserve">02:11:46   (Speaker A)  Oh, sorry to zero. </w:t>
      </w:r>
    </w:p>
    <w:p>
      <w:r>
        <w:t xml:space="preserve">02:11:48   (Speaker B)  No worries. </w:t>
      </w:r>
    </w:p>
    <w:p>
      <w:r>
        <w:t xml:space="preserve">02:11:49   (Speaker A)  Next up, we do have ratification of fiscal year 2027 direct collect agreement with Barberside Suites. I know Ryan and Thea were working directly with this one. </w:t>
      </w:r>
    </w:p>
    <w:p>
      <w:r>
        <w:t xml:space="preserve">02:12:01   (Speaker B)  I'll let you take it from there. Ryan. </w:t>
      </w:r>
    </w:p>
    <w:p>
      <w:r>
        <w:t xml:space="preserve">02:12:02   (Speaker A)  Yeah. </w:t>
      </w:r>
    </w:p>
    <w:p>
      <w:r>
        <w:t xml:space="preserve">02:12:03   (Speaker D)  The district's O and M assessments are being collected. Some of them on the tax roll, some of them off full for the undeveloped parcels. And our process is to have a written agreement in place for these direct collect off parcels. And this is our agreement with Harborside which outlines the expectations both parties. We had a similar. We have a similar agreement with a solo the properties that he currently owns. </w:t>
      </w:r>
    </w:p>
    <w:p>
      <w:r>
        <w:t xml:space="preserve">02:12:30   (Speaker B)  And we can probably get it in </w:t>
      </w:r>
    </w:p>
    <w:p>
      <w:r>
        <w:t xml:space="preserve">02:12:32   (Speaker D)  the agenda for ratification. But just wanted to present this to you for ratification as part of our typical process we're going to do going forward for anything that's collected off roll. It's designed to protect the district because it's not a. It's a little different than using the uniform method on the tax rule rule. </w:t>
      </w:r>
    </w:p>
    <w:p>
      <w:r>
        <w:t xml:space="preserve">02:12:52   (Speaker E)  So this is not specific to Harborside. </w:t>
      </w:r>
    </w:p>
    <w:p>
      <w:r>
        <w:t xml:space="preserve">02:12:56   (Speaker D)  This is. This one particular is only specific to Harborside. </w:t>
      </w:r>
    </w:p>
    <w:p>
      <w:r>
        <w:t xml:space="preserve">02:13:00   (Speaker B)  But the. </w:t>
      </w:r>
    </w:p>
    <w:p>
      <w:r>
        <w:t xml:space="preserve">02:13:00   (Speaker D)  The text of it is the same. The only thing that's different is the. The property that it's subject to with the exhibit is. Is only the Harborside suite owned property. If it is sold to anyone else. A solo the lot. We make sure that the responsibility for paying these assessments is. It stays with this party. But they're. They're not prohibited from, you know, collecting it from a future owner. But there's. There's a lot. There's. We're going to get paid no matter </w:t>
      </w:r>
    </w:p>
    <w:p>
      <w:r>
        <w:t xml:space="preserve">02:13:31   (Speaker B)  what, whoever pays it. </w:t>
      </w:r>
    </w:p>
    <w:p>
      <w:r>
        <w:t xml:space="preserve">02:13:32   (Speaker C)  And just for clarity, point of clarity. This is Harborside Suites, the owner of the Dust bowl in Hammerhead. Not Harborside Suites, the applied apartment. </w:t>
      </w:r>
    </w:p>
    <w:p>
      <w:r>
        <w:t xml:space="preserve">02:13:43   (Speaker B)  Correct. Okay. Yeah. Harc. That's right. </w:t>
      </w:r>
    </w:p>
    <w:p>
      <w:r>
        <w:t xml:space="preserve">02:13:48   (Speaker C)  Okay, so this is. </w:t>
      </w:r>
    </w:p>
    <w:p>
      <w:r>
        <w:t xml:space="preserve">02:13:49   (Speaker B)  This is Carish property, Carter's property. </w:t>
      </w:r>
    </w:p>
    <w:p>
      <w:r>
        <w:t xml:space="preserve">02:13:52   (Speaker C)  Does they have the same name on the gis? </w:t>
      </w:r>
    </w:p>
    <w:p>
      <w:r>
        <w:t xml:space="preserve">02:13:55   (Speaker B)  Nearly the same name. </w:t>
      </w:r>
    </w:p>
    <w:p>
      <w:r>
        <w:t xml:space="preserve">02:13:57   (Speaker A)  Any other questions? If not, should be looking for a motion to approve. </w:t>
      </w:r>
    </w:p>
    <w:p>
      <w:r>
        <w:t xml:space="preserve">02:14:00   (Speaker E)  I'll make a motion to approve first for me. </w:t>
      </w:r>
    </w:p>
    <w:p>
      <w:r>
        <w:t xml:space="preserve">02:14:03   (Speaker F)  You can second. </w:t>
      </w:r>
    </w:p>
    <w:p>
      <w:r>
        <w:t xml:space="preserve">02:14:04   (Speaker A)  Second from Mary. </w:t>
      </w:r>
    </w:p>
    <w:p>
      <w:r>
        <w:t xml:space="preserve">02:14:05   (Speaker B)  All in favor? </w:t>
      </w:r>
    </w:p>
    <w:p>
      <w:r>
        <w:t xml:space="preserve">02:14:07   (Speaker A)  Motion pass. </w:t>
      </w:r>
    </w:p>
    <w:p>
      <w:r>
        <w:t xml:space="preserve">02:14:08   (Speaker E)  And it's basically just saves them money, right? This basically just saves them a 3% fee or something. </w:t>
      </w:r>
    </w:p>
    <w:p>
      <w:r>
        <w:t xml:space="preserve">02:14:15   (Speaker D)  Basically, yeah. And it's typical for. </w:t>
      </w:r>
    </w:p>
    <w:p>
      <w:r>
        <w:t xml:space="preserve">02:14:18   (Speaker B)  To be collected off roll. Yep. </w:t>
      </w:r>
    </w:p>
    <w:p>
      <w:r>
        <w:t xml:space="preserve">02:14:23   (Speaker A)  All right, moving on. We do have discussion items. First up is invoice from Point Townhomes of Little Harbor HOA for the reimbursement of the seawall repairs. So I know we kind of briefly touched on this a little bit earlier during the. A solo memo. Memo. I guess. You know, I'm not sure if the board wanted to continue thinking about it, but. </w:t>
      </w:r>
    </w:p>
    <w:p>
      <w:r>
        <w:t xml:space="preserve">02:14:43   (Speaker E)  Well, I think we're gonna have to just keep it as a place mark until we just found. Until we decide who is responsible for it. </w:t>
      </w:r>
    </w:p>
    <w:p>
      <w:r>
        <w:t xml:space="preserve">02:14:52   (Speaker B)  I agree. </w:t>
      </w:r>
    </w:p>
    <w:p>
      <w:r>
        <w:t xml:space="preserve">02:14:53   (Speaker D)  I think it makes sense to get that. That report and that information. It'll. It'll help us make a lot of decisions going forward. </w:t>
      </w:r>
    </w:p>
    <w:p>
      <w:r>
        <w:t xml:space="preserve">02:14:59   (Speaker B)  Board. </w:t>
      </w:r>
    </w:p>
    <w:p>
      <w:r>
        <w:t xml:space="preserve">02:15:01   (Speaker D)  It'll also help us decide what you're going to do with your CWL reimbursement policy, the one that's currently in place. You know, I briefly mentioned that. Just when I'm looking at it, you know, the four corners of the document, it doesn't look like it applies, you know, retroactively. But if that's the intent of the board and how they want to treat it, then you, you, you can. It's really your discretion to do that. </w:t>
      </w:r>
    </w:p>
    <w:p>
      <w:r>
        <w:t xml:space="preserve">02:15:25   (Speaker E)  Oh, yeah. I mean, you know the history. I mean, the reason why they did it is because, yeah, the board said they weren't responsible and it was about to take some buildings with it. </w:t>
      </w:r>
    </w:p>
    <w:p>
      <w:r>
        <w:t xml:space="preserve">02:15:34   (Speaker D)  I think. Yeah, I think if I were writing the policy, I probably would have. Would have clarified that and how it applies. But with that said, you have. The board is really discretion how you want to handle it. I know that we sent these to Rick in accordance with the policy to review in his initial comment. I don't know if it was relayed out yet, but he requested that any additional information about the. About the repairs that's available. I know it was a long time ago. Be provided to him so he can do his full evaluation for the policy that he looked at it and he said, I'm not. I'm not able to determine right now whether it checks all the boxes for following our policy. So if there's anything else we can provide, the district is going to relay that to the people that submitted the invoice. I mean, I know you're sitting here, </w:t>
      </w:r>
    </w:p>
    <w:p>
      <w:r>
        <w:t xml:space="preserve">02:16:24   (Speaker C)  Ian, but that's the. </w:t>
      </w:r>
    </w:p>
    <w:p>
      <w:r>
        <w:t xml:space="preserve">02:16:26   (Speaker D)  We're going to follow our process and do that. I know there was another one for. On Christopher's watch and we want to. We want to do the same. Say any information you have present, provide that we'll be able to make a full evaluation and review it to make sure, you know, the necessity of the repairs, which were not saying it was, you know, yes or no there. But in order for Rick to do his analysis, he needs. He needs more information. </w:t>
      </w:r>
    </w:p>
    <w:p>
      <w:r>
        <w:t xml:space="preserve">02:16:54   (Speaker A)  All right, Any other questions regarding that? If not, we'll move on to the Little Harbor Seawall maintenance program. Looks like we have that on here for review. Again, I think we've gone over this. You know, they presented it. Did you guys have any specific questions? Are we just going to use this as a placeholder until we figure out ownership still? </w:t>
      </w:r>
    </w:p>
    <w:p>
      <w:r>
        <w:t xml:space="preserve">02:17:13   (Speaker B)  I'll take a placeholder. </w:t>
      </w:r>
    </w:p>
    <w:p>
      <w:r>
        <w:t xml:space="preserve">02:17:14   (Speaker D)  I think a placeholder. It could potentially be revised to include. </w:t>
      </w:r>
    </w:p>
    <w:p>
      <w:r>
        <w:t xml:space="preserve">02:17:18   (Speaker B)  I agree, future areas. Okay. </w:t>
      </w:r>
    </w:p>
    <w:p>
      <w:r>
        <w:t xml:space="preserve">02:17:20   (Speaker A)  So with that, we'll move on to Sidewalk Edition, which I think we've covered the last two meetings. So I just went ahead and crossed that off. I'll make sure that's off the agenda next month after that. We do have the invoice from Tampa Bay Marine incorporated for the 3020 Christopher Weiss Lane. But I think again we just spoke about that and we're going to get the full information over to Rick, let him do his evaluation and also, you know, confirm ownership and maintenance before doing anything. So with that we'll just go ahead and move on to the financial reports. You have your acceptance of the check register, balance sheet and income statement as well as the special assessment receipt schedule. Do you guys have any questions regarding that? </w:t>
      </w:r>
    </w:p>
    <w:p>
      <w:r>
        <w:t xml:space="preserve">02:18:01   (Speaker F)  All right, my question is, and I'm, I could be off here last month I said about the billing that was submitted by Bowman. </w:t>
      </w:r>
    </w:p>
    <w:p>
      <w:r>
        <w:t xml:space="preserve">02:18:13   (Speaker A)  Yes, I got an answer for that by the way. So that invoice apparently was a late invoice. I guess they used the boat some time ago when they first initially started the project and they said that they were behind on invoicing. So that apparently I have to look into that a little bit further because he told me this yesterday but he said that that invoice was actually from last year when they initially started the project. And what they did recently, they did. </w:t>
      </w:r>
    </w:p>
    <w:p>
      <w:r>
        <w:t xml:space="preserve">02:18:34   (Speaker B)  You were right. </w:t>
      </w:r>
    </w:p>
    <w:p>
      <w:r>
        <w:t xml:space="preserve">02:18:35   (Speaker A)  They did not use a vote. </w:t>
      </w:r>
    </w:p>
    <w:p>
      <w:r>
        <w:t xml:space="preserve">02:18:38   (Speaker F)  I vote the vote. Okay, so now the buoys and the amount of hours that they put in for that charging us $238. </w:t>
      </w:r>
    </w:p>
    <w:p>
      <w:r>
        <w:t xml:space="preserve">02:18:59   (Speaker B)  Engineers are expensive. </w:t>
      </w:r>
    </w:p>
    <w:p>
      <w:r>
        <w:t xml:space="preserve">02:19:01   (Speaker F)  You've got, you're installing the buoys, you're not an engineer. You're just putting in six buoys. That's all they did. They had the five gallon trays, whatever buckets you want to call them, filled them with cement, use the wrong hardware, came back out again and look to fix it again and still charging us $238 an hour. He char. They charged us on 73. 8 hours at $238 an hour. On 71 they charged us 4 hours at $238 an hour. On 717 when they came back to look at it, to evaluate the buoy stability, they charged us six hours at $238 an hour. I'm saying no. </w:t>
      </w:r>
    </w:p>
    <w:p>
      <w:r>
        <w:t xml:space="preserve">02:19:47   (Speaker A)  And I think that's one of the main reasons why we got Clayton involved is to take a lot of that type of work off of your engineers plate. Who's going to charge you their engineer rate at any anything they do? Clayton, obviously you guys have a contract with him. He's not going to charge you guys for, for little jobs, you know. So I think that's going to help in the future. I think the problem that I'm going to have. I already have it in my notes. Look at all buoy invoicing. The problem that I'm going to have is verification and history. As you guys know, your. Your records that we received aren't the best. </w:t>
      </w:r>
    </w:p>
    <w:p>
      <w:r>
        <w:t xml:space="preserve">02:20:17   (Speaker F)  Right. </w:t>
      </w:r>
    </w:p>
    <w:p>
      <w:r>
        <w:t xml:space="preserve">02:20:18   (Speaker A)  So I'm hoping that we do have some records on the buoys and what work was done invoicing, whatnot. But I'm going to be depending on Andy and Rick to kind of provide. Provide me that history there. So I'll do what I can to get you the answers that you're looking for. I think just from a verification standpoint, it's going to be a little bit difficult, but from my standpoint. But I'm going to be asking you questions on what you remember from those times to get a better. </w:t>
      </w:r>
    </w:p>
    <w:p>
      <w:r>
        <w:t xml:space="preserve">02:20:41   (Speaker F)  Because besides me, you can ask Joe. So Joe is security down here and so is JMac, because I went back to talk to them about it also. But I was here when they did the installation, so I know what they did. But Andrew is an engineer. </w:t>
      </w:r>
    </w:p>
    <w:p>
      <w:r>
        <w:t xml:space="preserve">02:20:57   (Speaker A)  Andy. It's my understanding that Andy is also </w:t>
      </w:r>
    </w:p>
    <w:p>
      <w:r>
        <w:t xml:space="preserve">02:21:00   (Speaker B)  an engineer area at Bon. </w:t>
      </w:r>
    </w:p>
    <w:p>
      <w:r>
        <w:t xml:space="preserve">02:21:03   (Speaker A)  Yeah. </w:t>
      </w:r>
    </w:p>
    <w:p>
      <w:r>
        <w:t xml:space="preserve">02:21:03   (Speaker C)  Yeah. </w:t>
      </w:r>
    </w:p>
    <w:p>
      <w:r>
        <w:t xml:space="preserve">02:21:06   (Speaker F)  You're gonna charge us $238 an hour. </w:t>
      </w:r>
    </w:p>
    <w:p>
      <w:r>
        <w:t xml:space="preserve">02:21:08   (Speaker B)  I'm sorry, I don't think Andy's. </w:t>
      </w:r>
    </w:p>
    <w:p>
      <w:r>
        <w:t xml:space="preserve">02:21:10   (Speaker C)  Andy's not the one that physically put the buoys in at this point. </w:t>
      </w:r>
    </w:p>
    <w:p>
      <w:r>
        <w:t xml:space="preserve">02:21:12   (Speaker A)  I don't know. Amy seems to do a lot of. </w:t>
      </w:r>
    </w:p>
    <w:p>
      <w:r>
        <w:t xml:space="preserve">02:21:15   (Speaker F)  I'm pretty sure him, but I'm not positive. I don't remember. I just remember going and talking to him when he was doing the installation of the buoys. </w:t>
      </w:r>
    </w:p>
    <w:p>
      <w:r>
        <w:t xml:space="preserve">02:21:23   (Speaker C)  Okay. </w:t>
      </w:r>
    </w:p>
    <w:p>
      <w:r>
        <w:t xml:space="preserve">02:21:24   (Speaker F)  So now my next question is how do we go about getting an RFP for an engineering firm? </w:t>
      </w:r>
    </w:p>
    <w:p>
      <w:r>
        <w:t xml:space="preserve">02:21:29   (Speaker A)  Are you guys not happy with your engineers? </w:t>
      </w:r>
    </w:p>
    <w:p>
      <w:r>
        <w:t xml:space="preserve">02:21:31   (Speaker F)  I'm saying no. </w:t>
      </w:r>
    </w:p>
    <w:p>
      <w:r>
        <w:t xml:space="preserve">02:21:34   (Speaker B)  I'm not </w:t>
      </w:r>
    </w:p>
    <w:p>
      <w:r>
        <w:t xml:space="preserve">02:21:36   (Speaker F)  the only one, but I'm not happy with this. </w:t>
      </w:r>
    </w:p>
    <w:p>
      <w:r>
        <w:t xml:space="preserve">02:21:38   (Speaker A)  Yeah. How does the rest of the board feel about that? </w:t>
      </w:r>
    </w:p>
    <w:p>
      <w:r>
        <w:t xml:space="preserve">02:21:40   (Speaker E)  I feel the same way. Okay. It's. We've had them for quite a while. </w:t>
      </w:r>
    </w:p>
    <w:p>
      <w:r>
        <w:t xml:space="preserve">02:21:48   (Speaker B)  It seems like we're cleaning house, so I'll grow. All right. Logan, </w:t>
      </w:r>
    </w:p>
    <w:p>
      <w:r>
        <w:t xml:space="preserve">02:21:55   (Speaker C)  say I haven't been on the </w:t>
      </w:r>
    </w:p>
    <w:p>
      <w:r>
        <w:t xml:space="preserve">02:21:56   (Speaker B)  board long enough to have a. </w:t>
      </w:r>
    </w:p>
    <w:p>
      <w:r>
        <w:t xml:space="preserve">02:21:57   (Speaker A)  What I will say is my short time here. Rick has been extremely knowledgeable and helpful with getting us transitioned. And he seems to know your district like the back of his hand. Anytime that we speak to him. I don't know if. Ryan, you have the same. The same opinion there. It is absolutely your right to seek competing offers or proposals from other firms. And if that's what you guys want. We'll absolutely do that. Just coming from my perspective, I just wanted to put that out there that Rick and his firm have been extremely helpful during this process. </w:t>
      </w:r>
    </w:p>
    <w:p>
      <w:r>
        <w:t xml:space="preserve">02:22:28   (Speaker C)  And </w:t>
      </w:r>
    </w:p>
    <w:p>
      <w:r>
        <w:t xml:space="preserve">02:22:32   (Speaker A)  yeah, I think. </w:t>
      </w:r>
    </w:p>
    <w:p>
      <w:r>
        <w:t xml:space="preserve">02:22:33   (Speaker B)  I think I'll leave it at that. </w:t>
      </w:r>
    </w:p>
    <w:p>
      <w:r>
        <w:t xml:space="preserve">02:22:34   (Speaker A)  He's always available. He's always. He's pretty responsive. I think I've only had to follow with him on a couple of emails where he hasn't responded to. He's always available for every meeting we ask him to. To come to. It seems like at the drop of a dime too. So with other engineering firms, I can't. We work with a lot of them and they're all very, very great. I have a lot of them that I really, really like. This will be the first time that I'm working with Bowman, but so far my impression has been pretty good. And it might be a conversation that I want to get Clayton involved with as well, because he does work with them a lot as well, and he could probably give you a better opinion on what he thinks is. </w:t>
      </w:r>
    </w:p>
    <w:p>
      <w:r>
        <w:t xml:space="preserve">02:23:10   (Speaker C)  Is. </w:t>
      </w:r>
    </w:p>
    <w:p>
      <w:r>
        <w:t xml:space="preserve">02:23:10   (Speaker A)  Is appropriate. </w:t>
      </w:r>
    </w:p>
    <w:p>
      <w:r>
        <w:t xml:space="preserve">02:23:11   (Speaker B)  I personally think we should just keep what we got until we get past a solo issue. Because, I mean, do we want to really want to go down that route </w:t>
      </w:r>
    </w:p>
    <w:p>
      <w:r>
        <w:t xml:space="preserve">02:23:18   (Speaker A)  again and we have to retrain somebody. </w:t>
      </w:r>
    </w:p>
    <w:p>
      <w:r>
        <w:t xml:space="preserve">02:23:22   (Speaker F)  The whole process takes. Probably gonna take us probably a year. </w:t>
      </w:r>
    </w:p>
    <w:p>
      <w:r>
        <w:t xml:space="preserve">02:23:26   (Speaker A)  To get a new engineer. </w:t>
      </w:r>
    </w:p>
    <w:p>
      <w:r>
        <w:t xml:space="preserve">02:23:28   (Speaker F)  Yeah. </w:t>
      </w:r>
    </w:p>
    <w:p>
      <w:r>
        <w:t xml:space="preserve">02:23:29   (Speaker A)  No, to get a new engineer. Two months maybe. </w:t>
      </w:r>
    </w:p>
    <w:p>
      <w:r>
        <w:t xml:space="preserve">02:23:33   (Speaker E)  Yeah. </w:t>
      </w:r>
    </w:p>
    <w:p>
      <w:r>
        <w:t xml:space="preserve">02:23:34   (Speaker B)  I just think we should get. I think we don't need to change too many wheels while we're trying to get through this other process. </w:t>
      </w:r>
    </w:p>
    <w:p>
      <w:r>
        <w:t xml:space="preserve">02:23:39   (Speaker A)  I would say that's probably smart. Yeah. </w:t>
      </w:r>
    </w:p>
    <w:p>
      <w:r>
        <w:t xml:space="preserve">02:23:43   (Speaker B)  Well, what. </w:t>
      </w:r>
    </w:p>
    <w:p>
      <w:r>
        <w:t xml:space="preserve">02:23:44   (Speaker A)  I mean, what is there some. Other than the buoy situation? Is there other situations where you guys aren't happy with him? Is like something that I can call </w:t>
      </w:r>
    </w:p>
    <w:p>
      <w:r>
        <w:t xml:space="preserve">02:23:51   (Speaker B)  out and talk to him about. </w:t>
      </w:r>
    </w:p>
    <w:p>
      <w:r>
        <w:t xml:space="preserve">02:23:53   (Speaker F)  Okay, so when I. We've gone through this process in terms of trying to get the stop signs, I'm going to say probably for close to a year that we have approved having the stop signs. And it was said that no, we had to go through the whole process. Well, I'm still looking at the fact that this is such a dangerous situation. I'm going to say to you that I was in that crosswalk the other day, six cars, I'm standing in the crosswalk. They just blow through that. If I was had walked three more feet out into the crosswalk, I'd be dead. It's craziness that we can't get to stop signs in there. </w:t>
      </w:r>
    </w:p>
    <w:p>
      <w:r>
        <w:t xml:space="preserve">02:24:30   (Speaker A)  So you guys are looking for a stop sign to be. </w:t>
      </w:r>
    </w:p>
    <w:p>
      <w:r>
        <w:t xml:space="preserve">02:24:33   (Speaker F)  Two stop signs to be installed and we're still waiting. I'm gonna say to you, it's probably a year. </w:t>
      </w:r>
    </w:p>
    <w:p>
      <w:r>
        <w:t xml:space="preserve">02:24:41   (Speaker E)  There have been issues where it's taking </w:t>
      </w:r>
    </w:p>
    <w:p>
      <w:r>
        <w:t xml:space="preserve">02:24:43   (Speaker B)  a long time to get stuff. Responsiveness. Yeah. </w:t>
      </w:r>
    </w:p>
    <w:p>
      <w:r>
        <w:t xml:space="preserve">02:24:48   (Speaker A)  And listen, I don't want to throw anyone under the bus that's unneeded to, but I think a lot of that, because what. What I'll say is, like I said, since I've been here, to be very responsive. He's gotten stuff across. I mean, even that report that you guys are looking at right there, he got that in two days for us. </w:t>
      </w:r>
    </w:p>
    <w:p>
      <w:r>
        <w:t xml:space="preserve">02:25:02   (Speaker F)  But that report was supposed to have been given to us in April. In April. </w:t>
      </w:r>
    </w:p>
    <w:p>
      <w:r>
        <w:t xml:space="preserve">02:25:05   (Speaker A)  This one right here. </w:t>
      </w:r>
    </w:p>
    <w:p>
      <w:r>
        <w:t xml:space="preserve">02:25:06   (Speaker F)  The one for all the infrastructure in here. Yes, he told me. </w:t>
      </w:r>
    </w:p>
    <w:p>
      <w:r>
        <w:t xml:space="preserve">02:25:12   (Speaker A)  Talking about this report right here. </w:t>
      </w:r>
    </w:p>
    <w:p>
      <w:r>
        <w:t xml:space="preserve">02:25:14   (Speaker F)  Oh, yeah, no. </w:t>
      </w:r>
    </w:p>
    <w:p>
      <w:r>
        <w:t xml:space="preserve">02:25:15   (Speaker A)  So he turned that around in two days. </w:t>
      </w:r>
    </w:p>
    <w:p>
      <w:r>
        <w:t xml:space="preserve">02:25:17   (Speaker F)  Okay. </w:t>
      </w:r>
    </w:p>
    <w:p>
      <w:r>
        <w:t xml:space="preserve">02:25:17   (Speaker A)  The report, the street light reporter. Sorry, the street and everything you're talking about. He had it readily available and sent it right over to me. So I'm not sure if it was your prior management not communicating with you guys effectively between your engineer and you guys, but as far as I've been sitting in this seat managing your district, he's been very responsive. He's shown up to. He. He was. I don't know. You guys don't see what I see on Zoom, but two meetings ago, he was on your meeting while he was cleaning out his garage with his family, ready to move, and he had his camera on the whole time. So he's extremely dedicated to you guys, and I would hate to see that relationship be ruined if we can possibly save it with a little bit of a conversation. So if there's. There's anything specifically that I can say, hey, you know, they've been waiting on this. Like you just said, you've been following up on the, on the stop signs that you guys wanted added. I'm going to go to and be like, hey, we need this for the next meeting. So if there's stuff specifically that I can go to him and say, hey, this is what we need from you. They're frustrated. Let's work this out, get this, get this situated. I think that's going to be a much better position for you guys than just kind of hiring. I'm firing and hiring someone. </w:t>
      </w:r>
    </w:p>
    <w:p>
      <w:r>
        <w:t xml:space="preserve">02:26:17   (Speaker F)  Okay, So I didn't see what you sent to me this morning. Okay, so was that report the entire infrastructure for here, for the cdd? </w:t>
      </w:r>
    </w:p>
    <w:p>
      <w:r>
        <w:t xml:space="preserve">02:26:25   (Speaker A)  It looked like it. The only thing that he did not include was the lights, because the lights are owned and maintained by Tico. </w:t>
      </w:r>
    </w:p>
    <w:p>
      <w:r>
        <w:t xml:space="preserve">02:26:30   (Speaker F)  Okay. Because that's what he had said. In March, we'd have it for April. In April, he said it wasn't done, and, no, it's going to be May now. It's good. So here we are in mid September. That's a long time to wait to make. </w:t>
      </w:r>
    </w:p>
    <w:p>
      <w:r>
        <w:t xml:space="preserve">02:26:40   (Speaker A)  I agree with you. I agree with you. I think that is a long time to wait, and I think I'm gonna put my hand up a little bit for that one, because I didn't follow him on that either, and I should have, and I definitely don't want to take the heat for anybody. Right. That's not. That's not what I want to do. I get. I take my own heat all the time, but I think just out of the best interest of the district and everything that you guys got going on right now, Rick has been a plethora of information for us, and I think give us a few months to work with him and your specific request, and if you guys don't see a huge improvement over the next two to three months, I'll be the first ones to tell you. Yeah, we'll get someone else new in here. </w:t>
      </w:r>
    </w:p>
    <w:p>
      <w:r>
        <w:t xml:space="preserve">02:27:15   (Speaker B)  All right, fair enough. </w:t>
      </w:r>
    </w:p>
    <w:p>
      <w:r>
        <w:t xml:space="preserve">02:27:16   (Speaker A)  Does that work for you guys? </w:t>
      </w:r>
    </w:p>
    <w:p>
      <w:r>
        <w:t xml:space="preserve">02:27:17   (Speaker F)  Yeah. </w:t>
      </w:r>
    </w:p>
    <w:p>
      <w:r>
        <w:t xml:space="preserve">02:27:18   (Speaker E)  Okay. </w:t>
      </w:r>
    </w:p>
    <w:p>
      <w:r>
        <w:t xml:space="preserve">02:27:19   (Speaker B)  All right, cool. </w:t>
      </w:r>
    </w:p>
    <w:p>
      <w:r>
        <w:t xml:space="preserve">02:27:20   (Speaker A)  I think we kind of skipped down. I think that was a supervisor request. So I do think we still need to get the financials approved. So did anyone have any other questions on the financials, Balance sheet, income statement, special assessment, receipt, schedule? If not, just be looking for a motion. </w:t>
      </w:r>
    </w:p>
    <w:p>
      <w:r>
        <w:t xml:space="preserve">02:27:36   (Speaker D)  I'll make a motion to approve. </w:t>
      </w:r>
    </w:p>
    <w:p>
      <w:r>
        <w:t xml:space="preserve">02:27:37   (Speaker A)  All right, first from Ian. </w:t>
      </w:r>
    </w:p>
    <w:p>
      <w:r>
        <w:t xml:space="preserve">02:27:39   (Speaker B)  I'll second. </w:t>
      </w:r>
    </w:p>
    <w:p>
      <w:r>
        <w:t xml:space="preserve">02:27:40   (Speaker A)  Second from John. All in favor? </w:t>
      </w:r>
    </w:p>
    <w:p>
      <w:r>
        <w:t xml:space="preserve">02:27:42   (Speaker E)  Hi. </w:t>
      </w:r>
    </w:p>
    <w:p>
      <w:r>
        <w:t xml:space="preserve">02:27:42   (Speaker A)  All right, motion passes. Did I hear you, Mary? </w:t>
      </w:r>
    </w:p>
    <w:p>
      <w:r>
        <w:t xml:space="preserve">02:27:45   (Speaker F)  Yes. </w:t>
      </w:r>
    </w:p>
    <w:p>
      <w:r>
        <w:t xml:space="preserve">02:27:45   (Speaker A)  All right, perfect. </w:t>
      </w:r>
    </w:p>
    <w:p>
      <w:r>
        <w:t xml:space="preserve">02:27:46   (Speaker F)  Sorry. </w:t>
      </w:r>
    </w:p>
    <w:p>
      <w:r>
        <w:t xml:space="preserve">02:27:47   (Speaker A)  No worries. Motion passes. Forward to zero. All right, so next up, we do have supervisor requests. I have it on there already on Rick, with Rick on stop signs and other stuff that I'm hoping to receive from you guys in between this meeting and the next meeting. Any information that you have that I can talk to them about, please send it over so that I can make that conversation productive. Any other supervisor requests at this time? </w:t>
      </w:r>
    </w:p>
    <w:p>
      <w:r>
        <w:t xml:space="preserve">02:28:11   (Speaker F)  I think that we had approved before that we needed new banners for the polls coming in. </w:t>
      </w:r>
    </w:p>
    <w:p>
      <w:r>
        <w:t xml:space="preserve">02:28:17   (Speaker A)  You guys approved actual banners or just approved free quotes to be received? </w:t>
      </w:r>
    </w:p>
    <w:p>
      <w:r>
        <w:t xml:space="preserve">02:28:21   (Speaker F)  Well, I'm gonna say we probably just approved for them to be purchased because we were going back to the same vendor that we have. Okay, now, who. </w:t>
      </w:r>
    </w:p>
    <w:p>
      <w:r>
        <w:t xml:space="preserve">02:28:29   (Speaker A)  Who was the vendor? </w:t>
      </w:r>
    </w:p>
    <w:p>
      <w:r>
        <w:t xml:space="preserve">02:28:31   (Speaker F)  South Shore signs. </w:t>
      </w:r>
    </w:p>
    <w:p>
      <w:r>
        <w:t xml:space="preserve">02:28:32   (Speaker E)  Oh, okay. </w:t>
      </w:r>
    </w:p>
    <w:p>
      <w:r>
        <w:t xml:space="preserve">02:28:33   (Speaker A)  I know them very well. </w:t>
      </w:r>
    </w:p>
    <w:p>
      <w:r>
        <w:t xml:space="preserve">02:28:34   (Speaker B)  Okay, perfect. </w:t>
      </w:r>
    </w:p>
    <w:p>
      <w:r>
        <w:t xml:space="preserve">02:28:35   (Speaker A)  South Shore signs. And you just want the same ones that you currently have, just new. </w:t>
      </w:r>
    </w:p>
    <w:p>
      <w:r>
        <w:t xml:space="preserve">02:28:41   (Speaker F)  We need. We don't have enough you don't have enough. </w:t>
      </w:r>
    </w:p>
    <w:p>
      <w:r>
        <w:t xml:space="preserve">02:28:43   (Speaker A)  You need more. </w:t>
      </w:r>
    </w:p>
    <w:p>
      <w:r>
        <w:t xml:space="preserve">02:28:44   (Speaker F)  I need more. </w:t>
      </w:r>
    </w:p>
    <w:p>
      <w:r>
        <w:t xml:space="preserve">02:28:44   (Speaker A)  Got it. </w:t>
      </w:r>
    </w:p>
    <w:p>
      <w:r>
        <w:t xml:space="preserve">02:28:45   (Speaker F)  Or shouldn't say I. But I'm them that's going to talk to them. </w:t>
      </w:r>
    </w:p>
    <w:p>
      <w:r>
        <w:t xml:space="preserve">02:28:49   (Speaker A)  Okay. </w:t>
      </w:r>
    </w:p>
    <w:p>
      <w:r>
        <w:t xml:space="preserve">02:28:49   (Speaker F)  And we need more Christmas banners also. And whatever those polls are holders, whatever you. </w:t>
      </w:r>
    </w:p>
    <w:p>
      <w:r>
        <w:t xml:space="preserve">02:28:57   (Speaker G)  Yeah. </w:t>
      </w:r>
    </w:p>
    <w:p>
      <w:r>
        <w:t xml:space="preserve">02:28:57   (Speaker F)  What comes out of them to hold the polls on. We need new ones of those. </w:t>
      </w:r>
    </w:p>
    <w:p>
      <w:r>
        <w:t xml:space="preserve">02:29:01   (Speaker A)  Okay. And I don't know I'm going to bring this up on record, but I'm assuming you guys have an agreement with Tico that says that's giving you permission to put those legs on their poles. </w:t>
      </w:r>
    </w:p>
    <w:p>
      <w:r>
        <w:t xml:space="preserve">02:29:13   (Speaker F)  I don't know. They've been there since I moved here in 15. </w:t>
      </w:r>
    </w:p>
    <w:p>
      <w:r>
        <w:t xml:space="preserve">02:29:15   (Speaker D)  So the developer put them up. </w:t>
      </w:r>
    </w:p>
    <w:p>
      <w:r>
        <w:t xml:space="preserve">02:29:18   (Speaker B)  Think you're not sure if they're. </w:t>
      </w:r>
    </w:p>
    <w:p>
      <w:r>
        <w:t xml:space="preserve">02:29:21   (Speaker A)  Are they just in my pico poles? </w:t>
      </w:r>
    </w:p>
    <w:p>
      <w:r>
        <w:t xml:space="preserve">02:29:23   (Speaker B)  Because those are the concrete poles. </w:t>
      </w:r>
    </w:p>
    <w:p>
      <w:r>
        <w:t xml:space="preserve">02:29:25   (Speaker D)  A situation where they're the enhanced product where we're paying more to. To have that. </w:t>
      </w:r>
    </w:p>
    <w:p>
      <w:r>
        <w:t xml:space="preserve">02:29:33   (Speaker A)  And they're like, I'll look into that. I'm not going to create an issue out of some of them. Things, too are going to be. </w:t>
      </w:r>
    </w:p>
    <w:p>
      <w:r>
        <w:t xml:space="preserve">02:29:38   (Speaker B)  That might be a. To get some of the things fixed. Might be a requirement to get a contractor or some. </w:t>
      </w:r>
    </w:p>
    <w:p>
      <w:r>
        <w:t xml:space="preserve">02:29:44   (Speaker A)  Because some of them things are rotted out. </w:t>
      </w:r>
    </w:p>
    <w:p>
      <w:r>
        <w:t xml:space="preserve">02:29:46   (Speaker B)  They're going to need to be bored out. And the sleeve needs to be put back in. You notice some of the concrete fold around it. You start. </w:t>
      </w:r>
    </w:p>
    <w:p>
      <w:r>
        <w:t xml:space="preserve">02:29:53   (Speaker D)  You start getting past that, you know, the outside and start getting close to Tico's actual stuff. </w:t>
      </w:r>
    </w:p>
    <w:p>
      <w:r>
        <w:t xml:space="preserve">02:29:59   (Speaker B)  Then. Then you might need to get permission. </w:t>
      </w:r>
    </w:p>
    <w:p>
      <w:r>
        <w:t xml:space="preserve">02:30:01   (Speaker A)  What you have is you have a </w:t>
      </w:r>
    </w:p>
    <w:p>
      <w:r>
        <w:t xml:space="preserve">02:30:02   (Speaker B)  concrete pole and you have a metal casing that has thread stock in it. </w:t>
      </w:r>
    </w:p>
    <w:p>
      <w:r>
        <w:t xml:space="preserve">02:30:08   (Speaker A)  And then you have a pole that screws into the. </w:t>
      </w:r>
    </w:p>
    <w:p>
      <w:r>
        <w:t xml:space="preserve">02:30:10   (Speaker B)  For the banner. The issues on a lot of the </w:t>
      </w:r>
    </w:p>
    <w:p>
      <w:r>
        <w:t xml:space="preserve">02:30:13   (Speaker A)  poles, where they're missing the stock is </w:t>
      </w:r>
    </w:p>
    <w:p>
      <w:r>
        <w:t xml:space="preserve">02:30:15   (Speaker B)  the concrete's spoiled around the red stock. And because the thread stock itself is rusted inside the concrete. </w:t>
      </w:r>
    </w:p>
    <w:p>
      <w:r>
        <w:t xml:space="preserve">02:30:22   (Speaker D)  Is this in a particular area? Just right. </w:t>
      </w:r>
    </w:p>
    <w:p>
      <w:r>
        <w:t xml:space="preserve">02:30:24   (Speaker F)  It's all the way down. It's coming in over the bridge. There's eight, I think, coming over the bridge. And then just. </w:t>
      </w:r>
    </w:p>
    <w:p>
      <w:r>
        <w:t xml:space="preserve">02:30:35   (Speaker B)  I think we have different. </w:t>
      </w:r>
    </w:p>
    <w:p>
      <w:r>
        <w:t xml:space="preserve">02:30:36   (Speaker D)  Technically have different accounts for different things. Yeah, if you can narrow it to the right one, that'll help us figure </w:t>
      </w:r>
    </w:p>
    <w:p>
      <w:r>
        <w:t xml:space="preserve">02:30:41   (Speaker F)  out really both of them. </w:t>
      </w:r>
    </w:p>
    <w:p>
      <w:r>
        <w:t xml:space="preserve">02:30:42   (Speaker B)  Just look at behavior. Okay. </w:t>
      </w:r>
    </w:p>
    <w:p>
      <w:r>
        <w:t xml:space="preserve">02:30:44   (Speaker C)  All the polls. </w:t>
      </w:r>
    </w:p>
    <w:p>
      <w:r>
        <w:t xml:space="preserve">02:30:45   (Speaker A)  Can you possibly get me a count of how many? </w:t>
      </w:r>
    </w:p>
    <w:p>
      <w:r>
        <w:t xml:space="preserve">02:30:47   (Speaker F)  Yeah, I will. </w:t>
      </w:r>
    </w:p>
    <w:p>
      <w:r>
        <w:t xml:space="preserve">02:30:47   (Speaker B)  I'll go in. </w:t>
      </w:r>
    </w:p>
    <w:p>
      <w:r>
        <w:t xml:space="preserve">02:30:48   (Speaker A)  Beautiful. And then I'll work with South Shore and we'll get that situated. </w:t>
      </w:r>
    </w:p>
    <w:p>
      <w:r>
        <w:t xml:space="preserve">02:30:52   (Speaker B)  I think Leia has the. </w:t>
      </w:r>
    </w:p>
    <w:p>
      <w:r>
        <w:t xml:space="preserve">02:30:55   (Speaker A)  Everyone. </w:t>
      </w:r>
    </w:p>
    <w:p>
      <w:r>
        <w:t xml:space="preserve">02:30:55   (Speaker D)  The different accounts. So, like, we need to figure out which one fixed. </w:t>
      </w:r>
    </w:p>
    <w:p>
      <w:r>
        <w:t xml:space="preserve">02:30:58   (Speaker B)  But I think it's going to be. </w:t>
      </w:r>
    </w:p>
    <w:p>
      <w:r>
        <w:t xml:space="preserve">02:31:00   (Speaker A)  It's not just a. </w:t>
      </w:r>
    </w:p>
    <w:p>
      <w:r>
        <w:t xml:space="preserve">02:31:01   (Speaker C)  Some of them. Some of them. </w:t>
      </w:r>
    </w:p>
    <w:p>
      <w:r>
        <w:t xml:space="preserve">02:31:02   (Speaker A)  The other thing we try to do </w:t>
      </w:r>
    </w:p>
    <w:p>
      <w:r>
        <w:t xml:space="preserve">02:31:03   (Speaker B)  is rob some from areas we don't need. Oh, right. </w:t>
      </w:r>
    </w:p>
    <w:p>
      <w:r>
        <w:t xml:space="preserve">02:31:06   (Speaker F)  Well, I'm going to say we could. I'll tell you where we can rob them from the apartment building because they're never going to do it. </w:t>
      </w:r>
    </w:p>
    <w:p>
      <w:r>
        <w:t xml:space="preserve">02:31:12   (Speaker A)  Yeah, we can discuss that. </w:t>
      </w:r>
    </w:p>
    <w:p>
      <w:r>
        <w:t xml:space="preserve">02:31:13   (Speaker E)  We have someone in. In where I park my car. We got two right there. </w:t>
      </w:r>
    </w:p>
    <w:p>
      <w:r>
        <w:t xml:space="preserve">02:31:18   (Speaker B)  We just got to see if we can get some penetrating oil. </w:t>
      </w:r>
    </w:p>
    <w:p>
      <w:r>
        <w:t xml:space="preserve">02:31:21   (Speaker F)  Should we ask J. Mac then to give us proposal to. </w:t>
      </w:r>
    </w:p>
    <w:p>
      <w:r>
        <w:t xml:space="preserve">02:31:25   (Speaker A)  Yeah, we can. I had a plan to ask Clayton to take a look at him next time he's on site. And then once he takes a look, he can get JMAC involved as. As from there. </w:t>
      </w:r>
    </w:p>
    <w:p>
      <w:r>
        <w:t xml:space="preserve">02:31:33   (Speaker F)  It's gonna be nice to have it. So it looks good. </w:t>
      </w:r>
    </w:p>
    <w:p>
      <w:r>
        <w:t xml:space="preserve">02:31:36   (Speaker A)  Yeah, absolutely. </w:t>
      </w:r>
    </w:p>
    <w:p>
      <w:r>
        <w:t xml:space="preserve">02:31:37   (Speaker D)  Okay. </w:t>
      </w:r>
    </w:p>
    <w:p>
      <w:r>
        <w:t xml:space="preserve">02:31:38   (Speaker A)  Anything else, Mary? </w:t>
      </w:r>
    </w:p>
    <w:p>
      <w:r>
        <w:t xml:space="preserve">02:31:40   (Speaker F)  No, I crossed off a lot of things on my list. </w:t>
      </w:r>
    </w:p>
    <w:p>
      <w:r>
        <w:t xml:space="preserve">02:31:42   (Speaker B)  All right. And anything from you, I got nothing. </w:t>
      </w:r>
    </w:p>
    <w:p>
      <w:r>
        <w:t xml:space="preserve">02:31:44   (Speaker A)  John Logan. </w:t>
      </w:r>
    </w:p>
    <w:p>
      <w:r>
        <w:t xml:space="preserve">02:31:47   (Speaker C)  Yeah. Quick one. On the agenda package or packet, </w:t>
      </w:r>
    </w:p>
    <w:p>
      <w:r>
        <w:t xml:space="preserve">02:31:56   (Speaker B)  could </w:t>
      </w:r>
    </w:p>
    <w:p>
      <w:r>
        <w:t xml:space="preserve">02:31:56   (Speaker C)  you going forward or whoever puts this together just have like on the actual like meeting agenda, like page or two pages. </w:t>
      </w:r>
    </w:p>
    <w:p>
      <w:r>
        <w:t xml:space="preserve">02:32:06   (Speaker A)  The actual agenda. </w:t>
      </w:r>
    </w:p>
    <w:p>
      <w:r>
        <w:t xml:space="preserve">02:32:06   (Speaker C)  Yeah, yeah. Just for areas that like. Like approval of the minutes. Right. </w:t>
      </w:r>
    </w:p>
    <w:p>
      <w:r>
        <w:t xml:space="preserve">02:32:14   (Speaker B)  You click. </w:t>
      </w:r>
    </w:p>
    <w:p>
      <w:r>
        <w:t xml:space="preserve">02:32:15   (Speaker C)  You can click on it and it goes those jumps you right to the minute. </w:t>
      </w:r>
    </w:p>
    <w:p>
      <w:r>
        <w:t xml:space="preserve">02:32:17   (Speaker B)  Have a hyperlink on the hyperlink. </w:t>
      </w:r>
    </w:p>
    <w:p>
      <w:r>
        <w:t xml:space="preserve">02:32:19   (Speaker C)  Yeah. </w:t>
      </w:r>
    </w:p>
    <w:p>
      <w:r>
        <w:t xml:space="preserve">02:32:19   (Speaker A)  On the actual agenda in your agenda packages. </w:t>
      </w:r>
    </w:p>
    <w:p>
      <w:r>
        <w:t xml:space="preserve">02:32:21   (Speaker C)  Yeah. That way we don't have to like </w:t>
      </w:r>
    </w:p>
    <w:p>
      <w:r>
        <w:t xml:space="preserve">02:32:23   (Speaker B)  find 200 pages to get to it. </w:t>
      </w:r>
    </w:p>
    <w:p>
      <w:r>
        <w:t xml:space="preserve">02:32:25   (Speaker A)  You guys, on the side there is a bookmark tab. </w:t>
      </w:r>
    </w:p>
    <w:p>
      <w:r>
        <w:t xml:space="preserve">02:32:28   (Speaker B)  Let's show you. </w:t>
      </w:r>
    </w:p>
    <w:p>
      <w:r>
        <w:t xml:space="preserve">02:32:30   (Speaker A)  It's already included. </w:t>
      </w:r>
    </w:p>
    <w:p>
      <w:r>
        <w:t xml:space="preserve">02:32:31   (Speaker F)  Oh, over here. </w:t>
      </w:r>
    </w:p>
    <w:p>
      <w:r>
        <w:t xml:space="preserve">02:32:32   (Speaker B)  Oh, look at that. It is so boom. </w:t>
      </w:r>
    </w:p>
    <w:p>
      <w:r>
        <w:t xml:space="preserve">02:32:36   (Speaker A)  And then it's all right there. </w:t>
      </w:r>
    </w:p>
    <w:p>
      <w:r>
        <w:t xml:space="preserve">02:32:37   (Speaker E)  Okay. </w:t>
      </w:r>
    </w:p>
    <w:p>
      <w:r>
        <w:t xml:space="preserve">02:32:40   (Speaker A)  It's not on the actual agenda, but it would be on the acrobatic that. Okay, go to the. </w:t>
      </w:r>
    </w:p>
    <w:p>
      <w:r>
        <w:t xml:space="preserve">02:32:45   (Speaker E)  Yeah, there you go. Okay. </w:t>
      </w:r>
    </w:p>
    <w:p>
      <w:r>
        <w:t xml:space="preserve">02:32:48   (Speaker B)  Could you also. </w:t>
      </w:r>
    </w:p>
    <w:p>
      <w:r>
        <w:t xml:space="preserve">02:32:51   (Speaker F)  Yeah. Because I'm saying something. </w:t>
      </w:r>
    </w:p>
    <w:p>
      <w:r>
        <w:t xml:space="preserve">02:32:52   (Speaker C)  I know I have it on. </w:t>
      </w:r>
    </w:p>
    <w:p>
      <w:r>
        <w:t xml:space="preserve">02:32:56   (Speaker B)  Oh, got it. </w:t>
      </w:r>
    </w:p>
    <w:p>
      <w:r>
        <w:t xml:space="preserve">02:32:56   (Speaker A)  I hear what you're saying. </w:t>
      </w:r>
    </w:p>
    <w:p>
      <w:r>
        <w:t xml:space="preserve">02:32:57   (Speaker C)  So it would be easier for. </w:t>
      </w:r>
    </w:p>
    <w:p>
      <w:r>
        <w:t xml:space="preserve">02:32:58   (Speaker A)  Yeah, let me. Let me ask. And I'll see if what we can do there. </w:t>
      </w:r>
    </w:p>
    <w:p>
      <w:r>
        <w:t xml:space="preserve">02:33:01   (Speaker B)  It should be. </w:t>
      </w:r>
    </w:p>
    <w:p>
      <w:r>
        <w:t xml:space="preserve">02:33:02   (Speaker C)  Should be super easy to do. So just the last thing you would do before sending it. </w:t>
      </w:r>
    </w:p>
    <w:p>
      <w:r>
        <w:t xml:space="preserve">02:33:08   (Speaker B)  Okay. </w:t>
      </w:r>
    </w:p>
    <w:p>
      <w:r>
        <w:t xml:space="preserve">02:33:11   (Speaker C)  Just take probably two, three minutes to do it. Yeah. Because I. I take all my notes on my iPad. </w:t>
      </w:r>
    </w:p>
    <w:p>
      <w:r>
        <w:t xml:space="preserve">02:33:18   (Speaker B)  There might be a way to make a macro or my hip link at. At the. At the item number. </w:t>
      </w:r>
    </w:p>
    <w:p>
      <w:r>
        <w:t xml:space="preserve">02:33:23   (Speaker A)  Yeah. I'll ask Nicole and. And Rebecca what their capabilities are on that and see if that's something they can do and if so, they shouldn't be cool. </w:t>
      </w:r>
    </w:p>
    <w:p>
      <w:r>
        <w:t xml:space="preserve">02:33:31   (Speaker C)  Other thing that I just realized and Clayton likely probably already has an idea on this, but I just didn't see it on here and I didn't. I did not go through the RFP in super close detail as everything else, but I don't. On the map for the. For the area. I know it's complicated, but 32nd street is not included and I don't know how I'm going to handle that or how we want to handle that. </w:t>
      </w:r>
    </w:p>
    <w:p>
      <w:r>
        <w:t xml:space="preserve">02:33:59   (Speaker A)  But 30 second, you said. </w:t>
      </w:r>
    </w:p>
    <w:p>
      <w:r>
        <w:t xml:space="preserve">02:34:01   (Speaker C)  Yeah, yeah. </w:t>
      </w:r>
    </w:p>
    <w:p>
      <w:r>
        <w:t xml:space="preserve">02:34:02   (Speaker E)  The entrance road. </w:t>
      </w:r>
    </w:p>
    <w:p>
      <w:r>
        <w:t xml:space="preserve">02:34:03   (Speaker B)  Yeah. </w:t>
      </w:r>
    </w:p>
    <w:p>
      <w:r>
        <w:t xml:space="preserve">02:34:05   (Speaker E)  Belongs to Hillsboro. </w:t>
      </w:r>
    </w:p>
    <w:p>
      <w:r>
        <w:t xml:space="preserve">02:34:06   (Speaker B)  That. </w:t>
      </w:r>
    </w:p>
    <w:p>
      <w:r>
        <w:t xml:space="preserve">02:34:06   (Speaker C)  Yeah, that whole. That whole thing. But yeah, we don't want to get. </w:t>
      </w:r>
    </w:p>
    <w:p>
      <w:r>
        <w:t xml:space="preserve">02:34:10   (Speaker A)  We have a maintenance agreement with Hillsborough county for that. </w:t>
      </w:r>
    </w:p>
    <w:p>
      <w:r>
        <w:t xml:space="preserve">02:34:12   (Speaker D)  Do you know. </w:t>
      </w:r>
    </w:p>
    <w:p>
      <w:r>
        <w:t xml:space="preserve">02:34:13   (Speaker B)  You guys know? </w:t>
      </w:r>
    </w:p>
    <w:p>
      <w:r>
        <w:t xml:space="preserve">02:34:14   (Speaker E)  Sure. </w:t>
      </w:r>
    </w:p>
    <w:p>
      <w:r>
        <w:t xml:space="preserve">02:34:14   (Speaker B)  I don't know. </w:t>
      </w:r>
    </w:p>
    <w:p>
      <w:r>
        <w:t xml:space="preserve">02:34:16   (Speaker F)  Again, it's been done since I bought so 2015. </w:t>
      </w:r>
    </w:p>
    <w:p>
      <w:r>
        <w:t xml:space="preserve">02:34:20   (Speaker B)  So again, developer always been. </w:t>
      </w:r>
    </w:p>
    <w:p>
      <w:r>
        <w:t xml:space="preserve">02:34:23   (Speaker A)  I will find that out. That's very interesting. </w:t>
      </w:r>
    </w:p>
    <w:p>
      <w:r>
        <w:t xml:space="preserve">02:34:26   (Speaker C)  Yeah. </w:t>
      </w:r>
    </w:p>
    <w:p>
      <w:r>
        <w:t xml:space="preserve">02:34:26   (Speaker B)  Okay. </w:t>
      </w:r>
    </w:p>
    <w:p>
      <w:r>
        <w:t xml:space="preserve">02:34:27   (Speaker A)  And the other thing I have on </w:t>
      </w:r>
    </w:p>
    <w:p>
      <w:r>
        <w:t xml:space="preserve">02:34:28   (Speaker B)  that, to that effect, the area at the end of Sea Grape is being maintained by somebody us and it's not on his map. </w:t>
      </w:r>
    </w:p>
    <w:p>
      <w:r>
        <w:t xml:space="preserve">02:34:40   (Speaker A)  So if you look at the. </w:t>
      </w:r>
    </w:p>
    <w:p>
      <w:r>
        <w:t xml:space="preserve">02:34:41   (Speaker B)  Where the, where it terminates does that grassy area that's not. That's highlighted. </w:t>
      </w:r>
    </w:p>
    <w:p>
      <w:r>
        <w:t xml:space="preserve">02:34:45   (Speaker F)  Yeah, that's still on our. </w:t>
      </w:r>
    </w:p>
    <w:p>
      <w:r>
        <w:t xml:space="preserve">02:34:47   (Speaker A)  Still still on ours. </w:t>
      </w:r>
    </w:p>
    <w:p>
      <w:r>
        <w:t xml:space="preserve">02:34:48   (Speaker B)  They haven't conveyed it yet, but we still have to maintain it. </w:t>
      </w:r>
    </w:p>
    <w:p>
      <w:r>
        <w:t xml:space="preserve">02:34:50   (Speaker F)  Yeah, we've been maintaining it from the beginning. </w:t>
      </w:r>
    </w:p>
    <w:p>
      <w:r>
        <w:t xml:space="preserve">02:34:54   (Speaker B)  Right here, that area. </w:t>
      </w:r>
    </w:p>
    <w:p>
      <w:r>
        <w:t xml:space="preserve">02:34:56   (Speaker F)  Right. </w:t>
      </w:r>
    </w:p>
    <w:p>
      <w:r>
        <w:t xml:space="preserve">02:34:56   (Speaker A)  I think. I guess where I'm getting confused is if it's. If it's Lennars, why are you maintaining it? </w:t>
      </w:r>
    </w:p>
    <w:p>
      <w:r>
        <w:t xml:space="preserve">02:35:03   (Speaker F)  Because Lenore wasn't. </w:t>
      </w:r>
    </w:p>
    <w:p>
      <w:r>
        <w:t xml:space="preserve">02:35:04   (Speaker B)  So again and Lenar won't we have </w:t>
      </w:r>
    </w:p>
    <w:p>
      <w:r>
        <w:t xml:space="preserve">02:35:08   (Speaker A)  it </w:t>
      </w:r>
    </w:p>
    <w:p>
      <w:r>
        <w:t xml:space="preserve">02:35:10   (Speaker E)  because they've left. </w:t>
      </w:r>
    </w:p>
    <w:p>
      <w:r>
        <w:t xml:space="preserve">02:35:11   (Speaker D)  Is it that phase three? </w:t>
      </w:r>
    </w:p>
    <w:p>
      <w:r>
        <w:t xml:space="preserve">02:35:13   (Speaker B)  Yeah, that's the very. The newest phase that they did. </w:t>
      </w:r>
    </w:p>
    <w:p>
      <w:r>
        <w:t xml:space="preserve">02:35:16   (Speaker F)  So it's the very end where that gate is that goes in. </w:t>
      </w:r>
    </w:p>
    <w:p>
      <w:r>
        <w:t xml:space="preserve">02:35:20   (Speaker B)  It's just grass. Cross island crossroads to the west of the new lift station. </w:t>
      </w:r>
    </w:p>
    <w:p>
      <w:r>
        <w:t xml:space="preserve">02:35:27   (Speaker D)  I think that, yeah, it falls. It falls into probably the turnover process and the punch list. Eventually we're going to be responsible for it anyway. But yeah, we should. I'd like to get that wrapped up. </w:t>
      </w:r>
    </w:p>
    <w:p>
      <w:r>
        <w:t xml:space="preserve">02:35:39   (Speaker F)  Right. </w:t>
      </w:r>
    </w:p>
    <w:p>
      <w:r>
        <w:t xml:space="preserve">02:35:41   (Speaker B)  The funny thing is they turned over the islands at the circles, but they didn't turn over that. So I don't understand how that happened either. </w:t>
      </w:r>
    </w:p>
    <w:p>
      <w:r>
        <w:t xml:space="preserve">02:35:48   (Speaker A)  We'll look. We'll look into that. </w:t>
      </w:r>
    </w:p>
    <w:p>
      <w:r>
        <w:t xml:space="preserve">02:35:51   (Speaker B)  Okay. </w:t>
      </w:r>
    </w:p>
    <w:p>
      <w:r>
        <w:t xml:space="preserve">02:35:51   (Speaker A)  Anything else, supervisor requests? </w:t>
      </w:r>
    </w:p>
    <w:p>
      <w:r>
        <w:t xml:space="preserve">02:35:54   (Speaker F)  No. </w:t>
      </w:r>
    </w:p>
    <w:p>
      <w:r>
        <w:t xml:space="preserve">02:35:55   (Speaker A)  All right, next up, we do have audience comments. Do I have any audience comments in the room? </w:t>
      </w:r>
    </w:p>
    <w:p>
      <w:r>
        <w:t xml:space="preserve">02:36:02   (Speaker F)  Sandy, Wil3020, go ahead like a deadline for a date on when you got to finally going to decide on the English because I'm telling you again, been dancing this dance for six years and I'm kind of tired of it. And it's time to make a decision. You guys paid Fish time to do a mythology report after we brought to the table the 2006 agreement grant table code. </w:t>
      </w:r>
    </w:p>
    <w:p>
      <w:r>
        <w:t xml:space="preserve">02:36:31   (Speaker B)  Let me just read to you what </w:t>
      </w:r>
    </w:p>
    <w:p>
      <w:r>
        <w:t xml:space="preserve">02:36:33   (Speaker F)  Chris Kind said those. The CDD has a retaining role in draining maintenance easement agreement covering specific portions of the seawall which by its terms obligates the CDD repair and maintain the seawalls. The maintenance easement provides that the landowners can undertake repairs of the CDD if the CDD does not repair and maintain the seawall. Whether the landowner or the the CDD undertakes the repairs and maintenance, the costs are the responsibility of the cdd. That's just one of many. I have six years of information here. I'm kind of tired of doing the stance. </w:t>
      </w:r>
    </w:p>
    <w:p>
      <w:r>
        <w:t xml:space="preserve">02:37:13   (Speaker B)  You need to. We need to get your act under </w:t>
      </w:r>
    </w:p>
    <w:p>
      <w:r>
        <w:t xml:space="preserve">02:37:16   (Speaker F)  control here and get this done. </w:t>
      </w:r>
    </w:p>
    <w:p>
      <w:r>
        <w:t xml:space="preserve">02:37:21   (Speaker A)  Is that all you have? I just. I want to risk. I want to respect the time because you only have three minutes. So I don't want to speak if. During your three minutes. If you're not finished. You sure? Okay. Would the board like to respond at </w:t>
      </w:r>
    </w:p>
    <w:p>
      <w:r>
        <w:t xml:space="preserve">02:37:35   (Speaker D)  all if it's okay? If you have any of that in electronic form, you can. </w:t>
      </w:r>
    </w:p>
    <w:p>
      <w:r>
        <w:t xml:space="preserve">02:37:42   (Speaker A)  Sure. </w:t>
      </w:r>
    </w:p>
    <w:p>
      <w:r>
        <w:t xml:space="preserve">02:37:42   (Speaker F)  Did you not get any of this information from Dave Smith? Any of it? </w:t>
      </w:r>
    </w:p>
    <w:p>
      <w:r>
        <w:t xml:space="preserve">02:37:47   (Speaker D)  We've been downloading all the information. </w:t>
      </w:r>
    </w:p>
    <w:p>
      <w:r>
        <w:t xml:space="preserve">02:37:49   (Speaker F)  Come here with Dave Smith dance for what you guys? $30,000. So you don't have any of that information? </w:t>
      </w:r>
    </w:p>
    <w:p>
      <w:r>
        <w:t xml:space="preserve">02:38:02   (Speaker A)  I wanna. I wanna. </w:t>
      </w:r>
    </w:p>
    <w:p>
      <w:r>
        <w:t xml:space="preserve">02:38:03   (Speaker D)  I wanna try to try to help you out. </w:t>
      </w:r>
    </w:p>
    <w:p>
      <w:r>
        <w:t xml:space="preserve">02:38:04   (Speaker A)  Yeah. </w:t>
      </w:r>
    </w:p>
    <w:p>
      <w:r>
        <w:t xml:space="preserve">02:38:04   (Speaker D)  And what I'm asking if you can please share with what you have. The district's policy on reimbursement is. Is providing information to the district engineer. So we have to follow our policies and processes we put in place. So what I'm kindly asking to you, with all due respect, if you can please provide the information you have. You send an invoice that says you did seawall repairs. We have no idea exactly what you did or how it was done or what necessitated the start of that. I'm not doubting that you maybe had seawall issues. But we need to follow our process to verify it was done the right way. So I would love to help you out if you could just please help me out. Send me what you have and then we can presented to the board. That's our process we have to follow. </w:t>
      </w:r>
    </w:p>
    <w:p>
      <w:r>
        <w:t xml:space="preserve">02:38:51   (Speaker B)  Thank you for invoices in. In the package that. </w:t>
      </w:r>
    </w:p>
    <w:p>
      <w:r>
        <w:t xml:space="preserve">02:38:54   (Speaker D)  Yeah, we have the one page invoice, but that's all we have. And I don't mean to be disrespectful. </w:t>
      </w:r>
    </w:p>
    <w:p>
      <w:r>
        <w:t xml:space="preserve">02:39:02   (Speaker B)  I Just, it's fine. </w:t>
      </w:r>
    </w:p>
    <w:p>
      <w:r>
        <w:t xml:space="preserve">02:39:03   (Speaker F)  You're new to the game, so I understand. </w:t>
      </w:r>
    </w:p>
    <w:p>
      <w:r>
        <w:t xml:space="preserve">02:39:07   (Speaker A)  Any other audience comments at this time? Yes, ma'. </w:t>
      </w:r>
    </w:p>
    <w:p>
      <w:r>
        <w:t xml:space="preserve">02:39:09   (Speaker G)  Am. </w:t>
      </w:r>
    </w:p>
    <w:p>
      <w:r>
        <w:t xml:space="preserve">02:39:09   (Speaker A)  Just name an address for the record. I'll start your three minutes. </w:t>
      </w:r>
    </w:p>
    <w:p>
      <w:r>
        <w:t xml:space="preserve">02:39:15   (Speaker B)  All right, go ahead. </w:t>
      </w:r>
    </w:p>
    <w:p>
      <w:r>
        <w:t xml:space="preserve">02:39:16   (Speaker F)  So I was just curious because everything kind of got table about the seawall decision makings until you figure out who owns the seawall. So I guess my commentary is how are you going to figure that out? Is it from looking at all the documents that were done over the years? Like, because this report that you guys had done and paid good money for from Fish kind litigation? I don't know if you guys have this. And I guess I want to point out that Rick Brylansky, while he is wonderful about giving you guys what you want, I think that he just, he doesn't follow through on things. And so here we've had many, many different reports done and he goes through and he says budget that we need to get yearly, but never, never follows up and follows through on anything. And I don't know if you know this, but Mark Vega, who was the manager before you, before Christine, with the same company, he was the one that looked at this Fish kind and said that the CDD is going to be responsible for the entire C Mall. So it came from the manager. And that is not even what this report says. So. And everybody just kind of went along with it. So I guess my commentary with my 3 minutes is I want to make sure that you have all the documentation so that you're. You're looking at, you know, what's been done over the years because it doesn't seem like you have access to any, </w:t>
      </w:r>
    </w:p>
    <w:p>
      <w:r>
        <w:t xml:space="preserve">02:41:17   (Speaker C)  to any of it. </w:t>
      </w:r>
    </w:p>
    <w:p>
      <w:r>
        <w:t xml:space="preserve">02:41:19   (Speaker F)  That's my, that's my. </w:t>
      </w:r>
    </w:p>
    <w:p>
      <w:r>
        <w:t xml:space="preserve">02:41:21   (Speaker A)  Okay, thank you, ma'. </w:t>
      </w:r>
    </w:p>
    <w:p>
      <w:r>
        <w:t xml:space="preserve">02:41:22   (Speaker B)  Am. </w:t>
      </w:r>
    </w:p>
    <w:p>
      <w:r>
        <w:t xml:space="preserve">02:41:24   (Speaker D)  I'm happy to respond if you want </w:t>
      </w:r>
    </w:p>
    <w:p>
      <w:r>
        <w:t xml:space="preserve">02:41:25   (Speaker B)  me to, but if not. </w:t>
      </w:r>
    </w:p>
    <w:p>
      <w:r>
        <w:t xml:space="preserve">02:41:27   (Speaker D)  No, I mean, yeah, we, we've been working hand inand with David and getting download of all the information. We absolutely have the methodology, report opinion from, you know, from that time for that purpose. And you know, a legal conclusion by a district manager is, is not really, you know, you have to take it for what it is. But yeah, we're absolutely going to make the right decision based on the information we have. But yeah, thank you for bringing up the history. </w:t>
      </w:r>
    </w:p>
    <w:p>
      <w:r>
        <w:t xml:space="preserve">02:41:55   (Speaker F)  Yeah, just like when are you guys going to be able to figure that out so that we can continue on with voting? I guess. </w:t>
      </w:r>
    </w:p>
    <w:p>
      <w:r>
        <w:t xml:space="preserve">02:42:06   (Speaker A)  Yeah, I would hate to provide. Yeah, I would hate to provide a timeline that we can't attain. I mean, right now we're still trying to figure out who owns it and what our responsibilities are. So once we get that information, I think we'll have a better timeline of what we might be looking at. But right now I just think that's. That's something that we can't say. </w:t>
      </w:r>
    </w:p>
    <w:p>
      <w:r>
        <w:t xml:space="preserve">02:42:24   (Speaker B)  Yeah. </w:t>
      </w:r>
    </w:p>
    <w:p>
      <w:r>
        <w:t xml:space="preserve">02:42:24   (Speaker D)  And it's not as simple as, you know, clicking here and seeing who's the registered owner. It's a typical process that usually is, you know, carried out for development and conveyance to CDs was not followed at all. So we're scrambling and putting the pieces together and trying to make the most sense out of. Out of, you know, what's been left over. </w:t>
      </w:r>
    </w:p>
    <w:p>
      <w:r>
        <w:t xml:space="preserve">02:42:47   (Speaker F)  You guys agreed to going with what Fish kind said. So now all of a sudden it's not. </w:t>
      </w:r>
    </w:p>
    <w:p>
      <w:r>
        <w:t xml:space="preserve">02:42:55   (Speaker B)  That's not. </w:t>
      </w:r>
    </w:p>
    <w:p>
      <w:r>
        <w:t xml:space="preserve">02:42:56   (Speaker A)  Yeah. </w:t>
      </w:r>
    </w:p>
    <w:p>
      <w:r>
        <w:t xml:space="preserve">02:42:56   (Speaker F)  Great. </w:t>
      </w:r>
    </w:p>
    <w:p>
      <w:r>
        <w:t xml:space="preserve">02:42:58   (Speaker A)  All right. Anyway, board. Would you guys like to hear one more question from the resident? Okay. Yes, ma', am, go ahead. </w:t>
      </w:r>
    </w:p>
    <w:p>
      <w:r>
        <w:t xml:space="preserve">02:43:06   (Speaker F)  What about the 2006 agreement with. That's in the Hillsboro county records. What about states the CDD owns the walls in anti college? </w:t>
      </w:r>
    </w:p>
    <w:p>
      <w:r>
        <w:t xml:space="preserve">02:43:17   (Speaker D)  Yeah, we're absolutely going to look at it. But again, what. In order to complete that, we need to see, you know, more than just an invoice to be able to complete our review. Like if I. </w:t>
      </w:r>
    </w:p>
    <w:p>
      <w:r>
        <w:t xml:space="preserve">02:43:26   (Speaker F)  It's a record Untilsboro County. </w:t>
      </w:r>
    </w:p>
    <w:p>
      <w:r>
        <w:t xml:space="preserve">02:43:27   (Speaker D)  No, no, not the. The recorded document is very clear. Yeah, I just. I just need more than an INV invoice or that's what the district engineer, you know, let us know. </w:t>
      </w:r>
    </w:p>
    <w:p>
      <w:r>
        <w:t xml:space="preserve">02:43:35   (Speaker C)  And I. </w:t>
      </w:r>
    </w:p>
    <w:p>
      <w:r>
        <w:t xml:space="preserve">02:43:36   (Speaker A)  That. </w:t>
      </w:r>
    </w:p>
    <w:p>
      <w:r>
        <w:t xml:space="preserve">02:43:36   (Speaker D)  That makes sense. Right. We need just more than just an invoice to support the documentation. I'm sure you have it. I can see the binder. </w:t>
      </w:r>
    </w:p>
    <w:p>
      <w:r>
        <w:t xml:space="preserve">02:43:43   (Speaker C)  Yeah. </w:t>
      </w:r>
    </w:p>
    <w:p>
      <w:r>
        <w:t xml:space="preserve">02:43:44   (Speaker F)  I have a report from Rick Berlinski. </w:t>
      </w:r>
    </w:p>
    <w:p>
      <w:r>
        <w:t xml:space="preserve">02:43:47   (Speaker A)  Okay. Okay. Yeah, I'm gonna stop the back and forth here. I think it's kind of getting a little out of control. </w:t>
      </w:r>
    </w:p>
    <w:p>
      <w:r>
        <w:t xml:space="preserve">02:43:51   (Speaker D)  So. </w:t>
      </w:r>
    </w:p>
    <w:p>
      <w:r>
        <w:t xml:space="preserve">02:43:51   (Speaker A)  Any other audience comments? Yes, ma'. </w:t>
      </w:r>
    </w:p>
    <w:p>
      <w:r>
        <w:t xml:space="preserve">02:43:53   (Speaker B)  Am. </w:t>
      </w:r>
    </w:p>
    <w:p>
      <w:r>
        <w:t xml:space="preserve">02:43:53   (Speaker A)  Just name an address for the record. </w:t>
      </w:r>
    </w:p>
    <w:p>
      <w:r>
        <w:t xml:space="preserve">02:43:55   (Speaker F)  1018 secret. First. I just want to state my appreciation. Mary, I think, has been exceptional at this, and that is you guys are. Are taking great care to make sure our community looks good or trying to do so. And I want to say thank you for that. We are crazy about the tall grass, so we hope that gets figured out, like really soon. But on the solo development, the easement question, please, please continue to hold firm on what you are willing to give up. I suggested last month, and I don't know whether it's still part of or has been part of conversation, but if we're going to have walls elevated another four feet or some something like that, we actually may want to request Things like railing along seawalls or some sort of barrier. If we're expecting to have our easements narrowed and there's going to be some sort of barrier wall on one side, it should be on Solo's property, not on ours. And it should be attractive as well as functional. This is part of the experience. And finally, I hope and I find this whole thing very complex. I struggle to follow exactly which parcels you're talking about when, but I think parcel N, if that's the one on the point, is actually a walkable parcel, mangroves or not. Maybe Solo ought to give up one of the docks that he thinks he can put there in favor of a viewing deck so that we can make it to the other side of the mangroves. But I think. I think maintaining connectivity and walkability across community is high priority. Thank you. </w:t>
      </w:r>
    </w:p>
    <w:p>
      <w:r>
        <w:t xml:space="preserve">02:46:12   (Speaker B)  Thank you, ma'. Am. </w:t>
      </w:r>
    </w:p>
    <w:p>
      <w:r>
        <w:t xml:space="preserve">02:46:14   (Speaker A)  All right, I don't see. Do you have any comments, ma', am, today? No, not today. All right, so I do see. I'll circle back with you next time, see if you have something that. All right. I'm just going to open it up to the zoom. We do have one person on Zoom. If you do have any comments, now would be the time. I'm looking at an 813 number </w:t>
      </w:r>
    </w:p>
    <w:p>
      <w:r>
        <w:t xml:space="preserve">02:46:34   (Speaker B)  and </w:t>
      </w:r>
    </w:p>
    <w:p>
      <w:r>
        <w:t xml:space="preserve">02:46:34   (Speaker A)  go ahead and unmute if you need. </w:t>
      </w:r>
    </w:p>
    <w:p>
      <w:r>
        <w:t xml:space="preserve">02:46:41   (Speaker B)  Okay. </w:t>
      </w:r>
    </w:p>
    <w:p>
      <w:r>
        <w:t xml:space="preserve">02:46:42   (Speaker A)  Seeing none. So we'll go ahead and move on. Your next regularly scheduled board meeting is Wednesday, October 7, 2026 at 4:00pm at the Antigua Clove clubhouse. So not here at the other clubhouse. That'll be our first meeting there, and all meetings will take place there. Going forward with that, I'll be just looking for a motion to adjourn. </w:t>
      </w:r>
    </w:p>
    <w:p>
      <w:r>
        <w:t xml:space="preserve">02:47:03   (Speaker E)  I'll make a motion. </w:t>
      </w:r>
    </w:p>
    <w:p>
      <w:r>
        <w:t xml:space="preserve">02:47:04   (Speaker A)  First from Ian. </w:t>
      </w:r>
    </w:p>
    <w:p>
      <w:r>
        <w:t xml:space="preserve">02:47:05   (Speaker B)  I'll second. </w:t>
      </w:r>
    </w:p>
    <w:p>
      <w:r>
        <w:t xml:space="preserve">02:47:06   (Speaker A)  Second from John. All in favor? Motion passes. 40 0. Thank you everyone, for being with us. </w:t>
      </w:r>
    </w:p>
    <w:p>
      <w:r>
        <w:t xml:space="preserve">02:47:12   (Speaker B)  Hope everyone has a next week. </w:t>
      </w:r>
    </w:p>
    <w:p>
      <w:r>
        <w:t xml:space="preserve">02:47:14   (Speaker E)  I'm.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