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Bartram Springs</w:t>
        <w:br/>
        <w:br/>
        <w:br/>
      </w:r>
    </w:p>
    <w:p>
      <w:r>
        <w:t>START AND END TIME OF THE CDD MEETING FILE:</w:t>
      </w:r>
      <w:r>
        <w:rPr>
          <w:b/>
          <w:color w:val="FF0000"/>
        </w:rPr>
        <w:br/>
        <w:tab/>
        <w:tab/>
        <w:tab/>
        <w:tab/>
        <w:t xml:space="preserve"> August 12, 2026 at 06:00 PM</w:t>
      </w:r>
      <w:r>
        <w:rPr>
          <w:b/>
          <w:color w:val="FF0000"/>
        </w:rPr>
        <w:br/>
        <w:tab/>
        <w:tab/>
        <w:tab/>
        <w:tab/>
        <w:t xml:space="preserve"> August 12, 2026 at 09:34 PM</w:t>
        <w:br/>
        <w:br/>
        <w:br/>
      </w:r>
    </w:p>
    <w:p>
      <w:r>
        <w:t>AUDIO FILE NAME, FILE SIZE:</w:t>
      </w:r>
      <w:r>
        <w:rPr>
          <w:b/>
          <w:color w:val="FF0000"/>
        </w:rPr>
        <w:br/>
        <w:tab/>
        <w:tab/>
        <w:tab/>
        <w:tab/>
        <w:t xml:space="preserve"> GHB_8.21.26_AC_and_BOS.MP3</w:t>
      </w:r>
      <w:r>
        <w:rPr>
          <w:b/>
          <w:color w:val="FF0000"/>
        </w:rPr>
        <w:br/>
        <w:tab/>
        <w:tab/>
        <w:tab/>
        <w:tab/>
        <w:t xml:space="preserve"> 26162855</w:t>
        <w:br/>
        <w:br/>
        <w:br/>
      </w:r>
    </w:p>
    <w:p>
      <w:r>
        <w:t>DATE AUDIO FILE SUBMITTED TO THE GAT SYSTEM:</w:t>
      </w:r>
      <w:r>
        <w:rPr>
          <w:b/>
          <w:color w:val="FF0000"/>
        </w:rPr>
        <w:br/>
        <w:tab/>
        <w:tab/>
        <w:tab/>
        <w:tab/>
        <w:t xml:space="preserve"> September 01, 2026 at 05:19 PM</w:t>
        <w:br/>
        <w:br/>
        <w:br/>
      </w:r>
    </w:p>
    <w:p>
      <w:r>
        <w:t>DATE AUDIO FILE COMPLETED BY THE GAT SYSTEM:</w:t>
      </w:r>
      <w:r>
        <w:rPr>
          <w:b/>
          <w:color w:val="FF0000"/>
        </w:rPr>
        <w:br/>
        <w:tab/>
        <w:tab/>
        <w:tab/>
        <w:tab/>
        <w:t xml:space="preserve"> September 01, 2026 at 05:19 PM</w:t>
      </w:r>
      <w:r>
        <w:rPr>
          <w:b/>
          <w:color w:val="FF0000"/>
        </w:rPr>
        <w:br/>
        <w:tab/>
        <w:tab/>
        <w:tab/>
        <w:tab/>
        <w:t xml:space="preserve"> 00:21 ELAPSED TIME</w:t>
        <w:br/>
        <w:br/>
        <w:br/>
      </w:r>
    </w:p>
    <w:p>
      <w:r>
        <w:t>MEETING AGENDA:</w:t>
      </w:r>
      <w:r>
        <w:rPr>
          <w:b/>
          <w:color w:val="FF0000"/>
        </w:rPr>
        <w:br/>
        <w:br/>
        <w:br/>
        <w:tab/>
        <w:tab/>
        <w:tab/>
        <w:tab/>
        <w:t xml:space="preserve">  </w:t>
        <w:br/>
        <w:br/>
        <w:br/>
      </w:r>
    </w:p>
    <w:p>
      <w:r>
        <w:t xml:space="preserve">00:08      (Speaker A)  All right, good afternoon. It is Friday, August 21, 2026, 12:03pm we're actually going to start with the Gardens at Hammock Beach. Community Development District Audit Committee meeting. And then we'll roll right into the to the board meeting. Your electronic agendas should be there in front of you. If you at the top right, you'll see a bookmark icon that'll help you kind of navigate the different sections. It's kind of a long agenda today. So first we just need to start with Wolfball, which says each supervisor state their name for the record. </w:t>
      </w:r>
    </w:p>
    <w:p>
      <w:r>
        <w:t xml:space="preserve">00:40      (Speaker B)  Bill Levinspoon, Denise Bunt, Ken Beltree. </w:t>
      </w:r>
    </w:p>
    <w:p>
      <w:r>
        <w:t xml:space="preserve">00:44      (Speaker A)  We have three supervisors present, so we have our Horn Law staff state their name for the record. Michael Scimento, Jeremy Brown, DMS and Rich Crane, gms. All right, then we'll go down to the public comment period. Just the record, no members of public present, just board and staff. Item number three within the audit committee meeting is the approval of the minutes of the May 15 meeting. Audit committee meeting. </w:t>
      </w:r>
    </w:p>
    <w:p>
      <w:r>
        <w:t xml:space="preserve">01:10      (Speaker B)  Everybody on the audit Committee. </w:t>
      </w:r>
    </w:p>
    <w:p>
      <w:r>
        <w:t xml:space="preserve">01:11      (Speaker A)  There it is. </w:t>
      </w:r>
    </w:p>
    <w:p>
      <w:r>
        <w:t xml:space="preserve">01:12      (Speaker C)  Just. </w:t>
      </w:r>
    </w:p>
    <w:p>
      <w:r>
        <w:t xml:space="preserve">01:12      (Speaker A)  Yes, the board is the Audit Committee. </w:t>
      </w:r>
    </w:p>
    <w:p>
      <w:r>
        <w:t xml:space="preserve">01:14      (Speaker C)  So we're only approving the minutes of the audit committee. </w:t>
      </w:r>
    </w:p>
    <w:p>
      <w:r>
        <w:t xml:space="preserve">01:16      (Speaker A)  Correct. May 15, 2026. </w:t>
      </w:r>
    </w:p>
    <w:p>
      <w:r>
        <w:t xml:space="preserve">01:18      (Speaker C)  All right, I move approval. Am I. Am I? What am I? I'm not chairman. Who's chairman today? </w:t>
      </w:r>
    </w:p>
    <w:p>
      <w:r>
        <w:t xml:space="preserve">01:24      (Speaker A)  Yes, it'll be for today. You would be. </w:t>
      </w:r>
    </w:p>
    <w:p>
      <w:r>
        <w:t xml:space="preserve">01:28      (Speaker C)  Okay, so I. So I can't make the motion, right? </w:t>
      </w:r>
    </w:p>
    <w:p>
      <w:r>
        <w:t xml:space="preserve">01:30      (Speaker A)  You can. No, you're good. You're okay. </w:t>
      </w:r>
    </w:p>
    <w:p>
      <w:r>
        <w:t xml:space="preserve">01:32      (Speaker C)  All right, I move that we approve the minutes of the Audit committee meeting. </w:t>
      </w:r>
    </w:p>
    <w:p>
      <w:r>
        <w:t xml:space="preserve">01:35      (Speaker B)  Second. </w:t>
      </w:r>
    </w:p>
    <w:p>
      <w:r>
        <w:t xml:space="preserve">01:36      (Speaker A)  All right, all favor. </w:t>
      </w:r>
    </w:p>
    <w:p>
      <w:r>
        <w:t xml:space="preserve">01:38      (Speaker B)  Yes. </w:t>
      </w:r>
    </w:p>
    <w:p>
      <w:r>
        <w:t xml:space="preserve">01:39      (Speaker A)  Any of those. All right, motion carries to the end of city. Let me go back here. Next we have the tally of the Audit Committee member rankings and selection of an auditor. So in your document packages you have the proposals from those three auditors. So I'm going to pass out this. Make it look helpful. Pass that down. Okay. So we sent out the RFP for proposals and the ranking sheets, selection criteria. We had three responses. Macintosh, cpa, DMHB, and then Growl and Associates. So in your tally sheets, you'll see I went ahead and just kind of added up the numbers there for you to help out. All of them are qualified. </w:t>
      </w:r>
    </w:p>
    <w:p>
      <w:r>
        <w:t xml:space="preserve">02:46      (Speaker B)  All of them. </w:t>
      </w:r>
    </w:p>
    <w:p>
      <w:r>
        <w:t xml:space="preserve">02:46      (Speaker A)  Do district work with auditors, with audits for special districts and other government entities. So you'll see there on the ranking sheet, you have the criteria, the five different categories, Personnel, experience, scope, ability and price. Like I said, I've got it up there. The cost, the five year total to help the board just kind of look at it. Typically we'll recommend to our boards. You know, all experiences. The same price is usually a good differential to go with. </w:t>
      </w:r>
    </w:p>
    <w:p>
      <w:r>
        <w:t xml:space="preserve">03:18      (Speaker D)  For the. </w:t>
      </w:r>
    </w:p>
    <w:p>
      <w:r>
        <w:t xml:space="preserve">03:18      (Speaker A)  For the audit. </w:t>
      </w:r>
    </w:p>
    <w:p>
      <w:r>
        <w:t xml:space="preserve">03:19      (Speaker D)  So. </w:t>
      </w:r>
    </w:p>
    <w:p>
      <w:r>
        <w:t xml:space="preserve">03:19      (Speaker A)  But happy to have the board discuss or. One board member wants to make a ranking and there can be consensus on it. It's really up to the board how they want to proceed. </w:t>
      </w:r>
    </w:p>
    <w:p>
      <w:r>
        <w:t xml:space="preserve">03:29      (Speaker B)  Now, this is for a five year commitment. </w:t>
      </w:r>
    </w:p>
    <w:p>
      <w:r>
        <w:t xml:space="preserve">03:33      (Speaker A)  Yes. But it's renewed year to year. So they give you. We ask them to give a five year cost. </w:t>
      </w:r>
    </w:p>
    <w:p>
      <w:r>
        <w:t xml:space="preserve">03:37      (Speaker B)  Gravel's been doing it. Right. </w:t>
      </w:r>
    </w:p>
    <w:p>
      <w:r>
        <w:t xml:space="preserve">03:40      (Speaker A)  Current auditor. </w:t>
      </w:r>
    </w:p>
    <w:p>
      <w:r>
        <w:t xml:space="preserve">03:41      (Speaker C)  I believe it's Grou. </w:t>
      </w:r>
    </w:p>
    <w:p>
      <w:r>
        <w:t xml:space="preserve">03:42      (Speaker A)  I believe Growl, but let me check. </w:t>
      </w:r>
    </w:p>
    <w:p>
      <w:r>
        <w:t xml:space="preserve">04:02      (Speaker C)  The audit committee should know who the auditor is. Right. So the audit committee should know who the auditor is. </w:t>
      </w:r>
    </w:p>
    <w:p>
      <w:r>
        <w:t xml:space="preserve">04:08      (Speaker B)  I didn't know I was on the committee. I get paid extra. Yes. </w:t>
      </w:r>
    </w:p>
    <w:p>
      <w:r>
        <w:t xml:space="preserve">04:17      (Speaker D)  Here we go. </w:t>
      </w:r>
    </w:p>
    <w:p>
      <w:r>
        <w:t xml:space="preserve">04:18      (Speaker B)  Okay. </w:t>
      </w:r>
    </w:p>
    <w:p>
      <w:r>
        <w:t xml:space="preserve">04:19      (Speaker C)  10%. </w:t>
      </w:r>
    </w:p>
    <w:p>
      <w:r>
        <w:t xml:space="preserve">04:21      (Speaker A)  Yes. Grau is a paradigm. </w:t>
      </w:r>
    </w:p>
    <w:p>
      <w:r>
        <w:t xml:space="preserve">04:24      (Speaker B)  That's right. Yep. </w:t>
      </w:r>
    </w:p>
    <w:p>
      <w:r>
        <w:t xml:space="preserve">04:25      (Speaker C)  I had them ranked virtually the same. But with, you know, considering the continuity. Growl was my. </w:t>
      </w:r>
    </w:p>
    <w:p>
      <w:r>
        <w:t xml:space="preserve">04:33      (Speaker B)  Not my choice. </w:t>
      </w:r>
    </w:p>
    <w:p>
      <w:r>
        <w:t xml:space="preserve">04:34      (Speaker C)  My choice. </w:t>
      </w:r>
    </w:p>
    <w:p>
      <w:r>
        <w:t xml:space="preserve">04:35      (Speaker B)  I wouldn't. I wouldn't switch. They've been fine. </w:t>
      </w:r>
    </w:p>
    <w:p>
      <w:r>
        <w:t xml:space="preserve">04:37      (Speaker D)  Right. </w:t>
      </w:r>
    </w:p>
    <w:p>
      <w:r>
        <w:t xml:space="preserve">04:37      (Speaker B)  And their price is the same. </w:t>
      </w:r>
    </w:p>
    <w:p>
      <w:r>
        <w:t xml:space="preserve">04:39      (Speaker C)  I mean, well, it's $1,500 for the five years. Different than debartolo. But I'm sorry, debartolomeo. </w:t>
      </w:r>
    </w:p>
    <w:p>
      <w:r>
        <w:t xml:space="preserve">04:48      (Speaker B)  I wouldn't change. </w:t>
      </w:r>
    </w:p>
    <w:p>
      <w:r>
        <w:t xml:space="preserve">04:49      (Speaker C)  Yeah. My recommendation is to. Do we have to turn this in? </w:t>
      </w:r>
    </w:p>
    <w:p>
      <w:r>
        <w:t xml:space="preserve">04:55      (Speaker A)  So what we'll end up doing is we just have to kind of score them and then we can rank them. So it sounds like maybe experience. You're ranking growl a little higher based on the other ones. If the other ones get a 19. </w:t>
      </w:r>
    </w:p>
    <w:p>
      <w:r>
        <w:t xml:space="preserve">05:08      (Speaker C)  I gave them all 20 on everything. Excuse me. Except experience. And then I gave 19s on McIntosh and the Bartolomeo. </w:t>
      </w:r>
    </w:p>
    <w:p>
      <w:r>
        <w:t xml:space="preserve">05:19      (Speaker A)  Okay, so it sounds like supervisor Velci is saying 100 points for growl and then 99 and 99 for the other two with the differential being experienced. Is that what I'm hearing? </w:t>
      </w:r>
    </w:p>
    <w:p>
      <w:r>
        <w:t xml:space="preserve">05:30      (Speaker B)  Yep. </w:t>
      </w:r>
    </w:p>
    <w:p>
      <w:r>
        <w:t xml:space="preserve">05:31      (Speaker A)  Okay, so the board's okay with that. We can follow some motion to go along with that consensus range. </w:t>
      </w:r>
    </w:p>
    <w:p>
      <w:r>
        <w:t xml:space="preserve">05:38      (Speaker B)  Do they have to fill this up? </w:t>
      </w:r>
    </w:p>
    <w:p>
      <w:r>
        <w:t xml:space="preserve">05:39      (Speaker D)  No. </w:t>
      </w:r>
    </w:p>
    <w:p>
      <w:r>
        <w:t xml:space="preserve">05:39      (Speaker A)  I'll give Ken's if we're going with Ken's and then I'll keep that. So it sounds like he has Ken ranked as Ken has ranked Brown Associates as the number one. </w:t>
      </w:r>
    </w:p>
    <w:p>
      <w:r>
        <w:t xml:space="preserve">05:48      (Speaker C)  Confirmed. </w:t>
      </w:r>
    </w:p>
    <w:p>
      <w:r>
        <w:t xml:space="preserve">05:48      (Speaker A)  So the board's okay with that. Can you maybe a motion of that to rank them as a movement? </w:t>
      </w:r>
    </w:p>
    <w:p>
      <w:r>
        <w:t xml:space="preserve">05:53      (Speaker B)  I make the motion to retain ground. Associate second. </w:t>
      </w:r>
    </w:p>
    <w:p>
      <w:r>
        <w:t xml:space="preserve">05:58      (Speaker A)  So a motion and second to rank Grau as the number one. All right. All in favor? </w:t>
      </w:r>
    </w:p>
    <w:p>
      <w:r>
        <w:t xml:space="preserve">06:05      (Speaker C)  Aye. </w:t>
      </w:r>
    </w:p>
    <w:p>
      <w:r>
        <w:t xml:space="preserve">06:06      (Speaker A)  Any opposed? Motion carries unanimously. All right. We send a motion to adjourn the audit. </w:t>
      </w:r>
    </w:p>
    <w:p>
      <w:r>
        <w:t xml:space="preserve">06:13      (Speaker C)  So Moved. </w:t>
      </w:r>
    </w:p>
    <w:p>
      <w:r>
        <w:t xml:space="preserve">06:14      (Speaker A)  Second motion and a second. All in favor. Any opposed? Motion carries unanimously. Staff will send that out to the respondents with the outcome for the audit committee. All right, keep recording here for a couple seconds. </w:t>
      </w:r>
    </w:p>
    <w:p>
      <w:r>
        <w:t xml:space="preserve">06:32      (Speaker B)  All right. </w:t>
      </w:r>
    </w:p>
    <w:p>
      <w:r>
        <w:t xml:space="preserve">06:33      (Speaker A)  Good afternoon. It is Friday, August 21, 2026, 1209pm we'll call to order the gardens at Hannah Beach Community Development Board of Supervisors meeting. First item we have is Roll Paul, which is Dale Livingston, Denise. Ken Belshue, Michael J. Ro Brown with gms. Rich Gray, gms. We have three supervisors present, so we have our quorum. Next is our public comment period. For the record, no members of the public present, just boarding staff. Next, we have the approval of the minutes of the May 26th. Sorry, May 15th board meeting. </w:t>
      </w:r>
    </w:p>
    <w:p>
      <w:r>
        <w:t xml:space="preserve">07:05      (Speaker B)  I would move to approve the minutes of the May 15 meeting if I could see the agenda here. </w:t>
      </w:r>
    </w:p>
    <w:p>
      <w:r>
        <w:t xml:space="preserve">07:11      (Speaker C)  Second. </w:t>
      </w:r>
    </w:p>
    <w:p>
      <w:r>
        <w:t xml:space="preserve">07:12      (Speaker A)  Do a motion in a second. All in favor? </w:t>
      </w:r>
    </w:p>
    <w:p>
      <w:r>
        <w:t xml:space="preserve">07:14      (Speaker B)  Aye. </w:t>
      </w:r>
    </w:p>
    <w:p>
      <w:r>
        <w:t xml:space="preserve">07:15      (Speaker A)  Any opposed? </w:t>
      </w:r>
    </w:p>
    <w:p>
      <w:r>
        <w:t xml:space="preserve">07:19      (Speaker C)  Good work. </w:t>
      </w:r>
    </w:p>
    <w:p>
      <w:r>
        <w:t xml:space="preserve">07:22      (Speaker B)  Is this. </w:t>
      </w:r>
    </w:p>
    <w:p>
      <w:r>
        <w:t xml:space="preserve">07:23      (Speaker A)  It starts at 12:30. </w:t>
      </w:r>
    </w:p>
    <w:p>
      <w:r>
        <w:t xml:space="preserve">07:25      (Speaker C)  Okay, thank you. </w:t>
      </w:r>
    </w:p>
    <w:p>
      <w:r>
        <w:t xml:space="preserve">07:27      (Speaker A)  All right, next, you have our public hearing. So I send a motion to open the public hearing. </w:t>
      </w:r>
    </w:p>
    <w:p>
      <w:r>
        <w:t xml:space="preserve">07:31      (Speaker C)  So moved. </w:t>
      </w:r>
    </w:p>
    <w:p>
      <w:r>
        <w:t xml:space="preserve">07:32      (Speaker B)  Second. All right. </w:t>
      </w:r>
    </w:p>
    <w:p>
      <w:r>
        <w:t xml:space="preserve">07:34      (Speaker A)  Motion and second. All in favor? </w:t>
      </w:r>
    </w:p>
    <w:p>
      <w:r>
        <w:t xml:space="preserve">07:35      (Speaker B)  Aye. Aye. </w:t>
      </w:r>
    </w:p>
    <w:p>
      <w:r>
        <w:t xml:space="preserve">07:36      (Speaker A)  I have a of. First motion carries. Unique. All right, so we have two items within this public hearing. One is the resolution 202603 adopting the fiscal year 27 budget related to the annual appropriations. Ask there's any members of the public wish to make a comment on that one? All right, Hearing, None. We'll bring it back to the board. So resolution 202603 adopts the fiscal year 27 budget. So that was circulated previously. And that actual budget starts on page 82 of your electronic agendas. </w:t>
      </w:r>
    </w:p>
    <w:p>
      <w:r>
        <w:t xml:space="preserve">08:14      (Speaker C)  Are there any material differences between this budget and the preliminary budget we passed? </w:t>
      </w:r>
    </w:p>
    <w:p>
      <w:r>
        <w:t xml:space="preserve">08:20      (Speaker A)  No material changes. The only big change, not change, but the change from last year to this year is the developer contribution is increased slightly to keep those assessment levels level. That's only, you know, deficit funding for that one. Same as last year. </w:t>
      </w:r>
    </w:p>
    <w:p>
      <w:r>
        <w:t xml:space="preserve">08:38      (Speaker C)  Yeah. </w:t>
      </w:r>
    </w:p>
    <w:p>
      <w:r>
        <w:t xml:space="preserve">08:38      (Speaker A)  You'll see. 26 to 27. </w:t>
      </w:r>
    </w:p>
    <w:p>
      <w:r>
        <w:t xml:space="preserve">08:42      (Speaker B)  Okay. </w:t>
      </w:r>
    </w:p>
    <w:p>
      <w:r>
        <w:t xml:space="preserve">08:44      (Speaker C)  And just for clarification, those are only those developer contributions are only required if. If they're needed. Right. So. </w:t>
      </w:r>
    </w:p>
    <w:p>
      <w:r>
        <w:t xml:space="preserve">08:53      (Speaker A)  Yes. If they're not yet. Absolutely. </w:t>
      </w:r>
    </w:p>
    <w:p>
      <w:r>
        <w:t xml:space="preserve">08:55      (Speaker C)  Okay. I move that we approve the fiscal 2027 budget as presented starting on page 82 of the agenda. </w:t>
      </w:r>
    </w:p>
    <w:p>
      <w:r>
        <w:t xml:space="preserve">09:12      (Speaker B)  I don't know what happened. </w:t>
      </w:r>
    </w:p>
    <w:p>
      <w:r>
        <w:t xml:space="preserve">09:13      (Speaker A)  Oh, I got you. </w:t>
      </w:r>
    </w:p>
    <w:p>
      <w:r>
        <w:t xml:space="preserve">09:15      (Speaker B)  I was trying to fast forward. </w:t>
      </w:r>
    </w:p>
    <w:p>
      <w:r>
        <w:t xml:space="preserve">09:18      (Speaker A)  You had a little bookmark. You can just pick where you want to go. So we probably just did that. So that'll help you, like, get you there if you need it. All right, so we're on resolution 2026 that passed unanimously. Resolution 2026 S04, imposing special assessments and certifying assessment role. The board just adopted fiscal year 27 budget and this resolution is a mechanism to fund those. To fund the budget with those special assessments. We just ask any members of public wish to comment on that one. </w:t>
      </w:r>
    </w:p>
    <w:p>
      <w:r>
        <w:t xml:space="preserve">09:48      (Speaker C)  Move Approval of Resolution 2026. 04. </w:t>
      </w:r>
    </w:p>
    <w:p>
      <w:r>
        <w:t xml:space="preserve">09:52      (Speaker B)  Second. </w:t>
      </w:r>
    </w:p>
    <w:p>
      <w:r>
        <w:t xml:space="preserve">09:53      (Speaker A)  Motion a second. All in favor? </w:t>
      </w:r>
    </w:p>
    <w:p>
      <w:r>
        <w:t xml:space="preserve">09:55      (Speaker D)  Aye. </w:t>
      </w:r>
    </w:p>
    <w:p>
      <w:r>
        <w:t xml:space="preserve">09:56      (Speaker A)  Any opposed? All right, Motion carries. Unanimous. All right, next, we have the fiscal year 27 developer funding agreement. Same exact agreement that is currently in place for this fiscal year. We've updated it for fiscal year 27 and that's just like we said earlier. If the assessments don't cover the anticipated expenses, the developer is funding those deficits. </w:t>
      </w:r>
    </w:p>
    <w:p>
      <w:r>
        <w:t xml:space="preserve">10:21      (Speaker C)  Move approval. </w:t>
      </w:r>
    </w:p>
    <w:p>
      <w:r>
        <w:t xml:space="preserve">10:24      (Speaker A)  All in favor? </w:t>
      </w:r>
    </w:p>
    <w:p>
      <w:r>
        <w:t xml:space="preserve">10:25      (Speaker C)  Aye. </w:t>
      </w:r>
    </w:p>
    <w:p>
      <w:r>
        <w:t xml:space="preserve">10:26      (Speaker A)  Any opposed? Motion carries unanimously. All right, next, we have the data sharing agreement with Flagler County. We do this agreement every year with the county. We just are saying we won't share any confidential data that they provide to us. </w:t>
      </w:r>
    </w:p>
    <w:p>
      <w:r>
        <w:t xml:space="preserve">10:40      (Speaker C)  It's on page 116, correct? </w:t>
      </w:r>
    </w:p>
    <w:p>
      <w:r>
        <w:t xml:space="preserve">10:43      (Speaker A)  It is on. Yes. </w:t>
      </w:r>
    </w:p>
    <w:p>
      <w:r>
        <w:t xml:space="preserve">10:49      (Speaker B)  Jay already signed. </w:t>
      </w:r>
    </w:p>
    <w:p>
      <w:r>
        <w:t xml:space="preserve">10:52      (Speaker C)  He sure has. Okay. Move approval of the data sharing agreement with Flag county as presented on page 116 of the Agenda. </w:t>
      </w:r>
    </w:p>
    <w:p>
      <w:r>
        <w:t xml:space="preserve">11:01      (Speaker B)  One second. </w:t>
      </w:r>
    </w:p>
    <w:p>
      <w:r>
        <w:t xml:space="preserve">11:05      (Speaker A)  All favorite. All right, next, we have our fiscal year 27 goals and objectives. So we've proposed these. Our boards keep the same current goals and objectives. Once we finish the fiscal year, we have to report them onto the district's website. So we're just looking for a motion to adopt those fiscal year 27 goals. </w:t>
      </w:r>
    </w:p>
    <w:p>
      <w:r>
        <w:t xml:space="preserve">11:30      (Speaker C)  Where is that at? </w:t>
      </w:r>
    </w:p>
    <w:p>
      <w:r>
        <w:t xml:space="preserve">11:31      (Speaker A)  This is on page 122. </w:t>
      </w:r>
    </w:p>
    <w:p>
      <w:r>
        <w:t xml:space="preserve">11:33      (Speaker C)  Okay. Did we skip over the auditor's package or the auditor's report? </w:t>
      </w:r>
    </w:p>
    <w:p>
      <w:r>
        <w:t xml:space="preserve">11:37      (Speaker A)  Oh, yes, I'm sorry. Oh, yes. Let me go back. I have a good catch. Yeah, the arbitrage rebate calculation. Yes, good catch. So you'll see that was completed there. So each year there's a calculation to make sure you don't earn more interest on your bonds than you're paying or else it could be tax rebate liability. So this is a proposal for Graun to do those rebate calculations. They give the best price and we're the ones that proposed. So we recommend the board approve that. </w:t>
      </w:r>
    </w:p>
    <w:p>
      <w:r>
        <w:t xml:space="preserve">12:05      (Speaker C)  I've always been curious why that's just not included as part of the auditor's package to begin with. </w:t>
      </w:r>
    </w:p>
    <w:p>
      <w:r>
        <w:t xml:space="preserve">12:13      (Speaker A)  Yeah, I guess it's a separate function that they have to. They're actually calculating whether or not they're actually doing the work calculating whether or not the rebate liability exists as opposed to examining the already finish district records that they're going through for the previous fiscal year audit. It's a pretty minimal cost. It is required for us to do it. </w:t>
      </w:r>
    </w:p>
    <w:p>
      <w:r>
        <w:t xml:space="preserve">12:35      (Speaker C)  And this is something that's required by state law. </w:t>
      </w:r>
    </w:p>
    <w:p>
      <w:r>
        <w:t xml:space="preserve">12:39      (Speaker A)  $450 is the fee. </w:t>
      </w:r>
    </w:p>
    <w:p>
      <w:r>
        <w:t xml:space="preserve">12:40      (Speaker C)  Yeah. Move approval. </w:t>
      </w:r>
    </w:p>
    <w:p>
      <w:r>
        <w:t xml:space="preserve">12:44      (Speaker A)  Second question and say all in favor? </w:t>
      </w:r>
    </w:p>
    <w:p>
      <w:r>
        <w:t xml:space="preserve">12:47      (Speaker B)  Aye. </w:t>
      </w:r>
    </w:p>
    <w:p>
      <w:r>
        <w:t xml:space="preserve">12:48      (Speaker A)  Any opposed? </w:t>
      </w:r>
    </w:p>
    <w:p>
      <w:r>
        <w:t xml:space="preserve">12:49      (Speaker B)  Ay. </w:t>
      </w:r>
    </w:p>
    <w:p>
      <w:r>
        <w:t xml:space="preserve">12:50      (Speaker A)  All right. Sorry. Going back to Those fiscal year 27 goals and objectives. The board's okay with keeping those. See a motion to adopt those goals. </w:t>
      </w:r>
    </w:p>
    <w:p>
      <w:r>
        <w:t xml:space="preserve">12:58      (Speaker C)  Y. You need a motion for that? </w:t>
      </w:r>
    </w:p>
    <w:p>
      <w:r>
        <w:t xml:space="preserve">12:59      (Speaker A)  Yep. </w:t>
      </w:r>
    </w:p>
    <w:p>
      <w:r>
        <w:t xml:space="preserve">13:00      (Speaker C)  Move approval of the goals. As for the district. As </w:t>
      </w:r>
    </w:p>
    <w:p>
      <w:r>
        <w:t xml:space="preserve">13:07      (Speaker B)  for next year. </w:t>
      </w:r>
    </w:p>
    <w:p>
      <w:r>
        <w:t xml:space="preserve">13:08      (Speaker A)  Yeah. For next year. </w:t>
      </w:r>
    </w:p>
    <w:p>
      <w:r>
        <w:t xml:space="preserve">13:09      (Speaker B)  Yeah. </w:t>
      </w:r>
    </w:p>
    <w:p>
      <w:r>
        <w:t xml:space="preserve">13:09      (Speaker A)  All right. All in favor? </w:t>
      </w:r>
    </w:p>
    <w:p>
      <w:r>
        <w:t xml:space="preserve">13:11      (Speaker C)  Aye. </w:t>
      </w:r>
    </w:p>
    <w:p>
      <w:r>
        <w:t xml:space="preserve">13:11      (Speaker A)  Any opposed? </w:t>
      </w:r>
    </w:p>
    <w:p>
      <w:r>
        <w:t xml:space="preserve">13:12      (Speaker B)  Right. </w:t>
      </w:r>
    </w:p>
    <w:p>
      <w:r>
        <w:t xml:space="preserve">13:13      (Speaker A)  Motion carries. So the next one is a presentation of the current fiscal year 26 goals. And this is authorization for the chairman to execute. So once the fiscal year ends, we'll mark if we've achieved them or not. And then this is just giving the chair authorization to sign off on them. In the event we don't meet prior to that, we'll get the first move approval. Second motion. Second. All in favor? </w:t>
      </w:r>
    </w:p>
    <w:p>
      <w:r>
        <w:t xml:space="preserve">13:39      (Speaker C)  Aye. </w:t>
      </w:r>
    </w:p>
    <w:p>
      <w:r>
        <w:t xml:space="preserve">13:39      (Speaker A)  Any opposed? Motion carries. </w:t>
      </w:r>
    </w:p>
    <w:p>
      <w:r>
        <w:t xml:space="preserve">13:44      (Speaker B)  All right. </w:t>
      </w:r>
    </w:p>
    <w:p>
      <w:r>
        <w:t xml:space="preserve">13:44      (Speaker A)  Number nine is the acceptance of the audit committee recommendation and selection for the firm to provide auditing services. So the audit committee met prior. They ranked the three firms that responded. They ranked Brown Associates as the number one selection for auditing services. There's something for the board to approve that recommendation. </w:t>
      </w:r>
    </w:p>
    <w:p>
      <w:r>
        <w:t xml:space="preserve">14:04      (Speaker C)  Where are you at? </w:t>
      </w:r>
    </w:p>
    <w:p>
      <w:r>
        <w:t xml:space="preserve">14:06      (Speaker A)  This is on. </w:t>
      </w:r>
    </w:p>
    <w:p>
      <w:r>
        <w:t xml:space="preserve">14:08      (Speaker B)  I'm a summary of check register. </w:t>
      </w:r>
    </w:p>
    <w:p>
      <w:r>
        <w:t xml:space="preserve">14:11      (Speaker C)  Yeah, I'm lost here. </w:t>
      </w:r>
    </w:p>
    <w:p>
      <w:r>
        <w:t xml:space="preserve">14:14      (Speaker A)  I don't know. </w:t>
      </w:r>
    </w:p>
    <w:p>
      <w:r>
        <w:t xml:space="preserve">14:15      (Speaker C)  Maybe section nine doesn't have anything attached. </w:t>
      </w:r>
    </w:p>
    <w:p>
      <w:r>
        <w:t xml:space="preserve">14:17      (Speaker D)  No. </w:t>
      </w:r>
    </w:p>
    <w:p>
      <w:r>
        <w:t xml:space="preserve">14:17      (Speaker A)  So, yeah, there's no backup to it. It's basically they selected the audit committee selected Grow in their meeting. And you guys are approving their recommendation of Grau. </w:t>
      </w:r>
    </w:p>
    <w:p>
      <w:r>
        <w:t xml:space="preserve">14:28      (Speaker C)  I move approval of the audit committee's recommendation to appoint Grau and associates as the auditor. </w:t>
      </w:r>
    </w:p>
    <w:p>
      <w:r>
        <w:t xml:space="preserve">14:36      (Speaker B)  I was looking. </w:t>
      </w:r>
    </w:p>
    <w:p>
      <w:r>
        <w:t xml:space="preserve">14:36      (Speaker A)  All right. </w:t>
      </w:r>
    </w:p>
    <w:p>
      <w:r>
        <w:t xml:space="preserve">14:37      (Speaker B)  I thought we did that, but I. I understand. </w:t>
      </w:r>
    </w:p>
    <w:p>
      <w:r>
        <w:t xml:space="preserve">14:41      (Speaker D)  Any opposed? </w:t>
      </w:r>
    </w:p>
    <w:p>
      <w:r>
        <w:t xml:space="preserve">14:41      (Speaker A)  Motion carries an answer. Yeah. </w:t>
      </w:r>
    </w:p>
    <w:p>
      <w:r>
        <w:t xml:space="preserve">14:43      (Speaker C)  So the audit committee approved them, and then we're approving that approval. </w:t>
      </w:r>
    </w:p>
    <w:p>
      <w:r>
        <w:t xml:space="preserve">14:47      (Speaker A)  So they're. They're right. Yeah. They gave their recommendation and selection, and then we approve the actual. All right. I guess down to district council. We are not working on anything right now. </w:t>
      </w:r>
    </w:p>
    <w:p>
      <w:r>
        <w:t xml:space="preserve">15:02      (Speaker B)  You're gonna admit them </w:t>
      </w:r>
    </w:p>
    <w:p>
      <w:r>
        <w:t xml:space="preserve">15:06      (Speaker C)  for the renter? </w:t>
      </w:r>
    </w:p>
    <w:p>
      <w:r>
        <w:t xml:space="preserve">15:07      (Speaker A)  Problem is my clients in the room. All right, next we have our engineer. Mayor court, I think. Do we have engineer on? </w:t>
      </w:r>
    </w:p>
    <w:p>
      <w:r>
        <w:t xml:space="preserve">15:16      (Speaker D)  Yes, you do. Awesome. Aer from Parkerburg and Associates. </w:t>
      </w:r>
    </w:p>
    <w:p>
      <w:r>
        <w:t xml:space="preserve">15:20      (Speaker B)  All right. </w:t>
      </w:r>
    </w:p>
    <w:p>
      <w:r>
        <w:t xml:space="preserve">15:21      (Speaker A)  Anything to report for the port? </w:t>
      </w:r>
    </w:p>
    <w:p>
      <w:r>
        <w:t xml:space="preserve">15:24      (Speaker C)  No, sir. </w:t>
      </w:r>
    </w:p>
    <w:p>
      <w:r>
        <w:t xml:space="preserve">15:29      (Speaker A)  All right, bring us down to our district manager's report. Aye. The approval of the check register listed there. That is on page one. Hundred and thirty two. You have checks 391 through 405. Total there is $258,762.40. Behind that, you have your line by line register. That's right. For the board review. And the reason this one's a little higher is you'll see the fiscal year 26 assessments flowing through the district's check register. So that's why that number is a little higher than normal. You'll see those listed on the register list is where your 26 assessments are reflecting. </w:t>
      </w:r>
    </w:p>
    <w:p>
      <w:r>
        <w:t xml:space="preserve">16:08      (Speaker C)  So you're looking for approval. So you're saying. These big line items, the 122, 949 and the 72, 598 are the way that's flowing through, like you're talking about. </w:t>
      </w:r>
    </w:p>
    <w:p>
      <w:r>
        <w:t xml:space="preserve">16:37      (Speaker A)  Yeah. So like on page 134 in the middle, right, you'll see those FY26 assessments. You'll see the dates. 413, 500. So that's when those are basically going through the district, and then that's why those are reflected there. </w:t>
      </w:r>
    </w:p>
    <w:p>
      <w:r>
        <w:t xml:space="preserve">16:52      (Speaker C)  Okay. Yep. I move approval of the check register. </w:t>
      </w:r>
    </w:p>
    <w:p>
      <w:r>
        <w:t xml:space="preserve">16:55      (Speaker B)  I'll second that. </w:t>
      </w:r>
    </w:p>
    <w:p>
      <w:r>
        <w:t xml:space="preserve">16:56      (Speaker A)  Motion a second. All in favor? </w:t>
      </w:r>
    </w:p>
    <w:p>
      <w:r>
        <w:t xml:space="preserve">16:58      (Speaker B)  Aye. </w:t>
      </w:r>
    </w:p>
    <w:p>
      <w:r>
        <w:t xml:space="preserve">16:59      (Speaker A)  Any opposed? </w:t>
      </w:r>
    </w:p>
    <w:p>
      <w:r>
        <w:t xml:space="preserve">17:00      (Speaker B)  All right. </w:t>
      </w:r>
    </w:p>
    <w:p>
      <w:r>
        <w:t xml:space="preserve">17:00      (Speaker A)  Motion carries unanimously. </w:t>
      </w:r>
    </w:p>
    <w:p>
      <w:r>
        <w:t xml:space="preserve">17:02      (Speaker B)  All right. </w:t>
      </w:r>
    </w:p>
    <w:p>
      <w:r>
        <w:t xml:space="preserve">17:03      (Speaker A)  Behind that, you have your balance sheet, income statement, your unaudited financials. No action required there. And then if you go down to page the last, page 147, we have our fiscal year 27 meeting schedule. We've kept it the same as it is currently for gardens on an as needed basis where we kind of see when the board needs to meet and then advertise that. So if the board's okay with that. </w:t>
      </w:r>
    </w:p>
    <w:p>
      <w:r>
        <w:t xml:space="preserve">17:25      (Speaker B)  So it's noon on the. Which Friday? Well, we can. </w:t>
      </w:r>
    </w:p>
    <w:p>
      <w:r>
        <w:t xml:space="preserve">17:28      (Speaker A)  We actually can make it any. Any time, but we usually try to align it. If other board members are serving other board members, save them a treatment. So if you're okay with the. As needed, just need a motion </w:t>
      </w:r>
    </w:p>
    <w:p>
      <w:r>
        <w:t xml:space="preserve">17:40      (Speaker C)  approve approval of. Recommend approval of the schedule for the second 2027 meetings. </w:t>
      </w:r>
    </w:p>
    <w:p>
      <w:r>
        <w:t xml:space="preserve">17:48      (Speaker A)  So Google has added. All in favor? Any opposed? Just one little housekeeping item for me. Can we just do a motion. I forgot to close the public hearing. Can we see a motion to close the public hearing? </w:t>
      </w:r>
    </w:p>
    <w:p>
      <w:r>
        <w:t xml:space="preserve">18:00      (Speaker C)  On the back. This is back on the move to close the public hearing on the approval of the budget. </w:t>
      </w:r>
    </w:p>
    <w:p>
      <w:r>
        <w:t xml:space="preserve">18:07      (Speaker A)  All right, motion is second. All in favor? Mayor Kazan? I don't want the hearing open until next year. So, you know, thank you. All right. Any other business or supervisor requests? </w:t>
      </w:r>
    </w:p>
    <w:p>
      <w:r>
        <w:t xml:space="preserve">18:19      (Speaker C)  Yes, I have. I have. Anybody don't want to get ahead of anybody else. So I, as a board member and as the developer, am not satisfied at all with the performance of Vertigo on the landscaping. And so I have had extensive communication with them as the developer and also with Rich here. And so I'm just not pleased. This is a custom home community. It's not a starter home community. It's not a KB homes community. Hope nobody from KB is on the phone. But anyway, they're just not performing. And we did some test work out there this year. We fertilized some areas, or one area in particular. I had another landscaping company fertilize to test to see if they were fertilizing enough in the other areas. And it's clear that they're not. And so I kind of have dual roles here in this. But as a board supervisor on the board, I would like to see us put out new RFPs for the landscaping work. And I would like to see those RFPS scrutinized so that we're sure that what we're asking for is the level of service that we're expecting. Because that's one place where we might have failed is that we put out RFPs that did not ask for the level of fertilization and all that kind of thing. So I would like to see us send new RFPs out to new or to different landscapes companies to see if we can't get ready to make a change. Look, I was looking at the contract. We do have a contract, but I believe that we have the right to cancel it with cars. </w:t>
      </w:r>
    </w:p>
    <w:p>
      <w:r>
        <w:t xml:space="preserve">20:42      (Speaker B)  And that was going to be my question. So what do we need to give them notice? </w:t>
      </w:r>
    </w:p>
    <w:p>
      <w:r>
        <w:t xml:space="preserve">20:47      (Speaker C)  Yes, I do think we need to give them notice, but, you know, and that was going to be my second part of my deal. But yes, I think we ought to put them on notice that their performance is not up to speed and they have a remedy, period. I think they do. I think it's 60 days, </w:t>
      </w:r>
    </w:p>
    <w:p>
      <w:r>
        <w:t xml:space="preserve">21:07      (Speaker A)  unfortunately. </w:t>
      </w:r>
    </w:p>
    <w:p>
      <w:r>
        <w:t xml:space="preserve">21:08      (Speaker C)  Abide by the contract. Yeah, I think so. I think we need to put them on notice that they're performance is not to the level that we need. I mean, you can drive in the front gate and right at the center island, right beyond the front gate is a giant dead spot of grass. And they continue to try to blame it on everything but their performance. And throughout the whole community, and I drove it with Rich this morning. Throughout the whole community, there are areas that are lacking and I'm just tired of arguing with them about it. So I think we need to do two things, really. Three things. But one is put them on notice two is send out new RFPs that have been scrutinized. That they are. We are asking for the level of service that we're expecting. And number three, I think we, I'd like to see us ask GMS to have Rich more involved out there. He told me this morning his he's only expected to be there twice a month. I don't think that's anywhere near adequate. And so if the district has to pay more to have him out there a couple times a week or something, at least until these problems are fixed, then I think we should do that. </w:t>
      </w:r>
    </w:p>
    <w:p>
      <w:r>
        <w:t xml:space="preserve">22:28      (Speaker B)  How does that affect the budget we just approved? </w:t>
      </w:r>
    </w:p>
    <w:p>
      <w:r>
        <w:t xml:space="preserve">22:31      (Speaker C)  Well, since we're on the department developer deficit funding I guess, you know, it would mean that the developer is probably </w:t>
      </w:r>
    </w:p>
    <w:p>
      <w:r>
        <w:t xml:space="preserve">22:40      (Speaker A)  going to have to, I mean there might be fund line items that are, that are tracking way under budget. </w:t>
      </w:r>
    </w:p>
    <w:p>
      <w:r>
        <w:t xml:space="preserve">22:46      (Speaker B)  So there's room in there. </w:t>
      </w:r>
    </w:p>
    <w:p>
      <w:r>
        <w:t xml:space="preserve">22:48      (Speaker A)  Yeah, there should be. Yep. </w:t>
      </w:r>
    </w:p>
    <w:p>
      <w:r>
        <w:t xml:space="preserve">22:52      (Speaker C)  Bottom line is our customers are not happy and I'm not happy. Our employees are not happy because they depend upon the community for their sales to generate sales and that's how they earn a living for their families. They're not happy and it's time to have some changes out there. So anyway, those are the three things I'd like to see us do. I don't know if I can make a motion for that or not. I would like to move that we request GMS to increase the amount of work that the on site first employee is doing. That we put Vertigo on notice that </w:t>
      </w:r>
    </w:p>
    <w:p>
      <w:r>
        <w:t xml:space="preserve">23:39      (Speaker B)  the performance is how much of an increase. </w:t>
      </w:r>
    </w:p>
    <w:p>
      <w:r>
        <w:t xml:space="preserve">23:44      (Speaker C)  They should be there twice a week. </w:t>
      </w:r>
    </w:p>
    <w:p>
      <w:r>
        <w:t xml:space="preserve">23:47      (Speaker B)  Twice a week. </w:t>
      </w:r>
    </w:p>
    <w:p>
      <w:r>
        <w:t xml:space="preserve">23:47      (Speaker C)  Twice a week until the problems are resolved. Because I want to focus more on prevention of the these problems instead of. As I explained this morning, I don't want to put the house out when it's on fire. That doesn't do anybody any good. I want to prevent the fire to begin with. </w:t>
      </w:r>
    </w:p>
    <w:p>
      <w:r>
        <w:t xml:space="preserve">24:04      (Speaker D)  So just from my knowledge is that twice a week after you replace the landscape company or twice a week before </w:t>
      </w:r>
    </w:p>
    <w:p>
      <w:r>
        <w:t xml:space="preserve">24:10      (Speaker C)  we replace the landscape, that's twice a week between now and when we get the problem under control or the board is satisfied that the problem is under control. </w:t>
      </w:r>
    </w:p>
    <w:p>
      <w:r>
        <w:t xml:space="preserve">24:18      (Speaker D)  For the record, you know, contracts only twice a month. I do go every week just as an initiative for myself. I do make an attempt every Wednesday I, I attend the property even though contractually my obligations open twice a month. </w:t>
      </w:r>
    </w:p>
    <w:p>
      <w:r>
        <w:t xml:space="preserve">24:33      (Speaker C)  And yet, and yet the property looks like it does. So you agree that there's a problem? </w:t>
      </w:r>
    </w:p>
    <w:p>
      <w:r>
        <w:t xml:space="preserve">24:39      (Speaker D)  I think, I think, you know, Ken and I talked really freely about this. I think we Both have a little bit of different opinions. I think there's no matter. I think there's a lot of implementations that need to be added going forward with the rfp, in my opinion. I think the RFP was pretty vague in a lot of areas where maybe we should have. </w:t>
      </w:r>
    </w:p>
    <w:p>
      <w:r>
        <w:t xml:space="preserve">24:59      (Speaker C)  Should have been a little bit more </w:t>
      </w:r>
    </w:p>
    <w:p>
      <w:r>
        <w:t xml:space="preserve">25:00      (Speaker D)  detailed, in my own opinion. And I feel like I've been bringing notifications up to the landscape company. They've been working through. Still a lot of issues still on property. However, the issues that I do bring to their attention, like Kenneth mentioned, the sod that died out, they're replacing all of them. About $4,000 worth of sod. I held them accountable for that. Like I mentioned to Ken, it's quality or quantity. You know, it's. It's, you know, if you want better quality, I think, and this is my own opinion, I think Vertigo will get you to where we need to go to maintain. I think the quality that chemists look at looking for. I don't know if Vertigo would ever reach that liberal. And that's my honest opinion. </w:t>
      </w:r>
    </w:p>
    <w:p>
      <w:r>
        <w:t xml:space="preserve">25:46      (Speaker C)  Appreciate that. We'll have to evaluate and keep you informed. Like the contract and the process of cost termination. The next step is. </w:t>
      </w:r>
    </w:p>
    <w:p>
      <w:r>
        <w:t xml:space="preserve">25:58      (Speaker A)  It sounds like your motion includes those three items that. </w:t>
      </w:r>
    </w:p>
    <w:p>
      <w:r>
        <w:t xml:space="preserve">26:00      (Speaker C)  Those three items. Yes. Notice the vertigo new RFPs and a request to GMS to increase the amount of work that Rich is doing. </w:t>
      </w:r>
    </w:p>
    <w:p>
      <w:r>
        <w:t xml:space="preserve">26:13      (Speaker B)  So the RFPs would come after. </w:t>
      </w:r>
    </w:p>
    <w:p>
      <w:r>
        <w:t xml:space="preserve">26:17      (Speaker C)  I think we're asking GMS to perform the RFP to do the RFPs in anticipation of making a change. </w:t>
      </w:r>
    </w:p>
    <w:p>
      <w:r>
        <w:t xml:space="preserve">26:26      (Speaker B)  I second. How about the notice? Does that come from the manager? From Mike. </w:t>
      </w:r>
    </w:p>
    <w:p>
      <w:r>
        <w:t xml:space="preserve">26:34      (Speaker C)  How about the one. I'm sorry, The. </w:t>
      </w:r>
    </w:p>
    <w:p>
      <w:r>
        <w:t xml:space="preserve">26:36      (Speaker B)  The notice to Vertigo. </w:t>
      </w:r>
    </w:p>
    <w:p>
      <w:r>
        <w:t xml:space="preserve">26:38      (Speaker C)  I would ask that we ask GMS to do it with maybe Michael's approval. Meets with our contract. </w:t>
      </w:r>
    </w:p>
    <w:p>
      <w:r>
        <w:t xml:space="preserve">26:49      (Speaker A)  Crossing our T's dot com. You have a motion and a second, very. Motion to turn. </w:t>
      </w:r>
    </w:p>
    <w:p>
      <w:r>
        <w:t xml:space="preserve">27:04      (Speaker C)  So move second. </w:t>
      </w:r>
    </w:p>
    <w:p>
      <w:r>
        <w:t xml:space="preserve">27:08      (Speaker A)  All favor. All right, you can leave the iPads up. I got to switch over to the next.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