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Kepler Road </w:t>
        <w:br/>
        <w:br/>
        <w:br/>
      </w:r>
    </w:p>
    <w:p>
      <w:r>
        <w:t>START AND END TIME OF THE CDD MEETING FILE:</w:t>
      </w:r>
      <w:r>
        <w:rPr>
          <w:b/>
          <w:color w:val="FF0000"/>
        </w:rPr>
        <w:br/>
        <w:tab/>
        <w:tab/>
        <w:tab/>
        <w:tab/>
        <w:t xml:space="preserve"> August 10, 2026 at 09:00 AM</w:t>
      </w:r>
      <w:r>
        <w:rPr>
          <w:b/>
          <w:color w:val="FF0000"/>
        </w:rPr>
        <w:br/>
        <w:tab/>
        <w:tab/>
        <w:tab/>
        <w:tab/>
        <w:t xml:space="preserve"> August 10, 2026 at 09:39 AM</w:t>
        <w:br/>
        <w:br/>
        <w:br/>
      </w:r>
    </w:p>
    <w:p>
      <w:r>
        <w:t>AUDIO FILE NAME, FILE SIZE:</w:t>
      </w:r>
      <w:r>
        <w:rPr>
          <w:b/>
          <w:color w:val="FF0000"/>
        </w:rPr>
        <w:br/>
        <w:tab/>
        <w:tab/>
        <w:tab/>
        <w:tab/>
        <w:t xml:space="preserve"> Estancia_CDD_Board_Meeting_8.18.26.m4a</w:t>
      </w:r>
      <w:r>
        <w:rPr>
          <w:b/>
          <w:color w:val="FF0000"/>
        </w:rPr>
        <w:br/>
        <w:tab/>
        <w:tab/>
        <w:tab/>
        <w:tab/>
        <w:t xml:space="preserve"> 134721831</w:t>
        <w:br/>
        <w:br/>
        <w:br/>
      </w:r>
    </w:p>
    <w:p>
      <w:r>
        <w:t>DATE AUDIO FILE SUBMITTED TO THE GAT SYSTEM:</w:t>
      </w:r>
      <w:r>
        <w:rPr>
          <w:b/>
          <w:color w:val="FF0000"/>
        </w:rPr>
        <w:br/>
        <w:tab/>
        <w:tab/>
        <w:tab/>
        <w:tab/>
        <w:t xml:space="preserve"> September 02, 2026 at 09:58 AM</w:t>
        <w:br/>
        <w:br/>
        <w:br/>
      </w:r>
    </w:p>
    <w:p>
      <w:r>
        <w:t>DATE AUDIO FILE COMPLETED BY THE GAT SYSTEM:</w:t>
      </w:r>
      <w:r>
        <w:rPr>
          <w:b/>
          <w:color w:val="FF0000"/>
        </w:rPr>
        <w:br/>
        <w:tab/>
        <w:tab/>
        <w:tab/>
        <w:tab/>
        <w:t xml:space="preserve"> September 02, 2026 at 10:02 AM</w:t>
      </w:r>
      <w:r>
        <w:rPr>
          <w:b/>
          <w:color w:val="FF0000"/>
        </w:rPr>
        <w:br/>
        <w:tab/>
        <w:tab/>
        <w:tab/>
        <w:tab/>
        <w:t xml:space="preserve"> 03:56 ELAPSED TIME</w:t>
        <w:br/>
        <w:br/>
        <w:br/>
      </w:r>
    </w:p>
    <w:p>
      <w:r>
        <w:t>MEETING AGENDA:</w:t>
      </w:r>
      <w:r>
        <w:rPr>
          <w:b/>
          <w:color w:val="FF0000"/>
        </w:rPr>
        <w:br/>
        <w:br/>
        <w:br/>
        <w:tab/>
        <w:tab/>
        <w:tab/>
        <w:tab/>
        <w:t xml:space="preserve">  </w:t>
        <w:br/>
        <w:br/>
        <w:br/>
      </w:r>
    </w:p>
    <w:p>
      <w:r>
        <w:t xml:space="preserve">00:00      (Speaker A)  Foreign </w:t>
      </w:r>
    </w:p>
    <w:p>
      <w:r>
        <w:t xml:space="preserve">00:03      (Speaker B)  Good afternoon everyone. Welcome to the stancy at Wire Grass Community Development District Board of Supervisors meeting. Today is Tuesday, August 18, 2026. Time is 6:01pm we'll start with roll </w:t>
      </w:r>
    </w:p>
    <w:p>
      <w:r>
        <w:t xml:space="preserve">00:16      (Speaker A)  call, start with supervisors. Here's my left Tammy Taylor, Luke Richardson, Steve Pringle, Randy Garrison. </w:t>
      </w:r>
    </w:p>
    <w:p>
      <w:r>
        <w:t xml:space="preserve">00:24      (Speaker B)  Excellent. Then we have myself, Richard McGrath with </w:t>
      </w:r>
    </w:p>
    <w:p>
      <w:r>
        <w:t xml:space="preserve">00:26      (Speaker C)  GMS Pete Williams, board consultant. </w:t>
      </w:r>
    </w:p>
    <w:p>
      <w:r>
        <w:t xml:space="preserve">00:30      (Speaker D)  David Hampshire, District Engineer </w:t>
      </w:r>
    </w:p>
    <w:p>
      <w:r>
        <w:t xml:space="preserve">00:34      (Speaker A)  Council. Okay and then we. </w:t>
      </w:r>
    </w:p>
    <w:p>
      <w:r>
        <w:t xml:space="preserve">00:36      (Speaker B)  We have amenities here as well with us and I don't know if Juner is joining us this afternoon, but we've got them here a little bit anyways. So with that we'll move on to walk on agenda items. We do have a request. We did and we probably talked about this under council is somebody reached out a detective concerning a previous trespass and Mike had. I had a conversation with Mike had a conversation. So we're just going to walk that on to discuss the board with the board of it's something that happened back in 2019 but before getting into it too much here we're just going to have that brought on. Is there any other walk on agenda items? </w:t>
      </w:r>
    </w:p>
    <w:p>
      <w:r>
        <w:t xml:space="preserve">01:20      (Speaker E)  No walk on but I do want to motion to move the staff report District engineer from a down to the ending at which would be. </w:t>
      </w:r>
    </w:p>
    <w:p>
      <w:r>
        <w:t xml:space="preserve">01:29      (Speaker B)  Yeah, that's fine. Yeah, we won't have to do a motion for that. We'll just skip over and we'll just come back to you. And speaking of that we do Clayton does have something that's come up. He will be able to join Zoom after but we'll get through aquatics landscape and and probably bump him up field and then we can do amenity and then or consultant council engineer. So we'll shuffle around a little bit </w:t>
      </w:r>
    </w:p>
    <w:p>
      <w:r>
        <w:t xml:space="preserve">01:52      (Speaker A)  but we'll make it work. </w:t>
      </w:r>
    </w:p>
    <w:p>
      <w:r>
        <w:t xml:space="preserve">01:55      (Speaker B)  Any other walk on agenda items? </w:t>
      </w:r>
    </w:p>
    <w:p>
      <w:r>
        <w:t xml:space="preserve">01:58      (Speaker A)  No. Okay. </w:t>
      </w:r>
    </w:p>
    <w:p>
      <w:r>
        <w:t xml:space="preserve">02:01      (Speaker B)  So with that we'll go to supervisor request and audience comments. I can start with audience comments. Audience members, this is an opportunity to speak to the board. We just ask that you raise your hand and state your name and address for the record. Please leave me comments to three minutes. It is specific to the agenda. We do have agendas up here on the table. We do also have our proposed budget which is going to be a public hearing or sorry, adopted budget which is going to be a public hearing. So if there's anything specific to the budget, we just ask to wait till the public hearing portion and we'll discuss solely the budget at that time. So yes sir. </w:t>
      </w:r>
    </w:p>
    <w:p>
      <w:r>
        <w:t xml:space="preserve">02:38      (Speaker A)  Alex Pity Pirelli. </w:t>
      </w:r>
    </w:p>
    <w:p>
      <w:r>
        <w:t xml:space="preserve">02:41      (Speaker F)  I just had two quick things. One thing is I am super interested </w:t>
      </w:r>
    </w:p>
    <w:p>
      <w:r>
        <w:t xml:space="preserve">02:44      (Speaker A)  to hear the discussion going around the block safety Camera issues. </w:t>
      </w:r>
    </w:p>
    <w:p>
      <w:r>
        <w:t xml:space="preserve">02:48      (Speaker F)  It seems kind of more information as </w:t>
      </w:r>
    </w:p>
    <w:p>
      <w:r>
        <w:t xml:space="preserve">02:51      (Speaker A)  being not made public, but just kind </w:t>
      </w:r>
    </w:p>
    <w:p>
      <w:r>
        <w:t xml:space="preserve">02:53      (Speaker F)  of being brought to bear. </w:t>
      </w:r>
    </w:p>
    <w:p>
      <w:r>
        <w:t xml:space="preserve">02:54      (Speaker A)  Been out there for quite a long time there and specifically even our county decision. The second thing was really just kind of follow up on maybe not last meeting, but two weeks ago, something like that. </w:t>
      </w:r>
    </w:p>
    <w:p>
      <w:r>
        <w:t xml:space="preserve">03:05      (Speaker F)  When we were talking about the trooper that controls or doesn't control whatever it </w:t>
      </w:r>
    </w:p>
    <w:p>
      <w:r>
        <w:t xml:space="preserve">03:10      (Speaker A)  is, I noticed in the agenda package that there was no mention of any of that or payout or anything. So I get a follow up if I missed something as to what was going on. </w:t>
      </w:r>
    </w:p>
    <w:p>
      <w:r>
        <w:t xml:space="preserve">03:21      (Speaker B)  Okay, yeah, we can talk a little bit about that under Amenity with the Amenity team. Great, Appreciate it. </w:t>
      </w:r>
    </w:p>
    <w:p>
      <w:r>
        <w:t xml:space="preserve">03:29      (Speaker A)  Thank you. </w:t>
      </w:r>
    </w:p>
    <w:p>
      <w:r>
        <w:t xml:space="preserve">03:30      (Speaker B)  So again, we do have opportunity for audience comments. Let me check Zoom here real quick. Don't have anybody else on Zoom. We do have an audience member who's coming in now. I'm put you on the spot, sir, if you have something you'd like to discuss with the board. Otherwise we're going to move on to we do have the hearing and then there's another opportunity at the end. I just want to make sure he gets a chance if you want to speak. Okay, so not seeing any additional audience comments at this time. Move to supervisor requests in supervisor requests. </w:t>
      </w:r>
    </w:p>
    <w:p>
      <w:r>
        <w:t xml:space="preserve">04:06      (Speaker A)  No. Okay. Okay. </w:t>
      </w:r>
    </w:p>
    <w:p>
      <w:r>
        <w:t xml:space="preserve">04:18      (Speaker B)  So with that, we'll move on to the first agenda item, which is the amenity suspension hearing. I'll turn it over to the amenity team for any additional information on that. I don't know if Amy's here today. </w:t>
      </w:r>
    </w:p>
    <w:p>
      <w:r>
        <w:t xml:space="preserve">04:33      (Speaker C)  Amy is unable to attend tonight. </w:t>
      </w:r>
    </w:p>
    <w:p>
      <w:r>
        <w:t xml:space="preserve">04:35      (Speaker B)  Okay, so is there any information about the suspension hearing for the suspended? </w:t>
      </w:r>
    </w:p>
    <w:p>
      <w:r>
        <w:t xml:space="preserve">04:42      (Speaker A)  I don't. </w:t>
      </w:r>
    </w:p>
    <w:p>
      <w:r>
        <w:t xml:space="preserve">04:43      (Speaker F)  I don't think we got the information to be able to send the letter out. </w:t>
      </w:r>
    </w:p>
    <w:p>
      <w:r>
        <w:t xml:space="preserve">04:46      (Speaker A)  Okay, that's my. My right election. </w:t>
      </w:r>
    </w:p>
    <w:p>
      <w:r>
        <w:t xml:space="preserve">04:50      (Speaker B)  So we'll just table it to the next meeting. </w:t>
      </w:r>
    </w:p>
    <w:p>
      <w:r>
        <w:t xml:space="preserve">04:51      (Speaker F)  Yeah, yeah. This was. We had a suspension and then we also had one that kind of came </w:t>
      </w:r>
    </w:p>
    <w:p>
      <w:r>
        <w:t xml:space="preserve">04:55      (Speaker A)  up at the meeting. Y and that was the one that </w:t>
      </w:r>
    </w:p>
    <w:p>
      <w:r>
        <w:t xml:space="preserve">04:57      (Speaker F)  we were anticipating would be handled today, but I don't think we got the information we need to be able to </w:t>
      </w:r>
    </w:p>
    <w:p>
      <w:r>
        <w:t xml:space="preserve">05:02      (Speaker B)  be able to send the letter for notice. </w:t>
      </w:r>
    </w:p>
    <w:p>
      <w:r>
        <w:t xml:space="preserve">05:03      (Speaker C)  Okay, that was the one related to the abuse of the staff. </w:t>
      </w:r>
    </w:p>
    <w:p>
      <w:r>
        <w:t xml:space="preserve">05:06      (Speaker A)  That is correct, yeah. Okay, so we'll have that table then </w:t>
      </w:r>
    </w:p>
    <w:p>
      <w:r>
        <w:t xml:space="preserve">05:10      (Speaker B)  to the September meeting, pending the additional information. Okay, so with that we'll move on to item five. So we have the consideration proposals for pool resurfacing. Do you have trusted pools in Spa and Executive Pools Inc. We'll see that in your agenda packet. There's any additional details, I think, I think for the. </w:t>
      </w:r>
    </w:p>
    <w:p>
      <w:r>
        <w:t xml:space="preserve">05:36      (Speaker C)  From just for the board's information. The I, I believe at this point that. And Mike, correct me if there were five companies now I believe that were notified. </w:t>
      </w:r>
    </w:p>
    <w:p>
      <w:r>
        <w:t xml:space="preserve">05:50      (Speaker F)  Yeah, whatever companies the staff provided U.S. and G.B. collins provided us, we provided them with the entire package offer to answer any questions. </w:t>
      </w:r>
    </w:p>
    <w:p>
      <w:r>
        <w:t xml:space="preserve">05:59      (Speaker A)  Yeah. </w:t>
      </w:r>
    </w:p>
    <w:p>
      <w:r>
        <w:t xml:space="preserve">06:00      (Speaker C)  And so I think the difficulty here is you've got two proposals, but Executive basically is if we were, if we would have done this as a, a real formal request, I'd almost urge the board to consider them non responsive, just in the lack of material. We did submit to the board their pricing schematic that I went ahead and put together so you wouldn't have to hammer over what that totaled. But I do think that trusted pool has obviously at this point a really good handle on what we want and what we need to do. They are considerably lower in price than what Executive had quoted. And in looking at, seems to me and Clayton, maybe you could, you know, see how you feel about this. But some of the terms they used. It's a matter of semantics, but I think both of them are pretty much quoting the same scenario, except that for trusted is almost directly in relationship to the guidelines without any wordsmithing. </w:t>
      </w:r>
    </w:p>
    <w:p>
      <w:r>
        <w:t xml:space="preserve">07:12      (Speaker A)  And I agree that, yeah, I was a little disappointing to see Executive not include the whole entire application portion and all that, plus, I mean, $100,000 difference. </w:t>
      </w:r>
    </w:p>
    <w:p>
      <w:r>
        <w:t xml:space="preserve">07:23      (Speaker D)  Yeah. </w:t>
      </w:r>
    </w:p>
    <w:p>
      <w:r>
        <w:t xml:space="preserve">07:24      (Speaker A)  I've never worked with executive pools. It doesn't mean that they're not good, but we have worked with trusted pools at a few districts and we have had no issues with them so far, so. </w:t>
      </w:r>
    </w:p>
    <w:p>
      <w:r>
        <w:t xml:space="preserve">07:34      (Speaker C)  And Mike, how. How do you feel about the executive pool? If we had formalized this, would you have considered unresponsive? </w:t>
      </w:r>
    </w:p>
    <w:p>
      <w:r>
        <w:t xml:space="preserve">07:43      (Speaker A)  No, we would have. </w:t>
      </w:r>
    </w:p>
    <w:p>
      <w:r>
        <w:t xml:space="preserve">07:44      (Speaker F)  We would have knocked them out and probably not even brought it to the board other than say a motion to find them non responsive. But it is an informal process, so your hands are not tied because of that. </w:t>
      </w:r>
    </w:p>
    <w:p>
      <w:r>
        <w:t xml:space="preserve">07:55      (Speaker C)  I almost think that this is one of those circumstances where they purposely bid it high and did what they did because they want to be included in the future, but they're just too busy to do it now or, you know, for whatever reason have decided they don't want to be involved. That's typically the way I view those kind of scenarios. </w:t>
      </w:r>
    </w:p>
    <w:p>
      <w:r>
        <w:t xml:space="preserve">08:13      (Speaker A)  But did we have any feedback from the consultants? </w:t>
      </w:r>
    </w:p>
    <w:p>
      <w:r>
        <w:t xml:space="preserve">08:18      (Speaker C)  I had asked him to supply information. They have not gotten back to me yet. So all I know is that the trusted pool has clearly stuck with the guidelines and specifications as provided, which gives me a certain amount of comfort level and again with GMS's prior experience with them you know, that certainly helps. But again, I'm a little disappointed that we hadn't had a response back from them yet. And they did assure us at the time that even though it was a short amount of time to make an evaluation, that they surely could provide that. And I had emailed their contact people earlier again today and have not received a response back, so. </w:t>
      </w:r>
    </w:p>
    <w:p>
      <w:r>
        <w:t xml:space="preserve">09:09      (Speaker A)  Okay. Okay. And we, we do plan on using them to monitor. </w:t>
      </w:r>
    </w:p>
    <w:p>
      <w:r>
        <w:t xml:space="preserve">09:17      (Speaker C)  They would provide the construction. You know, we've already issued that contract with them. So they would oversee all the aspects of construction, do all the inspections for various draws, et cetera, to make sure that, you know, what we're paying for is there. The one thing I didn't know, Clayton, I don't know if you saw it. Executive had a potential increase for a bond of 4%. And I do think, given the nature of pool contractors, that we would want a performance bond issued. And it's going to require. Normally they're going to tack that on. So depending on who their insurance or bonding company is, it could run as little as maybe 3% all the way up to 5 or 6. But it's money well spent because if they were to walk away, we've got the value to make sure it's completed. And I'm not suggesting they would, but we've all heard the horror stories and more on an individual home basis. But I just think it's. It's well within the benefit to the district to consider having them add a bond. </w:t>
      </w:r>
    </w:p>
    <w:p>
      <w:r>
        <w:t xml:space="preserve">10:33      (Speaker A)  I noticed it wasn't on there by trusted. Do we ask them to include or did Executive just do that? </w:t>
      </w:r>
    </w:p>
    <w:p>
      <w:r>
        <w:t xml:space="preserve">10:38      (Speaker C)  Executive did it. Executive did it as an add on to show it. But we can go back to trusted and see what it is. And you know, we can certainly authorize the chairman to accept it. But again, it's. It's probably going to be in that ballpark range. </w:t>
      </w:r>
    </w:p>
    <w:p>
      <w:r>
        <w:t xml:space="preserve">10:55      (Speaker A)  So the only other question is trusted did show less heaters overall a lot cheaper or what they proposed adequate for the pool? </w:t>
      </w:r>
    </w:p>
    <w:p>
      <w:r>
        <w:t xml:space="preserve">11:08      (Speaker C)  Do we know? I think so. And I think what they were talking about is that is the two, you know, is the variations that they're offering up are more cost effective and. </w:t>
      </w:r>
    </w:p>
    <w:p>
      <w:r>
        <w:t xml:space="preserve">11:19      (Speaker A)  Right. Yeah, it's gonna be more efficient. I did talk to him about the heaters back when they did the original bid. And then again, he's, he's very confident that this is more than what the pool needs. </w:t>
      </w:r>
    </w:p>
    <w:p>
      <w:r>
        <w:t xml:space="preserve">11:33      (Speaker E)  Didn't he just do the heaters over there? Were we down last? </w:t>
      </w:r>
    </w:p>
    <w:p>
      <w:r>
        <w:t xml:space="preserve">11:37      (Speaker A)  Yes, we repaired. </w:t>
      </w:r>
    </w:p>
    <w:p>
      <w:r>
        <w:t xml:space="preserve">11:39      (Speaker C)  We'd only repaired like one or two and the others needed to be repaired, but we didn't do it. </w:t>
      </w:r>
    </w:p>
    <w:p>
      <w:r>
        <w:t xml:space="preserve">11:44      (Speaker E)  Oh, okay. </w:t>
      </w:r>
    </w:p>
    <w:p>
      <w:r>
        <w:t xml:space="preserve">11:45      (Speaker A)  And that basically said repair or replace. And it looks like both vendors just gave you a replacement. </w:t>
      </w:r>
    </w:p>
    <w:p>
      <w:r>
        <w:t xml:space="preserve">11:51      (Speaker D)  Okay. </w:t>
      </w:r>
    </w:p>
    <w:p>
      <w:r>
        <w:t xml:space="preserve">11:52      (Speaker A)  Yeah. And this was a 60 day completion with new heaters. </w:t>
      </w:r>
    </w:p>
    <w:p>
      <w:r>
        <w:t xml:space="preserve">12:00      (Speaker B)  You'll get a warranty as well. </w:t>
      </w:r>
    </w:p>
    <w:p>
      <w:r>
        <w:t xml:space="preserve">12:03      (Speaker E)  I just thought we just had replaced it. </w:t>
      </w:r>
    </w:p>
    <w:p>
      <w:r>
        <w:t xml:space="preserve">12:05      (Speaker C)  Yeah, yeah, no, we had, we repaired them. We didn't replace them. But that they needed. That they really did need to be replaced at the time. And it was just a band aid scenario. </w:t>
      </w:r>
    </w:p>
    <w:p>
      <w:r>
        <w:t xml:space="preserve">12:17      (Speaker A)  The choice is made. </w:t>
      </w:r>
    </w:p>
    <w:p>
      <w:r>
        <w:t xml:space="preserve">12:19      (Speaker B)  Still would need a motion. </w:t>
      </w:r>
    </w:p>
    <w:p>
      <w:r>
        <w:t xml:space="preserve">12:20      (Speaker A)  Just one more question. Now, we intended to shut down the heaters, yes? Correct. And the pool. So is there a timeline? </w:t>
      </w:r>
    </w:p>
    <w:p>
      <w:r>
        <w:t xml:space="preserve">12:29      (Speaker C)  Not shut down the pool, but shut </w:t>
      </w:r>
    </w:p>
    <w:p>
      <w:r>
        <w:t xml:space="preserve">12:31      (Speaker A)  down the heaters effect? </w:t>
      </w:r>
    </w:p>
    <w:p>
      <w:r>
        <w:t xml:space="preserve">12:33      (Speaker C)  Yeah, effectively. Unless you're part of the polar burns. </w:t>
      </w:r>
    </w:p>
    <w:p>
      <w:r>
        <w:t xml:space="preserve">12:37      (Speaker B)  Polar bear swimming. </w:t>
      </w:r>
    </w:p>
    <w:p>
      <w:r>
        <w:t xml:space="preserve">12:39      (Speaker A)  But does that timeline fit with what we intended? </w:t>
      </w:r>
    </w:p>
    <w:p>
      <w:r>
        <w:t xml:space="preserve">12:43      (Speaker C)  I think actually from what we intended, we'd have the pool back open while the heaters would be down. We, we. The pool would be able to be utilized. </w:t>
      </w:r>
    </w:p>
    <w:p>
      <w:r>
        <w:t xml:space="preserve">12:53      (Speaker A)  Okay. </w:t>
      </w:r>
    </w:p>
    <w:p>
      <w:r>
        <w:t xml:space="preserve">12:54      (Speaker C)  If, if, let's say it has to go further than 60 days, it's not going to hurt because we're getting into </w:t>
      </w:r>
    </w:p>
    <w:p>
      <w:r>
        <w:t xml:space="preserve">13:01      (Speaker A)  that season where down at the end of the season. We're not starting this before we end in the season or we shutting it down. </w:t>
      </w:r>
    </w:p>
    <w:p>
      <w:r>
        <w:t xml:space="preserve">13:07      (Speaker C)  Now, we had talked about doing it November 1st. </w:t>
      </w:r>
    </w:p>
    <w:p>
      <w:r>
        <w:t xml:space="preserve">13:11      (Speaker B)  So it would go through into January. And January, I believe is when the pool heaters are shut down. </w:t>
      </w:r>
    </w:p>
    <w:p>
      <w:r>
        <w:t xml:space="preserve">13:15      (Speaker A)  Yes. </w:t>
      </w:r>
    </w:p>
    <w:p>
      <w:r>
        <w:t xml:space="preserve">13:16      (Speaker C)  So worst case scenarios, it would go into January, hopefully be done by the end of December. </w:t>
      </w:r>
    </w:p>
    <w:p>
      <w:r>
        <w:t xml:space="preserve">13:23      (Speaker A)  Good. </w:t>
      </w:r>
    </w:p>
    <w:p>
      <w:r>
        <w:t xml:space="preserve">13:24      (Speaker C)  And Mike, do you have a preference to frame the motion? </w:t>
      </w:r>
    </w:p>
    <w:p>
      <w:r>
        <w:t xml:space="preserve">13:27      (Speaker F)  Yeah, just two things. One is we are going to have another bond just given the amount. </w:t>
      </w:r>
    </w:p>
    <w:p>
      <w:r>
        <w:t xml:space="preserve">13:31      (Speaker A)  The amount of it. </w:t>
      </w:r>
    </w:p>
    <w:p>
      <w:r>
        <w:t xml:space="preserve">13:32      (Speaker F)  And then I think what the motion </w:t>
      </w:r>
    </w:p>
    <w:p>
      <w:r>
        <w:t xml:space="preserve">13:34      (Speaker A)  I was looking for, because this is </w:t>
      </w:r>
    </w:p>
    <w:p>
      <w:r>
        <w:t xml:space="preserve">13:35      (Speaker F)  an informal process, would be to authorize the. The negotiation and execution of the contract after we've had a Collins provide their </w:t>
      </w:r>
    </w:p>
    <w:p>
      <w:r>
        <w:t xml:space="preserve">13:44      (Speaker A)  input into the contract. We're. </w:t>
      </w:r>
    </w:p>
    <w:p>
      <w:r>
        <w:t xml:space="preserve">13:47      (Speaker F)  I'm not going to suggest we sign anything without them clearly looking at the scope and saying that's the best alternative for us. And probably looking for a, not to exceed of the highest amount of option A, option B, you know, included within there. Within that not to exceed so that we have some flexibility and you can delegate to the chair to make the final decisions. </w:t>
      </w:r>
    </w:p>
    <w:p>
      <w:r>
        <w:t xml:space="preserve">14:07      (Speaker A)  But I think we need to have </w:t>
      </w:r>
    </w:p>
    <w:p>
      <w:r>
        <w:t xml:space="preserve">14:09      (Speaker F)  Collins, you know, scrub the proposal with the contract and make sure that we're getting the product that we want from them and, and that the chair can do that. We can hopefully get something worked out with them in the next, you know, </w:t>
      </w:r>
    </w:p>
    <w:p>
      <w:r>
        <w:t xml:space="preserve">14:22      (Speaker A)  two weeks would be my goal because </w:t>
      </w:r>
    </w:p>
    <w:p>
      <w:r>
        <w:t xml:space="preserve">14:25      (Speaker F)  we Already have the form of the agreement. It's really just in the scope we're </w:t>
      </w:r>
    </w:p>
    <w:p>
      <w:r>
        <w:t xml:space="preserve">14:27      (Speaker A)  talking about in the. In the dollar. Yeah, that's been my comment too. Just they did my test a binding vote without JP column such like this telling me that this is what we want. </w:t>
      </w:r>
    </w:p>
    <w:p>
      <w:r>
        <w:t xml:space="preserve">14:38      (Speaker F)  I just don't know. </w:t>
      </w:r>
    </w:p>
    <w:p>
      <w:r>
        <w:t xml:space="preserve">14:38      (Speaker A)  I mean I can look at it. Sounds good. </w:t>
      </w:r>
    </w:p>
    <w:p>
      <w:r>
        <w:t xml:space="preserve">14:40      (Speaker F)  Yeah. </w:t>
      </w:r>
    </w:p>
    <w:p>
      <w:r>
        <w:t xml:space="preserve">14:41      (Speaker A)  Well we got the information from them initially for the Sure. I know there's alignment there but even so. Right. </w:t>
      </w:r>
    </w:p>
    <w:p>
      <w:r>
        <w:t xml:space="preserve">14:46      (Speaker F)  Yeah. I want to make sure it aligns to it and if it doesn't and we come to an impasse then we'll have to bring it back to you again. But you know that'll kind of defeat the purpose of us doing our so our info processes should be able to get it done. </w:t>
      </w:r>
    </w:p>
    <w:p>
      <w:r>
        <w:t xml:space="preserve">14:58      (Speaker A)  So if the board's comfortable delegating that </w:t>
      </w:r>
    </w:p>
    <w:p>
      <w:r>
        <w:t xml:space="preserve">15:01      (Speaker F)  authority to another board member. Sure. And they can provide a GP signs </w:t>
      </w:r>
    </w:p>
    <w:p>
      <w:r>
        <w:t xml:space="preserve">15:05      (Speaker A)  off their sign up more important than mine </w:t>
      </w:r>
    </w:p>
    <w:p>
      <w:r>
        <w:t xml:space="preserve">15:10      (Speaker C)  and I think I just wanted to pull this up just to be sure. </w:t>
      </w:r>
    </w:p>
    <w:p>
      <w:r>
        <w:t xml:space="preserve">15:14      (Speaker A)  Yes. </w:t>
      </w:r>
    </w:p>
    <w:p>
      <w:r>
        <w:t xml:space="preserve">15:15      (Speaker B)  General enough. </w:t>
      </w:r>
    </w:p>
    <w:p>
      <w:r>
        <w:t xml:space="preserve">15:16      (Speaker A)  I have. </w:t>
      </w:r>
    </w:p>
    <w:p>
      <w:r>
        <w:t xml:space="preserve">15:18      (Speaker C)  It was 324 and change and then there was the add on. 22,000. I believe it was </w:t>
      </w:r>
    </w:p>
    <w:p>
      <w:r>
        <w:t xml:space="preserve">15:35      (Speaker A)  340 in January. </w:t>
      </w:r>
    </w:p>
    <w:p>
      <w:r>
        <w:t xml:space="preserve">15:38      (Speaker C)  Yeah, I think it was you know 340 or 350. </w:t>
      </w:r>
    </w:p>
    <w:p>
      <w:r>
        <w:t xml:space="preserve">15:43      (Speaker A)  And if you know. </w:t>
      </w:r>
    </w:p>
    <w:p>
      <w:r>
        <w:t xml:space="preserve">15:44      (Speaker C)  I think if you established a not to exceed number 380,000 that should accommodate the bond and everything. </w:t>
      </w:r>
    </w:p>
    <w:p>
      <w:r>
        <w:t xml:space="preserve">15:54      (Speaker A)  Isn't that number with the bond? I just did an additional 6%. How much did you say? </w:t>
      </w:r>
    </w:p>
    <w:p>
      <w:r>
        <w:t xml:space="preserve">16:00      (Speaker C)  What did you come up with? Luke? </w:t>
      </w:r>
    </w:p>
    <w:p>
      <w:r>
        <w:t xml:space="preserve">16:01      (Speaker A)  I just did 3:24 change times. </w:t>
      </w:r>
    </w:p>
    <w:p>
      <w:r>
        <w:t xml:space="preserve">16:04      (Speaker C)  You know one and there was another additional 22,000. That was an option. </w:t>
      </w:r>
    </w:p>
    <w:p>
      <w:r>
        <w:t xml:space="preserve">16:09      (Speaker E)  There was pattern if needed. </w:t>
      </w:r>
    </w:p>
    <w:p>
      <w:r>
        <w:t xml:space="preserve">16:10      (Speaker F)  Right. Whatever that is. </w:t>
      </w:r>
    </w:p>
    <w:p>
      <w:r>
        <w:t xml:space="preserve">16:14      (Speaker A)  So what they told me is that that's an option that they don't want to bill us for unless they actually have to do it. But the only way to know you actually have to do it is when the pool is drained and start pulling the plaster. To know if they have to go all the way to the concrete essentially is what that report. Yeah. </w:t>
      </w:r>
    </w:p>
    <w:p>
      <w:r>
        <w:t xml:space="preserve">16:30      (Speaker B)  So if they don't have to do </w:t>
      </w:r>
    </w:p>
    <w:p>
      <w:r>
        <w:t xml:space="preserve">16:31      (Speaker A)  it then they won't but they do. Then you basically have to. </w:t>
      </w:r>
    </w:p>
    <w:p>
      <w:r>
        <w:t xml:space="preserve">16:35      (Speaker C)  So I think if we add that. If we add that in 380 should about do it I would think. </w:t>
      </w:r>
    </w:p>
    <w:p>
      <w:r>
        <w:t xml:space="preserve">16:42      (Speaker A)  And how much should we have in reserve for the build? Eight. Okay. </w:t>
      </w:r>
    </w:p>
    <w:p>
      <w:r>
        <w:t xml:space="preserve">16:53      (Speaker C)  We've got more than enough. </w:t>
      </w:r>
    </w:p>
    <w:p>
      <w:r>
        <w:t xml:space="preserve">16:55      (Speaker A)  Okay. </w:t>
      </w:r>
    </w:p>
    <w:p>
      <w:r>
        <w:t xml:space="preserve">17:06      (Speaker C)  So then. </w:t>
      </w:r>
    </w:p>
    <w:p>
      <w:r>
        <w:t xml:space="preserve">17:07      (Speaker A)  So what was the motion? </w:t>
      </w:r>
    </w:p>
    <w:p>
      <w:r>
        <w:t xml:space="preserve">17:08      (Speaker B)  So yeah, so the motion that I have and. And we can fine tune this but motion to approve Authorizing execution after G.B. collins provides input on the scope and contract and not to exceed $380,000, including the additional option, and including performance bond with liaison with whoever board member. </w:t>
      </w:r>
    </w:p>
    <w:p>
      <w:r>
        <w:t xml:space="preserve">17:30      (Speaker A)  That's what I've got. </w:t>
      </w:r>
    </w:p>
    <w:p>
      <w:r>
        <w:t xml:space="preserve">17:31      (Speaker B)  It's roughed out. </w:t>
      </w:r>
    </w:p>
    <w:p>
      <w:r>
        <w:t xml:space="preserve">17:37      (Speaker C)  Which board member do you want to have his layers on? </w:t>
      </w:r>
    </w:p>
    <w:p>
      <w:r>
        <w:t xml:space="preserve">17:41      (Speaker A)  Who wants to stick their hand in the air? You're living this world right now. </w:t>
      </w:r>
    </w:p>
    <w:p>
      <w:r>
        <w:t xml:space="preserve">17:47      (Speaker E)  Sure. </w:t>
      </w:r>
    </w:p>
    <w:p>
      <w:r>
        <w:t xml:space="preserve">17:49      (Speaker A)  How's that? Welcome back. You probably know more about food. </w:t>
      </w:r>
    </w:p>
    <w:p>
      <w:r>
        <w:t xml:space="preserve">18:02      (Speaker B)  Yes. </w:t>
      </w:r>
    </w:p>
    <w:p>
      <w:r>
        <w:t xml:space="preserve">18:02      (Speaker C)  It's like volunteering in the Army. It's like volunteering in the Army. You didn't step back fast enough. </w:t>
      </w:r>
    </w:p>
    <w:p>
      <w:r>
        <w:t xml:space="preserve">18:16      (Speaker B)  Okay, so then the motion I have just as a final motion to approve, authorizing execution after GB Comms provides input, the scope and contract, not to exceed of $380,000, including the additional option if needed, including a performance bond and liaison with Brian. </w:t>
      </w:r>
    </w:p>
    <w:p>
      <w:r>
        <w:t xml:space="preserve">18:34      (Speaker A)  That was on there with what, the review by jb? Yeah, yeah, yeah. </w:t>
      </w:r>
    </w:p>
    <w:p>
      <w:r>
        <w:t xml:space="preserve">18:38      (Speaker B)  That was at the front. </w:t>
      </w:r>
    </w:p>
    <w:p>
      <w:r>
        <w:t xml:space="preserve">18:39      (Speaker A)  Yeah. </w:t>
      </w:r>
    </w:p>
    <w:p>
      <w:r>
        <w:t xml:space="preserve">18:39      (Speaker C)  Yeah. </w:t>
      </w:r>
    </w:p>
    <w:p>
      <w:r>
        <w:t xml:space="preserve">18:40      (Speaker A)  Will J.D. collins and the contractor would come down and present to me when everything's done, you know, like, what's going to happen. </w:t>
      </w:r>
    </w:p>
    <w:p>
      <w:r>
        <w:t xml:space="preserve">18:48      (Speaker C)  And you could also meet with them, you know, in between. If J.B. collins, you know, lets you know that we're coming to check progress on this date, are you available? Trying to arrange schedules possibly, if that's okay with you. </w:t>
      </w:r>
    </w:p>
    <w:p>
      <w:r>
        <w:t xml:space="preserve">19:00      (Speaker A)  But. Yeah. Yeah. Well, I just want to hear before </w:t>
      </w:r>
    </w:p>
    <w:p>
      <w:r>
        <w:t xml:space="preserve">19:03      (Speaker F)  I say, yeah, we're gonna. </w:t>
      </w:r>
    </w:p>
    <w:p>
      <w:r>
        <w:t xml:space="preserve">19:04      (Speaker A)  Oh, yeah, yeah. </w:t>
      </w:r>
    </w:p>
    <w:p>
      <w:r>
        <w:t xml:space="preserve">19:06      (Speaker B)  Essentially, what would happen after assuming this motion passes is we'd reach out to jb, GB Collins, they would review everything and respond back. We would send that to you. We could send it to the whole board as well, but we could send that to you as kind of like, okay, they're good with this. Proving that they're good with this. And then their next step would be for a trusted pool to get the performance bond. Once we have confirmation that we have that bond, council provides the agreement, it's executed by Tammy and trusted pool, and then we have a contract and schedule. </w:t>
      </w:r>
    </w:p>
    <w:p>
      <w:r>
        <w:t xml:space="preserve">19:45      (Speaker A)  So that's good. I was just talking about, baby. </w:t>
      </w:r>
    </w:p>
    <w:p>
      <w:r>
        <w:t xml:space="preserve">19:49      (Speaker F)  Yeah. </w:t>
      </w:r>
    </w:p>
    <w:p>
      <w:r>
        <w:t xml:space="preserve">19:49      (Speaker A)  People, you know, for each group. </w:t>
      </w:r>
    </w:p>
    <w:p>
      <w:r>
        <w:t xml:space="preserve">19:52      (Speaker F)  Yeah. </w:t>
      </w:r>
    </w:p>
    <w:p>
      <w:r>
        <w:t xml:space="preserve">19:52      (Speaker A)  On site, to have them go through and just. </w:t>
      </w:r>
    </w:p>
    <w:p>
      <w:r>
        <w:t xml:space="preserve">19:55      (Speaker B)  Yeah, well, the first part would be the. </w:t>
      </w:r>
    </w:p>
    <w:p>
      <w:r>
        <w:t xml:space="preserve">19:57      (Speaker A)  You know, I mean. </w:t>
      </w:r>
    </w:p>
    <w:p>
      <w:r>
        <w:t xml:space="preserve">19:58      (Speaker B)  I mean, that would be really up to them. I don't know about meeting before the agreement is signed, but during the process, you know. Yeah. They'd be able to schedule. </w:t>
      </w:r>
    </w:p>
    <w:p>
      <w:r>
        <w:t xml:space="preserve">20:06      (Speaker A)  We've had that happen where, like, a </w:t>
      </w:r>
    </w:p>
    <w:p>
      <w:r>
        <w:t xml:space="preserve">20:08      (Speaker B)  board member's liaise with the, you know, a GB Collins comes down and they describe. But they're also going to create a report for everybody, too. So I believe this motion is more just for the execution of A contract not necessarily following the entire process through. But I mean any board member can coordinate. </w:t>
      </w:r>
    </w:p>
    <w:p>
      <w:r>
        <w:t xml:space="preserve">20:30      (Speaker A)  GP Collins is going to be the one who's going to know when to come out, do inspections at what day of the project is valuable to do. If we tell them to just communicate </w:t>
      </w:r>
    </w:p>
    <w:p>
      <w:r>
        <w:t xml:space="preserve">20:37      (Speaker B)  with us when they do that and </w:t>
      </w:r>
    </w:p>
    <w:p>
      <w:r>
        <w:t xml:space="preserve">20:39      (Speaker A)  want to meet them on site while they're doing the inspections, we also have to remember GD column is going to charge us for every single hour that they do any. So we definitely don't want to be having extra reviews. We want to meet them when they're going to be here already. Would be what I would recommend then. Yes. There will be a final walk with a punch list that's. That's standard stuff for construction project of this, of this depth. So those things definitely be covered. I wouldn't even question that. Trusted pools will be put in. Whatever you want. They don't, you know, they don't cost out. Trust the vendor when you and your to go over stuff. </w:t>
      </w:r>
    </w:p>
    <w:p>
      <w:r>
        <w:t xml:space="preserve">21:16      (Speaker E)  But there wouldn't be. You wouldn't be able to. If there was a fork in the road where they had to make a decision. I don't think you'd be able to do that. Right. As the liaison, it have to come back to the board. </w:t>
      </w:r>
    </w:p>
    <w:p>
      <w:r>
        <w:t xml:space="preserve">21:28      (Speaker B)  If there was this motion is too just for the agreement. </w:t>
      </w:r>
    </w:p>
    <w:p>
      <w:r>
        <w:t xml:space="preserve">21:31      (Speaker C)  Yeah, there would be. They would have to exit. They would have to present the board with a change order. </w:t>
      </w:r>
    </w:p>
    <w:p>
      <w:r>
        <w:t xml:space="preserve">21:35      (Speaker E)  Okay. </w:t>
      </w:r>
    </w:p>
    <w:p>
      <w:r>
        <w:t xml:space="preserve">21:36      (Speaker F)  Yeah. </w:t>
      </w:r>
    </w:p>
    <w:p>
      <w:r>
        <w:t xml:space="preserve">21:37      (Speaker B)  Yeah. So this is essentially just for the agreement. </w:t>
      </w:r>
    </w:p>
    <w:p>
      <w:r>
        <w:t xml:space="preserve">21:39      (Speaker E)  You're not going to be making asked to make any decisions that are. </w:t>
      </w:r>
    </w:p>
    <w:p>
      <w:r>
        <w:t xml:space="preserve">21:43      (Speaker A)  Yeah. </w:t>
      </w:r>
    </w:p>
    <w:p>
      <w:r>
        <w:t xml:space="preserve">21:44      (Speaker B)  So this motion as it's framed is. Is essentially just making sure that the checks are done before giving the green light. And so if, if that's the liaise, if that's what you're going to do as liaison, then it's GB columns reviewed and said they're good. Here's the bond says it's good. Still under the 380. Do you have any issues with that? </w:t>
      </w:r>
    </w:p>
    <w:p>
      <w:r>
        <w:t xml:space="preserve">22:04      (Speaker A)  No. </w:t>
      </w:r>
    </w:p>
    <w:p>
      <w:r>
        <w:t xml:space="preserve">22:05      (Speaker F)  Great. </w:t>
      </w:r>
    </w:p>
    <w:p>
      <w:r>
        <w:t xml:space="preserve">22:05      (Speaker B)  And then council sends it to us, we send it to get executed by the chair. </w:t>
      </w:r>
    </w:p>
    <w:p>
      <w:r>
        <w:t xml:space="preserve">22:10      (Speaker A)  Good to go. </w:t>
      </w:r>
    </w:p>
    <w:p>
      <w:r>
        <w:t xml:space="preserve">22:12      (Speaker B)  And then after that they do their usual stuff and provide the reports and everything like they say. </w:t>
      </w:r>
    </w:p>
    <w:p>
      <w:r>
        <w:t xml:space="preserve">22:16      (Speaker A)  So. Okay. </w:t>
      </w:r>
    </w:p>
    <w:p>
      <w:r>
        <w:t xml:space="preserve">22:20      (Speaker B)  Any other questions about any of that motion? That motion that. </w:t>
      </w:r>
    </w:p>
    <w:p>
      <w:r>
        <w:t xml:space="preserve">22:23      (Speaker A)  Okay. </w:t>
      </w:r>
    </w:p>
    <w:p>
      <w:r>
        <w:t xml:space="preserve">22:24      (Speaker F)  Second. </w:t>
      </w:r>
    </w:p>
    <w:p>
      <w:r>
        <w:t xml:space="preserve">22:25      (Speaker B)  So I've got a first for Tammy, separate for Randy. Any other discussion? </w:t>
      </w:r>
    </w:p>
    <w:p>
      <w:r>
        <w:t xml:space="preserve">22:32      (Speaker A)  All in favor? Okay. </w:t>
      </w:r>
    </w:p>
    <w:p>
      <w:r>
        <w:t xml:space="preserve">22:36      (Speaker B)  Any opposed? </w:t>
      </w:r>
    </w:p>
    <w:p>
      <w:r>
        <w:t xml:space="preserve">22:39      (Speaker A)  All righty. </w:t>
      </w:r>
    </w:p>
    <w:p>
      <w:r>
        <w:t xml:space="preserve">22:40      (Speaker B)  This motion has passed. </w:t>
      </w:r>
    </w:p>
    <w:p>
      <w:r>
        <w:t xml:space="preserve">22:43      (Speaker A)  Okay. </w:t>
      </w:r>
    </w:p>
    <w:p>
      <w:r>
        <w:t xml:space="preserve">22:45      (Speaker C)  Did you do. You explained to Brian that when he does this there's a personal guarantee. </w:t>
      </w:r>
    </w:p>
    <w:p>
      <w:r>
        <w:t xml:space="preserve">22:53      (Speaker A)  That joke never goes well. </w:t>
      </w:r>
    </w:p>
    <w:p>
      <w:r>
        <w:t xml:space="preserve">22:58      (Speaker B)  All right, so we'll move on to staff Reports. Is there any other questions about anything? </w:t>
      </w:r>
    </w:p>
    <w:p>
      <w:r>
        <w:t xml:space="preserve">23:05      (Speaker A)  Good. </w:t>
      </w:r>
    </w:p>
    <w:p>
      <w:r>
        <w:t xml:space="preserve">23:08      (Speaker B)  So we're going to move engineer down and then we'll go ahead and get into aquatics and steadfast and everything. So I'll turn it over to Clayton. </w:t>
      </w:r>
    </w:p>
    <w:p>
      <w:r>
        <w:t xml:space="preserve">23:18      (Speaker F)  Yes. </w:t>
      </w:r>
    </w:p>
    <w:p>
      <w:r>
        <w:t xml:space="preserve">23:20      (Speaker A)  First up is your aquatics. I don't really have a lot of concerns about the aquatics. You do have few planktonic blooms. That's not necessarily a common when you've got situations you've got right now, but most are clear and look fine. Just a few of the planktonic blooms because of the warmth, you know, the. The rain washing additional nutrients into the water and then, you know, the water level already being low. So it's just a lot of nutrients going water. Obviously they're noting erosion areas, but we're. We're well aware of areas. So erotic plates. </w:t>
      </w:r>
    </w:p>
    <w:p>
      <w:r>
        <w:t xml:space="preserve">24:05      (Speaker D)  And the temperature is a killer right now. </w:t>
      </w:r>
    </w:p>
    <w:p>
      <w:r>
        <w:t xml:space="preserve">24:07      (Speaker A)  So. Yes, the sun. </w:t>
      </w:r>
    </w:p>
    <w:p>
      <w:r>
        <w:t xml:space="preserve">24:10      (Speaker B)  The sun is. </w:t>
      </w:r>
    </w:p>
    <w:p>
      <w:r>
        <w:t xml:space="preserve">24:11      (Speaker A)  There's a lot of sun, which also really contributes to the planic al that really likes the sunlight. Plus the neutron. </w:t>
      </w:r>
    </w:p>
    <w:p>
      <w:r>
        <w:t xml:space="preserve">24:24      (Speaker B)  I mean, the ponds have raised what, a foot and an inch or two on average. </w:t>
      </w:r>
    </w:p>
    <w:p>
      <w:r>
        <w:t xml:space="preserve">24:29      (Speaker D)  Went up a foot the past month. </w:t>
      </w:r>
    </w:p>
    <w:p>
      <w:r>
        <w:t xml:space="preserve">24:31      (Speaker F)  Yeah. </w:t>
      </w:r>
    </w:p>
    <w:p>
      <w:r>
        <w:t xml:space="preserve">24:31      (Speaker A)  Come up. </w:t>
      </w:r>
    </w:p>
    <w:p>
      <w:r>
        <w:t xml:space="preserve">24:32      (Speaker B)  So that's rainwater into it, plus all the runaways coming into it. </w:t>
      </w:r>
    </w:p>
    <w:p>
      <w:r>
        <w:t xml:space="preserve">24:36      (Speaker A)  So a lot of stuff going in the pond. More water. Eventually have less nutrients to water. So </w:t>
      </w:r>
    </w:p>
    <w:p>
      <w:r>
        <w:t xml:space="preserve">24:45      (Speaker B)  plus their treat </w:t>
      </w:r>
    </w:p>
    <w:p>
      <w:r>
        <w:t xml:space="preserve">24:50      (Speaker A)  questions about the audience or anything like that. No. </w:t>
      </w:r>
    </w:p>
    <w:p>
      <w:r>
        <w:t xml:space="preserve">24:55      (Speaker E)  Okay. </w:t>
      </w:r>
    </w:p>
    <w:p>
      <w:r>
        <w:t xml:space="preserve">24:56      (Speaker A)  And I'll just move into the landscape report. So they got a 91, 91.75. They went down like three percentage points. I don't, you know, I don't just. I don't score. I'm not real happy with their service right now. I think the impacts of juniper taking over for OLM is. It's finally starting to really show at this point. And I mean, I find beds that are just jungles. Yeah. You know, and I have to point them out. And it takes them a while to get to. They did start with a new account manager. They clearly didn't even communicate that it's a fair Tuesday of every month. I didn't even think to tell them. But the account manager wasn't at the review. It was production manager, which is fine. But we had. We had a production manager there, the guy who actually kind of directs the crew. But the account manager, you know, he was on vacation or whatever. He also didn't really reach out or anything afterwards to. To go over anything. The palms, we've asked them to give us what specs on a ramp they need to get across there because it's there. It's their safety yeah, right. Like I could order a rain. But then they're going to say, well, it doesn't fit our safety. They won't let them wait across the water either. So they won't let them like take off their shoes and go to the water. They're not supposed to do any of that. Now. It's with these ramp they have. You see, the palms still haven't been printed. And it's been two and a half months that I've been asking maybe more that I've been asking for spam and what ramp they need so I can get pricing and we can try to get it. And every day, every. I feel like we talk about it over and over again. My only thing is, is that it's like I'm seeing a major dip in service. I don't think you're getting your contracted amount. Effort and service to the community thing is a real problem. It's not something that we ever dealt with before when Bill was here. And, you know, I mean, there may be a little bed that had several tall weeds, but I mean, some of these are just so. It's crazy. You know, you pointed out outside of San Diego how bad that looks. And that's not the only bed like that. And then it takes them a while to give them my action items. I ask them to do stuff takes them a lot longer. And I'm constantly having to follow the proposals to see if it turns or not. I'm just not real happy with their service. I understand they only they got a 91, but I drive around, I wouldn't give them 91. So migrating scale would be different maybe than OLMS, but I think if they don't improve or regardless of their score, I think we need to consider maybe around January bidding them out, because that would be kind of the ideal time to bring in a new landscaper. Starting to bid in January, bringing your landscape by February, March, and then hopefully they can be ready. You know, I wanna, I wanna try to work with them a little bit more. The last time that I came to the review and I was this place a mess. They picked it up a little bit for a little while and then they basically immediately changed account managers. Thankfully, this time they didn't change the whole crew, but they did change the production manager and the account. </w:t>
      </w:r>
    </w:p>
    <w:p>
      <w:r>
        <w:t xml:space="preserve">28:29      (Speaker B)  So the whole. </w:t>
      </w:r>
    </w:p>
    <w:p>
      <w:r>
        <w:t xml:space="preserve">28:30      (Speaker A)  The crew is there, but they missed pawn sometime now. It's kind of a reoccurring thing. They have the maps, they have everything. So that's just where I'm at. Yeah, turf and bedweeds are Just like. I mean, I think it's a dozen times in the inspection report, they mentioned turf and bedweeds. </w:t>
      </w:r>
    </w:p>
    <w:p>
      <w:r>
        <w:t xml:space="preserve">28:48      (Speaker F)  Turf and bedweeds. And there's the note to contractor, like the first item, right? </w:t>
      </w:r>
    </w:p>
    <w:p>
      <w:r>
        <w:t xml:space="preserve">28:51      (Speaker A)  It's review timely and effective turf and better be control programs immediately. They are not achieving quality samples. They're not. </w:t>
      </w:r>
    </w:p>
    <w:p>
      <w:r>
        <w:t xml:space="preserve">28:58      (Speaker C)  And Luke, you actually noticed what appeared to be a very adversarial stance between the incoming Juniper personnel versus the existing LNP folks. </w:t>
      </w:r>
    </w:p>
    <w:p>
      <w:r>
        <w:t xml:space="preserve">29:11      (Speaker A)  Yeah, I agree. It was like there was a vibe </w:t>
      </w:r>
    </w:p>
    <w:p>
      <w:r>
        <w:t xml:space="preserve">29:14      (Speaker C)  and it did not play well. Now, I will tell you that I did independently offered a letter to the principals of Juniper and said, you're all one team, telling me, oh, you got to get your favorite people in here. You got to do this. That old crew was doing fine. Bill Conrad was doing fine. Bill didn't come in here with excuses. He came in here with answers. And if he didn't have one, he was apologetic. They had more excuses than they had answers. And. And one gentleman shows up here with, you know, virtually a suit and tie. I thought he was counsel. At first. Mike had a new partner, but it's like I. I learned he's a marketing guy. He has no band, you know, landscape experience. So to put these kind of people in a community that is so intensive here. I don't. </w:t>
      </w:r>
    </w:p>
    <w:p>
      <w:r>
        <w:t xml:space="preserve">30:09      (Speaker A)  I didn't. </w:t>
      </w:r>
    </w:p>
    <w:p>
      <w:r>
        <w:t xml:space="preserve">30:09      (Speaker C)  I was not happy with it, and I've not said anything up until now, </w:t>
      </w:r>
    </w:p>
    <w:p>
      <w:r>
        <w:t xml:space="preserve">30:13      (Speaker E)  but we didn't have. We used to have the. The fertilizer guy would come and tell us what they're. </w:t>
      </w:r>
    </w:p>
    <w:p>
      <w:r>
        <w:t xml:space="preserve">30:18      (Speaker C)  You get all the information you could have. </w:t>
      </w:r>
    </w:p>
    <w:p>
      <w:r>
        <w:t xml:space="preserve">30:20      (Speaker E)  Yeah. </w:t>
      </w:r>
    </w:p>
    <w:p>
      <w:r>
        <w:t xml:space="preserve">30:21      (Speaker C)  You know, and I don't. </w:t>
      </w:r>
    </w:p>
    <w:p>
      <w:r>
        <w:t xml:space="preserve">30:23      (Speaker A)  So now we can have this conversation because they're not here. Because I think it's complicated. That needs to be added. </w:t>
      </w:r>
    </w:p>
    <w:p>
      <w:r>
        <w:t xml:space="preserve">30:29      (Speaker E)  Well, we have the mechanism when the score is below a certain amount to withhold. Is that something we need to do to get the attention of. </w:t>
      </w:r>
    </w:p>
    <w:p>
      <w:r>
        <w:t xml:space="preserve">30:37      (Speaker A)  And he's got to score it that way. </w:t>
      </w:r>
    </w:p>
    <w:p>
      <w:r>
        <w:t xml:space="preserve">30:38      (Speaker C)  No, OLM has to score it that way. But I think. I think the discipline, no matter what the score is. I don't care if they got 100%. If the board's not happy and the visualization that you have the community is not satisfactory. It doesn't matter what the score is. And I got to tell you, no offense to Luke, but for Luke to make the comments that he did that, that. I mean, that's very telling. If it came from me, you could probably discount that from. </w:t>
      </w:r>
    </w:p>
    <w:p>
      <w:r>
        <w:t xml:space="preserve">31:10      (Speaker A)  From Luke. </w:t>
      </w:r>
    </w:p>
    <w:p>
      <w:r>
        <w:t xml:space="preserve">31:11      (Speaker C)  Yeah. No. Whole different scenario. </w:t>
      </w:r>
    </w:p>
    <w:p>
      <w:r>
        <w:t xml:space="preserve">31:16      (Speaker A)  I don't know. It seems to me, still trying to get his tree it seems like there's a flurry of activity like a week before the CBD meeting and not much the other times. Are you seeing the same thing? </w:t>
      </w:r>
    </w:p>
    <w:p>
      <w:r>
        <w:t xml:space="preserve">31:29      (Speaker B)  Yeah. No. </w:t>
      </w:r>
    </w:p>
    <w:p>
      <w:r>
        <w:t xml:space="preserve">31:30      (Speaker A)  I mean there service is very sporadic. So yeah, there's a lot of rush, rush, rush when the meeting's going to come, then when it's not. You know, I don't know that we're getting full service. It just seems like they're just coasting through and they're doing weeks worth of work. Whatever they get in and it's not. </w:t>
      </w:r>
    </w:p>
    <w:p>
      <w:r>
        <w:t xml:space="preserve">31:48      (Speaker F)  Yeah. </w:t>
      </w:r>
    </w:p>
    <w:p>
      <w:r>
        <w:t xml:space="preserve">31:48      (Speaker A)  And then. And then it. It ended up biting them. </w:t>
      </w:r>
    </w:p>
    <w:p>
      <w:r>
        <w:t xml:space="preserve">31:51      (Speaker B)  Right before we did the last review </w:t>
      </w:r>
    </w:p>
    <w:p>
      <w:r>
        <w:t xml:space="preserve">31:52      (Speaker A)  because there was areas that were on weren't mode and you could see the turp. It's like crazy. Yeah. So that's why I would kind of like to talk to Paul at OLM a little bit about like, I'm just really happy here. I think you need to be a little harder on your grades. </w:t>
      </w:r>
    </w:p>
    <w:p>
      <w:r>
        <w:t xml:space="preserve">32:06      (Speaker C)  Yeah. </w:t>
      </w:r>
    </w:p>
    <w:p>
      <w:r>
        <w:t xml:space="preserve">32:07      (Speaker A)  We have to have an uncomfortable guy if this is going to continue to work out. We have to have. </w:t>
      </w:r>
    </w:p>
    <w:p>
      <w:r>
        <w:t xml:space="preserve">32:12      (Speaker B)  Because I remember </w:t>
      </w:r>
    </w:p>
    <w:p>
      <w:r>
        <w:t xml:space="preserve">32:17      (Speaker A)  not even close to as bad as that number. Yeah. </w:t>
      </w:r>
    </w:p>
    <w:p>
      <w:r>
        <w:t xml:space="preserve">32:21      (Speaker F)  I just make one comment that you're not the only district that's seeing this </w:t>
      </w:r>
    </w:p>
    <w:p>
      <w:r>
        <w:t xml:space="preserve">32:25      (Speaker A)  rec in this area with this landscaper or in general. This landscaper. </w:t>
      </w:r>
    </w:p>
    <w:p>
      <w:r>
        <w:t xml:space="preserve">32:31      (Speaker E)  I thought we were at 91 was when we could withhold though. </w:t>
      </w:r>
    </w:p>
    <w:p>
      <w:r>
        <w:t xml:space="preserve">32:35      (Speaker A)  85. </w:t>
      </w:r>
    </w:p>
    <w:p>
      <w:r>
        <w:t xml:space="preserve">32:35      (Speaker C)  No. </w:t>
      </w:r>
    </w:p>
    <w:p>
      <w:r>
        <w:t xml:space="preserve">32:36      (Speaker E)  Oh, it's really low. </w:t>
      </w:r>
    </w:p>
    <w:p>
      <w:r>
        <w:t xml:space="preserve">32:41      (Speaker A)  What's that? </w:t>
      </w:r>
    </w:p>
    <w:p>
      <w:r>
        <w:t xml:space="preserve">32:42      (Speaker C)  B plus. </w:t>
      </w:r>
    </w:p>
    <w:p>
      <w:r>
        <w:t xml:space="preserve">32:42      (Speaker A)  It's not acceptable. Three years ago. </w:t>
      </w:r>
    </w:p>
    <w:p>
      <w:r>
        <w:t xml:space="preserve">32:46      (Speaker F)  I'll look it up. </w:t>
      </w:r>
    </w:p>
    <w:p>
      <w:r>
        <w:t xml:space="preserve">32:47      (Speaker A)  I mean. That's all right. They literally changed the name. Yeah. First they were olm, a Juniper company. </w:t>
      </w:r>
    </w:p>
    <w:p>
      <w:r>
        <w:t xml:space="preserve">32:52      (Speaker C)  They. The actual name change didn't occur until January. </w:t>
      </w:r>
    </w:p>
    <w:p>
      <w:r>
        <w:t xml:space="preserve">32:56      (Speaker A)  That's all right. I'm just looking at. They joined with scores and I'm trying to figure out when it happened. So January two years ago. </w:t>
      </w:r>
    </w:p>
    <w:p>
      <w:r>
        <w:t xml:space="preserve">33:02      (Speaker B)  But it didn't officially let me still </w:t>
      </w:r>
    </w:p>
    <w:p>
      <w:r>
        <w:t xml:space="preserve">33:04      (Speaker A)  have a separate April 93, May, it dipped in 90, June 92, 93 and a half in July and now 91. So from a scoring perspective, they are sliding down. Well, we were. We were told before it was because of the drought and now we're against rain and it's. And the score is going down. </w:t>
      </w:r>
    </w:p>
    <w:p>
      <w:r>
        <w:t xml:space="preserve">33:24      (Speaker C)  Yeah. </w:t>
      </w:r>
    </w:p>
    <w:p>
      <w:r>
        <w:t xml:space="preserve">33:24      (Speaker A)  But I would argue that Clayton set me straight on this one day. The score is based on their ability to execute the contract and they can execute on the contract when they're not ready. Yeah. They're supposed to have makeup days. They're supposed to, you know, if they. There is a provision, as I understand scope that like for example, they get rained out. They need to come out on Saturday. You know, there's stuff like that. Plus they could send out more crew. You know, they, they can't just say it's raining in summer and we can't bow. So what's it sounds like it's a two part action app. </w:t>
      </w:r>
    </w:p>
    <w:p>
      <w:r>
        <w:t xml:space="preserve">33:57      (Speaker D)  Right. </w:t>
      </w:r>
    </w:p>
    <w:p>
      <w:r>
        <w:t xml:space="preserve">33:57      (Speaker A)  You're going to work with them hands on, figure out what's going on, tell them what they need to be doing. Is that, is that what I'm hearing or. Yeah. Is to drop the hammer and see what they do with that. If that means failing them, I'm going to talk to Paul. As long as I can't legal fail, of course. Do a fair grade. But I need to, you know, talk about like, hey, like people aren't really happy. The community's not happy. Board is not happy. There's an issue here, you know. Oh, Jupiter needs a wake up call. If they don't wake up from that wake up call, then that's what I'm saying. We need to, you know, we need to be. As soon as it starts to slow down in October, it's going to become easy for them. Yeah. You know, so I mean we do the bid in November, December. Realistically, that's, that's even better for a new incoming. Yeah. Vendor. But I guess my concern though is we're running out of landscapes. You're not. There's some good ones out there, Jun. I know and I, I recall, I recall a comment earlier. It's just anybody like Juniper is not. They do not have, as Mike said, they do not have a good reputation. Okay. </w:t>
      </w:r>
    </w:p>
    <w:p>
      <w:r>
        <w:t xml:space="preserve">35:03      (Speaker C)  They, they've been gobbling up companies left </w:t>
      </w:r>
    </w:p>
    <w:p>
      <w:r>
        <w:t xml:space="preserve">35:06      (Speaker A)  and right and they've just gotten over their sponges. Oh yeah. Okay. I just get what you pay for a wall. I firmly believe that. But. </w:t>
      </w:r>
    </w:p>
    <w:p>
      <w:r>
        <w:t xml:space="preserve">35:12      (Speaker C)  And there have been some real quality individuals that have left those large companies. There's at least three or four of them that have started firms now. Yeah. And they're doing great job. But the problem is as they continue to grow, we could have the same issue in three or four years. But you know, at least at that point taken care of for a while. </w:t>
      </w:r>
    </w:p>
    <w:p>
      <w:r>
        <w:t xml:space="preserve">35:36      (Speaker A)  So why I, I still agree with acting now because we definitely want to get property prepared for winter. That said, the discussion we just had, why would we not go to bed? Regardless, we've already agreed that based on reputation and current activity, there's every reason to bid this out. Why would we, why would not. Why wouldn't we start doing this now? A quick question. Might you get a contract up soon, </w:t>
      </w:r>
    </w:p>
    <w:p>
      <w:r>
        <w:t xml:space="preserve">36:09      (Speaker C)  in the spring? </w:t>
      </w:r>
    </w:p>
    <w:p>
      <w:r>
        <w:t xml:space="preserve">36:10      (Speaker F)  I think we have 30 day termination provision. </w:t>
      </w:r>
    </w:p>
    <w:p>
      <w:r>
        <w:t xml:space="preserve">36:14      (Speaker A)  I was just wondering if we had </w:t>
      </w:r>
    </w:p>
    <w:p>
      <w:r>
        <w:t xml:space="preserve">36:18      (Speaker C)  their renewal. </w:t>
      </w:r>
    </w:p>
    <w:p>
      <w:r>
        <w:t xml:space="preserve">36:22      (Speaker E)  Yeah. Did we get the fuel thing? </w:t>
      </w:r>
    </w:p>
    <w:p>
      <w:r>
        <w:t xml:space="preserve">36:29      (Speaker A)  All of the old that I have seen don't have it on it anymore. </w:t>
      </w:r>
    </w:p>
    <w:p>
      <w:r>
        <w:t xml:space="preserve">36:37      (Speaker C)  And see, we have, we have other landscapers and other districts that have come to the board with their hat in their hand and said, look, this is what we're up against. Our fuel costs have increased dramatically and we'd like to be able to, you know, recoup part of that. And so the board has an opportunity to discuss it and find out what's their factor, you know, what's your baseline, and, and where do you start charging for above and beyond. And then you get, okay, you've got companies that run off diesel versus gas, so there's a lot to be taken, but they need to come to you for that if it's not in the contract. </w:t>
      </w:r>
    </w:p>
    <w:p>
      <w:r>
        <w:t xml:space="preserve">37:15      (Speaker A)  So all that leads back to, you have an action item I think that we should start researching and that's it. Right. We should come back with a list of options and. </w:t>
      </w:r>
    </w:p>
    <w:p>
      <w:r>
        <w:t xml:space="preserve">37:26      (Speaker C)  Or we need to RFP this. I think if, if the board made </w:t>
      </w:r>
    </w:p>
    <w:p>
      <w:r>
        <w:t xml:space="preserve">37:29      (Speaker A)  a motion, we should start scoping it off. </w:t>
      </w:r>
    </w:p>
    <w:p>
      <w:r>
        <w:t xml:space="preserve">37:31      (Speaker C)  If the board made a motion to authorize Clayton to work with OLM to clean off the original specifications for the service here, make sure the maps are accurate, then the board could approve that at the September meeting for, to go out to RFP at that point, because </w:t>
      </w:r>
    </w:p>
    <w:p>
      <w:r>
        <w:t xml:space="preserve">37:50      (Speaker A)  I think the same Congress meeting, you know, you'll have. Well, see, that's why I would recommend we review it October to give one more month to really lay into them. I, I can understand what you're saying, though. It's. It's inevitable and it very well might be. We're gonna skip this cycle where they do bad, do bad. We yell at them, they do okay, they do bad. It's very well. I don't have that kind of historical data right now because, you know, up until Bill left, they were, they were doing really well, but they're no longer that company. They're. They're not Juniper. Officially, they have all Juniper staff. So it's, it's changed, you know, and, and I heard something from the previous account manager who. She was very good, but she was great and she was giving them a real opportunity. But there's a reason she left and told me about some of those things and they are concerned. So honestly, Keith. And now I'm just talking myself back in agreement. </w:t>
      </w:r>
    </w:p>
    <w:p>
      <w:r>
        <w:t xml:space="preserve">38:54      (Speaker C)  Eventually we all agree with Keith. </w:t>
      </w:r>
    </w:p>
    <w:p>
      <w:r>
        <w:t xml:space="preserve">38:56      (Speaker A)  He wears us down trying to send a message. That would be, yeah, but what about Just hiring our own people. </w:t>
      </w:r>
    </w:p>
    <w:p>
      <w:r>
        <w:t xml:space="preserve">39:04      (Speaker C)  Getting rid of every, every district and community that has ever done that, gave that up because it is so much more. </w:t>
      </w:r>
    </w:p>
    <w:p>
      <w:r>
        <w:t xml:space="preserve">39:12      (Speaker D)  More expensive. </w:t>
      </w:r>
    </w:p>
    <w:p>
      <w:r>
        <w:t xml:space="preserve">39:12      (Speaker E)  In the long run. </w:t>
      </w:r>
    </w:p>
    <w:p>
      <w:r>
        <w:t xml:space="preserve">39:14      (Speaker A)  Service is better. The problem is the equipment personnel. Somebody has to hire manager. </w:t>
      </w:r>
    </w:p>
    <w:p>
      <w:r>
        <w:t xml:space="preserve">39:22      (Speaker C)  The equipment expense alone. People don't show up for work. You don't have a big bevy of crews to draw from. And believe me, Tampa Palms did it for a number of years. They quit. Westchase did it for many years. They finally gave up and they saved themselves a tremendous amount of money. And it isn't necessarily better service. </w:t>
      </w:r>
    </w:p>
    <w:p>
      <w:r>
        <w:t xml:space="preserve">39:46      (Speaker A)  I've got some landscapers because I just recently bid out Marada from Yellowstone. You guys are probably familiar with us. I'll fall away. </w:t>
      </w:r>
    </w:p>
    <w:p>
      <w:r>
        <w:t xml:space="preserve">39:54      (Speaker C)  Yeah. </w:t>
      </w:r>
    </w:p>
    <w:p>
      <w:r>
        <w:t xml:space="preserve">39:55      (Speaker A)  And it's about the same amount as your contract. I had nine bidders. Of those bidders, I felt comfortable with four of them. I had the vendor they picked as complete completely turn that place. So there's good vendors out there, </w:t>
      </w:r>
    </w:p>
    <w:p>
      <w:r>
        <w:t xml:space="preserve">40:13      (Speaker F)  I guess. </w:t>
      </w:r>
    </w:p>
    <w:p>
      <w:r>
        <w:t xml:space="preserve">40:13      (Speaker A)  Mike, you mentioned that there was a place you worked with that had their own internal. </w:t>
      </w:r>
    </w:p>
    <w:p>
      <w:r>
        <w:t xml:space="preserve">40:18      (Speaker F)  Yeah, there's one place I have and it's. I would say it's a very high end community. It's called palencia up in St. John's county and it's on the St. John's river and there's some pretty spectacular housing </w:t>
      </w:r>
    </w:p>
    <w:p>
      <w:r>
        <w:t xml:space="preserve">40:33      (Speaker A)  back there and everything. </w:t>
      </w:r>
    </w:p>
    <w:p>
      <w:r>
        <w:t xml:space="preserve">40:33      (Speaker F)  And they made the decision, but they have to do that. And they've kept with it. But they know they're paying more. But they like the quality of what they're getting by having their own employees. But it's expensive and they pay for it. But they also have significant maintenance buildings and things like that and grounds to be able to store all the equipment. They need to be able to take care of the grounds and everything. So that's the only place. And Pete's right, every other place I've had where they've tried that hasn't worked. At Marshall Creek it has worked, but it's with the understanding that we are probably paying X amount of dollars more to get the, the comfort of knowing when we have a storm our employees are coming in. We're not waiting for another company to send their employees after they go to their favorite clients and things like that that they get the advantage of. And they've just made that decision. But they are paying the significantly higher assessments. </w:t>
      </w:r>
    </w:p>
    <w:p>
      <w:r>
        <w:t xml:space="preserve">41:30      (Speaker C)  And when you look at the size of the crews, I mean literally, if you're going to do it in house, you're almost relegated to. They start on Monday, they don't finish till Friday and By the time they finish, the front end of the community looks like hell. Again, it's never 100% completely finished unless you bring in 12 people and hire 12 people. </w:t>
      </w:r>
    </w:p>
    <w:p>
      <w:r>
        <w:t xml:space="preserve">41:51      (Speaker A)  The only time that I think that's reasonable is that I could see if somebody said, hey, take over the landscaping here. Figure it out. Be a community that has a golf course and that the CD owns the golf course, because they're going to have the space for the infrastructure, storage, equipment, all that. Then you're going to have a professional who's a groundskeeper, which. I mean, you have to hire very professional people who understand how to run a landscape business, which is not everybody. </w:t>
      </w:r>
    </w:p>
    <w:p>
      <w:r>
        <w:t xml:space="preserve">42:15      (Speaker E)  And you got the fertilization. You gotta store that stuff. You gotta have an arborist, basically. </w:t>
      </w:r>
    </w:p>
    <w:p>
      <w:r>
        <w:t xml:space="preserve">42:21      (Speaker C)  Well, in our people. And they. They'd have to be properly licensed, too. You can't just throw that stuff down on the ground. </w:t>
      </w:r>
    </w:p>
    <w:p>
      <w:r>
        <w:t xml:space="preserve">42:29      (Speaker E)  Yeah. </w:t>
      </w:r>
    </w:p>
    <w:p>
      <w:r>
        <w:t xml:space="preserve">42:30      (Speaker A)  Buy the chemicals. You might as well open the golf course. </w:t>
      </w:r>
    </w:p>
    <w:p>
      <w:r>
        <w:t xml:space="preserve">42:35      (Speaker C)  I was a good friend with an owner of a company called McKendree Green years ago that had a fire and had all of their chemicals stored in a warehouse that flooded out into the street. And the EPA fine was $100,000 for allowing that chemical to wash into the storm drains. </w:t>
      </w:r>
    </w:p>
    <w:p>
      <w:r>
        <w:t xml:space="preserve">42:55      (Speaker D)  Yeah, there's a lot of issues. </w:t>
      </w:r>
    </w:p>
    <w:p>
      <w:r>
        <w:t xml:space="preserve">42:58      (Speaker C)  It's just not. And I. </w:t>
      </w:r>
    </w:p>
    <w:p>
      <w:r>
        <w:t xml:space="preserve">43:00      (Speaker A)  And I know it's. </w:t>
      </w:r>
    </w:p>
    <w:p>
      <w:r>
        <w:t xml:space="preserve">43:01      (Speaker C)  It's counterintuitive, but it really. It's hard to control. And again, you know, you don't always have the backup of employees. If they call in sick, these guys. </w:t>
      </w:r>
    </w:p>
    <w:p>
      <w:r>
        <w:t xml:space="preserve">43:11      (Speaker A)  You know, let me just reel this back in. If you want to consider the idea, I think the conversation's open, but it sounds like best practice for community. Our size and scale. It's probably not. It's not. I'm not trying to shut you down because certainly you can talk to Pete, get some more advice on it. But just coming back to what's on the table. Pete, you had mentioned something about being authorized CL and talked to Ella Olm. Can I get my acronym update? </w:t>
      </w:r>
    </w:p>
    <w:p>
      <w:r>
        <w:t xml:space="preserve">43:37      (Speaker C)  The specs. They have the specs. Well, yeah. </w:t>
      </w:r>
    </w:p>
    <w:p>
      <w:r>
        <w:t xml:space="preserve">43:42      (Speaker E)  I mean, </w:t>
      </w:r>
    </w:p>
    <w:p>
      <w:r>
        <w:t xml:space="preserve">43:45      (Speaker A)  so I got landscape, so I can do all that. That'll be part of the exact same conversation when I say we need to grade them higher. At the same time, we start assembling the scope for the board to review in September or October, whatever, we come to the agreement. So we'll do my best to recommend to you guys, I think we have a plan in it, and then we just need. Okay, yeah. </w:t>
      </w:r>
    </w:p>
    <w:p>
      <w:r>
        <w:t xml:space="preserve">44:05      (Speaker C)  So it should come back to the board, you know, whether we do it September, October. Clayton brings the information from OLM back to the board. The board approves the proposal criteria, evaluation criteria as recommended by olm, and it then goes to market. And because it's a maintenance contract, we would have to publicly advertise. </w:t>
      </w:r>
    </w:p>
    <w:p>
      <w:r>
        <w:t xml:space="preserve">44:36      (Speaker F)  You couldn't keep your current landscape or past July 1st of 2027 without going through the process anymore. </w:t>
      </w:r>
    </w:p>
    <w:p>
      <w:r>
        <w:t xml:space="preserve">44:42      (Speaker C)  Right. </w:t>
      </w:r>
    </w:p>
    <w:p>
      <w:r>
        <w:t xml:space="preserve">44:43      (Speaker A)  So if they're going to do some surveys, I might as well do it now. </w:t>
      </w:r>
    </w:p>
    <w:p>
      <w:r>
        <w:t xml:space="preserve">44:46      (Speaker B)  Yeah, that's a better time. </w:t>
      </w:r>
    </w:p>
    <w:p>
      <w:r>
        <w:t xml:space="preserve">44:48      (Speaker C)  Yeah, do it now before it starts getting into the rainy season. </w:t>
      </w:r>
    </w:p>
    <w:p>
      <w:r>
        <w:t xml:space="preserve">44:55      (Speaker A)  Okay. </w:t>
      </w:r>
    </w:p>
    <w:p>
      <w:r>
        <w:t xml:space="preserve">44:56      (Speaker C)  It's easier to do it in the non growing season of this. Once things kick in, I guess my </w:t>
      </w:r>
    </w:p>
    <w:p>
      <w:r>
        <w:t xml:space="preserve">45:01      (Speaker A)  idea is not feasible. I'm just always skeptical. </w:t>
      </w:r>
    </w:p>
    <w:p>
      <w:r>
        <w:t xml:space="preserve">45:04      (Speaker F)  I feel like we paid these contractors like millions of dollars and always buy </w:t>
      </w:r>
    </w:p>
    <w:p>
      <w:r>
        <w:t xml:space="preserve">45:08      (Speaker A)  some trucks and mowers, you know, I </w:t>
      </w:r>
    </w:p>
    <w:p>
      <w:r>
        <w:t xml:space="preserve">45:11      (Speaker F)  mean, all they do is climb up with a pickup truck and go around. </w:t>
      </w:r>
    </w:p>
    <w:p>
      <w:r>
        <w:t xml:space="preserve">45:14      (Speaker C)  Brian, I would suggest you price that equipment. And do. You know, here's an example. Without getting too far into the weeds with this, every one of those mowers goes back to a shop that has a maintenance crew that sharpens the blades at the end of every day. Because when you're cutting St. Augustine, you've got to do it with the number, with the amount of rotations and cuts those mowers are making in a day. In a property like this, take your own law, you go out into your front lawn and after you cut the grass, give it a day and I'll guarantee you you're going to see little yellow and brown tips. You know why that is? You're not cutting the grass, you're tearing it. </w:t>
      </w:r>
    </w:p>
    <w:p>
      <w:r>
        <w:t xml:space="preserve">46:04      (Speaker A)  Now </w:t>
      </w:r>
    </w:p>
    <w:p>
      <w:r>
        <w:t xml:space="preserve">46:06      (Speaker C)  if you were to sharpen your blade after each mowing, you'd have nice clean green cuts. Clayton, I'm just, yeah, I'm going to dump it on you. </w:t>
      </w:r>
    </w:p>
    <w:p>
      <w:r>
        <w:t xml:space="preserve">46:14      (Speaker A)  But it's building a whole entire operation. You're going to have to hire somebody to build a company. </w:t>
      </w:r>
    </w:p>
    <w:p>
      <w:r>
        <w:t xml:space="preserve">46:20      (Speaker C)  And Bermuda isn't. Yeah, and Bermuda is an extra special scenario. </w:t>
      </w:r>
    </w:p>
    <w:p>
      <w:r>
        <w:t xml:space="preserve">46:24      (Speaker A)  I mean, you guys know that it </w:t>
      </w:r>
    </w:p>
    <w:p>
      <w:r>
        <w:t xml:space="preserve">46:26      (Speaker F)  seems like, oh, we hire like eight </w:t>
      </w:r>
    </w:p>
    <w:p>
      <w:r>
        <w:t xml:space="preserve">46:28      (Speaker A)  or nine people to buy some equipment </w:t>
      </w:r>
    </w:p>
    <w:p>
      <w:r>
        <w:t xml:space="preserve">46:29      (Speaker F)  and you know, you hire the right </w:t>
      </w:r>
    </w:p>
    <w:p>
      <w:r>
        <w:t xml:space="preserve">46:31      (Speaker A)  manager and then off they go all </w:t>
      </w:r>
    </w:p>
    <w:p>
      <w:r>
        <w:t xml:space="preserve">46:33      (Speaker C)  by the time, by the time you get with them, saw your burden and everything else that possible. </w:t>
      </w:r>
    </w:p>
    <w:p>
      <w:r>
        <w:t xml:space="preserve">46:38      (Speaker E)  28% is the burden. </w:t>
      </w:r>
    </w:p>
    <w:p>
      <w:r>
        <w:t xml:space="preserve">46:40      (Speaker A)  20. </w:t>
      </w:r>
    </w:p>
    <w:p>
      <w:r>
        <w:t xml:space="preserve">46:41      (Speaker C)  Well, by the time you get through, it's probably about 20 to 24 per person. </w:t>
      </w:r>
    </w:p>
    <w:p>
      <w:r>
        <w:t xml:space="preserve">46:48      (Speaker F)  I guess that's my thing. </w:t>
      </w:r>
    </w:p>
    <w:p>
      <w:r>
        <w:t xml:space="preserve">46:49      (Speaker A)  It's like we would be a hassle. </w:t>
      </w:r>
    </w:p>
    <w:p>
      <w:r>
        <w:t xml:space="preserve">46:52      (Speaker C)  But I used to think the same way. And then it became in black and white and you Go. I never would have guessed that. </w:t>
      </w:r>
    </w:p>
    <w:p>
      <w:r>
        <w:t xml:space="preserve">46:59      (Speaker E)  But our biggest, our biggest issue that we would have is where would we house it? </w:t>
      </w:r>
    </w:p>
    <w:p>
      <w:r>
        <w:t xml:space="preserve">47:04      (Speaker A)  Because we knew not to like get that oc, you know, I mean there would be. </w:t>
      </w:r>
    </w:p>
    <w:p>
      <w:r>
        <w:t xml:space="preserve">47:08      (Speaker E)  We don't have a piece of property that we can do that on. We don't have a section. </w:t>
      </w:r>
    </w:p>
    <w:p>
      <w:r>
        <w:t xml:space="preserve">47:15      (Speaker A)  I don't think. It's not necessarily even fun. It's value because we're, you know, for the amount of money we're spending, we're not getting value that we should. And if we, if we did, then we probably wouldn't mind spending money. Okay, but it's a good thought. Brian. </w:t>
      </w:r>
    </w:p>
    <w:p>
      <w:r>
        <w:t xml:space="preserve">47:33      (Speaker C)  Don't, don't give up. </w:t>
      </w:r>
    </w:p>
    <w:p>
      <w:r>
        <w:t xml:space="preserve">47:38      (Speaker A)  There's a lot of. I did through high school and college, about 40. </w:t>
      </w:r>
    </w:p>
    <w:p>
      <w:r>
        <w:t xml:space="preserve">47:43      (Speaker C)  So Luke, would you be interested in </w:t>
      </w:r>
    </w:p>
    <w:p>
      <w:r>
        <w:t xml:space="preserve">47:45      (Speaker A)  running an in house landscape group? I went to college. I thought long and hard about it. About 50 homes in tables. That's. </w:t>
      </w:r>
    </w:p>
    <w:p>
      <w:r>
        <w:t xml:space="preserve">47:55      (Speaker C)  And those people will pay money. </w:t>
      </w:r>
    </w:p>
    <w:p>
      <w:r>
        <w:t xml:space="preserve">47:57      (Speaker F)  They make good money. </w:t>
      </w:r>
    </w:p>
    <w:p>
      <w:r>
        <w:t xml:space="preserve">47:58      (Speaker C)  That's a great, that's a great market area. </w:t>
      </w:r>
    </w:p>
    <w:p>
      <w:r>
        <w:t xml:space="preserve">48:01      (Speaker E)  Let's just get you a push more for your job. </w:t>
      </w:r>
    </w:p>
    <w:p>
      <w:r>
        <w:t xml:space="preserve">48:04      (Speaker F)  See. </w:t>
      </w:r>
    </w:p>
    <w:p>
      <w:r>
        <w:t xml:space="preserve">48:07      (Speaker C)  Well, I guess, I guess he'd get dizzy going back. </w:t>
      </w:r>
    </w:p>
    <w:p>
      <w:r>
        <w:t xml:space="preserve">48:12      (Speaker A)  But we do spend a lot of money. I guess that's what I'm doing it. </w:t>
      </w:r>
    </w:p>
    <w:p>
      <w:r>
        <w:t xml:space="preserve">48:16      (Speaker E)  It is one of our biggest line items for sure. </w:t>
      </w:r>
    </w:p>
    <w:p>
      <w:r>
        <w:t xml:space="preserve">48:18      (Speaker A)  Which is typical in almost any community. </w:t>
      </w:r>
    </w:p>
    <w:p>
      <w:r>
        <w:t xml:space="preserve">48:20      (Speaker E)  Yeah, yeah, yeah, for sure. </w:t>
      </w:r>
    </w:p>
    <w:p>
      <w:r>
        <w:t xml:space="preserve">48:21      (Speaker A)  For a community school, for as much money, your price down that. Yeah, 600. </w:t>
      </w:r>
    </w:p>
    <w:p>
      <w:r>
        <w:t xml:space="preserve">48:31      (Speaker E)  I just don't even know where we could put. Where you could put a big warehouse of people. All right, point for them, you know what I mean? </w:t>
      </w:r>
    </w:p>
    <w:p>
      <w:r>
        <w:t xml:space="preserve">48:43      (Speaker F)  In that area where they dump all </w:t>
      </w:r>
    </w:p>
    <w:p>
      <w:r>
        <w:t xml:space="preserve">48:44      (Speaker B)  the refuses right at the end of all. </w:t>
      </w:r>
    </w:p>
    <w:p>
      <w:r>
        <w:t xml:space="preserve">48:46      (Speaker A)  Of course you'd love it, wouldn't you? Nice big warehouse. </w:t>
      </w:r>
    </w:p>
    <w:p>
      <w:r>
        <w:t xml:space="preserve">48:49      (Speaker C)  Isn't that right there where the road terminates there? Right where the road terminates there. We could just set it up there, </w:t>
      </w:r>
    </w:p>
    <w:p>
      <w:r>
        <w:t xml:space="preserve">48:59      (Speaker E)  reel it back in. Do we need a motion to start an rfp or we can farm that. </w:t>
      </w:r>
    </w:p>
    <w:p>
      <w:r>
        <w:t xml:space="preserve">49:06      (Speaker D)  We're good. </w:t>
      </w:r>
    </w:p>
    <w:p>
      <w:r>
        <w:t xml:space="preserve">49:07      (Speaker F)  Yes. Not yet. </w:t>
      </w:r>
    </w:p>
    <w:p>
      <w:r>
        <w:t xml:space="preserve">49:07      (Speaker A)  No. </w:t>
      </w:r>
    </w:p>
    <w:p>
      <w:r>
        <w:t xml:space="preserve">49:07      (Speaker B)  You just review the documentation. </w:t>
      </w:r>
    </w:p>
    <w:p>
      <w:r>
        <w:t xml:space="preserve">49:10      (Speaker A)  All right. </w:t>
      </w:r>
    </w:p>
    <w:p>
      <w:r>
        <w:t xml:space="preserve">49:13      (Speaker B)  And then you could do that for that meeting or the October meeting which starts the clock of putting it together. Council putting together what? They need us sending it out, doing the whole thing. </w:t>
      </w:r>
    </w:p>
    <w:p>
      <w:r>
        <w:t xml:space="preserve">49:22      (Speaker A)  Okay. Going into the action item list, I provided it to. I sent out an email and also provided printed copies for you. The road striping refurbishment. We pushed this off last meeting. I spoke with them and all in all the HOA set up. It's probably less than 700 have emailed. The HOA don't have a response yet. But I, I don't know that 750 worth number project. We can either just not done </w:t>
      </w:r>
    </w:p>
    <w:p>
      <w:r>
        <w:t xml:space="preserve">49:55      (Speaker D)  and </w:t>
      </w:r>
    </w:p>
    <w:p>
      <w:r>
        <w:t xml:space="preserve">49:56      (Speaker A)  then try to work with them afterwards. It was a significant amount. You know, I think it'd be worth the effort. At the end of the day, the money does come from. Mike. </w:t>
      </w:r>
    </w:p>
    <w:p>
      <w:r>
        <w:t xml:space="preserve">50:20      (Speaker C)  Did we look at that as 10% bad money? </w:t>
      </w:r>
    </w:p>
    <w:p>
      <w:r>
        <w:t xml:space="preserve">50:23      (Speaker F)  No, no, that's only dealing with bonds. </w:t>
      </w:r>
    </w:p>
    <w:p>
      <w:r>
        <w:t xml:space="preserve">50:27      (Speaker C)  I thought I'd stretch. </w:t>
      </w:r>
    </w:p>
    <w:p>
      <w:r>
        <w:t xml:space="preserve">50:29      (Speaker E)  We could authorize it and request reimbursement. We just don't know what they. </w:t>
      </w:r>
    </w:p>
    <w:p>
      <w:r>
        <w:t xml:space="preserve">50:33      (Speaker C)  Yeah, I wouldn't. Nah, just. </w:t>
      </w:r>
    </w:p>
    <w:p>
      <w:r>
        <w:t xml:space="preserve">50:40      (Speaker A)  Yeah, you're not supposed to. Yeah, </w:t>
      </w:r>
    </w:p>
    <w:p>
      <w:r>
        <w:t xml:space="preserve">50:45      (Speaker C)  if you do that, you got nowhere to hide. </w:t>
      </w:r>
    </w:p>
    <w:p>
      <w:r>
        <w:t xml:space="preserve">50:47      (Speaker E)  What. </w:t>
      </w:r>
    </w:p>
    <w:p>
      <w:r>
        <w:t xml:space="preserve">50:48      (Speaker A)  Let's ask for. </w:t>
      </w:r>
    </w:p>
    <w:p>
      <w:r>
        <w:t xml:space="preserve">50:50      (Speaker E)  Yeah, we'll just ask for reimbursement. Yeah, just send them an invoice. Just send them an invoice. </w:t>
      </w:r>
    </w:p>
    <w:p>
      <w:r>
        <w:t xml:space="preserve">50:55      (Speaker A)  Yeah, I already told them that. Separate the invoice for these parts. </w:t>
      </w:r>
    </w:p>
    <w:p>
      <w:r>
        <w:t xml:space="preserve">51:00      (Speaker E)  Yep. And we'll send them an invoice. </w:t>
      </w:r>
    </w:p>
    <w:p>
      <w:r>
        <w:t xml:space="preserve">51:03      (Speaker C)  Actually have them build the HOA directly. </w:t>
      </w:r>
    </w:p>
    <w:p>
      <w:r>
        <w:t xml:space="preserve">51:07      (Speaker A)  Yeah, the extra. </w:t>
      </w:r>
    </w:p>
    <w:p>
      <w:r>
        <w:t xml:space="preserve">51:10      (Speaker E)  Perfect. </w:t>
      </w:r>
    </w:p>
    <w:p>
      <w:r>
        <w:t xml:space="preserve">51:12      (Speaker A)  So do we need a motion? </w:t>
      </w:r>
    </w:p>
    <w:p>
      <w:r>
        <w:t xml:space="preserve">51:18      (Speaker E)  A motion that we repaint the area that they designated and if they do the extra, they can bill hoa. </w:t>
      </w:r>
    </w:p>
    <w:p>
      <w:r>
        <w:t xml:space="preserve">51:30      (Speaker A)  Yeah, I know you don't have to fold them for any but just a motion to approve the Polo from line striping for $34,000 to start. Yeah. First from Tammy, second from Luke. All there. The next one. Here is the signage that we've been talking about. The one proposal has their mock up. And then I had provided on my own little document the pictures I got from the other company. There's like a 9,9000 or so difference in the. You really can't use a two sided one because there's certain code restrictions as to where to assign you be and it cannot be in the merger. County is not going to let you get a permanent specific area where you can see both sides. There are some special provision codes to allow it in the median. You don't have a wide. You don't have a median there at all. But that median of course has to be the certain way that has a certain amount of lanes around it. So you really have one option on where to put the sign. Well, you have two options but you know, one. One would be boring over to the other side and doing it on this side of the sidewalk. And the other one is removing this giant chunk of juniper or at least a bunch of it. Putting a sign right there at an angle. </w:t>
      </w:r>
    </w:p>
    <w:p>
      <w:r>
        <w:t xml:space="preserve">53:18      (Speaker E)  That's perfect. </w:t>
      </w:r>
    </w:p>
    <w:p>
      <w:r>
        <w:t xml:space="preserve">53:19      (Speaker A)  I like, I like it actually. </w:t>
      </w:r>
    </w:p>
    <w:p>
      <w:r>
        <w:t xml:space="preserve">53:20      (Speaker E)  Yeah, I think it'd be great. Right? </w:t>
      </w:r>
    </w:p>
    <w:p>
      <w:r>
        <w:t xml:space="preserve">53:22      (Speaker A)  That's a lot better than I thought it would be. Yeah, I. I'm actually meeting an electrician out here tomorrow because this does not include the electric. Okay, so that is something to keep in mind. </w:t>
      </w:r>
    </w:p>
    <w:p>
      <w:r>
        <w:t xml:space="preserve">53:33      (Speaker E)  Is it our electricians that we're already contracted with? </w:t>
      </w:r>
    </w:p>
    <w:p>
      <w:r>
        <w:t xml:space="preserve">53:37      (Speaker A)  Oh yeah, let me get a couple. But I had to have the signs and specs and everything in order to get that. And we kind of have to decide on the location as well. That's why we need to talk about that tonight. </w:t>
      </w:r>
    </w:p>
    <w:p>
      <w:r>
        <w:t xml:space="preserve">53:48      (Speaker E)  I like that location. And do we need to vote on that location? </w:t>
      </w:r>
    </w:p>
    <w:p>
      <w:r>
        <w:t xml:space="preserve">53:53      (Speaker A)  Yeah, you can vote on the location and then it makes sense I would do them both and approve one of the poke at the same time. Just from my interaction the two companies. I had, I had a letter. While I understand Sanorama is more expensive, I, I do think that their sign is really nice. It's got like 65,000 IPS in it. It's. It's got some pretty interesting factors. It has a cloud based system that you can change stuff graphics on it. I just didn't get a lot of information from fast. So I don't know they're getting quite the same quality sign out of FAST science. But what I think you essentially have is two options. The lower budget option and a higher budget option necessarily than two perfectly comparables. To get at these two. I can reach out to other vendors as well. Said they're in some proposals. One of us, one of them actually was Brats and Richard and. Yep. Then I gave it the information. Yeah. So that's, that's where I think you're at with this. </w:t>
      </w:r>
    </w:p>
    <w:p>
      <w:r>
        <w:t xml:space="preserve">55:04      (Speaker E)  Does the Sinorama one have a. Have the similar, the exact same sign set up any place in the area that we could look at? </w:t>
      </w:r>
    </w:p>
    <w:p>
      <w:r>
        <w:t xml:space="preserve">55:16      (Speaker A)  They do. If you look at the website, they have a whole bunch of stuff they do. Like. I think she sent me a message with like a Long John Silver or something. I had one of their signs underneath the, on the sign around on the website. They have a whole bunch of stuff on there that's even local because they are local right there. </w:t>
      </w:r>
    </w:p>
    <w:p>
      <w:r>
        <w:t xml:space="preserve">55:41      (Speaker E)  I, I was just like, I, I don't want it to. Just because this looks like the scoreboard at the high school, this first one. And you know. </w:t>
      </w:r>
    </w:p>
    <w:p>
      <w:r>
        <w:t xml:space="preserve">55:51      (Speaker A)  Yeah, yeah. </w:t>
      </w:r>
    </w:p>
    <w:p>
      <w:r>
        <w:t xml:space="preserve">55:53      (Speaker E)  I, I wanted, I wanted to be able to be a little customizable. </w:t>
      </w:r>
    </w:p>
    <w:p>
      <w:r>
        <w:t xml:space="preserve">55:58      (Speaker A)  Yeah. The way this reads, this is what you want, right. The matrix size is 9 inches by 20, which is very big. It's an RGB panel, 64, 800 LEDs. So it has nice resolution that you put not only just the different colors but the graphics and inserted claims. </w:t>
      </w:r>
    </w:p>
    <w:p>
      <w:r>
        <w:t xml:space="preserve">56:14      (Speaker E)  It's put your picture up there. </w:t>
      </w:r>
    </w:p>
    <w:p>
      <w:r>
        <w:t xml:space="preserve">56:19      (Speaker A)  I Should after I got claim to agree. Board's member is a monk. It's a nice. I kind of went back and forth with her on the specifics of the sign. How you control it and how we change it and stuff what you put on it. </w:t>
      </w:r>
    </w:p>
    <w:p>
      <w:r>
        <w:t xml:space="preserve">56:31      (Speaker E)  And it's that there is an app cloud based updates actually a program. Perfect. </w:t>
      </w:r>
    </w:p>
    <w:p>
      <w:r>
        <w:t xml:space="preserve">56:37      (Speaker A)  There is an app also a program you can use to like I said the graphics you go. </w:t>
      </w:r>
    </w:p>
    <w:p>
      <w:r>
        <w:t xml:space="preserve">56:45      (Speaker B)  It's. </w:t>
      </w:r>
    </w:p>
    <w:p>
      <w:r>
        <w:t xml:space="preserve">56:46      (Speaker A)  I think software agree that I like the design where the sign is slightly smaller than the base and the sign being wider than the base like a fast. I think it's a more elegant look personally. And I also don't know that you need a stancy on top of it because that's kind of what we science. </w:t>
      </w:r>
    </w:p>
    <w:p>
      <w:r>
        <w:t xml:space="preserve">57:06      (Speaker E)  Yeah, </w:t>
      </w:r>
    </w:p>
    <w:p>
      <w:r>
        <w:t xml:space="preserve">57:09      (Speaker A)  yeah we know. We know where we're at. Right. So Clayton, do you have any idea this software says lifetime up to 10 years. Is that. Is this software new cloud and then </w:t>
      </w:r>
    </w:p>
    <w:p>
      <w:r>
        <w:t xml:space="preserve">57:22      (Speaker D)  there's free upgrades or something. </w:t>
      </w:r>
    </w:p>
    <w:p>
      <w:r>
        <w:t xml:space="preserve">57:24      (Speaker A)  Do you have any idea what the subscription cost for the software is? There's the question I'm trying to get out or is there. No, but I would imagine it's. It's somewhat minimal compared to the overall cost of the signal. All right. And then </w:t>
      </w:r>
    </w:p>
    <w:p>
      <w:r>
        <w:t xml:space="preserve">57:39      (Speaker D)  I see that they want two. </w:t>
      </w:r>
    </w:p>
    <w:p>
      <w:r>
        <w:t xml:space="preserve">57:45      (Speaker A)  20amp phases out there which is a lot boot up am says 21.8. Yeah, that's why. That's why now that we're in the new location I already have a meeting set up with an electrician. Probably gonna get one more quote. I like where it's thin pulling 60 degrees and we're gonna have it facing at an angle. That's that you have here. Right? That would be. That's I think the best way to do it. So that's kind of like basically right. </w:t>
      </w:r>
    </w:p>
    <w:p>
      <w:r>
        <w:t xml:space="preserve">58:11      (Speaker E)  And it's going to look similar, you know will look similar to this with the. The block underneath. They're just doing a sign piece. Do we have to do some masonry around it? </w:t>
      </w:r>
    </w:p>
    <w:p>
      <w:r>
        <w:t xml:space="preserve">58:22      (Speaker A)  Include the decorative masonry on the box. Is it all the same color? Vary the colors. Is it all the same color or color on the notices and things. So I'm looking at some of the pictures on their website. Oh yes. Now you have a 60,000 RGB LEDs. </w:t>
      </w:r>
    </w:p>
    <w:p>
      <w:r>
        <w:t xml:space="preserve">58:44      (Speaker E)  You can change. </w:t>
      </w:r>
    </w:p>
    <w:p>
      <w:r>
        <w:t xml:space="preserve">58:45      (Speaker A)  It looks like everything they have on their website. I think it says they have 20 or 281 trillion. </w:t>
      </w:r>
    </w:p>
    <w:p>
      <w:r>
        <w:t xml:space="preserve">58:50      (Speaker B)  They do a lot of different signs. </w:t>
      </w:r>
    </w:p>
    <w:p>
      <w:r>
        <w:t xml:space="preserve">58:52      (Speaker A)  Yeah, no, I'm just going on the website because we need that 281 trillion. Yeah. Oh good. If we have that we don't need this. Okay. I think this proposal here have to match the. All right, so what do you need the most right now? I mean if you'd like to see with it the motion procedurally copy to be electrical. So be pending electrical. I can start getting the sign manufactured regardless. So that's why I think it's probably best to if you're happy with approve it as is and then I'll work on it. We'll see. </w:t>
      </w:r>
    </w:p>
    <w:p>
      <w:r>
        <w:t xml:space="preserve">59:28      (Speaker E)  We have any idea what the electric is? Do we have the ability to add 220amp, would you say to 2,220 single phase? </w:t>
      </w:r>
    </w:p>
    <w:p>
      <w:r>
        <w:t xml:space="preserve">59:37      (Speaker A)  Yeah. </w:t>
      </w:r>
    </w:p>
    <w:p>
      <w:r>
        <w:t xml:space="preserve">59:38      (Speaker E)  Does anybody know if we got that space? </w:t>
      </w:r>
    </w:p>
    <w:p>
      <w:r>
        <w:t xml:space="preserve">59:40      (Speaker A)  I know, but I would say yes, you do. But in the current breaker boxes, of course I would think that the building here has sufficient power coming to you. I would hope. And if I had to make an estimate. We know you're not having a trench. </w:t>
      </w:r>
    </w:p>
    <w:p>
      <w:r>
        <w:t xml:space="preserve">59:55      (Speaker C)  Somebody check with the hamster off that </w:t>
      </w:r>
    </w:p>
    <w:p>
      <w:r>
        <w:t xml:space="preserve">59:58      (Speaker A)  come off the electric connection over there. But they really shouldn't. They probably usually come off somewhere else wherever the meter might be. You know trenching is one of the more expensive things that electrics have to do. If you don't have to do all that. I wouldn't think this would be more than 25 hops. Maybe way less or said I couldn't even Electrician. What do we have to be on the same phase. They can double up the breaker which won't be a problem. Worst case is to do a subtitle because you can do one run at 240. 40. Yeah. One 240 runs. </w:t>
      </w:r>
    </w:p>
    <w:p>
      <w:r>
        <w:t xml:space="preserve">01:00:35   (Speaker E)  Okay. </w:t>
      </w:r>
    </w:p>
    <w:p>
      <w:r>
        <w:t xml:space="preserve">01:00:35   (Speaker A)  That wouldn't be much. You get off both phases of that. What is the risk of getting you started on the side without having an electrician out there to survey the site? This. There's some parking lot. There's some irrigation. There's all kind of things that have the potential to be a problem. Is it pretty high risk or do we think we take. I think your sign is going to be the same whether you put it here or you put it right across the street. Wherever it ends up, the sign I would imagine it's going to be the same. Now I'll talk to the vendor and make sure that that's good. But the sign's really going to be so I like that. That would be the ideal. We all agree on. </w:t>
      </w:r>
    </w:p>
    <w:p>
      <w:r>
        <w:t xml:space="preserve">01:01:15   (Speaker E)  Yeah. </w:t>
      </w:r>
    </w:p>
    <w:p>
      <w:r>
        <w:t xml:space="preserve">01:01:15   (Speaker F)  Yeah. </w:t>
      </w:r>
    </w:p>
    <w:p>
      <w:r>
        <w:t xml:space="preserve">01:01:16   (Speaker E)  For sure. </w:t>
      </w:r>
    </w:p>
    <w:p>
      <w:r>
        <w:t xml:space="preserve">01:01:16   (Speaker A)  I don't. I don't believe there's going to be any barriers putting it at that. Yeah. </w:t>
      </w:r>
    </w:p>
    <w:p>
      <w:r>
        <w:t xml:space="preserve">01:01:23   (Speaker B)  We can always just wait to. To officially contact the sign vendor until after he has this meeting. With the electrician just to confirm. </w:t>
      </w:r>
    </w:p>
    <w:p>
      <w:r>
        <w:t xml:space="preserve">01:01:29   (Speaker F)  Yeah. </w:t>
      </w:r>
    </w:p>
    <w:p>
      <w:r>
        <w:t xml:space="preserve">01:01:31   (Speaker A)  You get done what would be the turn time? Would you give them a go? I don't know that I. I would. I don't know. Several weeks might even be less depends. Is there a penalty of waiting until we have all the information from the electrician sign everything we pulled up and ready to go. It's going to take. Yeah. Basically delaying it a month waiting on information. Yeah. I don't know why I don't know why it takes me a month not give cool cooler weather to work in. Any prob gives a discount. </w:t>
      </w:r>
    </w:p>
    <w:p>
      <w:r>
        <w:t xml:space="preserve">01:02:10   (Speaker D)  We. We're doing two signs and then there's cdds not nearly as fancy as this but we had to get city permits to do it because it was a public right away. So just checking with county. </w:t>
      </w:r>
    </w:p>
    <w:p>
      <w:r>
        <w:t xml:space="preserve">01:02:22   (Speaker A)  Yeah. Oh that's that actually brings up a </w:t>
      </w:r>
    </w:p>
    <w:p>
      <w:r>
        <w:t xml:space="preserve">01:02:23   (Speaker B)  great point because </w:t>
      </w:r>
    </w:p>
    <w:p>
      <w:r>
        <w:t xml:space="preserve">01:02:27   (Speaker A)  they have the permitting and everything in the proposal. They knew the codes. They sent me stuff about you know first they made me send them the resolution that all board members resident because apparently in Pasco county you can't get a digital LED sign if it's a developer board Y all this stuff San is really on top of their Pasco county stuff. </w:t>
      </w:r>
    </w:p>
    <w:p>
      <w:r>
        <w:t xml:space="preserve">01:02:46   (Speaker E)  So yeah 550 for the permit on the second page. </w:t>
      </w:r>
    </w:p>
    <w:p>
      <w:r>
        <w:t xml:space="preserve">01:02:50   (Speaker A)  So they're going to do all some new ships which is good and it </w:t>
      </w:r>
    </w:p>
    <w:p>
      <w:r>
        <w:t xml:space="preserve">01:02:56   (Speaker C)  may not work wait to hurt may not hurt to wait until next month Keith to get all of it together and I do think it would be appropriate to have given the cost that we have council put together an agreement. </w:t>
      </w:r>
    </w:p>
    <w:p>
      <w:r>
        <w:t xml:space="preserve">01:03:10   (Speaker E)  Yeah, I agree as much as I wanted. I think we should wait till we know how much going to cost an elect Is there. </w:t>
      </w:r>
    </w:p>
    <w:p>
      <w:r>
        <w:t xml:space="preserve">01:03:18   (Speaker A)  Is there a cut off where you wouldn't do it because of the el. Is there a number? Well I came back in the lecture was $25,000. Would the board entertain? I think that's. </w:t>
      </w:r>
    </w:p>
    <w:p>
      <w:r>
        <w:t xml:space="preserve">01:03:31   (Speaker E)  That's kind of I wanted </w:t>
      </w:r>
    </w:p>
    <w:p>
      <w:r>
        <w:t xml:space="preserve">01:03:35   (Speaker A)  are we </w:t>
      </w:r>
    </w:p>
    <w:p>
      <w:r>
        <w:t xml:space="preserve">01:03:36   (Speaker E)  doing any advertising But I can't answer for these people. I. I mean I suppose we could look. We. I suppose we could look at that. </w:t>
      </w:r>
    </w:p>
    <w:p>
      <w:r>
        <w:t xml:space="preserve">01:03:46   (Speaker C)  Well and the other scenario too is some of the communities that have that it's a joint effort and they split some of the expense and a cost with the HOA because they'll put up HOA meetings, you know other community events and things. </w:t>
      </w:r>
    </w:p>
    <w:p>
      <w:r>
        <w:t xml:space="preserve">01:04:02   (Speaker A)  I was thinking over time because it comes just with some advertising. </w:t>
      </w:r>
    </w:p>
    <w:p>
      <w:r>
        <w:t xml:space="preserve">01:04:06   (Speaker E)  Yeah. Allow advertising. </w:t>
      </w:r>
    </w:p>
    <w:p>
      <w:r>
        <w:t xml:space="preserve">01:04:07   (Speaker C)  Yeah I've never seen anybody do that from a district perspective. You know general kind of got to </w:t>
      </w:r>
    </w:p>
    <w:p>
      <w:r>
        <w:t xml:space="preserve">01:04:15   (Speaker F)  be careful with that because you're also going to have to advertise for pretty much anybody that wants to advertise. And there may be things that you're not wanting to advertise or run across your sign board. </w:t>
      </w:r>
    </w:p>
    <w:p>
      <w:r>
        <w:t xml:space="preserve">01:04:29   (Speaker A)  I would strongly encourage you to keep it for government and HOA purposes only. Yeah. </w:t>
      </w:r>
    </w:p>
    <w:p>
      <w:r>
        <w:t xml:space="preserve">01:04:35   (Speaker C)  And all of our stuff at Lexington Oaks is strictly community events and CDD and HOA meeting information and stuff. And ours does all that. As Leighton was. Clayton was describing. You get the flowing flag for the 4th of July. All that. I mean it's really cool what's available. </w:t>
      </w:r>
    </w:p>
    <w:p>
      <w:r>
        <w:t xml:space="preserve">01:04:51   (Speaker A)  So. </w:t>
      </w:r>
    </w:p>
    <w:p>
      <w:r>
        <w:t xml:space="preserve">01:04:52   (Speaker C)  Yeah. </w:t>
      </w:r>
    </w:p>
    <w:p>
      <w:r>
        <w:t xml:space="preserve">01:04:52   (Speaker A)  And that's why I guess the realistic question is. Yeah. Is the board willing to spend 70 grand? All said and done. You know, if they are, then it makes sense for me to continue getting electrical votes. </w:t>
      </w:r>
    </w:p>
    <w:p>
      <w:r>
        <w:t xml:space="preserve">01:05:06   (Speaker B)  And. </w:t>
      </w:r>
    </w:p>
    <w:p>
      <w:r>
        <w:t xml:space="preserve">01:05:07   (Speaker A)  And you probably just approved tonight if you're not interested in spending that kind of money on the Fed and really, I don't even know why. </w:t>
      </w:r>
    </w:p>
    <w:p>
      <w:r>
        <w:t xml:space="preserve">01:05:16   (Speaker E)  What do we have? Budget wise? Reserves. </w:t>
      </w:r>
    </w:p>
    <w:p>
      <w:r>
        <w:t xml:space="preserve">01:05:22   (Speaker B)  Yeah, it's not, it would be a reserve. It's not a budgeted item. </w:t>
      </w:r>
    </w:p>
    <w:p>
      <w:r>
        <w:t xml:space="preserve">01:05:26   (Speaker C)  When we, when we put that into previous year's budget, it was bumped into the general </w:t>
      </w:r>
    </w:p>
    <w:p>
      <w:r>
        <w:t xml:space="preserve">01:05:33   (Speaker E)  contingency and that was like 45,000. So. Wasn't it? </w:t>
      </w:r>
    </w:p>
    <w:p>
      <w:r>
        <w:t xml:space="preserve">01:05:38   (Speaker C)  No, it was more than that. Right now if the budget is passed tonight, you'll have. </w:t>
      </w:r>
    </w:p>
    <w:p>
      <w:r>
        <w:t xml:space="preserve">01:05:49   (Speaker A)  I think you have plenty in your </w:t>
      </w:r>
    </w:p>
    <w:p>
      <w:r>
        <w:t xml:space="preserve">01:05:51   (Speaker C)  375,000 in that line item. </w:t>
      </w:r>
    </w:p>
    <w:p>
      <w:r>
        <w:t xml:space="preserve">01:05:56   (Speaker A)  I do like this. I do. But I really would like to know what the big picture is because until he goes it gets through this packet. I don't think I wouldn't want to spend 70,000 </w:t>
      </w:r>
    </w:p>
    <w:p>
      <w:r>
        <w:t xml:space="preserve">01:06:10   (Speaker E)  this year. </w:t>
      </w:r>
    </w:p>
    <w:p>
      <w:r>
        <w:t xml:space="preserve">01:06:12   (Speaker A)  Well, and I know we can talk about accounts and variations and all that, but keep in mind October is very soon. So you probably wouldn't have to pay the full amount until October if you wanted the vendors to start in October. Well, you, if you waited to September, </w:t>
      </w:r>
    </w:p>
    <w:p>
      <w:r>
        <w:t xml:space="preserve">01:06:31   (Speaker B)  it would be more likely into October. </w:t>
      </w:r>
    </w:p>
    <w:p>
      <w:r>
        <w:t xml:space="preserve">01:06:33   (Speaker E)  You also got to think about the. That the HOA budget piece of it is now in play for this center. </w:t>
      </w:r>
    </w:p>
    <w:p>
      <w:r>
        <w:t xml:space="preserve">01:06:50   (Speaker A)  Give me 60 seconds on what that means. </w:t>
      </w:r>
    </w:p>
    <w:p>
      <w:r>
        <w:t xml:space="preserve">01:06:54   (Speaker E)  So that means that we hold the reserves and the budget for this center into the cdd. This is essentially. Or that pulled from that side, not from our. </w:t>
      </w:r>
    </w:p>
    <w:p>
      <w:r>
        <w:t xml:space="preserve">01:07:13   (Speaker B)  Yeah, well, you have, I think essentially is you have money from the amenity portion that was pulled over. Especially considering if you think about like the insurance change contingencies, reserves for all of them. There's a lot of reserves for all that. </w:t>
      </w:r>
    </w:p>
    <w:p>
      <w:r>
        <w:t xml:space="preserve">01:07:27   (Speaker E)  The amenity has full reserves. </w:t>
      </w:r>
    </w:p>
    <w:p>
      <w:r>
        <w:t xml:space="preserve">01:07:30   (Speaker B)  And in the general fund. </w:t>
      </w:r>
    </w:p>
    <w:p>
      <w:r>
        <w:t xml:space="preserve">01:07:32   (Speaker A)  Some thoughts. You've approved 150,000 for erosion pairs. So you're you're continuing to currently is a 50,000, 48,000. You add another 150, that's 200. The line is 196 525. So you're gonna basically max that out. If we do those before October, your capital street lays you've got the 64,000 coming for all the light replacements which should start in a week or two. But that's still going to leave you quite a bit of line item left. You probably still have 80, 90k and 70 or 80k left in that line item as well. And then whatever reserves and that's been. Yeah. </w:t>
      </w:r>
    </w:p>
    <w:p>
      <w:r>
        <w:t xml:space="preserve">01:08:24   (Speaker B)  And that's for this fiscal year. So if you waited to September to do this and you approved it for doing it in October, you're going off a budget that we're going to be discussing here shortly and and you would still potentially have line items that are </w:t>
      </w:r>
    </w:p>
    <w:p>
      <w:r>
        <w:t xml:space="preserve">01:08:37   (Speaker A)  either right at or all of that makes under a couple. If you guys. It all makes sense to me trying to get it all put together. Honestly the PC's run a little slower but if we could afford it. I mean I like the idea. I don't know that $70,000. I know you were spitballing right. But they have to install a new meter over here. That's the number I'm giving you. But it, I mean it could be 8, 500 meter. We're going solar. But no, I. I know Clayton, I know you're just spitting ball but I would tell you I would be uncomfortable. But if, if we reasonably think that where is the panel in this building? In that room over there. Well of course your service comes from the road. Yeah. I don't know exactly where they could tap in but the panel is. It's got to be post the panel utility room off to the side and we think conduit would get from there to there. Yeah. </w:t>
      </w:r>
    </w:p>
    <w:p>
      <w:r>
        <w:t xml:space="preserve">01:09:43   (Speaker E)  Okay. </w:t>
      </w:r>
    </w:p>
    <w:p>
      <w:r>
        <w:t xml:space="preserve">01:09:46   (Speaker A)  Like I said, I like the idea. I just want to make sure that we get for it. That's all I'm saying. If what you guys just all rolled up says it makes sense you can afford it. Despite pond issues. Despite having per falling in the ponds and pipes falling off of foundations and end of pond is and all that other traffic going on </w:t>
      </w:r>
    </w:p>
    <w:p>
      <w:r>
        <w:t xml:space="preserve">01:10:08   (Speaker C)  trees. </w:t>
      </w:r>
    </w:p>
    <w:p>
      <w:r>
        <w:t xml:space="preserve">01:10:11   (Speaker B)  Yeah. So then is this something we just want to maybe bring back in September after. I mean Clayton, if it's. If you have an appointment already and then we have a more step number. </w:t>
      </w:r>
    </w:p>
    <w:p>
      <w:r>
        <w:t xml:space="preserve">01:10:22   (Speaker E)  Well, that's opinion. What about your guys's opinion? </w:t>
      </w:r>
    </w:p>
    <w:p>
      <w:r>
        <w:t xml:space="preserve">01:10:25   (Speaker A)  50 to 7. I'd like to have it too but I think it's Proven away. Heat center is really the priorities for things we have to do because we're </w:t>
      </w:r>
    </w:p>
    <w:p>
      <w:r>
        <w:t xml:space="preserve">01:10:33   (Speaker B)  going to talk about some of those </w:t>
      </w:r>
    </w:p>
    <w:p>
      <w:r>
        <w:t xml:space="preserve">01:10:34   (Speaker A)  here and I think the things we have to do make sure that we've got money for that and then if there's excess then things would like to be well and like I said, if you roll it over the next year. Yeah. You're not far. You're only a month and a half away from next fiscal year. This is not going to be done in a month and a half. Yeah. </w:t>
      </w:r>
    </w:p>
    <w:p>
      <w:r>
        <w:t xml:space="preserve">01:10:54   (Speaker B)  Which would almost be the better route anyways. It was allocated some expertise because that's October 1st, six weeks. </w:t>
      </w:r>
    </w:p>
    <w:p>
      <w:r>
        <w:t xml:space="preserve">01:11:01   (Speaker A)  That's quite. </w:t>
      </w:r>
    </w:p>
    <w:p>
      <w:r>
        <w:t xml:space="preserve">01:11:02   (Speaker B)  Yes. </w:t>
      </w:r>
    </w:p>
    <w:p>
      <w:r>
        <w:t xml:space="preserve">01:11:02   (Speaker A)  I can. We can bring it back with all the pricing lists. So Keith doesn't kill me and I appreciate the effort. I really did. </w:t>
      </w:r>
    </w:p>
    <w:p>
      <w:r>
        <w:t xml:space="preserve">01:11:14   (Speaker B)  I mean we can. We would do a line item and we would adjust it off of something else like something contingency or something like that. </w:t>
      </w:r>
    </w:p>
    <w:p>
      <w:r>
        <w:t xml:space="preserve">01:11:22   (Speaker A)  So we could. We could make it a line item if you wanted tonight. </w:t>
      </w:r>
    </w:p>
    <w:p>
      <w:r>
        <w:t xml:space="preserve">01:11:26   (Speaker B)  That'd be in the budget discussion here. </w:t>
      </w:r>
    </w:p>
    <w:p>
      <w:r>
        <w:t xml:space="preserve">01:11:31   (Speaker A)  Right. And then it's kind of. I mean it's still there. </w:t>
      </w:r>
    </w:p>
    <w:p>
      <w:r>
        <w:t xml:space="preserve">01:11:37   (Speaker B)  It'll come out one way or the other. Whether you just do it out of reserves or you create a line item and put it to allocate it to that. It'll still be the same. </w:t>
      </w:r>
    </w:p>
    <w:p>
      <w:r>
        <w:t xml:space="preserve">01:11:44   (Speaker A)  It's either way. </w:t>
      </w:r>
    </w:p>
    <w:p>
      <w:r>
        <w:t xml:space="preserve">01:11:45   (Speaker F)  Yeah. </w:t>
      </w:r>
    </w:p>
    <w:p>
      <w:r>
        <w:t xml:space="preserve">01:11:45   (Speaker B)  It doesn't really matter. </w:t>
      </w:r>
    </w:p>
    <w:p>
      <w:r>
        <w:t xml:space="preserve">01:11:47   (Speaker F)  Yeah. Yeah. </w:t>
      </w:r>
    </w:p>
    <w:p>
      <w:r>
        <w:t xml:space="preserve">01:11:51   (Speaker A)  I just would like to have the whole number get through all this and then of course just kick kid out of the room for 30 days. So we have an idea again that's. You're right, that's my. But it sounds like we're really only considering signing one, right? </w:t>
      </w:r>
    </w:p>
    <w:p>
      <w:r>
        <w:t xml:space="preserve">01:12:18   (Speaker E)  Yes. </w:t>
      </w:r>
    </w:p>
    <w:p>
      <w:r>
        <w:t xml:space="preserve">01:12:18   (Speaker A)  Yes. So we did the other one. The next meeting will bring back sound on whatever electric. Yes, agrees then the last thing you have here as far as photos go is two holiday fighting totals. One is for the common areas. Basically what they did last year, some options. We went up to 20,000 for our budget this year from I think 14 or something last year. So he's giving you the proposal for the 1498 which is basically what it done last year. They've given you some options. You know you can mix and match them. I really think the green tree in the middle of old home would look really good. The string of lights around the fountain. It'll be really good. You really can't do both of those together if you want to stay within budget. </w:t>
      </w:r>
    </w:p>
    <w:p>
      <w:r>
        <w:t xml:space="preserve">01:13:17   (Speaker B)  But you know you can do some </w:t>
      </w:r>
    </w:p>
    <w:p>
      <w:r>
        <w:t xml:space="preserve">01:13:18   (Speaker A)  of the other options. Another fault or ornaments would really be worth. Worth it maybe that. </w:t>
      </w:r>
    </w:p>
    <w:p>
      <w:r>
        <w:t xml:space="preserve">01:13:31   (Speaker C)  Yeah. </w:t>
      </w:r>
    </w:p>
    <w:p>
      <w:r>
        <w:t xml:space="preserve">01:13:34   (Speaker E)  So our. Our line item is 20,000. </w:t>
      </w:r>
    </w:p>
    <w:p>
      <w:r>
        <w:t xml:space="preserve">01:13:37   (Speaker A)  Correct. You need a platform to get that done. Yeah, it might. I mean man, I might do it. I might have army SC do it. They're not even do it. So. So we making a decision tonight on this. </w:t>
      </w:r>
    </w:p>
    <w:p>
      <w:r>
        <w:t xml:space="preserve">01:14:18   (Speaker E)  We have to. I like for three, two. </w:t>
      </w:r>
    </w:p>
    <w:p>
      <w:r>
        <w:t xml:space="preserve">01:14:34   (Speaker A)  Yeah. How tall is that? </w:t>
      </w:r>
    </w:p>
    <w:p>
      <w:r>
        <w:t xml:space="preserve">01:14:37   (Speaker E)  17ft </w:t>
      </w:r>
    </w:p>
    <w:p>
      <w:r>
        <w:t xml:space="preserve">01:14:41   (Speaker A)  in the middle of that fountain out there. Is there power up there? Oh, because there's light out there. Where's the happy holiday sign? I'm sorry, I'm trying to read quickly. By then you'll be see about 10 the tree flower bed. I don't know. Tell exactly what beside the entryway. So I think off to the side of like the entrance. You're coming in off chance Chy. Off to the side from the entrance. </w:t>
      </w:r>
    </w:p>
    <w:p>
      <w:r>
        <w:t xml:space="preserve">01:15:20   (Speaker E)  So the tree is 2000. And then we could do. There's not really anything else we can do. </w:t>
      </w:r>
    </w:p>
    <w:p>
      <w:r>
        <w:t xml:space="preserve">01:15:31   (Speaker A)  We do that holiday sign and. And the stone pillar sprays. You do all three. </w:t>
      </w:r>
    </w:p>
    <w:p>
      <w:r>
        <w:t xml:space="preserve">01:15:39   (Speaker E)  Oh, okay. </w:t>
      </w:r>
    </w:p>
    <w:p>
      <w:r>
        <w:t xml:space="preserve">01:15:41   (Speaker A)  Out of those. Or. Or you can do the balls or you can do the light marine around the side. We would like to Happy Hollow side. </w:t>
      </w:r>
    </w:p>
    <w:p>
      <w:r>
        <w:t xml:space="preserve">01:15:50   (Speaker E)  Yeah, that doesn't do anything for me either. Well, if we get this other sign up then we can tell them on there. </w:t>
      </w:r>
    </w:p>
    <w:p>
      <w:r>
        <w:t xml:space="preserve">01:15:56   (Speaker A)  That's what I'm saying. All right. 17,000. </w:t>
      </w:r>
    </w:p>
    <w:p>
      <w:r>
        <w:t xml:space="preserve">01:16:06   (Speaker B)  Yep. Base plan plus the tree option. </w:t>
      </w:r>
    </w:p>
    <w:p>
      <w:r>
        <w:t xml:space="preserve">01:16:11   (Speaker A)  3,000 towards the side. Even though it shows green on here. </w:t>
      </w:r>
    </w:p>
    <w:p>
      <w:r>
        <w:t xml:space="preserve">01:16:23   (Speaker E)  Oh, is it green or white? </w:t>
      </w:r>
    </w:p>
    <w:p>
      <w:r>
        <w:t xml:space="preserve">01:16:26   (Speaker A)  Not green in the picture, but it says warm white LED mini lights. Probably going to be multicolored led. That's. That's. Oh, that's the palm trees. </w:t>
      </w:r>
    </w:p>
    <w:p>
      <w:r>
        <w:t xml:space="preserve">01:16:40   (Speaker D)  I would suggest slicing the control structures </w:t>
      </w:r>
    </w:p>
    <w:p>
      <w:r>
        <w:t xml:space="preserve">01:16:42   (Speaker A)  that I just made since it's. It's referencing the four palm trees, which is already in 15, 000. Okay, got it. </w:t>
      </w:r>
    </w:p>
    <w:p>
      <w:r>
        <w:t xml:space="preserve">01:16:49   (Speaker B)  It's a little. It's worded a little bit. </w:t>
      </w:r>
    </w:p>
    <w:p>
      <w:r>
        <w:t xml:space="preserve">01:16:51   (Speaker E)  Okay. Yeah. So because if the palm trees are wrapped with white, we don't want a white tree too. </w:t>
      </w:r>
    </w:p>
    <w:p>
      <w:r>
        <w:t xml:space="preserve">01:16:56   (Speaker A)  Okay. But it does say 17 foot green Christmas tree. Yeah. </w:t>
      </w:r>
    </w:p>
    <w:p>
      <w:r>
        <w:t xml:space="preserve">01:17:11   (Speaker E)  Question the. They wrapped the palm trees last year. Okay. So that's already in the other. </w:t>
      </w:r>
    </w:p>
    <w:p>
      <w:r>
        <w:t xml:space="preserve">01:17:17   (Speaker A)  Correct. </w:t>
      </w:r>
    </w:p>
    <w:p>
      <w:r>
        <w:t xml:space="preserve">01:17:18   (Speaker E)  Just don't remember that. </w:t>
      </w:r>
    </w:p>
    <w:p>
      <w:r>
        <w:t xml:space="preserve">01:17:19   (Speaker A)  Yeah. All right, so. So we like the proposal from last year. Plus the tree. </w:t>
      </w:r>
    </w:p>
    <w:p>
      <w:r>
        <w:t xml:space="preserve">01:17:31   (Speaker B)  See that would be base plan plus the tree. </w:t>
      </w:r>
    </w:p>
    <w:p>
      <w:r>
        <w:t xml:space="preserve">01:17:38   (Speaker A)  17 foot green Christmas tree of lights in the center roundabout feature. </w:t>
      </w:r>
    </w:p>
    <w:p>
      <w:r>
        <w:t xml:space="preserve">01:17:53   (Speaker E)  We want to do the poor teardrop sprays too. Right, Hendrick? </w:t>
      </w:r>
    </w:p>
    <w:p>
      <w:r>
        <w:t xml:space="preserve">01:17:59   (Speaker A)  You know, I think from a static point of view they look nice. I think 99% of people drive right by that should come see the Christmas tree. So I think it'll be overlooked as well. </w:t>
      </w:r>
    </w:p>
    <w:p>
      <w:r>
        <w:t xml:space="preserve">01:18:12   (Speaker E)  Okay. </w:t>
      </w:r>
    </w:p>
    <w:p>
      <w:r>
        <w:t xml:space="preserve">01:18:16   (Speaker B)  Right now I would have a motion to approve the festive Globe proposal with the base plan of 15,000 and a tree option for 2,000. Anybody want to add an option or make them first on that? </w:t>
      </w:r>
    </w:p>
    <w:p>
      <w:r>
        <w:t xml:space="preserve">01:18:32   (Speaker D)  Oh, I did want to know. </w:t>
      </w:r>
    </w:p>
    <w:p>
      <w:r>
        <w:t xml:space="preserve">01:18:33   (Speaker A)  Yep. I forgot the pricing is based on a three year. For the. For the 15, 000 base portion is based on three year. They've done a great job the last two. I don't. </w:t>
      </w:r>
    </w:p>
    <w:p>
      <w:r>
        <w:t xml:space="preserve">01:18:47   (Speaker E)  So they're not going to raise it on us is what you're saying. </w:t>
      </w:r>
    </w:p>
    <w:p>
      <w:r>
        <w:t xml:space="preserve">01:18:49   (Speaker A)  Correct. Yeah, but we're agreeing to deal with </w:t>
      </w:r>
    </w:p>
    <w:p>
      <w:r>
        <w:t xml:space="preserve">01:18:54   (Speaker B)  a lot do that. Now there's a three year and then it's a base plan. </w:t>
      </w:r>
    </w:p>
    <w:p>
      <w:r>
        <w:t xml:space="preserve">01:19:02   (Speaker A)  If it came to our office, we </w:t>
      </w:r>
    </w:p>
    <w:p>
      <w:r>
        <w:t xml:space="preserve">01:19:03   (Speaker F)  would at least prepare an addendum to the proposal that had the insurance and identification requirements. I don't know if we have a </w:t>
      </w:r>
    </w:p>
    <w:p>
      <w:r>
        <w:t xml:space="preserve">01:19:08   (Speaker A)  full fledged agreement or not. Give me just a second. Yeah, I think if you do multiple here. </w:t>
      </w:r>
    </w:p>
    <w:p>
      <w:r>
        <w:t xml:space="preserve">01:19:14   (Speaker E)  Yeah, yeah, </w:t>
      </w:r>
    </w:p>
    <w:p>
      <w:r>
        <w:t xml:space="preserve">01:19:18   (Speaker A)  I'm still in. I think it makes sense. I agree. The places look great every Christmas so I don't know why wouldn't agree with. </w:t>
      </w:r>
    </w:p>
    <w:p>
      <w:r>
        <w:t xml:space="preserve">01:19:26   (Speaker E)  Yeah. Since we went with them it's been very consistent and. </w:t>
      </w:r>
    </w:p>
    <w:p>
      <w:r>
        <w:t xml:space="preserve">01:19:30   (Speaker A)  Yeah. And these are the guys I have the best experience with. I work with other vendors. Their little puzzle, the way they do everything, they get very detailed. </w:t>
      </w:r>
    </w:p>
    <w:p>
      <w:r>
        <w:t xml:space="preserve">01:19:39   (Speaker E)  Yeah. I like pictures. Do you know that something like this. </w:t>
      </w:r>
    </w:p>
    <w:p>
      <w:r>
        <w:t xml:space="preserve">01:19:48   (Speaker B)  Okay, so then that motion would be. Motion to approve the festival globe proposal with the base plan $15,000. The tree option for $2,000 and with a three year agreement from council. </w:t>
      </w:r>
    </w:p>
    <w:p>
      <w:r>
        <w:t xml:space="preserve">01:20:01   (Speaker F)  We've done agreements in 2004 and 2005 just modifying the 2005 to add the </w:t>
      </w:r>
    </w:p>
    <w:p>
      <w:r>
        <w:t xml:space="preserve">01:20:10   (Speaker A)  extra term on there. Yeah, sorry. </w:t>
      </w:r>
    </w:p>
    <w:p>
      <w:r>
        <w:t xml:space="preserve">01:20:14   (Speaker F)  20. </w:t>
      </w:r>
    </w:p>
    <w:p>
      <w:r>
        <w:t xml:space="preserve">01:20:15   (Speaker A)  24. 2020. Okay. </w:t>
      </w:r>
    </w:p>
    <w:p>
      <w:r>
        <w:t xml:space="preserve">01:20:18   (Speaker E)  Okay. A motion that. </w:t>
      </w:r>
    </w:p>
    <w:p>
      <w:r>
        <w:t xml:space="preserve">01:20:22   (Speaker B)  So motion to approve festive glow proposal with base plan $15,000. The option. The tree option for $2,000 and with an agreement from council. </w:t>
      </w:r>
    </w:p>
    <w:p>
      <w:r>
        <w:t xml:space="preserve">01:20:33   (Speaker A)  No. So you still got to the amenity center too, right? Separate proposal. </w:t>
      </w:r>
    </w:p>
    <w:p>
      <w:r>
        <w:t xml:space="preserve">01:20:37   (Speaker E)  No, it's the same. It now it includes the amenity center. </w:t>
      </w:r>
    </w:p>
    <w:p>
      <w:r>
        <w:t xml:space="preserve">01:20:41   (Speaker A)  Oh well, no, there's a separate center. Separate line item in the budget. So I just wanted to get a separate. </w:t>
      </w:r>
    </w:p>
    <w:p>
      <w:r>
        <w:t xml:space="preserve">01:20:46   (Speaker E)  So we're 20 on the CDD and </w:t>
      </w:r>
    </w:p>
    <w:p>
      <w:r>
        <w:t xml:space="preserve">01:20:48   (Speaker A)  20 on the CDD and then you're seven now that you haven't spent the extra two. </w:t>
      </w:r>
    </w:p>
    <w:p>
      <w:r>
        <w:t xml:space="preserve">01:20:51   (Speaker F)  Yeah. Now we got money for </w:t>
      </w:r>
    </w:p>
    <w:p>
      <w:r>
        <w:t xml:space="preserve">01:20:55   (Speaker A)  do the amenity on the option or the option on the amenity. So 7,000 do the starburst tree, rapid palms, the. The reefs and then 17. I'm sorry, 2450 to add the lighting or you just do lighting and not the reason for 24.50 for lighting and the reads on this side and give me a price on that because I thought it was pretty nice. I do like that. Yeah. </w:t>
      </w:r>
    </w:p>
    <w:p>
      <w:r>
        <w:t xml:space="preserve">01:21:25   (Speaker F)  Yeah. </w:t>
      </w:r>
    </w:p>
    <w:p>
      <w:r>
        <w:t xml:space="preserve">01:21:25   (Speaker A)  So you can do that now? </w:t>
      </w:r>
    </w:p>
    <w:p>
      <w:r>
        <w:t xml:space="preserve">01:21:32   (Speaker E)  Yep. Let's do it. </w:t>
      </w:r>
    </w:p>
    <w:p>
      <w:r>
        <w:t xml:space="preserve">01:21:33   (Speaker A)  All right. So we got the first one done. That's right. We didn't do. </w:t>
      </w:r>
    </w:p>
    <w:p>
      <w:r>
        <w:t xml:space="preserve">01:21:36   (Speaker B)  I didn't get a second </w:t>
      </w:r>
    </w:p>
    <w:p>
      <w:r>
        <w:t xml:space="preserve">01:21:39   (Speaker A)  second. </w:t>
      </w:r>
    </w:p>
    <w:p>
      <w:r>
        <w:t xml:space="preserve">01:21:40   (Speaker B)  So we had a first for Tammy, second from Randy. All in favor? </w:t>
      </w:r>
    </w:p>
    <w:p>
      <w:r>
        <w:t xml:space="preserve">01:21:44   (Speaker A)  Aye. </w:t>
      </w:r>
    </w:p>
    <w:p>
      <w:r>
        <w:t xml:space="preserve">01:21:45   (Speaker B)  Any opposed? Okay, so that one pressed for the CD property and then now we'd be looking for a motion to approve. </w:t>
      </w:r>
    </w:p>
    <w:p>
      <w:r>
        <w:t xml:space="preserve">01:21:55   (Speaker A)  And this is the same as last year. So they did not do the amenity center last year because it had not converted over to us. Okay. So the previous vendor did it. It did talk to Amy about this and I said, do you want me to get the folded for the man? And she said, yes, go ahead and just get it. I don't. I don't know that they want to use. So I got the photo for it and you kind of see the design and you know, it's full there. </w:t>
      </w:r>
    </w:p>
    <w:p>
      <w:r>
        <w:t xml:space="preserve">01:22:25   (Speaker E)  And I would assume that the wreaths that are out in the front will match the wreaths that are going to be put on the. </w:t>
      </w:r>
    </w:p>
    <w:p>
      <w:r>
        <w:t xml:space="preserve">01:22:30   (Speaker A)  They're gonna be very. </w:t>
      </w:r>
    </w:p>
    <w:p>
      <w:r>
        <w:t xml:space="preserve">01:22:31   (Speaker E)  So it'll look very cohesive. </w:t>
      </w:r>
    </w:p>
    <w:p>
      <w:r>
        <w:t xml:space="preserve">01:22:33   (Speaker A)  Did they reuse the lights that are still out? </w:t>
      </w:r>
    </w:p>
    <w:p>
      <w:r>
        <w:t xml:space="preserve">01:22:35   (Speaker E)  No, they just. </w:t>
      </w:r>
    </w:p>
    <w:p>
      <w:r>
        <w:t xml:space="preserve">01:22:41   (Speaker A)  Put something nicer in that tree than. Than that. These starburst lights look pretty cool. I'm actually kind of excited to see who doesn't look like. </w:t>
      </w:r>
    </w:p>
    <w:p>
      <w:r>
        <w:t xml:space="preserve">01:22:50   (Speaker C)  Those are really cool when you leave </w:t>
      </w:r>
    </w:p>
    <w:p>
      <w:r>
        <w:t xml:space="preserve">01:22:51   (Speaker A)  them up all year too. </w:t>
      </w:r>
    </w:p>
    <w:p>
      <w:r>
        <w:t xml:space="preserve">01:22:53   (Speaker E)  Yeah, they almost always work the next. </w:t>
      </w:r>
    </w:p>
    <w:p>
      <w:r>
        <w:t xml:space="preserve">01:22:55   (Speaker B)  Always festive. </w:t>
      </w:r>
    </w:p>
    <w:p>
      <w:r>
        <w:t xml:space="preserve">01:22:57   (Speaker A)  All right, so. </w:t>
      </w:r>
    </w:p>
    <w:p>
      <w:r>
        <w:t xml:space="preserve">01:22:59   (Speaker B)  So then. </w:t>
      </w:r>
    </w:p>
    <w:p>
      <w:r>
        <w:t xml:space="preserve">01:22:59   (Speaker A)  So we like. We like the seven plus the front side. I do like the right side. Yeah. That option requires that we add an outlet. It's got a little clause in there. </w:t>
      </w:r>
    </w:p>
    <w:p>
      <w:r>
        <w:t xml:space="preserve">01:23:10   (Speaker F)  This option will require to have an </w:t>
      </w:r>
    </w:p>
    <w:p>
      <w:r>
        <w:t xml:space="preserve">01:23:12   (Speaker A)  outlet installed on the receptacles. I don't know what that would entail. Well, the Dari receptacles there shouldn't entail much. What's that? Does that just mean is there a box with a stuck on wire? There's plenty of the already not put out there that I've looked at. But let me confirm that because I have the electrician here. </w:t>
      </w:r>
    </w:p>
    <w:p>
      <w:r>
        <w:t xml:space="preserve">01:23:33   (Speaker E)  I feel like there's a food truck plugged into it. </w:t>
      </w:r>
    </w:p>
    <w:p>
      <w:r>
        <w:t xml:space="preserve">01:23:36   (Speaker C)  Yeah. They run their cable across. </w:t>
      </w:r>
    </w:p>
    <w:p>
      <w:r>
        <w:t xml:space="preserve">01:23:41   (Speaker A)  There's power because there's lighting, by the way. </w:t>
      </w:r>
    </w:p>
    <w:p>
      <w:r>
        <w:t xml:space="preserve">01:23:47   (Speaker E)  No more. I think it depends on like if it's the coffee truck, they don't dump grease or anything. So maybe Maybe that. Yeah. I don't know. That's an Amy question. Yeah. Because I know we moved him to the back. </w:t>
      </w:r>
    </w:p>
    <w:p>
      <w:r>
        <w:t xml:space="preserve">01:24:06   (Speaker A)  Yeah, I know. So that's a good catch. Are we comfortable? There's. I'm comfortable to get power. I think you can approve it tonight. You know, I'll look into that. If it's going to be a massive undertaking, then obviously I'll bring them back and they can just wait. Yeah. </w:t>
      </w:r>
    </w:p>
    <w:p>
      <w:r>
        <w:t xml:space="preserve">01:24:24   (Speaker B)  At least we get everything else going. </w:t>
      </w:r>
    </w:p>
    <w:p>
      <w:r>
        <w:t xml:space="preserve">01:24:25   (Speaker A)  Just cancel that part. </w:t>
      </w:r>
    </w:p>
    <w:p>
      <w:r>
        <w:t xml:space="preserve">01:24:26   (Speaker E)  Approve everything else. </w:t>
      </w:r>
    </w:p>
    <w:p>
      <w:r>
        <w:t xml:space="preserve">01:24:28   (Speaker B)  So the motion then would be motion to approve festive globe proposal for the mini center for $7,000 and a front and the front sign option for 1760, pending review by Clayton concerning the outlet </w:t>
      </w:r>
    </w:p>
    <w:p>
      <w:r>
        <w:t xml:space="preserve">01:24:38   (Speaker A)  and agreement with Castle. Second prime. </w:t>
      </w:r>
    </w:p>
    <w:p>
      <w:r>
        <w:t xml:space="preserve">01:24:51   (Speaker B)  All in favor? Any opposed? </w:t>
      </w:r>
    </w:p>
    <w:p>
      <w:r>
        <w:t xml:space="preserve">01:25:08   (Speaker A)  Moving on to some other items here real quick. Like I said, new light fixtures be going in. </w:t>
      </w:r>
    </w:p>
    <w:p>
      <w:r>
        <w:t xml:space="preserve">01:25:14   (Speaker B)  They originally said they thought they'd get </w:t>
      </w:r>
    </w:p>
    <w:p>
      <w:r>
        <w:t xml:space="preserve">01:25:16   (Speaker A)  them by the 17th, but he said now it has a ship date of the 19th, so they. They should be having them in the next couple weeks. The golf carts have been ordered. Turns out a little flippy seed, same price. So we're gonna get one of each. One nice. </w:t>
      </w:r>
    </w:p>
    <w:p>
      <w:r>
        <w:t xml:space="preserve">01:25:39   (Speaker B)  Is good. </w:t>
      </w:r>
    </w:p>
    <w:p>
      <w:r>
        <w:t xml:space="preserve">01:25:40   (Speaker A)  So we'll have one of each. And then train boring is in progress. The deposit has been set. They've not scheduled the work yet. Dead pine tree removal, as far as I know, has not been done. Still pending. We did the readings on the pan ponds sort of fountain get repair. I reached out to a few vendors also to try and meet out here and go over that solution to keep working on it. I don't. I don't see a quick road to this, to fixing that. But I'm going to. I'm going to go with other vendors and see if they're capable of doing. And then after all that, I'll work on the per as well. I actually. I'm meeting per vendor. </w:t>
      </w:r>
    </w:p>
    <w:p>
      <w:r>
        <w:t xml:space="preserve">01:26:30   (Speaker E)  Hopefully somebody quot and we have reserves for those. Right? </w:t>
      </w:r>
    </w:p>
    <w:p>
      <w:r>
        <w:t xml:space="preserve">01:26:36   (Speaker A)  Yeah, again, that would be one. Definitely will roll in the next year. There's no way that would get done. The plantings were done out here. I think they look very nice. They filled in a bunch of the plants. There are a few other locations out here that I asked for little posts for, but there's just like kind of spots where the plants are all dead. They're just not recovering. And then, you know, once I can get juvenile gear and we talk about the entrances and some other stuff, but it also sounds like. So, yeah, it's not a desktop. So that's everything for me. The Toronto lane boring I know there's. There's still those lights on Fontana coming into the community that side. </w:t>
      </w:r>
    </w:p>
    <w:p>
      <w:r>
        <w:t xml:space="preserve">01:27:30   (Speaker F)  We got one flasher. </w:t>
      </w:r>
    </w:p>
    <w:p>
      <w:r>
        <w:t xml:space="preserve">01:27:31   (Speaker A)  It's been blinking just on and off. </w:t>
      </w:r>
    </w:p>
    <w:p>
      <w:r>
        <w:t xml:space="preserve">01:27:34   (Speaker F)  There's another couple that are out. </w:t>
      </w:r>
    </w:p>
    <w:p>
      <w:r>
        <w:t xml:space="preserve">01:27:35   (Speaker A)  And then down to Macho near that intersection. That's all. </w:t>
      </w:r>
    </w:p>
    <w:p>
      <w:r>
        <w:t xml:space="preserve">01:27:40   (Speaker F)  There's at least a few that are. </w:t>
      </w:r>
    </w:p>
    <w:p>
      <w:r>
        <w:t xml:space="preserve">01:27:41   (Speaker A)  That's where the board. </w:t>
      </w:r>
    </w:p>
    <w:p>
      <w:r>
        <w:t xml:space="preserve">01:27:42   (Speaker F)  Yeah. </w:t>
      </w:r>
    </w:p>
    <w:p>
      <w:r>
        <w:t xml:space="preserve">01:27:43   (Speaker A)  I assume that's. That's this. That Montana Toronto intersection. </w:t>
      </w:r>
    </w:p>
    <w:p>
      <w:r>
        <w:t xml:space="preserve">01:27:48   (Speaker F)  Okay. </w:t>
      </w:r>
    </w:p>
    <w:p>
      <w:r>
        <w:t xml:space="preserve">01:27:48   (Speaker B)  That's what I think. Supposed to restore like three or four. </w:t>
      </w:r>
    </w:p>
    <w:p>
      <w:r>
        <w:t xml:space="preserve">01:27:51   (Speaker A)  Okay. Yeah. </w:t>
      </w:r>
    </w:p>
    <w:p>
      <w:r>
        <w:t xml:space="preserve">01:27:52   (Speaker B)  There's a string. </w:t>
      </w:r>
    </w:p>
    <w:p>
      <w:r>
        <w:t xml:space="preserve">01:27:55   (Speaker A)  It has a wire path issue. The one that's blinking might be the one that still works. And they're going to bore under the road and then connect it to the other ones. It just might need the light fixed. </w:t>
      </w:r>
    </w:p>
    <w:p>
      <w:r>
        <w:t xml:space="preserve">01:28:04   (Speaker B)  Okay. </w:t>
      </w:r>
    </w:p>
    <w:p>
      <w:r>
        <w:t xml:space="preserve">01:28:05   (Speaker A)  But that is weird. I figured it was. </w:t>
      </w:r>
    </w:p>
    <w:p>
      <w:r>
        <w:t xml:space="preserve">01:28:08   (Speaker F)  Then we've got uplighting on. I think one of these palms in the roundabout. </w:t>
      </w:r>
    </w:p>
    <w:p>
      <w:r>
        <w:t xml:space="preserve">01:28:12   (Speaker A)  I think it's this southwest tree that the uplighting just doesn't seem to be on. I don't know if it's just not turned on or if it doesn't. It might be a wire the whole tree fell on. Yeah. </w:t>
      </w:r>
    </w:p>
    <w:p>
      <w:r>
        <w:t xml:space="preserve">01:28:29   (Speaker E)  They didn't cut the wires terminate. </w:t>
      </w:r>
    </w:p>
    <w:p>
      <w:r>
        <w:t xml:space="preserve">01:28:33   (Speaker F)  Can't get out there. </w:t>
      </w:r>
    </w:p>
    <w:p>
      <w:r>
        <w:t xml:space="preserve">01:28:34   (Speaker A)  So maybe they did go up there. I think it's. </w:t>
      </w:r>
    </w:p>
    <w:p>
      <w:r>
        <w:t xml:space="preserve">01:28:39   (Speaker F)  I think it's been out a little while. </w:t>
      </w:r>
    </w:p>
    <w:p>
      <w:r>
        <w:t xml:space="preserve">01:28:42   (Speaker A)  Probably not top of the list, but just putting it on. Anything else for me to get somewhere. But I will be honest. </w:t>
      </w:r>
    </w:p>
    <w:p>
      <w:r>
        <w:t xml:space="preserve">01:28:57   (Speaker E)  Thank you. Thank you. </w:t>
      </w:r>
    </w:p>
    <w:p>
      <w:r>
        <w:t xml:space="preserve">01:28:58   (Speaker C)  Thanks. </w:t>
      </w:r>
    </w:p>
    <w:p>
      <w:r>
        <w:t xml:space="preserve">01:29:01   (Speaker A)  Thank you all. Appreciate it. </w:t>
      </w:r>
    </w:p>
    <w:p>
      <w:r>
        <w:t xml:space="preserve">01:29:03   (Speaker C)  Thanks. </w:t>
      </w:r>
    </w:p>
    <w:p>
      <w:r>
        <w:t xml:space="preserve">01:29:06   (Speaker B)  Okay, so next. </w:t>
      </w:r>
    </w:p>
    <w:p>
      <w:r>
        <w:t xml:space="preserve">01:29:08   (Speaker A)  We do have a minute. </w:t>
      </w:r>
    </w:p>
    <w:p>
      <w:r>
        <w:t xml:space="preserve">01:29:08   (Speaker B)  Eve, but looks like she stepped out. </w:t>
      </w:r>
    </w:p>
    <w:p>
      <w:r>
        <w:t xml:space="preserve">01:29:10   (Speaker E)  Yes. </w:t>
      </w:r>
    </w:p>
    <w:p>
      <w:r>
        <w:t xml:space="preserve">01:29:11   (Speaker A)  Yeah, actually, I would achieve that. </w:t>
      </w:r>
    </w:p>
    <w:p>
      <w:r>
        <w:t xml:space="preserve">01:29:13   (Speaker C)  Amy had asked me if I would help cover this. And obviously Amanda can. Can come in and deal with some of it too. Most of it, I think, is. Is pretty much self explanatory. The couple of items that I did </w:t>
      </w:r>
    </w:p>
    <w:p>
      <w:r>
        <w:t xml:space="preserve">01:29:27   (Speaker A)  want to run through is under the swimming pool. The pool columns. </w:t>
      </w:r>
    </w:p>
    <w:p>
      <w:r>
        <w:t xml:space="preserve">01:29:34   (Speaker C)  One of the pushbacks that Amy got from the vendor about potentially redoing Pergos out there was telling us that the columns were rotting and they were rotting on the interior. So I came and met with Amy out here. We went through them, and those are concrete. They have steel reinforcement core. Those things aren't rotting. But what make two scenarios. You have the potential for the mounting bolts at the top that are not properly sealed. And I was not tall enough, nor am I allowed to get on ladders to see what it looked like up on the top. But if you. If you look at that, most of what he was talking about is actually where the water is running down that crevice. And it's mold. Only one of the pillars at the. The pergola in the back actually showed a little bit of rust discoloration. So I asked Amy to have the guys here pressure wash those first, get it all cleaned up. They resealed everything at the top to keep from any water intruding down there. And let's live with that for a little bit. </w:t>
      </w:r>
    </w:p>
    <w:p>
      <w:r>
        <w:t xml:space="preserve">01:30:44   (Speaker A)  But. </w:t>
      </w:r>
    </w:p>
    <w:p>
      <w:r>
        <w:t xml:space="preserve">01:30:45   (Speaker C)  And I should have mentioned when Clayton was still here, I confirmed with Clayton, neither one of us are afraid that those are going to fall down and give away. So it's my recommendation, and Amy was going to try and get it priced out, that all of the upper wood be replaced. You've got even some of the major support themes. They've got some pretty decent rot sections in them, and it wouldn't make any sense to try and salvage that. So twofold, get a. Get a price to replace all of the top supports with lumber, secondarily do it with that synthetic wood product. And then what I asked them to do, and Clayton kind of converts confirmed that that wasn't a bad idea. And I ran it by Tammy also, is that what we may look to do is rather than that Fergola effect, if we take partial sections and actually put a roof on it that is either made of the new fiberglass or polycarbonate tiles or the aluminum that look like tiles, that would be probably not completely matching what's on the amenity center and the pavilion over here. But take a color that is part of that color scheme in the. In the clay tile and utilize that. We would do several sections at the. This end of the pool over here, only cover several sections and leave part of it open. This area over here is really pretty shady. And so I think if you just left it with the typical pergola effect, it would. It would still benefit. It gives them some coverage, allow some sun through. So we're going to get some pricing on that to see what that would look like. But the idea that those columns are coming down, there's no way. I mean, it was just. I think somebody just didn't want work. I just. I'm not quite sure what that was all about. And Clayton concurred. And so I think that work was done two weeks after the last meeting. So I think in another, you know, by. By next month, we should take a look at what kind of seepage we're getting and whether or not we're having quick recurring issues with that. I don't expect we will, but, you know, we'll have to see the Other thing was that the. The retainer wall here as you go down into the pool area because of all the. The plant material that had died, it. It really looked shabby. So I asked Amy to see about getting that repainted. She felt her guys could do that and they were going to undertake that. Also. I asked her to see about having Juniper get rid of some of the real spotty ground cover. And I don't know. I don't know the name of the stuff. I don't know if it's perennial peanut or what it is, but it's just very scraggly throughout. I think we just get rid of it and it would just look much better if it was just mulched without necessarily having to stick all kinds of plant material into it. So we were looking to get that done. And I know she's worked with Clayton to have that overseen the rest of this stuff is. Is I think pretty explanatory. And Amanda, could you rev review where we're at now with the state trooper here and responsibilities? Can you do that or you want </w:t>
      </w:r>
    </w:p>
    <w:p>
      <w:r>
        <w:t xml:space="preserve">01:34:21   (Speaker A)  to wait for Amy? </w:t>
      </w:r>
    </w:p>
    <w:p>
      <w:r>
        <w:t xml:space="preserve">01:34:22   (Speaker E)  The state trooper responsibilities. I mean it's mainly clubhouse area. If we ask him to do something, he'll go out and do something. But he. </w:t>
      </w:r>
    </w:p>
    <w:p>
      <w:r>
        <w:t xml:space="preserve">01:34:34   (Speaker C)  Yeah. So the mainstay was to provide the security here. </w:t>
      </w:r>
    </w:p>
    <w:p>
      <w:r>
        <w:t xml:space="preserve">01:34:38   (Speaker E)  Right. </w:t>
      </w:r>
    </w:p>
    <w:p>
      <w:r>
        <w:t xml:space="preserve">01:34:38   (Speaker C)  And not intended necessarily to be roving through the community. </w:t>
      </w:r>
    </w:p>
    <w:p>
      <w:r>
        <w:t xml:space="preserve">01:34:41   (Speaker A)  He's going to also give us more detailed reports though, I think is. </w:t>
      </w:r>
    </w:p>
    <w:p>
      <w:r>
        <w:t xml:space="preserve">01:34:45   (Speaker C)  Yes. So as soon as. Could you ask Amy. As soon. And I'll remind her but via email. But as soon as we get those in, if we could get them to Rich and he can email them out to the board so they see him in advance. </w:t>
      </w:r>
    </w:p>
    <w:p>
      <w:r>
        <w:t xml:space="preserve">01:34:59   (Speaker D)  Okay. </w:t>
      </w:r>
    </w:p>
    <w:p>
      <w:r>
        <w:t xml:space="preserve">01:35:02   (Speaker A)  As far as I tell, we didn't pay him this month. There's no invoice, there's no payment. </w:t>
      </w:r>
    </w:p>
    <w:p>
      <w:r>
        <w:t xml:space="preserve">01:35:07   (Speaker F)  So I don't know if he was he here. </w:t>
      </w:r>
    </w:p>
    <w:p>
      <w:r>
        <w:t xml:space="preserve">01:35:09   (Speaker A)  I assume he was. </w:t>
      </w:r>
    </w:p>
    <w:p>
      <w:r>
        <w:t xml:space="preserve">01:35:10   (Speaker E)  Yeah. </w:t>
      </w:r>
    </w:p>
    <w:p>
      <w:r>
        <w:t xml:space="preserve">01:35:11   (Speaker A)  So maybe we just are late or </w:t>
      </w:r>
    </w:p>
    <w:p>
      <w:r>
        <w:t xml:space="preserve">01:35:13   (Speaker E)  he didn't say or maybe it didn't get. </w:t>
      </w:r>
    </w:p>
    <w:p>
      <w:r>
        <w:t xml:space="preserve">01:35:16   (Speaker B)  We pay every Thursday. So on what's received. So I could made a note to ask Patty, see if she's received that or not. We can always reach out. Just say, hey, you know, you have your invoice. </w:t>
      </w:r>
    </w:p>
    <w:p>
      <w:r>
        <w:t xml:space="preserve">01:35:27   (Speaker A)  Yeah. </w:t>
      </w:r>
    </w:p>
    <w:p>
      <w:r>
        <w:t xml:space="preserve">01:35:27   (Speaker B)  Maybe it's with the report. </w:t>
      </w:r>
    </w:p>
    <w:p>
      <w:r>
        <w:t xml:space="preserve">01:35:30   (Speaker E)  So </w:t>
      </w:r>
    </w:p>
    <w:p>
      <w:r>
        <w:t xml:space="preserve">01:35:32   (Speaker A)  guess if it's just clubhouse. We had to decide if that cost you. Is it significant? </w:t>
      </w:r>
    </w:p>
    <w:p>
      <w:r>
        <w:t xml:space="preserve">01:35:37   (Speaker F)  Right. </w:t>
      </w:r>
    </w:p>
    <w:p>
      <w:r>
        <w:t xml:space="preserve">01:35:37   (Speaker A)  It's like. Well, several tens of thousands of years. </w:t>
      </w:r>
    </w:p>
    <w:p>
      <w:r>
        <w:t xml:space="preserve">01:35:40   (Speaker C)  Yeah. I mean have somebody there were and I don't remember which one of the board members was here with me at the time we were Leaving. And There was about 12 teenagers causing a real issue in the gym. And this is when the POA still owned it. And one of the residents came out and said, you know, can't you guys do something about it? We were going to call and the troopers right outside and we contacted and he shagged them out right away. So, you know, a lot of that was to provide that kind of protection on those peak hours where the kids are hanging around. They're still out and about. And I hate to say just the kids, but, you know, that typically has been most of the problem. It helps us maintain control of the basketball court, which is always an issue. So I think from that standpoint, it's been beneficial. Now, whether or not the board concurs with the price. And the troopers of recent have been less expensive than the county. So, you know, we could always check and see what the ongoing rate is for the county. But that was the reason it went over to the troopers to begin with. </w:t>
      </w:r>
    </w:p>
    <w:p>
      <w:r>
        <w:t xml:space="preserve">01:36:54   (Speaker F)  It's about 45,000. </w:t>
      </w:r>
    </w:p>
    <w:p>
      <w:r>
        <w:t xml:space="preserve">01:36:55   (Speaker A)  You just put a number on. </w:t>
      </w:r>
    </w:p>
    <w:p>
      <w:r>
        <w:t xml:space="preserve">01:36:58   (Speaker C)  And we could always cut that back and not necessarily have them here every night either. Vary the hours. </w:t>
      </w:r>
    </w:p>
    <w:p>
      <w:r>
        <w:t xml:space="preserve">01:37:04   (Speaker A)  What's the response time? If we do have an incident that we need to. Is it pretty lengthy? </w:t>
      </w:r>
    </w:p>
    <w:p>
      <w:r>
        <w:t xml:space="preserve">01:37:09   (Speaker B)  Is that the issue? </w:t>
      </w:r>
    </w:p>
    <w:p>
      <w:r>
        <w:t xml:space="preserve">01:37:09   (Speaker A)  We just have somebody here. </w:t>
      </w:r>
    </w:p>
    <w:p>
      <w:r>
        <w:t xml:space="preserve">01:37:11   (Speaker C)  Unless you've got something where it's a serious violent event. I. You're going to. You're at the mercy of. </w:t>
      </w:r>
    </w:p>
    <w:p>
      <w:r>
        <w:t xml:space="preserve">01:37:19   (Speaker E)  When the lady climbed a slide that wasn't on. Took him four hours, </w:t>
      </w:r>
    </w:p>
    <w:p>
      <w:r>
        <w:t xml:space="preserve">01:37:27   (Speaker C)  you know, and that. And that's the issue, I think especially in the evening hours when you look at. And I. And I know this sounds unbelievable, but it's very true. You probably only have one deputy for 50 square miles. It's. And it doesn't take much to equal 50 square miles technically. But the loan is like, you know, how long does it take you to get from point A to point B? And where's the priority of the call? So, you know, I don't. That I'm not sure of. But I mean, we could act. We could actually take a real look at. Once we start getting those reports. Reports in. And it is a lot of money to expend. And if the board looks at those reports and doesn't feel like it's worth it, we can look at other alternatives. I wouldn't recommend security officers or private firms. </w:t>
      </w:r>
    </w:p>
    <w:p>
      <w:r>
        <w:t xml:space="preserve">01:38:21   (Speaker A)  That's conversation. That's. </w:t>
      </w:r>
    </w:p>
    <w:p>
      <w:r>
        <w:t xml:space="preserve">01:38:25   (Speaker C)  That's always a sad, </w:t>
      </w:r>
    </w:p>
    <w:p>
      <w:r>
        <w:t xml:space="preserve">01:38:29   (Speaker A)  sporadic traffic enforcement or something. I don't know if that would be part of what I know. We want them here asking the Patrol </w:t>
      </w:r>
    </w:p>
    <w:p>
      <w:r>
        <w:t xml:space="preserve">01:38:36   (Speaker C)  through the parking lot. We own it. It's now public facilities. I don't know. We. We've got, we've had enough with that. Maybe we don't hedge our bet at first. </w:t>
      </w:r>
    </w:p>
    <w:p>
      <w:r>
        <w:t xml:space="preserve">01:38:47   (Speaker D)  Waited three years to get that, so I don't know. </w:t>
      </w:r>
    </w:p>
    <w:p>
      <w:r>
        <w:t xml:space="preserve">01:38:50   (Speaker C)  But anyway, we'll. I'll get with them and Amanda can get with them. We'll see what they come back with. </w:t>
      </w:r>
    </w:p>
    <w:p>
      <w:r>
        <w:t xml:space="preserve">01:38:56   (Speaker A)  What about other properties? Other properties you guys deal with using police? </w:t>
      </w:r>
    </w:p>
    <w:p>
      <w:r>
        <w:t xml:space="preserve">01:39:02   (Speaker B)  Some do, some don't. I don't have many. It's very few. Some do use security options, but given the security option, it's a presence. But at the same time if something actually happens, they're calling police. </w:t>
      </w:r>
    </w:p>
    <w:p>
      <w:r>
        <w:t xml:space="preserve">01:39:12   (Speaker C)  Yeah, there's a couple large districts. The, the Meadow Point projects, they actually have worked out a contract with Pasco county where they employ a deputy 247 and they pay the complete salary and </w:t>
      </w:r>
    </w:p>
    <w:p>
      <w:r>
        <w:t xml:space="preserve">01:39:25   (Speaker A)  burden to do that. </w:t>
      </w:r>
    </w:p>
    <w:p>
      <w:r>
        <w:t xml:space="preserve">01:39:28   (Speaker C)  But those are, those are combined large projects that, you know, you're looking at 4,000 plus units, maybe 5,000 at this point. </w:t>
      </w:r>
    </w:p>
    <w:p>
      <w:r>
        <w:t xml:space="preserve">01:39:37   (Speaker B)  That would be probably for 40 hours. If it's 24 7, they're going to have a couple that they have. </w:t>
      </w:r>
    </w:p>
    <w:p>
      <w:r>
        <w:t xml:space="preserve">01:39:43   (Speaker C)  Oh yeah, it's, it's run through, you know. </w:t>
      </w:r>
    </w:p>
    <w:p>
      <w:r>
        <w:t xml:space="preserve">01:39:46   (Speaker A)  Sure. We haven't had any problems. </w:t>
      </w:r>
    </w:p>
    <w:p>
      <w:r>
        <w:t xml:space="preserve">01:39:48   (Speaker F)  Right. </w:t>
      </w:r>
    </w:p>
    <w:p>
      <w:r>
        <w:t xml:space="preserve">01:39:48   (Speaker A)  With them being here. </w:t>
      </w:r>
    </w:p>
    <w:p>
      <w:r>
        <w:t xml:space="preserve">01:39:50   (Speaker C)  I think, I don't think we've had major issues but I think the question is, is it viable, is it worth the money? </w:t>
      </w:r>
    </w:p>
    <w:p>
      <w:r>
        <w:t xml:space="preserve">01:39:56   (Speaker A)  But they prevent certain issues. Right. Might be a bar that we're pay </w:t>
      </w:r>
    </w:p>
    <w:p>
      <w:r>
        <w:t xml:space="preserve">01:40:03   (Speaker C)  for versus well, we don't know until </w:t>
      </w:r>
    </w:p>
    <w:p>
      <w:r>
        <w:t xml:space="preserve">01:40:05   (Speaker A)  it's gone and then you may regret it. </w:t>
      </w:r>
    </w:p>
    <w:p>
      <w:r>
        <w:t xml:space="preserve">01:40:07   (Speaker E)  Right. It's not. </w:t>
      </w:r>
    </w:p>
    <w:p>
      <w:r>
        <w:t xml:space="preserve">01:40:08   (Speaker A)  We, we don't really know. It's three 2:30pm to 5:30pm well, how could that be? Because the contract says it's a minimal of four. </w:t>
      </w:r>
    </w:p>
    <w:p>
      <w:r>
        <w:t xml:space="preserve">01:40:20   (Speaker F)  Well, it's an hour trans. </w:t>
      </w:r>
    </w:p>
    <w:p>
      <w:r>
        <w:t xml:space="preserve">01:40:25   (Speaker E)  And it's one day a week that can't be done. </w:t>
      </w:r>
    </w:p>
    <w:p>
      <w:r>
        <w:t xml:space="preserve">01:40:29   (Speaker F)  And all the hours should vary. </w:t>
      </w:r>
    </w:p>
    <w:p>
      <w:r>
        <w:t xml:space="preserve">01:40:31   (Speaker A)  Yeah, yeah. </w:t>
      </w:r>
    </w:p>
    <w:p>
      <w:r>
        <w:t xml:space="preserve">01:40:34   (Speaker C)  You don't talk too much about that because you don't want it out in the public record. I know. </w:t>
      </w:r>
    </w:p>
    <w:p>
      <w:r>
        <w:t xml:space="preserve">01:40:41   (Speaker B)  I think the best step here is again just seeing about getting some sort of report for an explanation of what's </w:t>
      </w:r>
    </w:p>
    <w:p>
      <w:r>
        <w:t xml:space="preserve">01:40:47   (Speaker A)  actually being conducted and then the board </w:t>
      </w:r>
    </w:p>
    <w:p>
      <w:r>
        <w:t xml:space="preserve">01:40:48   (Speaker B)  can evaluate do we want to keep doing this? </w:t>
      </w:r>
    </w:p>
    <w:p>
      <w:r>
        <w:t xml:space="preserve">01:40:52   (Speaker A)  How do we get that? </w:t>
      </w:r>
    </w:p>
    <w:p>
      <w:r>
        <w:t xml:space="preserve">01:40:54   (Speaker B)  Gotta ask for it again. That could go into the factor of maybe not continuing with them. </w:t>
      </w:r>
    </w:p>
    <w:p>
      <w:r>
        <w:t xml:space="preserve">01:40:59   (Speaker C)  It's been requested. Whether or not, you know, we'll have to make sure we push to get it. </w:t>
      </w:r>
    </w:p>
    <w:p>
      <w:r>
        <w:t xml:space="preserve">01:41:06   (Speaker A)  Police cars just set up. </w:t>
      </w:r>
    </w:p>
    <w:p>
      <w:r>
        <w:t xml:space="preserve">01:41:08   (Speaker B)  Just buy a copper. </w:t>
      </w:r>
    </w:p>
    <w:p>
      <w:r>
        <w:t xml:space="preserve">01:41:10   (Speaker A)  You know, in, in communities, in my </w:t>
      </w:r>
    </w:p>
    <w:p>
      <w:r>
        <w:t xml:space="preserve">01:41:14   (Speaker C)  community, we've got deputies that live in the community and they gladly park their cruisers in the center median. </w:t>
      </w:r>
    </w:p>
    <w:p>
      <w:r>
        <w:t xml:space="preserve">01:41:21   (Speaker F)  We have several. </w:t>
      </w:r>
    </w:p>
    <w:p>
      <w:r>
        <w:t xml:space="preserve">01:41:23   (Speaker C)  So, you know, we could ask them, you know, and that's more for traffic than it is anything else. But, you know, that certainly wouldn't hurt. At least it's going to get people to slow down until they determine there's nobody in the car. Yeah, I would never do that. </w:t>
      </w:r>
    </w:p>
    <w:p>
      <w:r>
        <w:t xml:space="preserve">01:41:39   (Speaker A)  Hurts myself. So where are we at? </w:t>
      </w:r>
    </w:p>
    <w:p>
      <w:r>
        <w:t xml:space="preserve">01:41:46   (Speaker B)  Yep, still got quite a bit here on the agenda. Anything else? </w:t>
      </w:r>
    </w:p>
    <w:p>
      <w:r>
        <w:t xml:space="preserve">01:41:50   (Speaker A)  Amenity wise? </w:t>
      </w:r>
    </w:p>
    <w:p>
      <w:r>
        <w:t xml:space="preserve">01:41:51   (Speaker B)  I know there's acceptance of guidelines, but say separate cover. </w:t>
      </w:r>
    </w:p>
    <w:p>
      <w:r>
        <w:t xml:space="preserve">01:41:54   (Speaker A)  I don't know if we had those today. </w:t>
      </w:r>
    </w:p>
    <w:p>
      <w:r>
        <w:t xml:space="preserve">01:41:58   (Speaker C)  I don't know that they got. Yeah, they got circulated. </w:t>
      </w:r>
    </w:p>
    <w:p>
      <w:r>
        <w:t xml:space="preserve">01:42:04   (Speaker E)  What's that? </w:t>
      </w:r>
    </w:p>
    <w:p>
      <w:r>
        <w:t xml:space="preserve">01:42:06   (Speaker C)  The amenity guidelines. You sent those, correct? </w:t>
      </w:r>
    </w:p>
    <w:p>
      <w:r>
        <w:t xml:space="preserve">01:42:09   (Speaker F)  Yeah, we sent them, but I didn't see them on the agenda, so I think we'll have to bring them back next time. Those were just the ones raised about pocket parks. </w:t>
      </w:r>
    </w:p>
    <w:p>
      <w:r>
        <w:t xml:space="preserve">01:42:18   (Speaker C)  Yes. </w:t>
      </w:r>
    </w:p>
    <w:p>
      <w:r>
        <w:t xml:space="preserve">01:42:18   (Speaker A)  Having some rules of regulation. </w:t>
      </w:r>
    </w:p>
    <w:p>
      <w:r>
        <w:t xml:space="preserve">01:42:20   (Speaker F)  We did grab some of those. I don't see it in the agenda. Next agenda, so we can deal with that. But we did grab. </w:t>
      </w:r>
    </w:p>
    <w:p>
      <w:r>
        <w:t xml:space="preserve">01:42:27   (Speaker C)  I know they were sent out, but I don't. Yeah, they're not here tonight, but that's okay. </w:t>
      </w:r>
    </w:p>
    <w:p>
      <w:r>
        <w:t xml:space="preserve">01:42:33   (Speaker B)  Okay for consulting. </w:t>
      </w:r>
    </w:p>
    <w:p>
      <w:r>
        <w:t xml:space="preserve">01:42:35   (Speaker C)  Yeah. Just real quick, a couple things. I had the esteemed pleasure of SM sweating my rear end off with David several weeks ago, touring pond 28, 29 and 31. I stopped in here to cool off. I thought that, you know, Amanda was here. I think she thought a homeless guy invaded the property. But one of the things that I conferred with Clayton on it, one of the observations, and again, I should have brought it up while he was still here. We've notified. I shouldn't say we. Clayton has notified. Juniper. This back where we had that real serious erosion issue at the pavilion. If you're looking at that pavilion and you look straight down and then you look along the bank to the left, there's numerous irrigation drip lines that I'm going to assume were instrumental in getting the establishment of all of that mature shrubbery and the trees that exist along the top of that bank, just, you know, between the pavilion and the bank. Quite a good number of those line. I mean, they're all sagging now and some of them are sagging in areas that there's not even any erosion. But there is a number of them that are cut. And so the concern is every time that irrigation system goes on, you've got an unnormal stream of water, narrow streams hitting those banks and some of them are almost right in line with where those Erosions are. So Clayton had notified Juniper to have that section, those sections cut off and disengaged for now. We both concurred that that vegetation and everything there is mature enough that it should not be problematic. But if at some time in the future we could always look at putting in some spray heads or doing something differently that isn't going to create that potential for helping the erosion there. </w:t>
      </w:r>
    </w:p>
    <w:p>
      <w:r>
        <w:t xml:space="preserve">01:44:52   (Speaker A)  If it needed the water it already dead. It's like you said, the pipes cut so it's not getting well. </w:t>
      </w:r>
    </w:p>
    <w:p>
      <w:r>
        <w:t xml:space="preserve">01:44:56   (Speaker C)  It's yeah. Drip line has to have a lot of pressure behind it to get the drip and when you've got that cut, I mean you're basically getting no benefit from. So that was a real concern. And so Clayton had dealt with Juniper. Now it concerns me that they haven't exactly been real responsive. </w:t>
      </w:r>
    </w:p>
    <w:p>
      <w:r>
        <w:t xml:space="preserve">01:45:18   (Speaker A)  If it's causing damage to the bank, is there any reason Clayton can't just crimp </w:t>
      </w:r>
    </w:p>
    <w:p>
      <w:r>
        <w:t xml:space="preserve">01:45:25   (Speaker C)  might be able to have his guys do something to it. That, that, that could be done. </w:t>
      </w:r>
    </w:p>
    <w:p>
      <w:r>
        <w:t xml:space="preserve">01:45:29   (Speaker A)  Fold it over, put a zip tie on it so it just stays. </w:t>
      </w:r>
    </w:p>
    <w:p>
      <w:r>
        <w:t xml:space="preserve">01:45:33   (Speaker C)  Good point. </w:t>
      </w:r>
    </w:p>
    <w:p>
      <w:r>
        <w:t xml:space="preserve">01:45:34   (Speaker A)  Yeah. </w:t>
      </w:r>
    </w:p>
    <w:p>
      <w:r>
        <w:t xml:space="preserve">01:45:34   (Speaker C)  It's like yes. Holding the hose on your little sister. </w:t>
      </w:r>
    </w:p>
    <w:p>
      <w:r>
        <w:t xml:space="preserve">01:45:41   (Speaker A)  Good. With that said there are obviously that would be a priority because it's getting the pond but there are several places where that drip line was put into establishment. I'm sure it's no longer needed and since we already have water pressure problems like eliminate us clean to run to like do basically a review world of new areas where it's wrapped around trees and probably tight and yeah we can, </w:t>
      </w:r>
    </w:p>
    <w:p>
      <w:r>
        <w:t xml:space="preserve">01:46:09   (Speaker C)  I can get with him on that and between Rich and I we can deal with him on that. The other issue we're going to ask Clayton and his people to do and was a little bit disconcerting for me and I and you know David I'm sure can address it. Almost every pond bank area that we view some of the largest erosion issues could be related back to pool drainage and, and the number of lines and and I, I believe David, there was only one of them that we saw that actually was down actually into the water. All the rest of them were just hanging and dumping right into already into eroded troughs. And so there were, there were a large number of them on each one of those pond locations which kind of surprised me. So we're going to want Clayton to have another inspection of those things and we're going to have to send out those letters because you know in these type of conditions that only exacerbates that erosion. It's, it's not good Discuss that in detail on 28 and David can talk about that, you know, because he's the expert. I was just tagging along to have a good time. </w:t>
      </w:r>
    </w:p>
    <w:p>
      <w:r>
        <w:t xml:space="preserve">01:47:23   (Speaker B)  Well, yeah, we can get into more on that with Dave here on the engineering stuff. </w:t>
      </w:r>
    </w:p>
    <w:p>
      <w:r>
        <w:t xml:space="preserve">01:47:27   (Speaker C)  That's it for me. </w:t>
      </w:r>
    </w:p>
    <w:p>
      <w:r>
        <w:t xml:space="preserve">01:47:28   (Speaker A)  Okay, thanks, Pete. </w:t>
      </w:r>
    </w:p>
    <w:p>
      <w:r>
        <w:t xml:space="preserve">01:47:32   (Speaker B)  Move on to council and Mike. </w:t>
      </w:r>
    </w:p>
    <w:p>
      <w:r>
        <w:t xml:space="preserve">01:47:36   (Speaker A)  Yeah, yeah. Okay. I don't have anything other than working </w:t>
      </w:r>
    </w:p>
    <w:p>
      <w:r>
        <w:t xml:space="preserve">01:47:40   (Speaker F)  on contracts and they are looking for </w:t>
      </w:r>
    </w:p>
    <w:p>
      <w:r>
        <w:t xml:space="preserve">01:47:42   (Speaker A)  tools and we've got a lot of </w:t>
      </w:r>
    </w:p>
    <w:p>
      <w:r>
        <w:t xml:space="preserve">01:47:43   (Speaker F)  contracts and addendums that we'll draft as </w:t>
      </w:r>
    </w:p>
    <w:p>
      <w:r>
        <w:t xml:space="preserve">01:47:45   (Speaker A)  a follow up to here. </w:t>
      </w:r>
    </w:p>
    <w:p>
      <w:r>
        <w:t xml:space="preserve">01:47:47   (Speaker F)  But I already gave a legislative update at the last meeting and they're not meeting again again for at least a few more months. So keep you posted on that. But otherwise pretty good shape. </w:t>
      </w:r>
    </w:p>
    <w:p>
      <w:r>
        <w:t xml:space="preserve">01:47:57   (Speaker C)  I'm going to mark my calendar. That's the first time I've ever had </w:t>
      </w:r>
    </w:p>
    <w:p>
      <w:r>
        <w:t xml:space="preserve">01:48:00   (Speaker A)  Mike E. Well, I will bring up </w:t>
      </w:r>
    </w:p>
    <w:p>
      <w:r>
        <w:t xml:space="preserve">01:48:04   (Speaker B)  the one thing though about the trespass thing. So we did have a detective reach out to us. There was a gentleman that was, I guess trespassed back in 2019 and the detective called me originally asking if there was a way that I could essentially waive the trespass. I kind of explained how CDDs work. I asked him to send me an email with some of the details about what exactly occurred. I reported to the detective. He was essentially, he wasn't in the community, but he was sitting on a bench and the cops came and trespassed him from his account. There wasn't really anything else going on. I guess the situation is that this person has applied to work at the Pasco Sheriff's Department and they are interested in hiring him. But being how he has this on a property within Pasco county, they wouldn't be able to. I did get in touch with Mike just because obviously this is a very odd, unique situation. Mike did have a conversation with the detective and there is an option if the board wants to choose, but I'll let my Mike kind of touch on </w:t>
      </w:r>
    </w:p>
    <w:p>
      <w:r>
        <w:t xml:space="preserve">01:49:07   (Speaker F)  what that would be. Yeah, so when I talked to talk </w:t>
      </w:r>
    </w:p>
    <w:p>
      <w:r>
        <w:t xml:space="preserve">01:49:10   (Speaker A)  to the detective, detective, he said that </w:t>
      </w:r>
    </w:p>
    <w:p>
      <w:r>
        <w:t xml:space="preserve">01:49:13   (Speaker F)  there was a clerical M when the officer wrote the trespass because he didn't say it's trespass for a year, it's just trespass. And we all know you can't have like a seven year trespass. So anyway, for him to be able to check the box that he needs to for this guy to proceed in the, in the hiring process, he's just asking if the, the CBD chair or somebody who's on their agreement for or security could write a letter or an email to him saying hey, this person is allowed back on CDD property. From the CDD's perspective, we don't have a concern about that. That that's all they're looking for. Just because they didn't write one year trespass. If they had written one year, then it wouldn't have even hit this guy. Yes. Yeah. And I don't have any concerns about it. I would just suggest that, you know, try to accommodate that. </w:t>
      </w:r>
    </w:p>
    <w:p>
      <w:r>
        <w:t xml:space="preserve">01:50:06   (Speaker E)  I. Yeah, sign that letter. </w:t>
      </w:r>
    </w:p>
    <w:p>
      <w:r>
        <w:t xml:space="preserve">01:50:09   (Speaker F)  Yeah, we can do a board consensus and unless anybody has some concerns and we'll go ahead and work with the chair and. </w:t>
      </w:r>
    </w:p>
    <w:p>
      <w:r>
        <w:t xml:space="preserve">01:50:18   (Speaker A)  Okay, okay. </w:t>
      </w:r>
    </w:p>
    <w:p>
      <w:r>
        <w:t xml:space="preserve">01:50:20   (Speaker B)  So, yeah, we'll. We'll coordinate with Tammy and Mike on </w:t>
      </w:r>
    </w:p>
    <w:p>
      <w:r>
        <w:t xml:space="preserve">01:50:23   (Speaker A)  the language and get that. Okay, great. All right. </w:t>
      </w:r>
    </w:p>
    <w:p>
      <w:r>
        <w:t xml:space="preserve">01:50:28   (Speaker B)  And then now back to Dave, district engineer. </w:t>
      </w:r>
    </w:p>
    <w:p>
      <w:r>
        <w:t xml:space="preserve">01:50:34   (Speaker D)  Thank you. All right, I gave you two different topic handouts. One is an am by 11, which I'm gonna do first. And the other one is a 11 </w:t>
      </w:r>
    </w:p>
    <w:p>
      <w:r>
        <w:t xml:space="preserve">01:50:42   (Speaker A)  by 17 booklet, which will do after the ANAP 11. </w:t>
      </w:r>
    </w:p>
    <w:p>
      <w:r>
        <w:t xml:space="preserve">01:50:45   (Speaker D)  So quick updates, I'm going to give you an update. Some encouraging news in the ponds. If you see the little table here with the brown Mike who works with me, you guys know you have a rain gauge right there in Chauncey. So between last meeting, this meeting, you got nearly 6 inches of rainfall, which is pretty respectable. And with that, on average, the lakes went up that were engaging about a foot. So now we still have several lakes that are seven or eight people over they should be. But the six and the rainfall in the 30 days did show some, some encouraging signs. That typical update on your gauges. But the bigger issue is the second NF11 we're going to go over, which is the trail. </w:t>
      </w:r>
    </w:p>
    <w:p>
      <w:r>
        <w:t xml:space="preserve">01:51:30   (Speaker A)  So can, can I just before we leave the pond. </w:t>
      </w:r>
    </w:p>
    <w:p>
      <w:r>
        <w:t xml:space="preserve">01:51:32   (Speaker D)  Sure. </w:t>
      </w:r>
    </w:p>
    <w:p>
      <w:r>
        <w:t xml:space="preserve">01:51:38   (Speaker A)  Let me formulate the question real quick before you realize how did these. Like. I know with 15 there was always concern that maybe that one had been done too deep and was interacting with the aquifer. But my question is these are all encouraging numbers. How are they based against the opera? Because I think because the aquifer comes up, the ponds like 15 become more stable and hold the water that they require. That was almost a problem last time as they expanded nothing and then immediately lost it looks like now visually it's holding it. But I would like to know how that is being compared to a reference point of the office. So does that make sense? </w:t>
      </w:r>
    </w:p>
    <w:p>
      <w:r>
        <w:t xml:space="preserve">01:52:20   (Speaker D)  Usually bring that graph they have preferred. I didn't bring it tonight. That shows if it's trending up with the lake levels. </w:t>
      </w:r>
    </w:p>
    <w:p>
      <w:r>
        <w:t xml:space="preserve">01:52:26   (Speaker A)  Okay. </w:t>
      </w:r>
    </w:p>
    <w:p>
      <w:r>
        <w:t xml:space="preserve">01:52:26   (Speaker D)  But I can get that and give it to Richard. </w:t>
      </w:r>
    </w:p>
    <w:p>
      <w:r>
        <w:t xml:space="preserve">01:52:29   (Speaker A)  Okay. All right, does the question make sense? </w:t>
      </w:r>
    </w:p>
    <w:p>
      <w:r>
        <w:t xml:space="preserve">01:52:31   (Speaker D)  I hope it's yeah, by all means. </w:t>
      </w:r>
    </w:p>
    <w:p>
      <w:r>
        <w:t xml:space="preserve">01:52:34   (Speaker A)  Thank you, sir. </w:t>
      </w:r>
    </w:p>
    <w:p>
      <w:r>
        <w:t xml:space="preserve">01:52:38   (Speaker D)  All right, let's talk about the trails. Let's refer to the first page, which is a summary of what's been going on. First of all, you may terminate me for this, but I told PJ to keep moving in the 12,500 work. We needed that shell platform. If you've been out there, he's almost done from start to finish building a solid platform. Now he's going to work backwards, delay the top surface. And didn't mean. He just reflex the board. I just said making a second decision. I didn't want the contractor to pull </w:t>
      </w:r>
    </w:p>
    <w:p>
      <w:r>
        <w:t xml:space="preserve">01:53:15   (Speaker A)  off for a week. </w:t>
      </w:r>
    </w:p>
    <w:p>
      <w:r>
        <w:t xml:space="preserve">01:53:16   (Speaker D)  And then it just didn't make sense. And so if you guys are hopefully going to review it, then I'd be here next month to work. I told PJ that I'll take the hit if the board opposes me doing that and on their behalf. But he made good progress with that. He's almost done laying the shelf for the entire length. And so I think we make the time between when that issue came up and where we are today. So we'll get to the change order number one in a second. So when I add up section one, section two, and assuming you approve change order one, our current running total is 287,650. I subtract that from the 2020 sitting 6 bidding threshold that we fell well under when we re advertised. So the number in bold, whether I'm using the proper terminologies, are our balance to keep below that bidding threshold. PJ has given us his bid forms for sections 3, 4, 5, 6, and 7, which you can look at later. They follow the page you see here. But you'll see we. If we wanted to, we can do section three, which in my opinion is almost the worst one of all of them. We can do section three and section four, still stay below the bidding threshold. At that point, we probably have to take a pause. I look forward to Mike's direction on how the board should handle 5, 6, and 7. Is that a next fiscal year issue or they're not as critical is 1 and 3, in my opinion. But that's where we're at. If the board prefer. If the board approves adding section three and four, we're still below the threshold, but not violating the the bidding threshold for a project of this type, which is a capital project. And then, you know, kind of take it from there because now if we do section five, we're exceeding that, and we're kind of violating I think the board's responsibility is saying below the bidding threshold. So Mike, if I've mislated anything I </w:t>
      </w:r>
    </w:p>
    <w:p>
      <w:r>
        <w:t xml:space="preserve">01:55:23   (Speaker F)  welcome your no, very good. Very good summary. I would just suggest that you know if the board wants to go ahead and do three and four you could authorize that tonight to get done and then I would suggest that you wait for 5, 6 and 7 until October October 1st starting the fiscal year that's so what would be pretty clear clean break. </w:t>
      </w:r>
    </w:p>
    <w:p>
      <w:r>
        <w:t xml:space="preserve">01:55:44   (Speaker A)  It'll be a separate project 5, 6 if that if that is power. Are we going to get additional change orders? </w:t>
      </w:r>
    </w:p>
    <w:p>
      <w:r>
        <w:t xml:space="preserve">01:55:54   (Speaker D)  Well he's probably a new shell for the other pieces coming up. </w:t>
      </w:r>
    </w:p>
    <w:p>
      <w:r>
        <w:t xml:space="preserve">01:55:57   (Speaker A)  If you look at the bid for </w:t>
      </w:r>
    </w:p>
    <w:p>
      <w:r>
        <w:t xml:space="preserve">01:55:58   (Speaker D)  me did put some shell as we're getting deeper and deeper into the wet season so so he's got the shell base that I think he's accounted for some of the areas he's walked all these and that's why it's only give us a revised number so you never </w:t>
      </w:r>
    </w:p>
    <w:p>
      <w:r>
        <w:t xml:space="preserve">01:56:14   (Speaker B)  really know but it sounds like he's trying to account for it given what we just saw with the other one as best again we can have another </w:t>
      </w:r>
    </w:p>
    <w:p>
      <w:r>
        <w:t xml:space="preserve">01:56:20   (Speaker D)  dry yeah 30 days and he's good with the original cross section or if </w:t>
      </w:r>
    </w:p>
    <w:p>
      <w:r>
        <w:t xml:space="preserve">01:56:24   (Speaker A)  he gets pockets of wet area. </w:t>
      </w:r>
    </w:p>
    <w:p>
      <w:r>
        <w:t xml:space="preserve">01:56:29   (Speaker B)  So I would say I guess there's </w:t>
      </w:r>
    </w:p>
    <w:p>
      <w:r>
        <w:t xml:space="preserve">01:56:30   (Speaker D)  two motions versus if you approve change or number one which again that would </w:t>
      </w:r>
    </w:p>
    <w:p>
      <w:r>
        <w:t xml:space="preserve">01:56:35   (Speaker A)  be the first one and then you </w:t>
      </w:r>
    </w:p>
    <w:p>
      <w:r>
        <w:t xml:space="preserve">01:56:36   (Speaker D)  can entertain sections 3 to 4 </w:t>
      </w:r>
    </w:p>
    <w:p>
      <w:r>
        <w:t xml:space="preserve">01:56:42   (Speaker A)  there </w:t>
      </w:r>
    </w:p>
    <w:p>
      <w:r>
        <w:t xml:space="preserve">01:56:42   (Speaker B)  any issues with the change order for trail section one see make a motion on that one. </w:t>
      </w:r>
    </w:p>
    <w:p>
      <w:r>
        <w:t xml:space="preserve">01:56:50   (Speaker E)  PJ did give me a pretty in depth explanation he did of that and </w:t>
      </w:r>
    </w:p>
    <w:p>
      <w:r>
        <w:t xml:space="preserve">01:56:55   (Speaker D)  I he asked me I said I think I don't think the board would be offended if you respond as a contractor I appreciate you did that and </w:t>
      </w:r>
    </w:p>
    <w:p>
      <w:r>
        <w:t xml:space="preserve">01:57:01   (Speaker C)  I'm not going to let David fall on his sword off by himself. I concur that I thought it was relevant to have it done. </w:t>
      </w:r>
    </w:p>
    <w:p>
      <w:r>
        <w:t xml:space="preserve">01:57:09   (Speaker E)  Yeah versus stopping for sure. I just wanted to make sure that we weren't if we were going to have to have a lot more of a base that we were using the right base throughout the rest of the we didn't need to do a more significant change order if it wasn't wet. </w:t>
      </w:r>
    </w:p>
    <w:p>
      <w:r>
        <w:t xml:space="preserve">01:57:28   (Speaker C)  He would never had to done that </w:t>
      </w:r>
    </w:p>
    <w:p>
      <w:r>
        <w:t xml:space="preserve">01:57:29   (Speaker A)  because he would add a initial order </w:t>
      </w:r>
    </w:p>
    <w:p>
      <w:r>
        <w:t xml:space="preserve">01:57:32   (Speaker D)  and then the first page of this is for those who don't have the sections memorized by heart by now tells you what sections 1, 2, 3, 4567 are. </w:t>
      </w:r>
    </w:p>
    <w:p>
      <w:r>
        <w:t xml:space="preserve">01:57:42   (Speaker A)  Yeah I was just asking about change order because if we we approve section 3 and 4 and there's change order, then you could potentially be open. </w:t>
      </w:r>
    </w:p>
    <w:p>
      <w:r>
        <w:t xml:space="preserve">01:57:52   (Speaker C)  So the 287 includes that. </w:t>
      </w:r>
    </w:p>
    <w:p>
      <w:r>
        <w:t xml:space="preserve">01:57:55   (Speaker D)  287 includes. </w:t>
      </w:r>
    </w:p>
    <w:p>
      <w:r>
        <w:t xml:space="preserve">01:57:57   (Speaker A)  No, no, I understand that. Talking about section three and four. </w:t>
      </w:r>
    </w:p>
    <w:p>
      <w:r>
        <w:t xml:space="preserve">01:58:01   (Speaker C)  Three and four is not going to put you over. </w:t>
      </w:r>
    </w:p>
    <w:p>
      <w:r>
        <w:t xml:space="preserve">01:58:03   (Speaker A)  They said no on five. If we're dealing with the change order </w:t>
      </w:r>
    </w:p>
    <w:p>
      <w:r>
        <w:t xml:space="preserve">01:58:07   (Speaker F)  for the same area and the same project, I'm not as concerned if that trips the threshold. </w:t>
      </w:r>
    </w:p>
    <w:p>
      <w:r>
        <w:t xml:space="preserve">01:58:12   (Speaker A)  Okay. When we're talking about the areas, that's really my question. Okay. </w:t>
      </w:r>
    </w:p>
    <w:p>
      <w:r>
        <w:t xml:space="preserve">01:58:16   (Speaker C)  So we would leave five, six, and seven for the future and have the board consider three, three, and four. </w:t>
      </w:r>
    </w:p>
    <w:p>
      <w:r>
        <w:t xml:space="preserve">01:58:22   (Speaker A)  Something to consider is that on four, there is maybe a six to eight foot section where it's sometimes a little soft. </w:t>
      </w:r>
    </w:p>
    <w:p>
      <w:r>
        <w:t xml:space="preserve">01:58:30   (Speaker F)  Otherwise. </w:t>
      </w:r>
    </w:p>
    <w:p>
      <w:r>
        <w:t xml:space="preserve">01:58:30   (Speaker B)  Yeah. </w:t>
      </w:r>
    </w:p>
    <w:p>
      <w:r>
        <w:t xml:space="preserve">01:58:31   (Speaker A)  There's really no reason to do four. </w:t>
      </w:r>
    </w:p>
    <w:p>
      <w:r>
        <w:t xml:space="preserve">01:58:33   (Speaker F)  I don't think if we can find </w:t>
      </w:r>
    </w:p>
    <w:p>
      <w:r>
        <w:t xml:space="preserve">01:58:34   (Speaker A)  a better use of 35,000. $37,000 for a sign or something. I mean, it's. It's really almost in five years, maybe had to walk around some standing water to run around. I mean, there's just. On section four. Yeah. It's just the motorcycle tracks. Yeah. </w:t>
      </w:r>
    </w:p>
    <w:p>
      <w:r>
        <w:t xml:space="preserve">01:58:53   (Speaker F)  Yeah. Right. </w:t>
      </w:r>
    </w:p>
    <w:p>
      <w:r>
        <w:t xml:space="preserve">01:58:54   (Speaker C)  So you could hold four. </w:t>
      </w:r>
    </w:p>
    <w:p>
      <w:r>
        <w:t xml:space="preserve">01:58:55   (Speaker B)  You can hold four. </w:t>
      </w:r>
    </w:p>
    <w:p>
      <w:r>
        <w:t xml:space="preserve">01:58:56   (Speaker A)  We can hold four. If the board is four </w:t>
      </w:r>
    </w:p>
    <w:p>
      <w:r>
        <w:t xml:space="preserve">01:59:00   (Speaker B)  and just </w:t>
      </w:r>
    </w:p>
    <w:p>
      <w:r>
        <w:t xml:space="preserve">01:59:00   (Speaker F)  put four, five, six, seven on. </w:t>
      </w:r>
    </w:p>
    <w:p>
      <w:r>
        <w:t xml:space="preserve">01:59:02   (Speaker A)  I mean, from beyond three, it's pretty clean. It really is. Yeah. And you see that reflected in the numbers here. Yeah. Yeah. Okay. </w:t>
      </w:r>
    </w:p>
    <w:p>
      <w:r>
        <w:t xml:space="preserve">01:59:10   (Speaker B)  It's. </w:t>
      </w:r>
    </w:p>
    <w:p>
      <w:r>
        <w:t xml:space="preserve">01:59:11   (Speaker F)  It has been a stunning. </w:t>
      </w:r>
    </w:p>
    <w:p>
      <w:r>
        <w:t xml:space="preserve">01:59:13   (Speaker A)  Yeah. Good. Thank you. </w:t>
      </w:r>
    </w:p>
    <w:p>
      <w:r>
        <w:t xml:space="preserve">01:59:16   (Speaker F)  I'm back there a lot. </w:t>
      </w:r>
    </w:p>
    <w:p>
      <w:r>
        <w:t xml:space="preserve">01:59:17   (Speaker A)  Good. </w:t>
      </w:r>
    </w:p>
    <w:p>
      <w:r>
        <w:t xml:space="preserve">01:59:17   (Speaker C)  It looks great. </w:t>
      </w:r>
    </w:p>
    <w:p>
      <w:r>
        <w:t xml:space="preserve">01:59:19   (Speaker A)  I mean, it's. </w:t>
      </w:r>
    </w:p>
    <w:p>
      <w:r>
        <w:t xml:space="preserve">01:59:20   (Speaker F)  It's still working. </w:t>
      </w:r>
    </w:p>
    <w:p>
      <w:r>
        <w:t xml:space="preserve">01:59:21   (Speaker C)  I mean, I walked. I didn't run it, but not part of it. </w:t>
      </w:r>
    </w:p>
    <w:p>
      <w:r>
        <w:t xml:space="preserve">01:59:24   (Speaker A)  It's behind about 50ft. </w:t>
      </w:r>
    </w:p>
    <w:p>
      <w:r>
        <w:t xml:space="preserve">01:59:26   (Speaker F)  I think </w:t>
      </w:r>
    </w:p>
    <w:p>
      <w:r>
        <w:t xml:space="preserve">01:59:29   (Speaker C)  I went no miles. </w:t>
      </w:r>
    </w:p>
    <w:p>
      <w:r>
        <w:t xml:space="preserve">01:59:33   (Speaker A)  That's right. </w:t>
      </w:r>
    </w:p>
    <w:p>
      <w:r>
        <w:t xml:space="preserve">01:59:34   (Speaker F)  Yeah. Just commentary, though. </w:t>
      </w:r>
    </w:p>
    <w:p>
      <w:r>
        <w:t xml:space="preserve">01:59:35   (Speaker A)  Just again by there, 1 and 2 for 3. The folks behind Revello. </w:t>
      </w:r>
    </w:p>
    <w:p>
      <w:r>
        <w:t xml:space="preserve">01:59:41   (Speaker F)  It's going to be. It's going to be an awaken philosophy. </w:t>
      </w:r>
    </w:p>
    <w:p>
      <w:r>
        <w:t xml:space="preserve">01:59:45   (Speaker A)  We're going to be building a highway in their backyard. Like, they don't understand. I don't know if they understand that trail. </w:t>
      </w:r>
    </w:p>
    <w:p>
      <w:r>
        <w:t xml:space="preserve">01:59:50   (Speaker D)  Especially in the beginning when you start </w:t>
      </w:r>
    </w:p>
    <w:p>
      <w:r>
        <w:t xml:space="preserve">01:59:51   (Speaker F)  three or four feet now and it's going to become what, 13, 15ft, and then you have dump trucks driving through these backyards. It's going to be a bit of </w:t>
      </w:r>
    </w:p>
    <w:p>
      <w:r>
        <w:t xml:space="preserve">01:59:59   (Speaker A)  a shock to those folks. So if anybody knows somebody on that strip in rebellion, you may want to. It's been so bad. They haven't had anybody. </w:t>
      </w:r>
    </w:p>
    <w:p>
      <w:r>
        <w:t xml:space="preserve">02:00:06   (Speaker E)  Yeah. </w:t>
      </w:r>
    </w:p>
    <w:p>
      <w:r>
        <w:t xml:space="preserve">02:00:07   (Speaker A)  Though. </w:t>
      </w:r>
    </w:p>
    <w:p>
      <w:r>
        <w:t xml:space="preserve">02:00:07   (Speaker B)  Well, that's gonna. </w:t>
      </w:r>
    </w:p>
    <w:p>
      <w:r>
        <w:t xml:space="preserve">02:00:08   (Speaker A)  You're gonna have trucks wait them up. </w:t>
      </w:r>
    </w:p>
    <w:p>
      <w:r>
        <w:t xml:space="preserve">02:00:09   (Speaker E)  It's basically been the wetlands. Yeah. </w:t>
      </w:r>
    </w:p>
    <w:p>
      <w:r>
        <w:t xml:space="preserve">02:00:12   (Speaker A)  And they start early. And there's big machinery back there. It's not. </w:t>
      </w:r>
    </w:p>
    <w:p>
      <w:r>
        <w:t xml:space="preserve">02:00:17   (Speaker D)  You Vote on this. I do have one request on section. </w:t>
      </w:r>
    </w:p>
    <w:p>
      <w:r>
        <w:t xml:space="preserve">02:00:20   (Speaker C)  Let you vote for some of. </w:t>
      </w:r>
    </w:p>
    <w:p>
      <w:r>
        <w:t xml:space="preserve">02:00:21   (Speaker E)  Okay. Motion to that change order. </w:t>
      </w:r>
    </w:p>
    <w:p>
      <w:r>
        <w:t xml:space="preserve">02:00:24   (Speaker B)  The change order or section one. Okay, so that was a first from Tammy. </w:t>
      </w:r>
    </w:p>
    <w:p>
      <w:r>
        <w:t xml:space="preserve">02:00:28   (Speaker A)  Do we have a second? Second, Second from Luke. </w:t>
      </w:r>
    </w:p>
    <w:p>
      <w:r>
        <w:t xml:space="preserve">02:00:33   (Speaker B)  All in favor? Five eyes motion has passed. </w:t>
      </w:r>
    </w:p>
    <w:p>
      <w:r>
        <w:t xml:space="preserve">02:00:42   (Speaker D)  So the one request. Rich, maybe it's gms. DJ had asked me. Since now he's got the base or platform done, he'll be going back and forth and back and forth in section one until it gets done. Is there any way we could temporarily barricade it off or block it from usage? Because he's going to have equipment going up and down that corridor during the finishing, though. </w:t>
      </w:r>
    </w:p>
    <w:p>
      <w:r>
        <w:t xml:space="preserve">02:01:03   (Speaker C)  Yeah. </w:t>
      </w:r>
    </w:p>
    <w:p>
      <w:r>
        <w:t xml:space="preserve">02:01:03   (Speaker B)  I can talk to Clayton about getting something out there like a barricade or something saying, you know, construction. Okay, please don't cross or something like </w:t>
      </w:r>
    </w:p>
    <w:p>
      <w:r>
        <w:t xml:space="preserve">02:01:11   (Speaker A)  that at one point. </w:t>
      </w:r>
    </w:p>
    <w:p>
      <w:r>
        <w:t xml:space="preserve">02:01:13   (Speaker F)  Then they took the tape down. Did you all prove the section 3 IR. Section 1. </w:t>
      </w:r>
    </w:p>
    <w:p>
      <w:r>
        <w:t xml:space="preserve">02:01:19   (Speaker B)  That was just the change order for section 1. And then we're going to decide if 3 and 4, maybe it sounds like might be just 3, but. </w:t>
      </w:r>
    </w:p>
    <w:p>
      <w:r>
        <w:t xml:space="preserve">02:01:33   (Speaker A)  Especially July. Do we need a motion for section three? </w:t>
      </w:r>
    </w:p>
    <w:p>
      <w:r>
        <w:t xml:space="preserve">02:01:41   (Speaker F)  Yeah. </w:t>
      </w:r>
    </w:p>
    <w:p>
      <w:r>
        <w:t xml:space="preserve">02:01:42   (Speaker B)  So if anybody wants to, depending on what sections, obviously five seems like it would push us over. But the discussion was 3 and 4. Or maybe just 3 and 3 if 4 doesn't necessarily need it. We could lump that in with 4, 5, 6, 7. We would just meet in motion to the such of which. </w:t>
      </w:r>
    </w:p>
    <w:p>
      <w:r>
        <w:t xml:space="preserve">02:01:57   (Speaker A)  Which one you want to do. Yeah. </w:t>
      </w:r>
    </w:p>
    <w:p>
      <w:r>
        <w:t xml:space="preserve">02:02:00   (Speaker F)  Spirit of trying to do what we need to do. </w:t>
      </w:r>
    </w:p>
    <w:p>
      <w:r>
        <w:t xml:space="preserve">02:02:03   (Speaker A)  We like to do. Yeah. I don't think the section four is a need. I agree. It's three is okay about five. All right. That looks a little sketchy. Or we just kind of put more </w:t>
      </w:r>
    </w:p>
    <w:p>
      <w:r>
        <w:t xml:space="preserve">02:02:18   (Speaker B)  5, 6, 7, if anything. </w:t>
      </w:r>
    </w:p>
    <w:p>
      <w:r>
        <w:t xml:space="preserve">02:02:20   (Speaker A)  I mean, 7's got some spots that are. But that's a bigger number. I mean, you can see. Yeah. And that's why </w:t>
      </w:r>
    </w:p>
    <w:p>
      <w:r>
        <w:t xml:space="preserve">02:02:28   (Speaker D)  I think three will go a long way of making that north. Well, northern half perfect. </w:t>
      </w:r>
    </w:p>
    <w:p>
      <w:r>
        <w:t xml:space="preserve">02:02:32   (Speaker A)  Yeah. </w:t>
      </w:r>
    </w:p>
    <w:p>
      <w:r>
        <w:t xml:space="preserve">02:02:33   (Speaker F)  And even then, you just have to </w:t>
      </w:r>
    </w:p>
    <w:p>
      <w:r>
        <w:t xml:space="preserve">02:02:35   (Speaker A)  kind of find your path through it as opposed to 1, 2 and 3. </w:t>
      </w:r>
    </w:p>
    <w:p>
      <w:r>
        <w:t xml:space="preserve">02:02:38   (Speaker F)  Especially 1 and 3. </w:t>
      </w:r>
    </w:p>
    <w:p>
      <w:r>
        <w:t xml:space="preserve">02:02:40   (Speaker A)  You just try to route. Unless you want to come through it. Yeah. </w:t>
      </w:r>
    </w:p>
    <w:p>
      <w:r>
        <w:t xml:space="preserve">02:02:44   (Speaker B)  Two are being done. Three would be the next step. And then you can evaluate 5, 6. So at least you're doing it together, too. </w:t>
      </w:r>
    </w:p>
    <w:p>
      <w:r>
        <w:t xml:space="preserve">02:02:50   (Speaker A)  Agree. It'd be nice to finish the whole thing. </w:t>
      </w:r>
    </w:p>
    <w:p>
      <w:r>
        <w:t xml:space="preserve">02:02:55   (Speaker F)  Yeah. But definitely, I guess giving us breathing </w:t>
      </w:r>
    </w:p>
    <w:p>
      <w:r>
        <w:t xml:space="preserve">02:02:58   (Speaker A)  room in case section three turns out to be a fiasco. It's a slop right there. I mean, it will feel more or less damaged once one, two and Three of them. </w:t>
      </w:r>
    </w:p>
    <w:p>
      <w:r>
        <w:t xml:space="preserve">02:03:09   (Speaker E)  Yes. </w:t>
      </w:r>
    </w:p>
    <w:p>
      <w:r>
        <w:t xml:space="preserve">02:03:10   (Speaker A)  Okay. </w:t>
      </w:r>
    </w:p>
    <w:p>
      <w:r>
        <w:t xml:space="preserve">02:03:12   (Speaker B)  It leaves a little money on the table for potentially other things. Yeah. You know, just in cases. </w:t>
      </w:r>
    </w:p>
    <w:p>
      <w:r>
        <w:t xml:space="preserve">02:03:19   (Speaker A)  So. Yeah. </w:t>
      </w:r>
    </w:p>
    <w:p>
      <w:r>
        <w:t xml:space="preserve">02:03:20   (Speaker B)  Do you want to make a motion </w:t>
      </w:r>
    </w:p>
    <w:p>
      <w:r>
        <w:t xml:space="preserve">02:03:21   (Speaker A)  for turn three, move to the section </w:t>
      </w:r>
    </w:p>
    <w:p>
      <w:r>
        <w:t xml:space="preserve">02:03:24   (Speaker F)  three to move forward </w:t>
      </w:r>
    </w:p>
    <w:p>
      <w:r>
        <w:t xml:space="preserve">02:03:27   (Speaker A)  to use trail improvement. Okay. Section three. </w:t>
      </w:r>
    </w:p>
    <w:p>
      <w:r>
        <w:t xml:space="preserve">02:03:30   (Speaker B)  So we got a second for Brian. So first from Luke. All in favor? </w:t>
      </w:r>
    </w:p>
    <w:p>
      <w:r>
        <w:t xml:space="preserve">02:03:39   (Speaker A)  Okay. </w:t>
      </w:r>
    </w:p>
    <w:p>
      <w:r>
        <w:t xml:space="preserve">02:03:39   (Speaker B)  Submission has passed for section three. </w:t>
      </w:r>
    </w:p>
    <w:p>
      <w:r>
        <w:t xml:space="preserve">02:03:48   (Speaker A)  Just to be clear, there's. The boardwalk doesn't need. No prepared. </w:t>
      </w:r>
    </w:p>
    <w:p>
      <w:r>
        <w:t xml:space="preserve">02:03:52   (Speaker D)  Pardon? </w:t>
      </w:r>
    </w:p>
    <w:p>
      <w:r>
        <w:t xml:space="preserve">02:03:52   (Speaker A)  The boardwalk doesn't need any repairs. </w:t>
      </w:r>
    </w:p>
    <w:p>
      <w:r>
        <w:t xml:space="preserve">02:03:54   (Speaker D)  Not. Not at this point. I'm not aware of it. </w:t>
      </w:r>
    </w:p>
    <w:p>
      <w:r>
        <w:t xml:space="preserve">02:03:56   (Speaker A)  I think fighting team's been doing that as needed. </w:t>
      </w:r>
    </w:p>
    <w:p>
      <w:r>
        <w:t xml:space="preserve">02:03:59   (Speaker F)  I'll send you flanks from time to time. Yeah, yeah. </w:t>
      </w:r>
    </w:p>
    <w:p>
      <w:r>
        <w:t xml:space="preserve">02:04:01   (Speaker A)  They see my grade. Yeah, I'll watch it. Okay. </w:t>
      </w:r>
    </w:p>
    <w:p>
      <w:r>
        <w:t xml:space="preserve">02:04:04   (Speaker B)  If you see some, let us know. </w:t>
      </w:r>
    </w:p>
    <w:p>
      <w:r>
        <w:t xml:space="preserve">02:04:06   (Speaker A)  Obviously they know the new BC alert is done fairly recently. Okay. </w:t>
      </w:r>
    </w:p>
    <w:p>
      <w:r>
        <w:t xml:space="preserve">02:04:10   (Speaker B)  I'm not sure. I'd have to ask Clayton, but I </w:t>
      </w:r>
    </w:p>
    <w:p>
      <w:r>
        <w:t xml:space="preserve">02:04:12   (Speaker A)  know that the time. I've calmed down. </w:t>
      </w:r>
    </w:p>
    <w:p>
      <w:r>
        <w:t xml:space="preserve">02:04:23   (Speaker D)  All right, let me get to the booklet real quick. Then we got more on the business, like the budget. </w:t>
      </w:r>
    </w:p>
    <w:p>
      <w:r>
        <w:t xml:space="preserve">02:04:28   (Speaker A)  We should. </w:t>
      </w:r>
    </w:p>
    <w:p>
      <w:r>
        <w:t xml:space="preserve">02:04:28   (Speaker D)  Second page of 11 by 17 is pond 28. As Pete had indicated. We did the grand tour. Pond 28, 29, 30 and 31 on Saturday was about 112 degrees. Thank God for the gator. </w:t>
      </w:r>
    </w:p>
    <w:p>
      <w:r>
        <w:t xml:space="preserve">02:04:43   (Speaker A)  Whatever you guys call that cold wheel vehicle. Horrible. </w:t>
      </w:r>
    </w:p>
    <w:p>
      <w:r>
        <w:t xml:space="preserve">02:04:48   (Speaker D)  So we thought this was the best candidate of the four ponds to do a shoreline restoration. Basically, we're going to do the entire perimeter. But what I need to talk to the board about is, as Pete had mentioned, there are numerous pool drains and yard drains, both that are littered throughout the slope. And either we can put that burden on the contractor to pull that stuff out and terminate it properly, or we can't wait to have the homeowners do it because I'll probably never do it. But I guess I'm looking for some direction. I'd have to give almost the potential bidders assume eight lots not to. You know, I don't. And we. We saw probably half a dozen easily on each pond. Yeah. Just at the north end alone. And then do we tell them to pull that all the way up to the property line and put a bubble up or an emitter on the person's property because it's not supposed to be the CDD property. And so we're going to have to give a really good, thorough resident reach out. The contractor gets out there and starts pulling that stuff out of there. He'll do that first before he lays on this fabric around the entire pond. So people are going to come out, I'm telling you. And there's Just what are you doing? You know, I put that in and the builder put that in. Why my properties for terminating it. And I want a standing room only next week or next meeting with irate people. Even if this ponds could look a lot better when it's done. It's, you know, it's, it's their pipe. They think it's theirs. I'm private property, which is cdd, so I guess I'm looking for some dialogue and direction how we had the contractor do it. I'm not looking for claims guys to do it because they don't have all the equipment and manpower or we have the contractor do it and we just have to put them in notice before we even get out of the trucks and tractors and do this work. </w:t>
      </w:r>
    </w:p>
    <w:p>
      <w:r>
        <w:t xml:space="preserve">02:06:46   (Speaker E)  So what, what, what's your best spot, Mike? How do we. We send a letter saying that we are going to do this? If you remedy it beforehand? Yeah, that's on you. </w:t>
      </w:r>
    </w:p>
    <w:p>
      <w:r>
        <w:t xml:space="preserve">02:06:57   (Speaker A)  We've had some success with getting full </w:t>
      </w:r>
    </w:p>
    <w:p>
      <w:r>
        <w:t xml:space="preserve">02:06:59   (Speaker F)  drains moved and everything because people really don't like the fact that you're going to cap off their, their full drain pipe and not be able to do that. So they're usually pretty motivated to get that move back into their yard. It should flow towards the front or, or just over their yard there. If you have the time. And I'm not sure you do, but if you have the time, I would be sending out letters saying, you know, you've got 15 days to cap it off. Otherwise when our contractor comes through to do this, we're going to be capping it off at the, at the property line and it will not be functioning after that. And you did not have our efficient and solid on our property in first place. That, that's kind of where I would say. I would suggest that you do give them 15 days to do it. If they don't do it or they don't do it right, then we're going </w:t>
      </w:r>
    </w:p>
    <w:p>
      <w:r>
        <w:t xml:space="preserve">02:07:44   (Speaker A)  to have our contractor come in and do it. </w:t>
      </w:r>
    </w:p>
    <w:p>
      <w:r>
        <w:t xml:space="preserve">02:07:46   (Speaker F)  Because I don't think we can wait much longer. </w:t>
      </w:r>
    </w:p>
    <w:p>
      <w:r>
        <w:t xml:space="preserve">02:07:49   (Speaker D)  And I'm not going to ask them to pull out the pipe all the way to the pond. </w:t>
      </w:r>
    </w:p>
    <w:p>
      <w:r>
        <w:t xml:space="preserve">02:07:52   (Speaker C)  No. </w:t>
      </w:r>
    </w:p>
    <w:p>
      <w:r>
        <w:t xml:space="preserve">02:07:52   (Speaker D)  As long as they go to their property line, dig down, put an emitter or a bubble up at their property line, the contractor workout will rest. But I just want. </w:t>
      </w:r>
    </w:p>
    <w:p>
      <w:r>
        <w:t xml:space="preserve">02:08:01   (Speaker C)  Yeah, and then can I ask for </w:t>
      </w:r>
    </w:p>
    <w:p>
      <w:r>
        <w:t xml:space="preserve">02:08:03   (Speaker A)  clarification because you said cap it off. You said terminated. </w:t>
      </w:r>
    </w:p>
    <w:p>
      <w:r>
        <w:t xml:space="preserve">02:08:09   (Speaker D)  Well, we're gonna, we're gonna. If they don't respond or do anything, we're gonna plug it. So if they try to use Their pull drain and the roof drain because </w:t>
      </w:r>
    </w:p>
    <w:p>
      <w:r>
        <w:t xml:space="preserve">02:08:17   (Speaker A)  they're not all plugged. I'm assuming it's just that flexible. </w:t>
      </w:r>
    </w:p>
    <w:p>
      <w:r>
        <w:t xml:space="preserve">02:08:20   (Speaker D)  There's. There's a plastic cap you could put in these plastic pipes and cap it off. </w:t>
      </w:r>
    </w:p>
    <w:p>
      <w:r>
        <w:t xml:space="preserve">02:08:24   (Speaker C)  Hey, that doesn't keep them from removing it. </w:t>
      </w:r>
    </w:p>
    <w:p>
      <w:r>
        <w:t xml:space="preserve">02:08:27   (Speaker A)  No, no, I get that for the additional cost of the bummer because that's not much either. </w:t>
      </w:r>
    </w:p>
    <w:p>
      <w:r>
        <w:t xml:space="preserve">02:08:33   (Speaker D)  Right. It's just. </w:t>
      </w:r>
    </w:p>
    <w:p>
      <w:r>
        <w:t xml:space="preserve">02:08:34   (Speaker A)  It's a smile and push it in there and it's done. </w:t>
      </w:r>
    </w:p>
    <w:p>
      <w:r>
        <w:t xml:space="preserve">02:08:36   (Speaker D)  Well, then you gotta take it to the surface. So there's probably maybe two or three people over. </w:t>
      </w:r>
    </w:p>
    <w:p>
      <w:r>
        <w:t xml:space="preserve">02:08:40   (Speaker A)  Around. Okay. </w:t>
      </w:r>
    </w:p>
    <w:p>
      <w:r>
        <w:t xml:space="preserve">02:08:41   (Speaker D)  So they're gonna have to go in there. </w:t>
      </w:r>
    </w:p>
    <w:p>
      <w:r>
        <w:t xml:space="preserve">02:08:43   (Speaker A)  These aren't six inches below the ground below grade. They're no feet below grade. </w:t>
      </w:r>
    </w:p>
    <w:p>
      <w:r>
        <w:t xml:space="preserve">02:08:47   (Speaker D)  Most cases a couple people over eight. </w:t>
      </w:r>
    </w:p>
    <w:p>
      <w:r>
        <w:t xml:space="preserve">02:08:49   (Speaker A)  Okay. To get this new. Okay. </w:t>
      </w:r>
    </w:p>
    <w:p>
      <w:r>
        <w:t xml:space="preserve">02:08:53   (Speaker C)  All right. </w:t>
      </w:r>
    </w:p>
    <w:p>
      <w:r>
        <w:t xml:space="preserve">02:08:54   (Speaker A)  That. </w:t>
      </w:r>
    </w:p>
    <w:p>
      <w:r>
        <w:t xml:space="preserve">02:08:54   (Speaker C)  That helps. I think we can't rely on the homeowners to do the work timely enough. You know, the more you look at these things, it's. It's critical we do this as quickly as possible. So I think two weeks to say, fix this or else. </w:t>
      </w:r>
    </w:p>
    <w:p>
      <w:r>
        <w:t xml:space="preserve">02:09:13   (Speaker E)  Yeah. </w:t>
      </w:r>
    </w:p>
    <w:p>
      <w:r>
        <w:t xml:space="preserve">02:09:13   (Speaker B)  Is there going to be. </w:t>
      </w:r>
    </w:p>
    <w:p>
      <w:r>
        <w:t xml:space="preserve">02:09:14   (Speaker E)  How long does it take us to get the letter. The letters out? </w:t>
      </w:r>
    </w:p>
    <w:p>
      <w:r>
        <w:t xml:space="preserve">02:09:16   (Speaker C)  I think we have to absorb the cost for our. Our contractors to cap it. </w:t>
      </w:r>
    </w:p>
    <w:p>
      <w:r>
        <w:t xml:space="preserve">02:09:21   (Speaker A)  Just. </w:t>
      </w:r>
    </w:p>
    <w:p>
      <w:r>
        <w:t xml:space="preserve">02:09:21   (Speaker D)  We're not going to put the bubble up. We're not going to take it to their. </w:t>
      </w:r>
    </w:p>
    <w:p>
      <w:r>
        <w:t xml:space="preserve">02:09:24   (Speaker A)  We're not going to put in their </w:t>
      </w:r>
    </w:p>
    <w:p>
      <w:r>
        <w:t xml:space="preserve">02:09:25   (Speaker D)  backyard and have a bubble up. That cost. We're just going to close off the pipe. </w:t>
      </w:r>
    </w:p>
    <w:p>
      <w:r>
        <w:t xml:space="preserve">02:09:29   (Speaker C)  And how do we. Where do we meet the middle and </w:t>
      </w:r>
    </w:p>
    <w:p>
      <w:r>
        <w:t xml:space="preserve">02:09:32   (Speaker A)  do this in a friendly manner? I understand the necessity. </w:t>
      </w:r>
    </w:p>
    <w:p>
      <w:r>
        <w:t xml:space="preserve">02:09:35   (Speaker C)  Unarguable. </w:t>
      </w:r>
    </w:p>
    <w:p>
      <w:r>
        <w:t xml:space="preserve">02:09:37   (Speaker A)  I also understand that we're going to cap off somebody's pipe that he may not know, but what was there? Who put it in? Finally, is there. Is there a way in the middle to say we're going to cap this, but we're going to market. We're going to shove a survey stake in the ground. So when your pool backs up, you know where you need to hire somebody to come out here and properly terminate it. </w:t>
      </w:r>
    </w:p>
    <w:p>
      <w:r>
        <w:t xml:space="preserve">02:09:57   (Speaker D)  You know, I'm just. I'm looking for a friendly way to </w:t>
      </w:r>
    </w:p>
    <w:p>
      <w:r>
        <w:t xml:space="preserve">02:09:59   (Speaker A)  accomplish what you're accomplishing without basically going out, loading somebody's line, throwing two feet of dirt back onto it and say, thanks. </w:t>
      </w:r>
    </w:p>
    <w:p>
      <w:r>
        <w:t xml:space="preserve">02:10:07   (Speaker F)  I think if you send a letter and say, you know, take whatever measures you want to take right now for remedying it. If you're not going to be able to remedy it in the twoe time and put them on notice, like, you know, you might want to mark where it is. If you're going to have to dig down later and do something different than what we're going to do. </w:t>
      </w:r>
    </w:p>
    <w:p>
      <w:r>
        <w:t xml:space="preserve">02:10:23   (Speaker A)  They're not going to know where it is. We'll basically ask the contractor to be that as he's the one that's going </w:t>
      </w:r>
    </w:p>
    <w:p>
      <w:r>
        <w:t xml:space="preserve">02:10:26   (Speaker F)  to pull it all for the next two. </w:t>
      </w:r>
    </w:p>
    <w:p>
      <w:r>
        <w:t xml:space="preserve">02:10:28   (Speaker C)  Well, in two weeks, they can see it. There's no doubt in your mind where it is? </w:t>
      </w:r>
    </w:p>
    <w:p>
      <w:r>
        <w:t xml:space="preserve">02:10:32   (Speaker D)  I got to get a bid. You're giving me a lecture. 150,000 to get. So I'm gonna get a couple bids, and I'm gonna approve one of them and have Mike to the agreement. We're gonna get them started. So they're not going to start construction for two or three weeks easily. </w:t>
      </w:r>
    </w:p>
    <w:p>
      <w:r>
        <w:t xml:space="preserve">02:10:44   (Speaker A)  Okay. So at that time, is it done? </w:t>
      </w:r>
    </w:p>
    <w:p>
      <w:r>
        <w:t xml:space="preserve">02:10:47   (Speaker E)  We have to get the letters to them, and then they have to have to action it 15 times a couple weeks to do it. </w:t>
      </w:r>
    </w:p>
    <w:p>
      <w:r>
        <w:t xml:space="preserve">02:10:54   (Speaker F)  Isn't that more money to put a </w:t>
      </w:r>
    </w:p>
    <w:p>
      <w:r>
        <w:t xml:space="preserve">02:10:56   (Speaker A)  emitter in versus just capping it to </w:t>
      </w:r>
    </w:p>
    <w:p>
      <w:r>
        <w:t xml:space="preserve">02:10:58   (Speaker F)  do it kind of. </w:t>
      </w:r>
    </w:p>
    <w:p>
      <w:r>
        <w:t xml:space="preserve">02:10:59   (Speaker A)  Right. </w:t>
      </w:r>
    </w:p>
    <w:p>
      <w:r>
        <w:t xml:space="preserve">02:10:59   (Speaker D)  I'm just doing a lot of private property, plus plumbing, and I'm trying to. </w:t>
      </w:r>
    </w:p>
    <w:p>
      <w:r>
        <w:t xml:space="preserve">02:11:03   (Speaker C)  Yeah, we don't want to go on their property and fix them if it </w:t>
      </w:r>
    </w:p>
    <w:p>
      <w:r>
        <w:t xml:space="preserve">02:11:06   (Speaker E)  does and then it backs up to their pool, and they're like, oh, you </w:t>
      </w:r>
    </w:p>
    <w:p>
      <w:r>
        <w:t xml:space="preserve">02:11:10   (Speaker C)  ruined my pool area. </w:t>
      </w:r>
    </w:p>
    <w:p>
      <w:r>
        <w:t xml:space="preserve">02:11:12   (Speaker D)  They may have Buffy Beard back there. We don't know about it. I mean, I just. I don't want to touch their private property. </w:t>
      </w:r>
    </w:p>
    <w:p>
      <w:r>
        <w:t xml:space="preserve">02:11:16   (Speaker A)  Okay. </w:t>
      </w:r>
    </w:p>
    <w:p>
      <w:r>
        <w:t xml:space="preserve">02:11:20   (Speaker D)  It's not difficult. It's just. It's the number of homes around this pond. I mean, Pete and I didn't walk the entire thing, but just standing one area, we kind of six or eight of them just in this one area. </w:t>
      </w:r>
    </w:p>
    <w:p>
      <w:r>
        <w:t xml:space="preserve">02:11:30   (Speaker C)  And you could see them from across the way, too. I mean, it was just. I was amazed at how many of them still existed on those three ponds. </w:t>
      </w:r>
    </w:p>
    <w:p>
      <w:r>
        <w:t xml:space="preserve">02:11:37   (Speaker D)  All right. </w:t>
      </w:r>
    </w:p>
    <w:p>
      <w:r>
        <w:t xml:space="preserve">02:11:37   (Speaker F)  I'm just a little curious because I was putting in French drains at my </w:t>
      </w:r>
    </w:p>
    <w:p>
      <w:r>
        <w:t xml:space="preserve">02:11:40   (Speaker A)  place, and then I heard that we're now not allowing people to put French </w:t>
      </w:r>
    </w:p>
    <w:p>
      <w:r>
        <w:t xml:space="preserve">02:11:45   (Speaker F)  trains into the pond. </w:t>
      </w:r>
    </w:p>
    <w:p>
      <w:r>
        <w:t xml:space="preserve">02:11:47   (Speaker C)  Well, you can't run it up. You shouldn't run it all the way into the pond or the. Or into the pot. Now, Pasco county doesn't want you discharging directly into the pond, but you've got these that are terminating just on the other side of the property line that now have helped create the erosion problems because of the drought. If without the drought, a lot of that probably wouldn't have occurred, but it just magnifies the problem because of that discharge and flow of water. And you can look at the drain, and you could look at these erosion troughs and see, yeah, this is problematic. So it's not like you're making it up without looking at it and going, yeah, this is definitively a problem. </w:t>
      </w:r>
    </w:p>
    <w:p>
      <w:r>
        <w:t xml:space="preserve">02:12:29   (Speaker A)  That was just me. </w:t>
      </w:r>
    </w:p>
    <w:p>
      <w:r>
        <w:t xml:space="preserve">02:12:30   (Speaker F)  I'm installing it. I would put a bubble there, but so the. </w:t>
      </w:r>
    </w:p>
    <w:p>
      <w:r>
        <w:t xml:space="preserve">02:12:33   (Speaker A)  The bubbles won't cause this erosion. </w:t>
      </w:r>
    </w:p>
    <w:p>
      <w:r>
        <w:t xml:space="preserve">02:12:36   (Speaker D)  In a perfect world, if they do it at their property line, you almost got 20ft of grass before it even kicks down the globe. So, you know, you put a little bit of rock around the bubbler, it kind of she flows across the grass. As long as there's good behavior, there's. It's usually not problematic. </w:t>
      </w:r>
    </w:p>
    <w:p>
      <w:r>
        <w:t xml:space="preserve">02:12:51   (Speaker C)  It's like a sprinkler effect versus a rush of water. </w:t>
      </w:r>
    </w:p>
    <w:p>
      <w:r>
        <w:t xml:space="preserve">02:12:55   (Speaker A)  I was going to pay to put </w:t>
      </w:r>
    </w:p>
    <w:p>
      <w:r>
        <w:t xml:space="preserve">02:12:56   (Speaker F)  mine into the pond because I thought </w:t>
      </w:r>
    </w:p>
    <w:p>
      <w:r>
        <w:t xml:space="preserve">02:12:58   (Speaker A)  that would be better based on previous conversations. But. </w:t>
      </w:r>
    </w:p>
    <w:p>
      <w:r>
        <w:t xml:space="preserve">02:13:02   (Speaker C)  Well, and there were a number of those that at one point might have gone all the way into the pond where the pipe now has broken off. And so you've got pipe laying down near the water, and then you've got the discharge four feet above it. Mike, do you have a Can </w:t>
      </w:r>
    </w:p>
    <w:p>
      <w:r>
        <w:t xml:space="preserve">02:13:22   (Speaker E)  you </w:t>
      </w:r>
    </w:p>
    <w:p>
      <w:r>
        <w:t xml:space="preserve">02:13:22   (Speaker A)  do it at the address </w:t>
      </w:r>
    </w:p>
    <w:p>
      <w:r>
        <w:t xml:space="preserve">02:13:28   (Speaker E)  section with a bubbler? </w:t>
      </w:r>
    </w:p>
    <w:p>
      <w:r>
        <w:t xml:space="preserve">02:13:31   (Speaker B)  Yeah, the addresses and the pool drains are supposed to take quite a bit of time, too. </w:t>
      </w:r>
    </w:p>
    <w:p>
      <w:r>
        <w:t xml:space="preserve">02:13:42   (Speaker C)  Send it to everybody. </w:t>
      </w:r>
    </w:p>
    <w:p>
      <w:r>
        <w:t xml:space="preserve">02:13:43   (Speaker A)  Yeah, send it to everybody on the phone. All right, easy. </w:t>
      </w:r>
    </w:p>
    <w:p>
      <w:r>
        <w:t xml:space="preserve">02:13:45   (Speaker E)  All right. And. </w:t>
      </w:r>
    </w:p>
    <w:p>
      <w:r>
        <w:t xml:space="preserve">02:13:47   (Speaker A)  Yeah, and then the letter would say, if you don't remedy, we're going to take it up to the property line accounting cap. Yeah. </w:t>
      </w:r>
    </w:p>
    <w:p>
      <w:r>
        <w:t xml:space="preserve">02:13:53   (Speaker D)  Okay. </w:t>
      </w:r>
    </w:p>
    <w:p>
      <w:r>
        <w:t xml:space="preserve">02:13:54   (Speaker A)  All right. </w:t>
      </w:r>
    </w:p>
    <w:p>
      <w:r>
        <w:t xml:space="preserve">02:13:55   (Speaker D)  All right, so that's pond 28. That'll go out. I'm going to reach out to PJ. I'll see if Clayton's got a couple contractors runs with the contacts. And then, Peter, if you've had a couple of good. Just general contractors you want to share with me, I'll send them some date where I need a proposal, and then </w:t>
      </w:r>
    </w:p>
    <w:p>
      <w:r>
        <w:t xml:space="preserve">02:14:13   (Speaker A)  I'll review them and make the call and get it started. </w:t>
      </w:r>
    </w:p>
    <w:p>
      <w:r>
        <w:t xml:space="preserve">02:14:16   (Speaker E)  So that's 128 in the letter, though. Do we. Do we say, hey, the best way to remedy this is to do a bubbler at your property? </w:t>
      </w:r>
    </w:p>
    <w:p>
      <w:r>
        <w:t xml:space="preserve">02:14:27   (Speaker D)  Yeah, Mike's gone. If we have to throw a couple pictures or a little sketch, what. It looks like a good job. You know, we saw a couple that did a really nice job. Yeah, they liked a little pebble apron around it. I mean, it was nicely done. And there was no sign of erosion. </w:t>
      </w:r>
    </w:p>
    <w:p>
      <w:r>
        <w:t xml:space="preserve">02:14:43   (Speaker A)  And so. </w:t>
      </w:r>
    </w:p>
    <w:p>
      <w:r>
        <w:t xml:space="preserve">02:14:44   (Speaker E)  Okay, </w:t>
      </w:r>
    </w:p>
    <w:p>
      <w:r>
        <w:t xml:space="preserve">02:14:47   (Speaker A)  just clarify. </w:t>
      </w:r>
    </w:p>
    <w:p>
      <w:r>
        <w:t xml:space="preserve">02:14:47   (Speaker F)  This is not the sock that Clayton had talked about. </w:t>
      </w:r>
    </w:p>
    <w:p>
      <w:r>
        <w:t xml:space="preserve">02:14:51   (Speaker A)  This is something different. The solution. </w:t>
      </w:r>
    </w:p>
    <w:p>
      <w:r>
        <w:t xml:space="preserve">02:14:54   (Speaker D)  Yeah, this would be over a million Dollars. </w:t>
      </w:r>
    </w:p>
    <w:p>
      <w:r>
        <w:t xml:space="preserve">02:14:56   (Speaker A)  Yeah. So you reached an agreement. I know there was some debate for a time. </w:t>
      </w:r>
    </w:p>
    <w:p>
      <w:r>
        <w:t xml:space="preserve">02:15:01   (Speaker D)  I believe planes deferred to me indirectly. Deferred to me indirectly. </w:t>
      </w:r>
    </w:p>
    <w:p>
      <w:r>
        <w:t xml:space="preserve">02:15:05   (Speaker A)  Yeah. </w:t>
      </w:r>
    </w:p>
    <w:p>
      <w:r>
        <w:t xml:space="preserve">02:15:06   (Speaker D)  Which I. There are places where you have a wet pond with the lakes not dropping drastically that over 20 or 15 years </w:t>
      </w:r>
    </w:p>
    <w:p>
      <w:r>
        <w:t xml:space="preserve">02:15:15   (Speaker A)  there's like a two or three foot vertical drop. </w:t>
      </w:r>
    </w:p>
    <w:p>
      <w:r>
        <w:t xml:space="preserve">02:15:17   (Speaker D)  And there's a safety issue. That's a good place to put socks. </w:t>
      </w:r>
    </w:p>
    <w:p>
      <w:r>
        <w:t xml:space="preserve">02:15:20   (Speaker A)  I agree. </w:t>
      </w:r>
    </w:p>
    <w:p>
      <w:r>
        <w:t xml:space="preserve">02:15:22   (Speaker D)  But with all the exposure we have, you need so many of them. It would just be not cost effective. I'd be spending money in your Christmas lights for the next 50 years. </w:t>
      </w:r>
    </w:p>
    <w:p>
      <w:r>
        <w:t xml:space="preserve">02:15:32   (Speaker A)  Just want to make sure Tammy would not be happy. </w:t>
      </w:r>
    </w:p>
    <w:p>
      <w:r>
        <w:t xml:space="preserve">02:15:36   (Speaker D)  All right, the next one to look at is page one of four, which is on 31. You'll see three pictures in the left hand side. </w:t>
      </w:r>
    </w:p>
    <w:p>
      <w:r>
        <w:t xml:space="preserve">02:15:49   (Speaker A)  Looks like this. </w:t>
      </w:r>
    </w:p>
    <w:p>
      <w:r>
        <w:t xml:space="preserve">02:15:55   (Speaker D)  This is one I showed Pete because it's creeping ever so closely now to the pool decks within five feet. This is going to be a drainage project, not a shoreline restoration. And what we're basically doing, it's very close to the pool decks. We're going to put a drainage structure that's going to capture the water between the houses because it does have a nice swale bring into the structure. And then we're going to physically drop a pipe about 8ft inside the structure and have it come out of the toe of the pond soap so it doesn't keep eroding it like you can see from the photograph. Number two is a good example. They stopped the pipe so short, so high up the slope that with the sandy soils and no protection, it just has created quite a. </w:t>
      </w:r>
    </w:p>
    <w:p>
      <w:r>
        <w:t xml:space="preserve">02:16:40   (Speaker C)  That, that picture doesn't do it justice. </w:t>
      </w:r>
    </w:p>
    <w:p>
      <w:r>
        <w:t xml:space="preserve">02:16:43   (Speaker D)  That is almost like a straight, straight eight foot drop. </w:t>
      </w:r>
    </w:p>
    <w:p>
      <w:r>
        <w:t xml:space="preserve">02:16:46   (Speaker A)  Yeah. </w:t>
      </w:r>
    </w:p>
    <w:p>
      <w:r>
        <w:t xml:space="preserve">02:16:47   (Speaker E)  So the, my only question is which section on pond 31 is this? </w:t>
      </w:r>
    </w:p>
    <w:p>
      <w:r>
        <w:t xml:space="preserve">02:16:53   (Speaker D)  Because the very north side of it, Tammy, I didn't see the last </w:t>
      </w:r>
    </w:p>
    <w:p>
      <w:r>
        <w:t xml:space="preserve">02:17:02   (Speaker E)  homeowner that's been doing </w:t>
      </w:r>
    </w:p>
    <w:p>
      <w:r>
        <w:t xml:space="preserve">02:17:05   (Speaker C)  that. That pipe, Tammy, is over here. Is right next door to where the Shaffers have their issue. Because if, if you were to look at the pond to the left of where that pipe is, that's where we're within what, three to five feet of those people's schools? </w:t>
      </w:r>
    </w:p>
    <w:p>
      <w:r>
        <w:t xml:space="preserve">02:17:25   (Speaker D)  Yes, yes. </w:t>
      </w:r>
    </w:p>
    <w:p>
      <w:r>
        <w:t xml:space="preserve">02:17:26   (Speaker C)  And I think that I believe that's the shapers. </w:t>
      </w:r>
    </w:p>
    <w:p>
      <w:r>
        <w:t xml:space="preserve">02:17:28   (Speaker A)  Shapers on the south end. </w:t>
      </w:r>
    </w:p>
    <w:p>
      <w:r>
        <w:t xml:space="preserve">02:17:31   (Speaker E)  Yeah, the staplers are on the. </w:t>
      </w:r>
    </w:p>
    <w:p>
      <w:r>
        <w:t xml:space="preserve">02:17:34   (Speaker D)  I'll show you. </w:t>
      </w:r>
    </w:p>
    <w:p>
      <w:r>
        <w:t xml:space="preserve">02:17:35   (Speaker E)  I gotta get the other end. </w:t>
      </w:r>
    </w:p>
    <w:p>
      <w:r>
        <w:t xml:space="preserve">02:17:37   (Speaker A)  Shapers aren't near the problem. </w:t>
      </w:r>
    </w:p>
    <w:p>
      <w:r>
        <w:t xml:space="preserve">02:17:40   (Speaker E)  Well, they have a big problem, but they have a big problem. Okay. </w:t>
      </w:r>
    </w:p>
    <w:p>
      <w:r>
        <w:t xml:space="preserve">02:17:43   (Speaker A)  This. </w:t>
      </w:r>
    </w:p>
    <w:p>
      <w:r>
        <w:t xml:space="preserve">02:17:43   (Speaker C)  Okay. Because. </w:t>
      </w:r>
    </w:p>
    <w:p>
      <w:r>
        <w:t xml:space="preserve">02:17:45   (Speaker A)  Yeah, that's why I think that's, that's one of our issues. </w:t>
      </w:r>
    </w:p>
    <w:p>
      <w:r>
        <w:t xml:space="preserve">02:17:48   (Speaker C)  We looked all around that pond. So there's other areas but that that particular drop off pipe right next door to it is a. Is a real problem. </w:t>
      </w:r>
    </w:p>
    <w:p>
      <w:r>
        <w:t xml:space="preserve">02:17:59   (Speaker A)  So is that up here. </w:t>
      </w:r>
    </w:p>
    <w:p>
      <w:r>
        <w:t xml:space="preserve">02:18:02   (Speaker D)  That one's next. </w:t>
      </w:r>
    </w:p>
    <w:p>
      <w:r>
        <w:t xml:space="preserve">02:18:03   (Speaker F)  The tapers were over here. </w:t>
      </w:r>
    </w:p>
    <w:p>
      <w:r>
        <w:t xml:space="preserve">02:18:06   (Speaker A)  Okay. So we're talking about both. </w:t>
      </w:r>
    </w:p>
    <w:p>
      <w:r>
        <w:t xml:space="preserve">02:18:08   (Speaker D)  Well, we're going to talk about the shaper one in a few minutes. </w:t>
      </w:r>
    </w:p>
    <w:p>
      <w:r>
        <w:t xml:space="preserve">02:18:10   (Speaker A)  Okay. </w:t>
      </w:r>
    </w:p>
    <w:p>
      <w:r>
        <w:t xml:space="preserve">02:18:11   (Speaker E)  Okay. I just wanted to make sure. </w:t>
      </w:r>
    </w:p>
    <w:p>
      <w:r>
        <w:t xml:space="preserve">02:18:13   (Speaker A)  I thought they were the same one. Sorry. </w:t>
      </w:r>
    </w:p>
    <w:p>
      <w:r>
        <w:t xml:space="preserve">02:18:14   (Speaker D)  That's okay. </w:t>
      </w:r>
    </w:p>
    <w:p>
      <w:r>
        <w:t xml:space="preserve">02:18:15   (Speaker E)  Okay. </w:t>
      </w:r>
    </w:p>
    <w:p>
      <w:r>
        <w:t xml:space="preserve">02:18:18   (Speaker A)  So this one will go out, the </w:t>
      </w:r>
    </w:p>
    <w:p>
      <w:r>
        <w:t xml:space="preserve">02:18:19   (Speaker D)  bid and the plans are done and the same contractors I get from Pete Clayton, the few that we've used, we'll give them all the same deadline to get proposals back to us so we can make a decision and get these under construction. You do have a 22 foot wide drainage easement. So the contractor does have a proper corridor. Go back and forth. If whoever gets selected needs additional area. They do are allowed to stockpile their equipment and materials on the CDD top of the pond. But we may still. Obviously they may choose another route that's easier because the structure is going to wait several tons to bring in. Pete and I walked an area that's really wide. Couple houses over. We may have to get like a temporary construction easement. But I'll leave it up to the contractor once he gets selected and looks at this. If he can use this, this corridor back and forth. If it was 10ft apart and not 20ft apart, I'd be a little nervous. But I think he should have enough </w:t>
      </w:r>
    </w:p>
    <w:p>
      <w:r>
        <w:t xml:space="preserve">02:19:14   (Speaker A)  room to maneuver on that topic. Like way back when we were picking around ideas for 15 we talked about concerns of heavy equipment being because they can rattle foundations, create cracks, things like that. Do we feel that the scale of this project here creates that risk in point feet? </w:t>
      </w:r>
    </w:p>
    <w:p>
      <w:r>
        <w:t xml:space="preserve">02:19:30   (Speaker E)  No, not as much dirt. </w:t>
      </w:r>
    </w:p>
    <w:p>
      <w:r>
        <w:t xml:space="preserve">02:19:32   (Speaker D)  I will talk to the vendor. You know he's got big soft tires and how they're going to move this manhole is going to be in pieces. They're not going to drop the whole </w:t>
      </w:r>
    </w:p>
    <w:p>
      <w:r>
        <w:t xml:space="preserve">02:19:40   (Speaker A)  thing in the ground. </w:t>
      </w:r>
    </w:p>
    <w:p>
      <w:r>
        <w:t xml:space="preserve">02:19:40   (Speaker D)  It'll be usually in six foot heights as they put it in the ground. So. </w:t>
      </w:r>
    </w:p>
    <w:p>
      <w:r>
        <w:t xml:space="preserve">02:19:46   (Speaker A)  So we should be okay. </w:t>
      </w:r>
    </w:p>
    <w:p>
      <w:r>
        <w:t xml:space="preserve">02:19:48   (Speaker D)  We should be okay. I mean I'm not going to pick anybody up. </w:t>
      </w:r>
    </w:p>
    <w:p>
      <w:r>
        <w:t xml:space="preserve">02:19:51   (Speaker E)  We were talking about adding dirt to pond. </w:t>
      </w:r>
    </w:p>
    <w:p>
      <w:r>
        <w:t xml:space="preserve">02:19:53   (Speaker D)  We were. </w:t>
      </w:r>
    </w:p>
    <w:p>
      <w:r>
        <w:t xml:space="preserve">02:19:54   (Speaker E)  Yeah. </w:t>
      </w:r>
    </w:p>
    <w:p>
      <w:r>
        <w:t xml:space="preserve">02:19:54   (Speaker A)  It was completely agree. Trucks said it's going to be tons. I just. </w:t>
      </w:r>
    </w:p>
    <w:p>
      <w:r>
        <w:t xml:space="preserve">02:20:02   (Speaker D)  Yeah, there'll be a bunch. Yeah. Pieces so. </w:t>
      </w:r>
    </w:p>
    <w:p>
      <w:r>
        <w:t xml:space="preserve">02:20:05   (Speaker C)  And you almost need a crane to move that stuff. </w:t>
      </w:r>
    </w:p>
    <w:p>
      <w:r>
        <w:t xml:space="preserve">02:20:08   (Speaker E)  So do we have any, any idea what any of this is going to this one? </w:t>
      </w:r>
    </w:p>
    <w:p>
      <w:r>
        <w:t xml:space="preserve">02:20:13   (Speaker D)  I'd be sure shocked if it was less than $50,000. </w:t>
      </w:r>
    </w:p>
    <w:p>
      <w:r>
        <w:t xml:space="preserve">02:20:16   (Speaker E)  Okay. Just on that one. </w:t>
      </w:r>
    </w:p>
    <w:p>
      <w:r>
        <w:t xml:space="preserve">02:20:21   (Speaker D)  Just part of 31. </w:t>
      </w:r>
    </w:p>
    <w:p>
      <w:r>
        <w:t xml:space="preserve">02:20:23   (Speaker A)  Okay. </w:t>
      </w:r>
    </w:p>
    <w:p>
      <w:r>
        <w:t xml:space="preserve">02:20:25   (Speaker D)  All right. The very last page of this booklet, you may get some phone calls. This is on 29. I do have a surveyor surveying everywhere behind every house. They're obviously not survey next to the wetland. We're not going to waste that money. 20. But this one has multiple issues. Numbers 1, 2, 3 and 4 are the ones that have significant washouts. </w:t>
      </w:r>
    </w:p>
    <w:p>
      <w:r>
        <w:t xml:space="preserve">02:20:52   (Speaker A)  And they should feed all these </w:t>
      </w:r>
    </w:p>
    <w:p>
      <w:r>
        <w:t xml:space="preserve">02:20:56   (Speaker C)  expansive. </w:t>
      </w:r>
    </w:p>
    <w:p>
      <w:r>
        <w:t xml:space="preserve">02:20:57   (Speaker D)  And I think three of the four have broken pipe coming from the homes. That probably haven't made it worse. </w:t>
      </w:r>
    </w:p>
    <w:p>
      <w:r>
        <w:t xml:space="preserve">02:21:03   (Speaker A)  Pool pipe, pool pipes or yard drains. </w:t>
      </w:r>
    </w:p>
    <w:p>
      <w:r>
        <w:t xml:space="preserve">02:21:06   (Speaker D)  When I mean yard drain, meaning on the roof drain. It could be this as well. This also has the pipe that's broken, which is where 12o is the broken pipe. The control structure, which is number five. The black and white is a significant wash off that occurred last year. But since it was behind the control structure, no sense for urgency. But now this is also showed up at the pavilion, which is rumor number row number number six. And after being out there with Pete and us going back and forth at least half the park. Is she flowing towards the pavilion or you probably need to put a pipe or some swales to get the water coming off that big open space and pipe it around the pavilion so this doesn't repeat moving forward. So because of all this, I got the surveyor going basically for number four on your left hand side, clockwise all the way to number three. And this will be a big one. But let's get the plans done. We'll get some cost estimates because we probably will not have any money left over from the 150th. In the first two we're going to </w:t>
      </w:r>
    </w:p>
    <w:p>
      <w:r>
        <w:t xml:space="preserve">02:22:11   (Speaker E)  talk about in the park, right in front of the pavilion, there is that big drain and it's like a big divot is. Does that need to be reworked so it's not going underneath it? </w:t>
      </w:r>
    </w:p>
    <w:p>
      <w:r>
        <w:t xml:space="preserve">02:22:23   (Speaker D)  Yeah, we're going to look at that carefully. Depending how much you irrigate. Even with grass, if the soil is saturated and it rains, it acts like a parking lot because once it's got no more soil storage, it comes right off that surface. So as benign as that looks, it's a beautiful open area. It's all grass. It's when things that get really wet that it behaves like a driveway or parking lot as well. So I want to make sure we can capture that before it hits the sidewalk and finds its way right to the pavilion and washes out around the edges again. And like PETA mentioned before, there's tons of broken drip lines all over the place that need to be. Will be taken care of as well as long term and short term. </w:t>
      </w:r>
    </w:p>
    <w:p>
      <w:r>
        <w:t xml:space="preserve">02:23:03   (Speaker A)  So. </w:t>
      </w:r>
    </w:p>
    <w:p>
      <w:r>
        <w:t xml:space="preserve">02:23:04   (Speaker C)  And I think just for the board's information, if you ever had to use as an example the negative aspects of those pool drains, all you'd have to do is go out and look at the pond bank. Well, yeah, for example, erosion. You look at the. The conservation area there. That pond bank is almost pristine. </w:t>
      </w:r>
    </w:p>
    <w:p>
      <w:r>
        <w:t xml:space="preserve">02:23:27   (Speaker D)  Looks great. </w:t>
      </w:r>
    </w:p>
    <w:p>
      <w:r>
        <w:t xml:space="preserve">02:23:28   (Speaker A)  It's like no pools and. </w:t>
      </w:r>
    </w:p>
    <w:p>
      <w:r>
        <w:t xml:space="preserve">02:23:30   (Speaker C)  And you. You go around the bend and you go, you know, what the hell happen? </w:t>
      </w:r>
    </w:p>
    <w:p>
      <w:r>
        <w:t xml:space="preserve">02:23:34   (Speaker D)  Houses. It's held up nicely with all the storms and constant reminder of the man </w:t>
      </w:r>
    </w:p>
    <w:p>
      <w:r>
        <w:t xml:space="preserve">02:23:43   (Speaker A)  29 is number three on the priority list, despite it having the. </w:t>
      </w:r>
    </w:p>
    <w:p>
      <w:r>
        <w:t xml:space="preserve">02:23:46   (Speaker D)  They would have been number two probably, but they exp. As large as it is. I had to get it surveyed first. So the last one that'll be next to be surveyed. So if you get any phone calls, the surveyor should be out there already surveying this area. The last one is down in Shaffer, which is on pond 31, which is </w:t>
      </w:r>
    </w:p>
    <w:p>
      <w:r>
        <w:t xml:space="preserve">02:24:04   (Speaker A)  secure on. Sorry, the pavilion. </w:t>
      </w:r>
    </w:p>
    <w:p>
      <w:r>
        <w:t xml:space="preserve">02:24:09   (Speaker D)  Yeah, it's okay with the topo words. </w:t>
      </w:r>
    </w:p>
    <w:p>
      <w:r>
        <w:t xml:space="preserve">02:24:15   (Speaker A)  All right, sorry. </w:t>
      </w:r>
    </w:p>
    <w:p>
      <w:r>
        <w:t xml:space="preserve">02:24:16   (Speaker D)  Thank you. So. And the last one that will be surveyed will be the south end of 31, which you guys call the shaper. That thing is really, really close to the back of their property. And at that point, we're going to add up all the nickels and dimes, </w:t>
      </w:r>
    </w:p>
    <w:p>
      <w:r>
        <w:t xml:space="preserve">02:24:28   (Speaker A)  see where we're at, and then buck up a phase two. </w:t>
      </w:r>
    </w:p>
    <w:p>
      <w:r>
        <w:t xml:space="preserve">02:24:33   (Speaker D)  And that's a quick overview of your on maintenance program. </w:t>
      </w:r>
    </w:p>
    <w:p>
      <w:r>
        <w:t xml:space="preserve">02:24:38   (Speaker E)  So. So we. </w:t>
      </w:r>
    </w:p>
    <w:p>
      <w:r>
        <w:t xml:space="preserve">02:24:43   (Speaker D)  So two are going to hit the street next week, get bids on the one we're going to do the entire shoreline and the one that's got the pipe migrated to the two pools, those are going to go out for bid. What's out for survey right now is pond 29. And when he gets down that big one, I'll have him do the Shaffer area. And that won't probably get expedited from a construction point of view before we even touch the bigger on 29 issue. </w:t>
      </w:r>
    </w:p>
    <w:p>
      <w:r>
        <w:t xml:space="preserve">02:25:05   (Speaker E)  Because they'll already be staged doing the other side of that pond. </w:t>
      </w:r>
    </w:p>
    <w:p>
      <w:r>
        <w:t xml:space="preserve">02:25:09   (Speaker D)  Yes. </w:t>
      </w:r>
    </w:p>
    <w:p>
      <w:r>
        <w:t xml:space="preserve">02:25:10   (Speaker E)  Right. </w:t>
      </w:r>
    </w:p>
    <w:p>
      <w:r>
        <w:t xml:space="preserve">02:25:10   (Speaker A)  Yeah. </w:t>
      </w:r>
    </w:p>
    <w:p>
      <w:r>
        <w:t xml:space="preserve">02:25:10   (Speaker E)  So we'd want to. </w:t>
      </w:r>
    </w:p>
    <w:p>
      <w:r>
        <w:t xml:space="preserve">02:25:12   (Speaker D)  And that's mostly an earthwork exercise, not a drainage project like the one with the big pipe. So. </w:t>
      </w:r>
    </w:p>
    <w:p>
      <w:r>
        <w:t xml:space="preserve">02:25:17   (Speaker E)  Okay. </w:t>
      </w:r>
    </w:p>
    <w:p>
      <w:r>
        <w:t xml:space="preserve">02:25:18   (Speaker C)  And the reason for the surveys is there's so much erosion, you can't look at it now and tell what should have been CDD and what's the property owners and what obligation we have to, you know, actually move into. </w:t>
      </w:r>
    </w:p>
    <w:p>
      <w:r>
        <w:t xml:space="preserve">02:25:30   (Speaker E)  Does that One have a folder but </w:t>
      </w:r>
    </w:p>
    <w:p>
      <w:r>
        <w:t xml:space="preserve">02:25:33   (Speaker D)  that one had a good one if I remember correctly. Tammy or his neighbor did. It was a nice pebble. Yeah Thing around it. I took a picture of my phone zag. This is a good example of what I like to take to see. </w:t>
      </w:r>
    </w:p>
    <w:p>
      <w:r>
        <w:t xml:space="preserve">02:25:47   (Speaker C)  And they do spread the water quite efficiently which is nice. </w:t>
      </w:r>
    </w:p>
    <w:p>
      <w:r>
        <w:t xml:space="preserve">02:25:52   (Speaker D)  That's your quick update on that? That's all I have the rest of the evening. </w:t>
      </w:r>
    </w:p>
    <w:p>
      <w:r>
        <w:t xml:space="preserve">02:25:55   (Speaker E)  Luke, did you want to. </w:t>
      </w:r>
    </w:p>
    <w:p>
      <w:r>
        <w:t xml:space="preserve">02:25:56   (Speaker A)  So that where that easement is northwest 129 on 29. Those folks have a fence kind of right down the middle of that eas. It looks to me like a satellite image. </w:t>
      </w:r>
    </w:p>
    <w:p>
      <w:r>
        <w:t xml:space="preserve">02:26:08   (Speaker F)  I don't know if we're going to </w:t>
      </w:r>
    </w:p>
    <w:p>
      <w:r>
        <w:t xml:space="preserve">02:26:10   (Speaker A)  use that and if we do or they have to move it I know we have a couple others in front of the park. </w:t>
      </w:r>
    </w:p>
    <w:p>
      <w:r>
        <w:t xml:space="preserve">02:26:20   (Speaker D)  Yeah. I thought they could use the park as a staging area. Get the equipment in there and they may just have to go back and forth. It may be from 4 all the way to 1. All that might be just the fabric. Again where 4, 1 and 2 are areas I think I need a little bit more special slope reconstruction before they put the project on there. So yeah there are a couple places that we had to go private property get to. So that's why my guy had the yellow on the infrastructure maps sooner. I have to talk to Mike and </w:t>
      </w:r>
    </w:p>
    <w:p>
      <w:r>
        <w:t xml:space="preserve">02:26:53   (Speaker A)  the board about how we and Rich </w:t>
      </w:r>
    </w:p>
    <w:p>
      <w:r>
        <w:t xml:space="preserve">02:26:55   (Speaker D)  and I are dealing with this. Just in another CDD where a lady was nice enough she's agreed to put </w:t>
      </w:r>
    </w:p>
    <w:p>
      <w:r>
        <w:t xml:space="preserve">02:26:59   (Speaker A)  a gate on her. </w:t>
      </w:r>
    </w:p>
    <w:p>
      <w:r>
        <w:t xml:space="preserve">02:27:00   (Speaker D)  We got a fence wasn't told any different. She's willing to do a gay but her neighbor is not. So some are. Some are helpful, some are ignoring us but yeah it's not. It's not due unfortunately on especially at the HOA 3 fences all these years never told the CDD what was going on. A lot of your easements have been compromised from an access point of view. </w:t>
      </w:r>
    </w:p>
    <w:p>
      <w:r>
        <w:t xml:space="preserve">02:27:21   (Speaker A)  So. So but they. </w:t>
      </w:r>
    </w:p>
    <w:p>
      <w:r>
        <w:t xml:space="preserve">02:27:23   (Speaker F)  They have an obligation to remove defense for us to use these. </w:t>
      </w:r>
    </w:p>
    <w:p>
      <w:r>
        <w:t xml:space="preserve">02:27:27   (Speaker A)  Yeah, they have an obligation. Yeah. </w:t>
      </w:r>
    </w:p>
    <w:p>
      <w:r>
        <w:t xml:space="preserve">02:27:29   (Speaker E)  Yeah. </w:t>
      </w:r>
    </w:p>
    <w:p>
      <w:r>
        <w:t xml:space="preserve">02:27:30   (Speaker A)  I just figured if we're going to like it. Right. </w:t>
      </w:r>
    </w:p>
    <w:p>
      <w:r>
        <w:t xml:space="preserve">02:27:32   (Speaker F)  So if we're going to use we </w:t>
      </w:r>
    </w:p>
    <w:p>
      <w:r>
        <w:t xml:space="preserve">02:27:33   (Speaker A)  need to provide some notice. </w:t>
      </w:r>
    </w:p>
    <w:p>
      <w:r>
        <w:t xml:space="preserve">02:27:34   (Speaker C)  Yeah. </w:t>
      </w:r>
    </w:p>
    <w:p>
      <w:r>
        <w:t xml:space="preserve">02:27:35   (Speaker F)  You know not five days we say </w:t>
      </w:r>
    </w:p>
    <w:p>
      <w:r>
        <w:t xml:space="preserve">02:27:36   (Speaker A)  hey you've got a couple weeks or months. </w:t>
      </w:r>
    </w:p>
    <w:p>
      <w:r>
        <w:t xml:space="preserve">02:27:40   (Speaker B)  So we had a situation another district that Dave's not on. But the guy was very unhappy about I'm sure the easement and all that stuff. But you know we enough to where we had to actually call the sheriff's department out to help explain. </w:t>
      </w:r>
    </w:p>
    <w:p>
      <w:r>
        <w:t xml:space="preserve">02:27:54   (Speaker A)  So. Yeah. </w:t>
      </w:r>
    </w:p>
    <w:p>
      <w:r>
        <w:t xml:space="preserve">02:27:55   (Speaker E)  So 3150K31. That's a 31B. We don't. Is there any. </w:t>
      </w:r>
    </w:p>
    <w:p>
      <w:r>
        <w:t xml:space="preserve">02:28:06   (Speaker D)  I'm going to guess the dirt work. </w:t>
      </w:r>
    </w:p>
    <w:p>
      <w:r>
        <w:t xml:space="preserve">02:28:07   (Speaker A)  Yeah. </w:t>
      </w:r>
    </w:p>
    <w:p>
      <w:r>
        <w:t xml:space="preserve">02:28:08   (Speaker D)  Until I get the survey and I don't have a good number. Tammy on 28. It's been a while since that fabric. You know, those calls keep going up and down. So I don't even have, as Keith called it, fly spec or what was a. Would you tell Clayton I know you're shooting. </w:t>
      </w:r>
    </w:p>
    <w:p>
      <w:r>
        <w:t xml:space="preserve">02:28:23   (Speaker A)  Oh, shoot. </w:t>
      </w:r>
    </w:p>
    <w:p>
      <w:r>
        <w:t xml:space="preserve">02:28:26   (Speaker D)  I don't want to guess in 2018. I'll get real numbers in a couple weeks and we'll reassess with the 150 number. And I would draw that down with the drainage pipe fix and the pond 28. Shoreline restoration. And I hope we got enough money to fix the Shaffer area after that. We're going to re. Investigate at this point. Where we stand with 29 with all </w:t>
      </w:r>
    </w:p>
    <w:p>
      <w:r>
        <w:t xml:space="preserve">02:28:48   (Speaker A)  the things that are going on out there. </w:t>
      </w:r>
    </w:p>
    <w:p>
      <w:r>
        <w:t xml:space="preserve">02:28:53   (Speaker D)  And I've been copying Pete and Clayton and Grinch on every. What's going on. So we're all in the same sheet of music and we're. Everything's transparent, I think, where everybody's working together nicely now. </w:t>
      </w:r>
    </w:p>
    <w:p>
      <w:r>
        <w:t xml:space="preserve">02:29:05   (Speaker E)  So </w:t>
      </w:r>
    </w:p>
    <w:p>
      <w:r>
        <w:t xml:space="preserve">02:29:08   (Speaker A)  we need to send something out to all the residences about these drains and things. </w:t>
      </w:r>
    </w:p>
    <w:p>
      <w:r>
        <w:t xml:space="preserve">02:29:13   (Speaker F)  You know, like I've been doing my pool project now and I put in </w:t>
      </w:r>
    </w:p>
    <w:p>
      <w:r>
        <w:t xml:space="preserve">02:29:17   (Speaker A)  French drains and stuff. Like maybe with the best intentions, like an educational bulletin, you know, that we put together. </w:t>
      </w:r>
    </w:p>
    <w:p>
      <w:r>
        <w:t xml:space="preserve">02:29:25   (Speaker F)  Like, hey, if you have these drains, they really should run, right? They should run. </w:t>
      </w:r>
    </w:p>
    <w:p>
      <w:r>
        <w:t xml:space="preserve">02:29:30   (Speaker D)  Well, they should go to the street. </w:t>
      </w:r>
    </w:p>
    <w:p>
      <w:r>
        <w:t xml:space="preserve">02:29:31   (Speaker F)  They should. Right? They should go to the street. If you have a legacy thing, you </w:t>
      </w:r>
    </w:p>
    <w:p>
      <w:r>
        <w:t xml:space="preserve">02:29:35   (Speaker A)  need to do X, Y and Z. And these are maybe branded companies that know it's to kind of help fraud people prevent. </w:t>
      </w:r>
    </w:p>
    <w:p>
      <w:r>
        <w:t xml:space="preserve">02:29:45   (Speaker F)  Because I'm going to talk to my </w:t>
      </w:r>
    </w:p>
    <w:p>
      <w:r>
        <w:t xml:space="preserve">02:29:46   (Speaker A)  guys and say, no, we can't. We shouldn't run anything out towards the pond. Let's try and put it all. </w:t>
      </w:r>
    </w:p>
    <w:p>
      <w:r>
        <w:t xml:space="preserve">02:29:51   (Speaker C)  Yeah. Do the bubbler thing that those actually work well. And the spots that we saw, those. We didn't have that kind of erosion that we did with the old pipe installations. </w:t>
      </w:r>
    </w:p>
    <w:p>
      <w:r>
        <w:t xml:space="preserve">02:30:05   (Speaker E)  I mean, I don't. I don't know what is our ability to notify just Stancia as a whole email blast. </w:t>
      </w:r>
    </w:p>
    <w:p>
      <w:r>
        <w:t xml:space="preserve">02:30:15   (Speaker F)  Yeah. </w:t>
      </w:r>
    </w:p>
    <w:p>
      <w:r>
        <w:t xml:space="preserve">02:30:16   (Speaker C)  And send out, you know, a document that would describe it. </w:t>
      </w:r>
    </w:p>
    <w:p>
      <w:r>
        <w:t xml:space="preserve">02:30:19   (Speaker A)  Yep, that would be the part. I think a lot of people probably </w:t>
      </w:r>
    </w:p>
    <w:p>
      <w:r>
        <w:t xml:space="preserve">02:30:23   (Speaker F)  have done these things. </w:t>
      </w:r>
    </w:p>
    <w:p>
      <w:r>
        <w:t xml:space="preserve">02:30:23   (Speaker A)  Right. </w:t>
      </w:r>
    </w:p>
    <w:p>
      <w:r>
        <w:t xml:space="preserve">02:30:24   (Speaker D)  Yeah, there's a couple. There's really handy drawings that rippers have used over the years with a nice little isometric that shows the roof, the downspout, and there's Some good brochure type graphics you can include with your email blast. </w:t>
      </w:r>
    </w:p>
    <w:p>
      <w:r>
        <w:t xml:space="preserve">02:30:37   (Speaker B)  Yeah, the email blast would be the best route. Past that it comes down to mailers, which, you know, expensive, take time. </w:t>
      </w:r>
    </w:p>
    <w:p>
      <w:r>
        <w:t xml:space="preserve">02:30:47   (Speaker C)  Well, there's another. Yeah, and I forgot to bring that up. We can discuss that in the future. There's, there's alternatives to using postcards, QR codes to be able to minimize the actual mailing expense and still direct them to the documents that you wanted to see. So we can come back and look </w:t>
      </w:r>
    </w:p>
    <w:p>
      <w:r>
        <w:t xml:space="preserve">02:31:07   (Speaker E)  at that next month because I think we should probably do start get in the habit of something that. </w:t>
      </w:r>
    </w:p>
    <w:p>
      <w:r>
        <w:t xml:space="preserve">02:31:14   (Speaker C)  Well, we could do that much more often. And you could actually do it with an email blast also where you're not asking the POA to send out 12 pages of documents or hit them both. And an attachment where, you know, you can, you can just have a, a blurb about from the cdd. You find your information at this QR code about pools or whatever. And they can go there right. To the, either the district's website or to a specific link to a document. And then you could do the same thing for various amenity things, upcoming events. I mean, there's a laundry list of stuff. And I, I started using it in that big project in Slidell and you know it. There's 2600 current homes and it still runs me, you know, a little over 2,000 to do that postcard. But compared to a normal $5,000 mailing. </w:t>
      </w:r>
    </w:p>
    <w:p>
      <w:r>
        <w:t xml:space="preserve">02:32:11   (Speaker E)  Right. </w:t>
      </w:r>
    </w:p>
    <w:p>
      <w:r>
        <w:t xml:space="preserve">02:32:11   (Speaker C)  It's a big savings. </w:t>
      </w:r>
    </w:p>
    <w:p>
      <w:r>
        <w:t xml:space="preserve">02:32:13   (Speaker E)  And I think we need to get in a kind of a habit of the read two months. There's a subsequent mailer that comes out and it can reference these previous QR codes for this information and then people can have it at their fingertips. </w:t>
      </w:r>
    </w:p>
    <w:p>
      <w:r>
        <w:t xml:space="preserve">02:32:28   (Speaker C)  And if you get a QR code generator for the district, they will archive those codes. They don't get rid of them unless you tell them to get rid of them. And so they're always there and available. And you know, you can create as many as you need. It's about 150 a year. </w:t>
      </w:r>
    </w:p>
    <w:p>
      <w:r>
        <w:t xml:space="preserve">02:32:44   (Speaker D)  Then all this, then the QR code </w:t>
      </w:r>
    </w:p>
    <w:p>
      <w:r>
        <w:t xml:space="preserve">02:32:46   (Speaker A)  just going to point you to our website where we're holding all this stuff. </w:t>
      </w:r>
    </w:p>
    <w:p>
      <w:r>
        <w:t xml:space="preserve">02:32:49   (Speaker C)  You can either be the website or if it's not something that's archived or on the website, you can actually just have it linked to a Dropbox item </w:t>
      </w:r>
    </w:p>
    <w:p>
      <w:r>
        <w:t xml:space="preserve">02:33:00   (Speaker E)  because there's not a set of guidelines. </w:t>
      </w:r>
    </w:p>
    <w:p>
      <w:r>
        <w:t xml:space="preserve">02:33:03   (Speaker D)  Yeah. </w:t>
      </w:r>
    </w:p>
    <w:p>
      <w:r>
        <w:t xml:space="preserve">02:33:03   (Speaker C)  For things like maps and other things, you'd rather have it go to a Dropbox item than to the website because you don't typically post maps on websites. Because they don't typically meet the ADA standard for disability. </w:t>
      </w:r>
    </w:p>
    <w:p>
      <w:r>
        <w:t xml:space="preserve">02:33:23   (Speaker A)  Removing some tech on the table. But. </w:t>
      </w:r>
    </w:p>
    <w:p>
      <w:r>
        <w:t xml:space="preserve">02:33:25   (Speaker D)  Okay, </w:t>
      </w:r>
    </w:p>
    <w:p>
      <w:r>
        <w:t xml:space="preserve">02:33:27   (Speaker A)  I get. I do. I understand what you're saying. There's got to be a better way to pull data. We buy storage and we pay for access to said storage via URL. The website. There's got to be SOL this. </w:t>
      </w:r>
    </w:p>
    <w:p>
      <w:r>
        <w:t xml:space="preserve">02:33:40   (Speaker B)  I mean there's PDFs and things on the website. I don't think if there was a PDF of something that we couldn't just have a link to. </w:t>
      </w:r>
    </w:p>
    <w:p>
      <w:r>
        <w:t xml:space="preserve">02:33:50   (Speaker C)  Yeah. Something link directly to the website to that. </w:t>
      </w:r>
    </w:p>
    <w:p>
      <w:r>
        <w:t xml:space="preserve">02:33:52   (Speaker B)  And there it is. </w:t>
      </w:r>
    </w:p>
    <w:p>
      <w:r>
        <w:t xml:space="preserve">02:33:53   (Speaker C)  There may some other things that would have, you know, 88 issues. So we'd have to look at it </w:t>
      </w:r>
    </w:p>
    <w:p>
      <w:r>
        <w:t xml:space="preserve">02:33:59   (Speaker A)  map with an 88 issue. Rather than put a map. Put a link to the Google map. You know what I mean? </w:t>
      </w:r>
    </w:p>
    <w:p>
      <w:r>
        <w:t xml:space="preserve">02:34:06   (Speaker C)  Just don't. </w:t>
      </w:r>
    </w:p>
    <w:p>
      <w:r>
        <w:t xml:space="preserve">02:34:07   (Speaker A)  I mean don't put the problem. </w:t>
      </w:r>
    </w:p>
    <w:p>
      <w:r>
        <w:t xml:space="preserve">02:34:08   (Speaker B)  You can find maps on the website already. I, I don't know if we need to get into. To selling sending maps and stuff. I, I really think just some sort of flyer with whatever informational information that engineering is willing to provide. And then it's, you know, hey, you </w:t>
      </w:r>
    </w:p>
    <w:p>
      <w:r>
        <w:t xml:space="preserve">02:34:22   (Speaker D)  have a good example, a bad example. </w:t>
      </w:r>
    </w:p>
    <w:p>
      <w:r>
        <w:t xml:space="preserve">02:34:23   (Speaker A)  Yeah. </w:t>
      </w:r>
    </w:p>
    <w:p>
      <w:r>
        <w:t xml:space="preserve">02:34:24   (Speaker F)  And. </w:t>
      </w:r>
    </w:p>
    <w:p>
      <w:r>
        <w:t xml:space="preserve">02:34:24   (Speaker B)  And you know the definition of don't cross into CDD property or have your stuff trained into CD property. </w:t>
      </w:r>
    </w:p>
    <w:p>
      <w:r>
        <w:t xml:space="preserve">02:34:30   (Speaker E)  They have to arc. But so many people don't include that and just added that at the end </w:t>
      </w:r>
    </w:p>
    <w:p>
      <w:r>
        <w:t xml:space="preserve">02:34:41   (Speaker B)  and some people just don't pay attention to it. That's one of the things I'm dealing with in another district is they just did what they wanted to do and </w:t>
      </w:r>
    </w:p>
    <w:p>
      <w:r>
        <w:t xml:space="preserve">02:34:47   (Speaker E)  now we're trying and there was a lot of arc. There were a lot of things that were approved way back in the beginning that shouldn't have been. There were things that were overlooked. That's how come people have fences and on these fence. </w:t>
      </w:r>
    </w:p>
    <w:p>
      <w:r>
        <w:t xml:space="preserve">02:35:10   (Speaker D)  All right, thank you very much. So Mike, I'll be with you in the letter. We'll come up with some nice graphics for the email blast and we'll start getting some bids for the first two </w:t>
      </w:r>
    </w:p>
    <w:p>
      <w:r>
        <w:t xml:space="preserve">02:35:20   (Speaker A)  projects we talked about. Okay. </w:t>
      </w:r>
    </w:p>
    <w:p>
      <w:r>
        <w:t xml:space="preserve">02:35:25   (Speaker B)  Any other discussion for engineering? All right, so now we are to the public hearings. So we do have consideration. Resolution 2026 11, which is adopting the fiscal year 2027 budget. So we do need to open this </w:t>
      </w:r>
    </w:p>
    <w:p>
      <w:r>
        <w:t xml:space="preserve">02:35:41   (Speaker A)  up for public hearing. </w:t>
      </w:r>
    </w:p>
    <w:p>
      <w:r>
        <w:t xml:space="preserve">02:35:43   (Speaker B)  So we'd be looking for a motion </w:t>
      </w:r>
    </w:p>
    <w:p>
      <w:r>
        <w:t xml:space="preserve">02:35:45   (Speaker A)  to open the public hearing </w:t>
      </w:r>
    </w:p>
    <w:p>
      <w:r>
        <w:t xml:space="preserve">02:35:50   (Speaker B)  summary. </w:t>
      </w:r>
    </w:p>
    <w:p>
      <w:r>
        <w:t xml:space="preserve">02:35:51   (Speaker A)  Okay, got it. </w:t>
      </w:r>
    </w:p>
    <w:p>
      <w:r>
        <w:t xml:space="preserve">02:35:51   (Speaker C)  First from Luke. </w:t>
      </w:r>
    </w:p>
    <w:p>
      <w:r>
        <w:t xml:space="preserve">02:35:53   (Speaker E)  Second. </w:t>
      </w:r>
    </w:p>
    <w:p>
      <w:r>
        <w:t xml:space="preserve">02:35:55   (Speaker A)  Second for Tammy St. Do we have comments Audience comments on on the end of what we just finished. I know that well for the budget it's just this A standalone. </w:t>
      </w:r>
    </w:p>
    <w:p>
      <w:r>
        <w:t xml:space="preserve">02:36:11   (Speaker B)  Yes, it's its own just for the </w:t>
      </w:r>
    </w:p>
    <w:p>
      <w:r>
        <w:t xml:space="preserve">02:36:13   (Speaker A)  budget, but it's housed within the larger meeting. So our end of meeting. Correct. Of the comment, refer back to the pre. </w:t>
      </w:r>
    </w:p>
    <w:p>
      <w:r>
        <w:t xml:space="preserve">02:36:23   (Speaker B)  Let me, let me just. We have the motion. Let me do the. And I can go through the spiel, but we have an all in favor to open the public. </w:t>
      </w:r>
    </w:p>
    <w:p>
      <w:r>
        <w:t xml:space="preserve">02:36:30   (Speaker A)  Aye. Aye. </w:t>
      </w:r>
    </w:p>
    <w:p>
      <w:r>
        <w:t xml:space="preserve">02:36:31   (Speaker B)  Okay, so motion is passed. So we are in the public meeting. So this is a public hearing specifically towards the. The budget. So any comments do have to stay geared towards the financials of what we have in the budget, what's being discussed. This is an opportunity for audience members to speak to the board about line items and things that are in the budget, the assessments themselves. We do have another public hearing for the imposement of assessments which we can discuss here after this resolution as to audience comments. General audience comments are held for the end of the meeting as usual. So anything in this, you know, I know we've talked about engineering and stuff. Unless they're directly budget related, it should be held board certified the end of the meeting for that audience. So as long as any other questions </w:t>
      </w:r>
    </w:p>
    <w:p>
      <w:r>
        <w:t xml:space="preserve">02:37:22   (Speaker A)  with that, we'll open it up. </w:t>
      </w:r>
    </w:p>
    <w:p>
      <w:r>
        <w:t xml:space="preserve">02:37:24   (Speaker B)  We do have a few people on Zoom, so I'll just tell though. Well, we did, but they just signed off, so I guess they don't. </w:t>
      </w:r>
    </w:p>
    <w:p>
      <w:r>
        <w:t xml:space="preserve">02:37:29   (Speaker C)  Good luck. </w:t>
      </w:r>
    </w:p>
    <w:p>
      <w:r>
        <w:t xml:space="preserve">02:37:30   (Speaker A)  Stick around for our budget. </w:t>
      </w:r>
    </w:p>
    <w:p>
      <w:r>
        <w:t xml:space="preserve">02:37:32   (Speaker B)  So I don't have anybody on Zoom, but we do have some audience members here. If anybody wants to talk about the budget specifically now would be the audio opportunity. Okay, so we don't have any comments concerning the budget from audience members here at the moment. Notes real quick. Okay, so with that we don't have any audience comments. So you're looking for a motion to motion to close the public hearing. </w:t>
      </w:r>
    </w:p>
    <w:p>
      <w:r>
        <w:t xml:space="preserve">02:38:09   (Speaker A)  Motion. Okay, got a first second from Randy. </w:t>
      </w:r>
    </w:p>
    <w:p>
      <w:r>
        <w:t xml:space="preserve">02:38:16   (Speaker B)  All in favor? </w:t>
      </w:r>
    </w:p>
    <w:p>
      <w:r>
        <w:t xml:space="preserve">02:38:17   (Speaker A)  Aye. </w:t>
      </w:r>
    </w:p>
    <w:p>
      <w:r>
        <w:t xml:space="preserve">02:38:19   (Speaker B)  Okay, so the motion has passed. So now's the opportunity for board discussion. So again, board, we do have what was presented at the proposed budget meeting back in May. There is also the option that was approved for, for the methodology change for the amenities which changes it to equal. So you do have essentially two methodologies. You've got the regular methodology which the business or the CD is operated off of for since inception. And then you do have the methodology change which would need to be approved as well tonight, if that's the option you want to go with, which shows the allocations all being equal. I did send also the methodology. It was about 37 pages earlier today of the report for that methodology. Now would be the opportunity to adjust the budget. We do have a High water mark of assessments. We can't exceed that without re advertising going through the whole process again, which </w:t>
      </w:r>
    </w:p>
    <w:p>
      <w:r>
        <w:t xml:space="preserve">02:39:21   (Speaker A)  we would not have the ability to </w:t>
      </w:r>
    </w:p>
    <w:p>
      <w:r>
        <w:t xml:space="preserve">02:39:23   (Speaker B)  do due to time constraints and advertising constraints. </w:t>
      </w:r>
    </w:p>
    <w:p>
      <w:r>
        <w:t xml:space="preserve">02:39:27   (Speaker A)  So we do have a high watermark. </w:t>
      </w:r>
    </w:p>
    <w:p>
      <w:r>
        <w:t xml:space="preserve">02:39:28   (Speaker B)  We can adjust that down if you choose. We can adjust line items and increase and decrease. It just will affect. It won't affect the total amount that's being assessed unless you decrease. Would just affect other line items such </w:t>
      </w:r>
    </w:p>
    <w:p>
      <w:r>
        <w:t xml:space="preserve">02:39:42   (Speaker A)  as capital reserve contributions. </w:t>
      </w:r>
    </w:p>
    <w:p>
      <w:r>
        <w:t xml:space="preserve">02:39:43   (Speaker E)  Do we have to approve the methodology piece of it first? </w:t>
      </w:r>
    </w:p>
    <w:p>
      <w:r>
        <w:t xml:space="preserve">02:39:46   (Speaker F)  Yeah, let me just. </w:t>
      </w:r>
    </w:p>
    <w:p>
      <w:r>
        <w:t xml:space="preserve">02:39:48   (Speaker B)  Yeah. </w:t>
      </w:r>
    </w:p>
    <w:p>
      <w:r>
        <w:t xml:space="preserve">02:39:49   (Speaker A)  So we have. </w:t>
      </w:r>
    </w:p>
    <w:p>
      <w:r>
        <w:t xml:space="preserve">02:39:50   (Speaker F)  I mean, and I'm sorry, Rich, I didn't catch this. Your office was great at getting the agenda out in the beginning, but we technically have two public hearings tonight. We have a budget public hearing. And so let's stick to the budget, which is where are you spending the dollars? </w:t>
      </w:r>
    </w:p>
    <w:p>
      <w:r>
        <w:t xml:space="preserve">02:40:04   (Speaker A)  Right. Yeah. </w:t>
      </w:r>
    </w:p>
    <w:p>
      <w:r>
        <w:t xml:space="preserve">02:40:05   (Speaker F)  Include that. Have a resolution. Let's go ahead and just do a motion to open a public hearing on the assessments, especially since we're contemplating changing the methodology. Kind of like to make sure that that's separated out. So maybe we could just stick with board member comments on the budget. If you want to change those. Let's have that discussion and a motion to approve the budget resolution and then let's forward. </w:t>
      </w:r>
    </w:p>
    <w:p>
      <w:r>
        <w:t xml:space="preserve">02:40:24   (Speaker A)  Move. </w:t>
      </w:r>
    </w:p>
    <w:p>
      <w:r>
        <w:t xml:space="preserve">02:40:25   (Speaker F)  Move on to this methodology, if that's okay. </w:t>
      </w:r>
    </w:p>
    <w:p>
      <w:r>
        <w:t xml:space="preserve">02:40:28   (Speaker B)  And that would be the. Under the resolution 2612 imposing the assessments. The methodology stuff. </w:t>
      </w:r>
    </w:p>
    <w:p>
      <w:r>
        <w:t xml:space="preserve">02:40:33   (Speaker F)  Yeah. Okay. </w:t>
      </w:r>
    </w:p>
    <w:p>
      <w:r>
        <w:t xml:space="preserve">02:40:34   (Speaker B)  Okay. So, yeah, so then we'll keep this to just the budget. We'll discuss the methodology portion on the next resolution. So if there's anything again to line items. So specifically what's being allocated to the specific line items for fiscal year 27, again, the assessment. High water mark is set. </w:t>
      </w:r>
    </w:p>
    <w:p>
      <w:r>
        <w:t xml:space="preserve">02:40:55   (Speaker F)  You could lower that. </w:t>
      </w:r>
    </w:p>
    <w:p>
      <w:r>
        <w:t xml:space="preserve">02:40:56   (Speaker B)  I know we did that. What was the extra $100,000 for the contingency? You could lower that. But that was carried over because of the adjustments on the amenity side for the insurance. </w:t>
      </w:r>
    </w:p>
    <w:p>
      <w:r>
        <w:t xml:space="preserve">02:41:07   (Speaker C)  We basically left that because there really was no increase in the general fund assessment. </w:t>
      </w:r>
    </w:p>
    <w:p>
      <w:r>
        <w:t xml:space="preserve">02:41:13   (Speaker A)  Yeah. </w:t>
      </w:r>
    </w:p>
    <w:p>
      <w:r>
        <w:t xml:space="preserve">02:41:14   (Speaker C)  And so we were able to keep that. And then our reduction in the amenity really made a big difference because as you'll recall, the insurance alone, when it was The MPOA was $190,000 and we got that covered for just under 12,000 by Aegis because of the CDD. So, you know, we've. We've certainly done well if you look at the financial statements, you know, we're. We're well ahead of where we, you know, anticipate we should be this time of the year. So, you know, we're trending to, let's say, depending on what we expend in the near future, we're going to be, you know, several hundred thousand under budget for by the end of the fiscal year. Plus we had that carry forward from last year. We are using some of that obviously to do the trail now and for some other issues. But keep in mind like the pool, the amenity stuff, there's reserve dollars for that. So I think leaving that money in as a safeguard and I don't see any reason to really at this stage mess with either one of the budgets, whether it be the, the general fund or the amenity. I think we're in good stead and </w:t>
      </w:r>
    </w:p>
    <w:p>
      <w:r>
        <w:t xml:space="preserve">02:42:39   (Speaker B)  it would keep it flat to what you paid last year as well. So it's just kind of when we </w:t>
      </w:r>
    </w:p>
    <w:p>
      <w:r>
        <w:t xml:space="preserve">02:42:44   (Speaker C)  get into the assessments there's a little bit different story to tell but we can deal with that at the time. </w:t>
      </w:r>
    </w:p>
    <w:p>
      <w:r>
        <w:t xml:space="preserve">02:43:01   (Speaker B)  You do see that on 132 is the beginning of the budget, actually 134 for the actual details. </w:t>
      </w:r>
    </w:p>
    <w:p>
      <w:r>
        <w:t xml:space="preserve">02:43:08   (Speaker A)  A couple little, little things I flag. And the property taxes. What I just probably don't know enough about what that. </w:t>
      </w:r>
    </w:p>
    <w:p>
      <w:r>
        <w:t xml:space="preserve">02:43:14   (Speaker F)  I know we had no budget for it. We had an actual for it and then we had no budget for it. </w:t>
      </w:r>
    </w:p>
    <w:p>
      <w:r>
        <w:t xml:space="preserve">02:43:21   (Speaker A)  $17,000. I just didn't know what that was. That's not something we expected. Oh, property tax collector, property taxes, </w:t>
      </w:r>
    </w:p>
    <w:p>
      <w:r>
        <w:t xml:space="preserve">02:43:36   (Speaker B)  administrative expenditure. </w:t>
      </w:r>
    </w:p>
    <w:p>
      <w:r>
        <w:t xml:space="preserve">02:43:37   (Speaker C)  Yeah, that is. I'll have to go back and look. GMS prefers to put that into the budget. </w:t>
      </w:r>
    </w:p>
    <w:p>
      <w:r>
        <w:t xml:space="preserve">02:43:49   (Speaker B)  So it shows actuals through 16712. It's not actually a budgeted item for FY27. But as to what that 16, 71212 years. </w:t>
      </w:r>
    </w:p>
    <w:p>
      <w:r>
        <w:t xml:space="preserve">02:43:59   (Speaker A)  It was because there shouldn't be any. </w:t>
      </w:r>
    </w:p>
    <w:p>
      <w:r>
        <w:t xml:space="preserve">02:44:01   (Speaker C)  It was at the time of the transition there was potential for an assessment lien for it was a combination of. I don't know that everybody remembers, but there was a combination of trash collection imposition and other special assessments like the trash impact fees etc that the MPOA had not paid. And in order for us to clear the title on it, we work with Melissa Van Sickle to get that included in, in the closing. </w:t>
      </w:r>
    </w:p>
    <w:p>
      <w:r>
        <w:t xml:space="preserve">02:44:45   (Speaker A)  So it's proper to not have a budget. Right. </w:t>
      </w:r>
    </w:p>
    <w:p>
      <w:r>
        <w:t xml:space="preserve">02:44:47   (Speaker C)  And that's why I chose that. Yeah, that's why it shows up now. </w:t>
      </w:r>
    </w:p>
    <w:p>
      <w:r>
        <w:t xml:space="preserve">02:44:51   (Speaker B)  But as the actual. </w:t>
      </w:r>
    </w:p>
    <w:p>
      <w:r>
        <w:t xml:space="preserve">02:44:52   (Speaker A)  They're looking at the transition and I </w:t>
      </w:r>
    </w:p>
    <w:p>
      <w:r>
        <w:t xml:space="preserve">02:44:55   (Speaker B)  can get a confirmation exactly what that was for. But you will see because if you look at the first column, there's the budget, the adopted budget for FY26 and then you look at the last column. Adopt a budget FY27 it is not item. </w:t>
      </w:r>
    </w:p>
    <w:p>
      <w:r>
        <w:t xml:space="preserve">02:45:07   (Speaker A)  Right. </w:t>
      </w:r>
    </w:p>
    <w:p>
      <w:r>
        <w:t xml:space="preserve">02:45:08   (Speaker B)  So I just will need to look in to see exactly what that 16712 is applied to. </w:t>
      </w:r>
    </w:p>
    <w:p>
      <w:r>
        <w:t xml:space="preserve">02:45:13   (Speaker A)  And. </w:t>
      </w:r>
    </w:p>
    <w:p>
      <w:r>
        <w:t xml:space="preserve">02:45:13   (Speaker F)  And also I mean we're exempt from property tax for using it for a government purpose but not necessarily special assessments that are levied for you know, fire and trash and stuff like that. </w:t>
      </w:r>
    </w:p>
    <w:p>
      <w:r>
        <w:t xml:space="preserve">02:45:25   (Speaker A)  Okay. That's kind of what I wonder too. So maybe do we need to budget for it which we are paying but it sounds like we're not. Yeah, it did. </w:t>
      </w:r>
    </w:p>
    <w:p>
      <w:r>
        <w:t xml:space="preserve">02:45:34   (Speaker C)  The. The issues for like the trash and those kind of things for the amenity center are relatively small that the recurring annual. It's. It's almost negligible. This was years of neglect </w:t>
      </w:r>
    </w:p>
    <w:p>
      <w:r>
        <w:t xml:space="preserve">02:45:55   (Speaker A)  which the </w:t>
      </w:r>
    </w:p>
    <w:p>
      <w:r>
        <w:t xml:space="preserve">02:45:56   (Speaker D)  pond stuff, the drain stuff and the trails. Is that all grabbed together just under constituency. </w:t>
      </w:r>
    </w:p>
    <w:p>
      <w:r>
        <w:t xml:space="preserve">02:46:01   (Speaker A)  Is that what that. </w:t>
      </w:r>
    </w:p>
    <w:p>
      <w:r>
        <w:t xml:space="preserve">02:46:02   (Speaker B)  I believe so. That was what it was originally. </w:t>
      </w:r>
    </w:p>
    <w:p>
      <w:r>
        <w:t xml:space="preserve">02:46:04   (Speaker C)  Yeah. </w:t>
      </w:r>
    </w:p>
    <w:p>
      <w:r>
        <w:t xml:space="preserve">02:46:05   (Speaker B)  That's why the contingency line budgeted for this is approved budget would be 375. </w:t>
      </w:r>
    </w:p>
    <w:p>
      <w:r>
        <w:t xml:space="preserve">02:46:11   (Speaker A)  Right. </w:t>
      </w:r>
    </w:p>
    <w:p>
      <w:r>
        <w:t xml:space="preserve">02:46:12   (Speaker B)  Which is up from what they had last year. And that's is the 196. </w:t>
      </w:r>
    </w:p>
    <w:p>
      <w:r>
        <w:t xml:space="preserve">02:46:19   (Speaker D)  So the project next two months. That's what I got approved last spending 150000 for the pond repairs. </w:t>
      </w:r>
    </w:p>
    <w:p>
      <w:r>
        <w:t xml:space="preserve">02:46:24   (Speaker A)  Yeah. </w:t>
      </w:r>
    </w:p>
    <w:p>
      <w:r>
        <w:t xml:space="preserve">02:46:25   (Speaker B)  So that's the projected trails. </w:t>
      </w:r>
    </w:p>
    <w:p>
      <w:r>
        <w:t xml:space="preserve">02:46:27   (Speaker A)  Is that part of the prior fiscal year? </w:t>
      </w:r>
    </w:p>
    <w:p>
      <w:r>
        <w:t xml:space="preserve">02:46:30   (Speaker B)  That is actually just capital. </w:t>
      </w:r>
    </w:p>
    <w:p>
      <w:r>
        <w:t xml:space="preserve">02:46:33   (Speaker A)  So that's. </w:t>
      </w:r>
    </w:p>
    <w:p>
      <w:r>
        <w:t xml:space="preserve">02:46:34   (Speaker C)  Yeah, that's coming out of our contingencies. </w:t>
      </w:r>
    </w:p>
    <w:p>
      <w:r>
        <w:t xml:space="preserve">02:46:40   (Speaker A)  Since it was brought up earlier. The law enforcement budget's $10,000. But we already said that at the moment we're paying $44,000. Does law enforcement also include the. The flock budget? </w:t>
      </w:r>
    </w:p>
    <w:p>
      <w:r>
        <w:t xml:space="preserve">02:46:57   (Speaker B)  Not sure what the. </w:t>
      </w:r>
    </w:p>
    <w:p>
      <w:r>
        <w:t xml:space="preserve">02:46:58   (Speaker C)  That's in your general fund. </w:t>
      </w:r>
    </w:p>
    <w:p>
      <w:r>
        <w:t xml:space="preserve">02:47:00   (Speaker B)  Yeah, that's the general fund. There's amenity as well. </w:t>
      </w:r>
    </w:p>
    <w:p>
      <w:r>
        <w:t xml:space="preserve">02:47:04   (Speaker A)  I'm looking at K 134. </w:t>
      </w:r>
    </w:p>
    <w:p>
      <w:r>
        <w:t xml:space="preserve">02:47:08   (Speaker B)  So 139. You'll see security. </w:t>
      </w:r>
    </w:p>
    <w:p>
      <w:r>
        <w:t xml:space="preserve">02:47:13   (Speaker A)  So what's 134 then? </w:t>
      </w:r>
    </w:p>
    <w:p>
      <w:r>
        <w:t xml:space="preserve">02:47:15   (Speaker B)  So then 134 I would imagine then </w:t>
      </w:r>
    </w:p>
    <w:p>
      <w:r>
        <w:t xml:space="preserve">02:47:17   (Speaker A)  would probably be flock. </w:t>
      </w:r>
    </w:p>
    <w:p>
      <w:r>
        <w:t xml:space="preserve">02:47:18   (Speaker B)  But I would have to check to see. </w:t>
      </w:r>
    </w:p>
    <w:p>
      <w:r>
        <w:t xml:space="preserve">02:47:19   (Speaker D)  Yeah. </w:t>
      </w:r>
    </w:p>
    <w:p>
      <w:r>
        <w:t xml:space="preserve">02:47:20   (Speaker B)  That exactly was what is being allocated to that particular line item. I'm not sure but I can get back up from Patty's on those. </w:t>
      </w:r>
    </w:p>
    <w:p>
      <w:r>
        <w:t xml:space="preserve">02:47:32   (Speaker A)  You said 139 was the. </w:t>
      </w:r>
    </w:p>
    <w:p>
      <w:r>
        <w:t xml:space="preserve">02:47:34   (Speaker B)  You'll see a security on 139amenity, </w:t>
      </w:r>
    </w:p>
    <w:p>
      <w:r>
        <w:t xml:space="preserve">02:47:55   (Speaker A)  Which is. So. </w:t>
      </w:r>
    </w:p>
    <w:p>
      <w:r>
        <w:t xml:space="preserve">02:48:03   (Speaker B)  Yes, that says law enforcement. </w:t>
      </w:r>
    </w:p>
    <w:p>
      <w:r>
        <w:t xml:space="preserve">02:48:05   (Speaker A)  So I'm assuming flock. But. </w:t>
      </w:r>
    </w:p>
    <w:p>
      <w:r>
        <w:t xml:space="preserve">02:48:14   (Speaker C)  Yeah. I don't think we ever put that in a separate line item that said flock cameras. It was all you have security cameras </w:t>
      </w:r>
    </w:p>
    <w:p>
      <w:r>
        <w:t xml:space="preserve">02:48:20   (Speaker B)  monitoring and then you have law enforcement enforcement. So security cameras binding would probably be the flock so I'm not sure about the law enforcement. </w:t>
      </w:r>
    </w:p>
    <w:p>
      <w:r>
        <w:t xml:space="preserve">02:48:27   (Speaker A)  Well, so the actual is zero because we actually pay through the amenity center now to have this monitor is that. </w:t>
      </w:r>
    </w:p>
    <w:p>
      <w:r>
        <w:t xml:space="preserve">02:48:35   (Speaker B)  Well so the, the state trooper is paid under the amenity center. </w:t>
      </w:r>
    </w:p>
    <w:p>
      <w:r>
        <w:t xml:space="preserve">02:48:41   (Speaker A)  Right. </w:t>
      </w:r>
    </w:p>
    <w:p>
      <w:r>
        <w:t xml:space="preserve">02:48:41   (Speaker B)  Aspect. So with this, this was from your original general fund. </w:t>
      </w:r>
    </w:p>
    <w:p>
      <w:r>
        <w:t xml:space="preserve">02:48:46   (Speaker E)  There's. </w:t>
      </w:r>
    </w:p>
    <w:p>
      <w:r>
        <w:t xml:space="preserve">02:48:46   (Speaker B)  So if you look at last year's there was 5,000 and 10,000. </w:t>
      </w:r>
    </w:p>
    <w:p>
      <w:r>
        <w:t xml:space="preserve">02:48:50   (Speaker E)  There's also the security system. </w:t>
      </w:r>
    </w:p>
    <w:p>
      <w:r>
        <w:t xml:space="preserve">02:48:53   (Speaker A)  Is that monitored? </w:t>
      </w:r>
    </w:p>
    <w:p>
      <w:r>
        <w:t xml:space="preserve">02:48:54   (Speaker B)  Is the question monitored? </w:t>
      </w:r>
    </w:p>
    <w:p>
      <w:r>
        <w:t xml:space="preserve">02:48:57   (Speaker A)  Well, I'm trying to figure out if I want to ask this question in this form if I'm honest. But. So the amenity center has a security system. </w:t>
      </w:r>
    </w:p>
    <w:p>
      <w:r>
        <w:t xml:space="preserve">02:49:06   (Speaker C)  Yes, and it's monitored. Thank you. </w:t>
      </w:r>
    </w:p>
    <w:p>
      <w:r>
        <w:t xml:space="preserve">02:49:08   (Speaker A)  All right. So that, that, that would fall under the. </w:t>
      </w:r>
    </w:p>
    <w:p>
      <w:r>
        <w:t xml:space="preserve">02:49:13   (Speaker C)  It's under the amenity and amenity portion. </w:t>
      </w:r>
    </w:p>
    <w:p>
      <w:r>
        <w:t xml:space="preserve">02:49:15   (Speaker A)  Yeah, yeah. </w:t>
      </w:r>
    </w:p>
    <w:p>
      <w:r>
        <w:t xml:space="preserve">02:49:17   (Speaker B)  So with the general fund portion you do have security cameras monitoring which again I would assume would be flocked and then you would have law enforcement. So but as to if you look at that actuals through for like law enforcement, zero. So maybe that, that might just be money that was allocated for the event that you wanted to hire Pasco county out here to do something on outside of the Amenity. But the Amenity when we we added that in January already had that. </w:t>
      </w:r>
    </w:p>
    <w:p>
      <w:r>
        <w:t xml:space="preserve">02:49:46   (Speaker A)  Okay. Incorporated. </w:t>
      </w:r>
    </w:p>
    <w:p>
      <w:r>
        <w:t xml:space="preserve">02:49:47   (Speaker C)  There was, there were several times there were discussions in the past about having off duty deputies out here from a traffic control standpoint and because we didn't have the GTA in place. </w:t>
      </w:r>
    </w:p>
    <w:p>
      <w:r>
        <w:t xml:space="preserve">02:50:02   (Speaker F)  Yeah. </w:t>
      </w:r>
    </w:p>
    <w:p>
      <w:r>
        <w:t xml:space="preserve">02:50:03   (Speaker A)  So I think that's probably where that </w:t>
      </w:r>
    </w:p>
    <w:p>
      <w:r>
        <w:t xml:space="preserve">02:50:04   (Speaker B)  was originally thought process was allocated. But obviously we haven't really been using it. At least the law enforcement enforcement portion and the security monitoring. 5000 actuals. 5000. So I would imagine that's the difference </w:t>
      </w:r>
    </w:p>
    <w:p>
      <w:r>
        <w:t xml:space="preserve">02:50:15   (Speaker A)  between option one and two is on the assessment side. Is that right? </w:t>
      </w:r>
    </w:p>
    <w:p>
      <w:r>
        <w:t xml:space="preserve">02:50:18   (Speaker C)  Yeah, that's just the board approved option two for the assessment and for the budget. On that general fund. On that general fund, the Amenity. And as a reminder to the board, option two was the consideration of the potential for equalizing the amenity assessments across the board rather than the eau factor. </w:t>
      </w:r>
    </w:p>
    <w:p>
      <w:r>
        <w:t xml:space="preserve">02:51:01   (Speaker B)  The methodology portion. So you do have both options, but the next the assessment part is the </w:t>
      </w:r>
    </w:p>
    <w:p>
      <w:r>
        <w:t xml:space="preserve">02:51:07   (Speaker A)  methodology approval for that. That's. </w:t>
      </w:r>
    </w:p>
    <w:p>
      <w:r>
        <w:t xml:space="preserve">02:51:10   (Speaker C)  So I think in your resolution you would want to make it very clear when you approve the resolution that as long as it's the will of the board that you're approving the budget with the amenity center being option. </w:t>
      </w:r>
    </w:p>
    <w:p>
      <w:r>
        <w:t xml:space="preserve">02:51:32   (Speaker A)  We got 150,000 in there for the three lines the next two months and then the 175 is continuation replacement of the lines for Next year, </w:t>
      </w:r>
    </w:p>
    <w:p>
      <w:r>
        <w:t xml:space="preserve">02:51:48   (Speaker B)  just as a reminder, the proposed budget, the motion was increasing the contingency by 200k with the new high watermark with the amenity option 2 methodology for an option at the adopted budget setting the public hearing for today. So that's why you have the two options plus that's the 375. </w:t>
      </w:r>
    </w:p>
    <w:p>
      <w:r>
        <w:t xml:space="preserve">02:52:06   (Speaker A)  That's why the contingency is higher is because of that extra 200 that was included for. </w:t>
      </w:r>
    </w:p>
    <w:p>
      <w:r>
        <w:t xml:space="preserve">02:52:12   (Speaker B)  And then so a motion, it would be motion to approve the budget unless we're making a line item change, which we can do, and approving which option you want one or two pending discussion and approval for the assessment portion of the resolution. </w:t>
      </w:r>
    </w:p>
    <w:p>
      <w:r>
        <w:t xml:space="preserve">02:52:30   (Speaker C)  And you can always make line item changes throughout the fiscal year. Also, Really what it all boils down to in the end is is your total budget going to support what you need for the community. </w:t>
      </w:r>
    </w:p>
    <w:p>
      <w:r>
        <w:t xml:space="preserve">02:52:54   (Speaker B)  Obviously we have a lot of things coming up and money going out. But budget wise, besides these major things, the board has done very well. As Keith had mentioned at the beginning, </w:t>
      </w:r>
    </w:p>
    <w:p>
      <w:r>
        <w:t xml:space="preserve">02:53:05   (Speaker C)  it's done exceptionally. </w:t>
      </w:r>
    </w:p>
    <w:p>
      <w:r>
        <w:t xml:space="preserve">02:53:21   (Speaker B)  I can ask questions about those two things, but unless there's an actual line item change, then we'd just be looking for a motion to approve. But again, if the board has a something that we want to change in amount to something or even add a line item to something, now would be the time to be able to do that and then make adjustments. </w:t>
      </w:r>
    </w:p>
    <w:p>
      <w:r>
        <w:t xml:space="preserve">02:53:40   (Speaker A)  But I started to ask a question about the capital outlay with the lights. The 150, that's enough for the next two months is replacement of the lights that we talked about. Right. And 175 is continuation of that. </w:t>
      </w:r>
    </w:p>
    <w:p>
      <w:r>
        <w:t xml:space="preserve">02:53:54   (Speaker B)  So. </w:t>
      </w:r>
    </w:p>
    <w:p>
      <w:r>
        <w:t xml:space="preserve">02:53:55   (Speaker A)  Right. Yeah. </w:t>
      </w:r>
    </w:p>
    <w:p>
      <w:r>
        <w:t xml:space="preserve">02:53:56   (Speaker B)  So that's. Yeah. Because we're operating off of the 26 budget, which is the 115. You'll see the actuals and then you'll see budgeted for the next year under the far right column. </w:t>
      </w:r>
    </w:p>
    <w:p>
      <w:r>
        <w:t xml:space="preserve">02:54:05   (Speaker A)  And not that it's worth changing anything, but our maintenance should go down hopefully. </w:t>
      </w:r>
    </w:p>
    <w:p>
      <w:r>
        <w:t xml:space="preserve">02:54:11   (Speaker B)  Yeah, that's. That's the plan. Especially with everything you guys are doing, buying these new things. I know they've been, you know, not the best up to now. So the idea is by replacing these, </w:t>
      </w:r>
    </w:p>
    <w:p>
      <w:r>
        <w:t xml:space="preserve">02:54:20   (Speaker A)  you're going to be eliminating that. </w:t>
      </w:r>
    </w:p>
    <w:p>
      <w:r>
        <w:t xml:space="preserve">02:54:23   (Speaker B)  Yeah, the additional cost. </w:t>
      </w:r>
    </w:p>
    <w:p>
      <w:r>
        <w:t xml:space="preserve">02:54:25   (Speaker A)  I think it won't happen this year or next year though. I think there were a couple of fixtures of getting replaced before we start to see. </w:t>
      </w:r>
    </w:p>
    <w:p>
      <w:r>
        <w:t xml:space="preserve">02:54:33   (Speaker F)  Yeah. </w:t>
      </w:r>
    </w:p>
    <w:p>
      <w:r>
        <w:t xml:space="preserve">02:54:33   (Speaker A)  So I think you're right over time. But I don't think it's next year </w:t>
      </w:r>
    </w:p>
    <w:p>
      <w:r>
        <w:t xml:space="preserve">02:54:36   (Speaker B)  because you did run round of 60,000. But there's still quite a Few left to do which that additional funds that is budgeted for next year will go. But possibly the 28 budget. You could look at that line and go, well, hey, we don't need to. </w:t>
      </w:r>
    </w:p>
    <w:p>
      <w:r>
        <w:t xml:space="preserve">02:54:49   (Speaker A)  Yeah, the R account for that. </w:t>
      </w:r>
    </w:p>
    <w:p>
      <w:r>
        <w:t xml:space="preserve">02:54:50   (Speaker E)  Right now we're doing. Are we doing 2500amonth at that point? </w:t>
      </w:r>
    </w:p>
    <w:p>
      <w:r>
        <w:t xml:space="preserve">02:54:54   (Speaker A)  Right. </w:t>
      </w:r>
    </w:p>
    <w:p>
      <w:r>
        <w:t xml:space="preserve">02:54:57   (Speaker B)  First you were. But now they're replacing the fixture. </w:t>
      </w:r>
    </w:p>
    <w:p>
      <w:r>
        <w:t xml:space="preserve">02:55:01   (Speaker C)  But once those fixtures are replaced, then technically it's just a light bulb. </w:t>
      </w:r>
    </w:p>
    <w:p>
      <w:r>
        <w:t xml:space="preserve">02:55:05   (Speaker A)  Yeah, exactly. </w:t>
      </w:r>
    </w:p>
    <w:p>
      <w:r>
        <w:t xml:space="preserve">02:55:07   (Speaker B)  Which obviously means that you don't need to budget as much for those potential costs. </w:t>
      </w:r>
    </w:p>
    <w:p>
      <w:r>
        <w:t xml:space="preserve">02:55:13   (Speaker A)  But that's. </w:t>
      </w:r>
    </w:p>
    <w:p>
      <w:r>
        <w:t xml:space="preserve">02:55:14   (Speaker B)  Yeah, exactly. Reduce it. </w:t>
      </w:r>
    </w:p>
    <w:p>
      <w:r>
        <w:t xml:space="preserve">02:55:16   (Speaker A)  No, I wouldn't recommend it. People aren't upset. Yeah. Where we are now. Yeah. All right. </w:t>
      </w:r>
    </w:p>
    <w:p>
      <w:r>
        <w:t xml:space="preserve">02:55:22   (Speaker C)  I was expecting the town homers, townhomes to be here. </w:t>
      </w:r>
    </w:p>
    <w:p>
      <w:r>
        <w:t xml:space="preserve">02:55:28   (Speaker E)  So they would first have to read </w:t>
      </w:r>
    </w:p>
    <w:p>
      <w:r>
        <w:t xml:space="preserve">02:55:30   (Speaker A)  the notes, pay 141 insurance. When I get that, it's down to the projected room is $11,321. But we're budgeting 20. </w:t>
      </w:r>
    </w:p>
    <w:p>
      <w:r>
        <w:t xml:space="preserve">02:55:46   (Speaker B)  That budgeting was because I think we a. We weren't sure about some of the legislation that was going through. </w:t>
      </w:r>
    </w:p>
    <w:p>
      <w:r>
        <w:t xml:space="preserve">02:55:53   (Speaker D)  Correct. </w:t>
      </w:r>
    </w:p>
    <w:p>
      <w:r>
        <w:t xml:space="preserve">02:55:54   (Speaker B)  Some of the legislation that was going through. So the sovereign immunity portion, we weren't sure about that. So we could adjust that. I mean, because that wasn't approved. So we could bring that down a little bit. Or you could just keep it in there just in case, I would imagine. </w:t>
      </w:r>
    </w:p>
    <w:p>
      <w:r>
        <w:t xml:space="preserve">02:56:08   (Speaker A)  Again, we don't. </w:t>
      </w:r>
    </w:p>
    <w:p>
      <w:r>
        <w:t xml:space="preserve">02:56:09   (Speaker B)  The problem is we don't get the actual proposal from Aegis and FIA until next month in September of what the actual insurance is. So it's a little bit of a guessing game in the hope that we're. </w:t>
      </w:r>
    </w:p>
    <w:p>
      <w:r>
        <w:t xml:space="preserve">02:56:19   (Speaker A)  You're guessing correct and I'm gonna get the name wrong. But we had also considered some risk and theft insurance and other types of insurance. Something like that. Yeah, that's what I'm saying. </w:t>
      </w:r>
    </w:p>
    <w:p>
      <w:r>
        <w:t xml:space="preserve">02:56:34   (Speaker C)  That's not in there. </w:t>
      </w:r>
    </w:p>
    <w:p>
      <w:r>
        <w:t xml:space="preserve">02:56:35   (Speaker A)  That's not in there. But we decided to accept that. I guess we need to come back to that at some point because we had some clarification. That still wouldn't be 20,000. All I'm hitting on. I'm thinking maybe we should move at least 5k of that. </w:t>
      </w:r>
    </w:p>
    <w:p>
      <w:r>
        <w:t xml:space="preserve">02:56:48   (Speaker C)  Those were. Those were only like 5 to $700 a year premiums on a couple of those. </w:t>
      </w:r>
    </w:p>
    <w:p>
      <w:r>
        <w:t xml:space="preserve">02:56:55   (Speaker A)  So all the more reason we should move some money out of that one. </w:t>
      </w:r>
    </w:p>
    <w:p>
      <w:r>
        <w:t xml:space="preserve">02:56:59   (Speaker C)  Where do you want to move it to? </w:t>
      </w:r>
    </w:p>
    <w:p>
      <w:r>
        <w:t xml:space="preserve">02:57:01   (Speaker A)  That's a great question. And I knew you can ask me. </w:t>
      </w:r>
    </w:p>
    <w:p>
      <w:r>
        <w:t xml:space="preserve">02:57:03   (Speaker B)  Well, if you don't pick a specific, </w:t>
      </w:r>
    </w:p>
    <w:p>
      <w:r>
        <w:t xml:space="preserve">02:57:04   (Speaker C)  you know, you can move that money anywhere you want next year. </w:t>
      </w:r>
    </w:p>
    <w:p>
      <w:r>
        <w:t xml:space="preserve">02:57:08   (Speaker E)  Throughout the year. </w:t>
      </w:r>
    </w:p>
    <w:p>
      <w:r>
        <w:t xml:space="preserve">02:57:09   (Speaker C)  Throughout the year. So I mean, the key point is as long as you're comfortable with the total dollar amounts and the assessment levels, then you would just approve the budget and we can reallocate as we need. </w:t>
      </w:r>
    </w:p>
    <w:p>
      <w:r>
        <w:t xml:space="preserve">02:57:19   (Speaker B)  Yeah, essentially. Yeah, essentially. You know, that's something where you would look at like if you kept it at 20 and it ended up coming back and it was 14. Well, down the road, if you had. Well, you know, we've already spent 14. We know we're not going to spend that extra 6. So there's $6,000 right there. I mean we don't really need to move it. </w:t>
      </w:r>
    </w:p>
    <w:p>
      <w:r>
        <w:t xml:space="preserve">02:57:36   (Speaker A)  All you're tonight. Yeah. </w:t>
      </w:r>
    </w:p>
    <w:p>
      <w:r>
        <w:t xml:space="preserve">02:57:38   (Speaker B)  Essentially all you're doing is saying we're trying to guesstimate what's the best route for the year. And let's say you did move that down 5,000. You didn't put it to another line item. Then it would just go to reserve contributions at the end of the year. So it's all there because we're still operating under the top assessment number. </w:t>
      </w:r>
    </w:p>
    <w:p>
      <w:r>
        <w:t xml:space="preserve">02:57:55   (Speaker A)  Yeah. So we didn't change the assessment. Correct. </w:t>
      </w:r>
    </w:p>
    <w:p>
      <w:r>
        <w:t xml:space="preserve">02:58:01   (Speaker B)  Yeah, we're not assessing more. We're just. </w:t>
      </w:r>
    </w:p>
    <w:p>
      <w:r>
        <w:t xml:space="preserve">02:58:03   (Speaker C)  We didn't change the general fund, but we're reallocating the amenities and we'll talk about that shortly. Yeah. </w:t>
      </w:r>
    </w:p>
    <w:p>
      <w:r>
        <w:t xml:space="preserve">02:58:11   (Speaker B)  So there's a couple. </w:t>
      </w:r>
    </w:p>
    <w:p>
      <w:r>
        <w:t xml:space="preserve">02:58:12   (Speaker C)  Let's finish the budget first and then we can deal with the, the assessments. </w:t>
      </w:r>
    </w:p>
    <w:p>
      <w:r>
        <w:t xml:space="preserve">02:58:16   (Speaker B)  Because there's a. There's a. The total number is not changing, but there is a couple frontages. Town homes, because I think the town </w:t>
      </w:r>
    </w:p>
    <w:p>
      <w:r>
        <w:t xml:space="preserve">02:58:24   (Speaker C)  homes are the only ones that go up. </w:t>
      </w:r>
    </w:p>
    <w:p>
      <w:r>
        <w:t xml:space="preserve">02:58:26   (Speaker B)  Yeah. </w:t>
      </w:r>
    </w:p>
    <w:p>
      <w:r>
        <w:t xml:space="preserve">02:58:26   (Speaker A)  Would. </w:t>
      </w:r>
    </w:p>
    <w:p>
      <w:r>
        <w:t xml:space="preserve">02:58:26   (Speaker B)  Would have a slight increase because of. Yeah, well, percentage wise. All right. </w:t>
      </w:r>
    </w:p>
    <w:p>
      <w:r>
        <w:t xml:space="preserve">02:58:35   (Speaker A)  So I don't see anything else with the budget. So unless you smart to see something I'm doing. </w:t>
      </w:r>
    </w:p>
    <w:p>
      <w:r>
        <w:t xml:space="preserve">02:58:47   (Speaker B)  So then it would just be a motion to approve resolution 202611 adopting the FY27 budget and option two if assuming </w:t>
      </w:r>
    </w:p>
    <w:p>
      <w:r>
        <w:t xml:space="preserve">02:59:04   (Speaker A)  that's the route that the board wants to go. </w:t>
      </w:r>
    </w:p>
    <w:p>
      <w:r>
        <w:t xml:space="preserve">02:59:05   (Speaker B)  Otherwise it'd be option one of the </w:t>
      </w:r>
    </w:p>
    <w:p>
      <w:r>
        <w:t xml:space="preserve">02:59:07   (Speaker A)  Amenity one more time </w:t>
      </w:r>
    </w:p>
    <w:p>
      <w:r>
        <w:t xml:space="preserve">02:59:12   (Speaker E)  or the center one. Nope, it came back </w:t>
      </w:r>
    </w:p>
    <w:p>
      <w:r>
        <w:t xml:space="preserve">02:59:17   (Speaker A)  second. </w:t>
      </w:r>
    </w:p>
    <w:p>
      <w:r>
        <w:t xml:space="preserve">02:59:19   (Speaker B)  So we have a first from Luke, </w:t>
      </w:r>
    </w:p>
    <w:p>
      <w:r>
        <w:t xml:space="preserve">02:59:21   (Speaker A)  second from Brian on the budgets with option two. </w:t>
      </w:r>
    </w:p>
    <w:p>
      <w:r>
        <w:t xml:space="preserve">02:59:25   (Speaker B)  With option two. </w:t>
      </w:r>
    </w:p>
    <w:p>
      <w:r>
        <w:t xml:space="preserve">02:59:26   (Speaker A)  Correct. </w:t>
      </w:r>
    </w:p>
    <w:p>
      <w:r>
        <w:t xml:space="preserve">02:59:27   (Speaker B)  Which is the. You see that on page one hundred and forty two, which is the equal allocation. </w:t>
      </w:r>
    </w:p>
    <w:p>
      <w:r>
        <w:t xml:space="preserve">02:59:37   (Speaker A)  Okay. </w:t>
      </w:r>
    </w:p>
    <w:p>
      <w:r>
        <w:t xml:space="preserve">02:59:37   (Speaker B)  Any other discussion before going to a vote? </w:t>
      </w:r>
    </w:p>
    <w:p>
      <w:r>
        <w:t xml:space="preserve">02:59:40   (Speaker A)  No. </w:t>
      </w:r>
    </w:p>
    <w:p>
      <w:r>
        <w:t xml:space="preserve">02:59:41   (Speaker B)  All right, all in favor? Okay, the opposed? So the motion has passed.5 0. So now that we've approved the budget, we do need to go into Resolution 2026-12 posing special assessments and certifying assessment role. It is a public hearing as well. So we'll Be looking for a motion to open the public hearing </w:t>
      </w:r>
    </w:p>
    <w:p>
      <w:r>
        <w:t xml:space="preserve">03:00:06   (Speaker A)  first. </w:t>
      </w:r>
    </w:p>
    <w:p>
      <w:r>
        <w:t xml:space="preserve">03:00:10   (Speaker B)  Okay, so we got first from Luke, second from Tammy. All in favor? Okay, so motion passes. 4 0. Brian just stepped out for a moment. Okay, so now we are </w:t>
      </w:r>
    </w:p>
    <w:p>
      <w:r>
        <w:t xml:space="preserve">03:00:29   (Speaker F)  in the </w:t>
      </w:r>
    </w:p>
    <w:p>
      <w:r>
        <w:t xml:space="preserve">03:00:30   (Speaker B)  public hearing for the assessments. Anyone in the audience have any comments specific to the assessments? I don't have anybody on zoom at this time. </w:t>
      </w:r>
    </w:p>
    <w:p>
      <w:r>
        <w:t xml:space="preserve">03:00:43   (Speaker A)  Okay. </w:t>
      </w:r>
    </w:p>
    <w:p>
      <w:r>
        <w:t xml:space="preserve">03:00:43   (Speaker E)  All right. </w:t>
      </w:r>
    </w:p>
    <w:p>
      <w:r>
        <w:t xml:space="preserve">03:00:44   (Speaker B)  Not seeing any audience comments. Then we would just be looking for a motion to close the public hearing. </w:t>
      </w:r>
    </w:p>
    <w:p>
      <w:r>
        <w:t xml:space="preserve">03:00:54   (Speaker A)  Motion to close second. So we've got a first from Keith, second from Randy. All in favor? </w:t>
      </w:r>
    </w:p>
    <w:p>
      <w:r>
        <w:t xml:space="preserve">03:01:04   (Speaker F)  Aye. </w:t>
      </w:r>
    </w:p>
    <w:p>
      <w:r>
        <w:t xml:space="preserve">03:01:06   (Speaker B)  Okay, so the motion is passed. </w:t>
      </w:r>
    </w:p>
    <w:p>
      <w:r>
        <w:t xml:space="preserve">03:01:07   (Speaker A)  4 0. We run the music all night. </w:t>
      </w:r>
    </w:p>
    <w:p>
      <w:r>
        <w:t xml:space="preserve">03:01:16   (Speaker E)  So we got in the alarms. They're not, they're not going at the right time. We got to get this straight. It's ridiculous. </w:t>
      </w:r>
    </w:p>
    <w:p>
      <w:r>
        <w:t xml:space="preserve">03:01:26   (Speaker C)  Okay, so again, for the board's information on this as just real quickly, back in 2005, there were concerns raised at the assessment hearing about the use of the eau factor for the Amenity Center. And of course it was raised by the larger lots who in some cases were paying $600 more a year than what the smaller lots were paying. And we committed at that point that we or the board committed, I should say, that we would look at it for this fiscal year, which we've done. And so the process really entailed having a methodology design that would, that would look at the ability to levy those. </w:t>
      </w:r>
    </w:p>
    <w:p>
      <w:r>
        <w:t xml:space="preserve">03:02:16   (Speaker E)  Thank you, Dave. </w:t>
      </w:r>
    </w:p>
    <w:p>
      <w:r>
        <w:t xml:space="preserve">03:02:17   (Speaker C)  The Amenity Sussman on an equal share, I think we may request that a little bit of wording be reach be changed on that to be a little bit more specific as to why it would be appropriate for that to be an equal share and not based on the eau factor. And I also think that when it comes to the resolution, we would want to have the resolution actually state that the board is approving the methodology assessment or the allocation methodology as part of that resolution. If you look at the assessments themselves, the general fund remains flat. But what ends up happening is when you equalize the assessments across the board, literally every product type goes down. Some very little for the villa and the 45 foot, but the townhomes go up a hundred dollars. But again, this is a one time whack for them. And after that they'll be in the same pot as everybody else. And when you look at it, there are reasons why it would be most effective to use an equal share. You know, and there's a history behind why your typical general fund budget was done the way it was. And that's basically because you're owning and operating the same infrastructure you paid to have built and that methodology was used to strata to stratify over products an eau factor. And so basically it would make sense to use the same factor for the general fund budget. We didn't build the amenity and the amenity is not variable by an equal front foot or an equal square footage or anything used to determine a stratified eau factor. So equalized makes makes sense at this point. And so again, the only variation is, you know, with those individuals for townhomes. But other than that, the others, especially some of the larger lots, they enjoy a nice decrease by comparison. And so I think that, you know, we're honoring somewhat what the board told them we would do last year at the public hearing. So I, you know, I think you know, but that's, that's where we stand for this tonight. </w:t>
      </w:r>
    </w:p>
    <w:p>
      <w:r>
        <w:t xml:space="preserve">03:04:46   (Speaker A)  One of each. </w:t>
      </w:r>
    </w:p>
    <w:p>
      <w:r>
        <w:t xml:space="preserve">03:04:47   (Speaker E)  I know I would like you're, you're the unicorn. </w:t>
      </w:r>
    </w:p>
    <w:p>
      <w:r>
        <w:t xml:space="preserve">03:04:56   (Speaker A)  Just again, the, I realize this has nothing to do with anything we're talking about tonight, but just an empathy statement is the townhomes took a huge increase last year from the HOA because of things trying to get normalized and we're going to hit them again and again. I, I fully understand. I guess I'm just saying that we should be aware that two years in a row that they're going to take a big increase in these immediate amenities for the explanation of rationalizing. </w:t>
      </w:r>
    </w:p>
    <w:p>
      <w:r>
        <w:t xml:space="preserve">03:05:33   (Speaker C)  I understand. But they also took a huge decrease this year when it comes to the MPOA budget. But secondarily, I mean, Keith, I, I, </w:t>
      </w:r>
    </w:p>
    <w:p>
      <w:r>
        <w:t xml:space="preserve">03:05:43   (Speaker A)  I, I hear you. I'm just saying. </w:t>
      </w:r>
    </w:p>
    <w:p>
      <w:r>
        <w:t xml:space="preserve">03:05:45   (Speaker C)  Where are they? I saw their notice. If you, I, I can't believe that, that they didn't show up in droves, frankly. </w:t>
      </w:r>
    </w:p>
    <w:p>
      <w:r>
        <w:t xml:space="preserve">03:05:53   (Speaker A)  Well, it's $24 a month is the, so the percentage is, is large and </w:t>
      </w:r>
    </w:p>
    <w:p>
      <w:r>
        <w:t xml:space="preserve">03:06:00   (Speaker C)  sometimes you, you can't look at percentages </w:t>
      </w:r>
    </w:p>
    <w:p>
      <w:r>
        <w:t xml:space="preserve">03:06:03   (Speaker A)  and it is against your year in tax thing. Right. </w:t>
      </w:r>
    </w:p>
    <w:p>
      <w:r>
        <w:t xml:space="preserve">03:06:06   (Speaker B)  Which is. </w:t>
      </w:r>
    </w:p>
    <w:p>
      <w:r>
        <w:t xml:space="preserve">03:06:06   (Speaker D)  Right. </w:t>
      </w:r>
    </w:p>
    <w:p>
      <w:r>
        <w:t xml:space="preserve">03:06:07   (Speaker A)  It gets diluted a little bit. You pay it. But it's delicious. </w:t>
      </w:r>
    </w:p>
    <w:p>
      <w:r>
        <w:t xml:space="preserve">03:06:11   (Speaker E)  Where </w:t>
      </w:r>
    </w:p>
    <w:p>
      <w:r>
        <w:t xml:space="preserve">03:06:13   (Speaker A)  no understood. </w:t>
      </w:r>
    </w:p>
    <w:p>
      <w:r>
        <w:t xml:space="preserve">03:06:17   (Speaker C)  Maybe we'll hear screaming when they get their final tax bill. But at this point the other they got the trim notice. It's on the trim notice. They've gotten their notices from gms. I mean I don't, this isn't palum to feed them and say please don't let us charge you this much. I mean come on. So we, I get kind of critical over that. </w:t>
      </w:r>
    </w:p>
    <w:p>
      <w:r>
        <w:t xml:space="preserve">03:06:38   (Speaker E)  We took that on just last year. </w:t>
      </w:r>
    </w:p>
    <w:p>
      <w:r>
        <w:t xml:space="preserve">03:06:40   (Speaker A)  Yeah. </w:t>
      </w:r>
    </w:p>
    <w:p>
      <w:r>
        <w:t xml:space="preserve">03:06:40   (Speaker E)  Yeah. </w:t>
      </w:r>
    </w:p>
    <w:p>
      <w:r>
        <w:t xml:space="preserve">03:06:42   (Speaker F)  Is this a very common way to </w:t>
      </w:r>
    </w:p>
    <w:p>
      <w:r>
        <w:t xml:space="preserve">03:06:43   (Speaker A)  do it across other properties? We're kind of. </w:t>
      </w:r>
    </w:p>
    <w:p>
      <w:r>
        <w:t xml:space="preserve">03:06:47   (Speaker C)  There's a lot of districts now that are moving moving to that and removing the amenity from the typical eau factor onto more of that equal share. Because enough people have started complaining going this isn't appropriate. </w:t>
      </w:r>
    </w:p>
    <w:p>
      <w:r>
        <w:t xml:space="preserve">03:07:00   (Speaker A)  A quick background on that is we were atypical in that the HOA only amenities. </w:t>
      </w:r>
    </w:p>
    <w:p>
      <w:r>
        <w:t xml:space="preserve">03:07:06   (Speaker C)  Yes. </w:t>
      </w:r>
    </w:p>
    <w:p>
      <w:r>
        <w:t xml:space="preserve">03:07:07   (Speaker A)  So that the way it was done is because the HOA now that we move to more typical model where the district phones amenities, step two would be to do it in a more rational form the way most districts would do it. So the answer question yes. How we got there from here is last year on hoa. So they were assessing it and the </w:t>
      </w:r>
    </w:p>
    <w:p>
      <w:r>
        <w:t xml:space="preserve">03:07:29   (Speaker C)  HOA was assessing equal share for the amenities. So when people, you know, when it we were adopting the budget for the transition, we were like oh, you know, we couldn't blame them. But it was too late to do anything about it last year. So we committed that we would try and do it this year. </w:t>
      </w:r>
    </w:p>
    <w:p>
      <w:r>
        <w:t xml:space="preserve">03:07:50   (Speaker A)  I guess it makes sense what we're </w:t>
      </w:r>
    </w:p>
    <w:p>
      <w:r>
        <w:t xml:space="preserve">03:07:51   (Speaker F)  doing even if it's. </w:t>
      </w:r>
    </w:p>
    <w:p>
      <w:r>
        <w:t xml:space="preserve">03:07:53   (Speaker A)  It does a little distasteful. Yeah. I think kind of averages out over two years still. </w:t>
      </w:r>
    </w:p>
    <w:p>
      <w:r>
        <w:t xml:space="preserve">03:08:03   (Speaker B)  And nobody likes assessment increases. That's just a fact. </w:t>
      </w:r>
    </w:p>
    <w:p>
      <w:r>
        <w:t xml:space="preserve">03:08:08   (Speaker A)  But I didn't get </w:t>
      </w:r>
    </w:p>
    <w:p>
      <w:r>
        <w:t xml:space="preserve">03:08:12   (Speaker E)  that we aren't essentially increasing. </w:t>
      </w:r>
    </w:p>
    <w:p>
      <w:r>
        <w:t xml:space="preserve">03:08:15   (Speaker B)  Well, the assessment says is but for these residents who received a letter because their portion is going up. You know my numbers on it. I did not receive a single call concerning it. So. And the district is in a good position with. I think you guys financially are doing what you're supposed to be doing. You're obviously addressing a lot of issues. </w:t>
      </w:r>
    </w:p>
    <w:p>
      <w:r>
        <w:t xml:space="preserve">03:08:36   (Speaker A)  But. </w:t>
      </w:r>
    </w:p>
    <w:p>
      <w:r>
        <w:t xml:space="preserve">03:08:36   (Speaker B)  But in addition to that, you know, you have reserves which are far better than a lot of other communities. You've come in under budget in a significant way in a lot of aspects and you have contingencies far beyond some people's entire reserve funds. And so that bodes well. You never know when an assessment increase may be needed, but you're set up to be able to take care of the community and absorb a lot here in the next potential coming years. Again, something may come up where we have to do an assessment increase next year. But as of right now, you're in </w:t>
      </w:r>
    </w:p>
    <w:p>
      <w:r>
        <w:t xml:space="preserve">03:09:07   (Speaker A)  a very good position. I appreciate that. </w:t>
      </w:r>
    </w:p>
    <w:p>
      <w:r>
        <w:t xml:space="preserve">03:09:10   (Speaker B)  So. </w:t>
      </w:r>
    </w:p>
    <w:p>
      <w:r>
        <w:t xml:space="preserve">03:09:11   (Speaker D)  Okay. </w:t>
      </w:r>
    </w:p>
    <w:p>
      <w:r>
        <w:t xml:space="preserve">03:09:12   (Speaker A)  And I guess by not increasing the assessment. Right. We are kind of giving people a break as we absolutely standardize across through this huge transition. Right. I way to message it as maybe we can keep. </w:t>
      </w:r>
    </w:p>
    <w:p>
      <w:r>
        <w:t xml:space="preserve">03:09:30   (Speaker E)  We just. </w:t>
      </w:r>
    </w:p>
    <w:p>
      <w:r>
        <w:t xml:space="preserve">03:09:33   (Speaker A)  We're just spreading. </w:t>
      </w:r>
    </w:p>
    <w:p>
      <w:r>
        <w:t xml:space="preserve">03:09:34   (Speaker E)  We just don't explain it because then it just buddies the water. They don't Want to come here and find out? </w:t>
      </w:r>
    </w:p>
    <w:p>
      <w:r>
        <w:t xml:space="preserve">03:09:40   (Speaker A)  We'll be upset, I suppose, but I'll be. I guess what you said too is the worst case for some people is $5 a month over a year. </w:t>
      </w:r>
    </w:p>
    <w:p>
      <w:r>
        <w:t xml:space="preserve">03:09:51   (Speaker B)  And I haven't had to do it here, but I've had similar conversations with residents and usually when I. Usually, I mean, you know, when I explain. Well, the idea is, for the amenities in particular is that it's equal part because everybody has equal access to the amenities when it comes to like stormwater and things. Obviously a larger lot means potentially a larger impact, which is why they often do that in that way and stuff. And so, you know. But when it comes to the amenity aspect, you know, it doesn't really matter what size your lot is. Everybody's coming in and getting the same access. </w:t>
      </w:r>
    </w:p>
    <w:p>
      <w:r>
        <w:t xml:space="preserve">03:10:24   (Speaker A)  So. </w:t>
      </w:r>
    </w:p>
    <w:p>
      <w:r>
        <w:t xml:space="preserve">03:10:24   (Speaker B)  But again, I haven't had any conversations for anybody in this district concerning. </w:t>
      </w:r>
    </w:p>
    <w:p>
      <w:r>
        <w:t xml:space="preserve">03:10:30   (Speaker A)  So I think we're good then. </w:t>
      </w:r>
    </w:p>
    <w:p>
      <w:r>
        <w:t xml:space="preserve">03:10:31   (Speaker B)  This budget. </w:t>
      </w:r>
    </w:p>
    <w:p>
      <w:r>
        <w:t xml:space="preserve">03:10:31   (Speaker F)  Yeah, I think we'd be looking for a motion for resolution 2026-12 opposing special assessments and certifying an assessment role and amending that resolution to specifically approve the on methodology that was distributed. </w:t>
      </w:r>
    </w:p>
    <w:p>
      <w:r>
        <w:t xml:space="preserve">03:10:51   (Speaker A)  So. Motion second. </w:t>
      </w:r>
    </w:p>
    <w:p>
      <w:r>
        <w:t xml:space="preserve">03:11:05   (Speaker E)  You're almost net even between one going down and one. </w:t>
      </w:r>
    </w:p>
    <w:p>
      <w:r>
        <w:t xml:space="preserve">03:11:10   (Speaker A)  Yeah. </w:t>
      </w:r>
    </w:p>
    <w:p>
      <w:r>
        <w:t xml:space="preserve">03:11:12   (Speaker B)  Okay, so motion to approve resolution 202612 opposing special assessments and certifying assessment role and amending the resolution to specifically approve the ONM methodology that was approved by the board earlier. That was a first from ke, second </w:t>
      </w:r>
    </w:p>
    <w:p>
      <w:r>
        <w:t xml:space="preserve">03:11:25   (Speaker A)  from Randy or the. Brian. Brian. Brian. On the. On the. Okay. All right. </w:t>
      </w:r>
    </w:p>
    <w:p>
      <w:r>
        <w:t xml:space="preserve">03:11:31   (Speaker B)  So any other conversation. Discussion for that? </w:t>
      </w:r>
    </w:p>
    <w:p>
      <w:r>
        <w:t xml:space="preserve">03:11:34   (Speaker E)  No. </w:t>
      </w:r>
    </w:p>
    <w:p>
      <w:r>
        <w:t xml:space="preserve">03:11:34   (Speaker A)  Okay. Motion or. </w:t>
      </w:r>
    </w:p>
    <w:p>
      <w:r>
        <w:t xml:space="preserve">03:11:37   (Speaker B)  Sorry, all in favor? Okay, Any opposed? Okay, so the motion has passed. </w:t>
      </w:r>
    </w:p>
    <w:p>
      <w:r>
        <w:t xml:space="preserve">03:11:45   (Speaker A)  Alrighty, we're good to go there. </w:t>
      </w:r>
    </w:p>
    <w:p>
      <w:r>
        <w:t xml:space="preserve">03:11:49   (Speaker B)  So we'll move on here to business matters. I do have a couple other items </w:t>
      </w:r>
    </w:p>
    <w:p>
      <w:r>
        <w:t xml:space="preserve">03:11:52   (Speaker A)  here for you for review. </w:t>
      </w:r>
    </w:p>
    <w:p>
      <w:r>
        <w:t xml:space="preserve">03:11:54   (Speaker B)  So we do have the fiscal year. </w:t>
      </w:r>
    </w:p>
    <w:p>
      <w:r>
        <w:t xml:space="preserve">03:11:58   (Speaker A)  What's that? </w:t>
      </w:r>
    </w:p>
    <w:p>
      <w:r>
        <w:t xml:space="preserve">03:12:02   (Speaker B)  We did, didn't we? </w:t>
      </w:r>
    </w:p>
    <w:p>
      <w:r>
        <w:t xml:space="preserve">03:12:02   (Speaker E)  We closed the public part. </w:t>
      </w:r>
    </w:p>
    <w:p>
      <w:r>
        <w:t xml:space="preserve">03:12:04   (Speaker B)  Yeah, we closed the public, Keith and Randy for the closing of the public. And Brian was a part of that boat. So it was five. </w:t>
      </w:r>
    </w:p>
    <w:p>
      <w:r>
        <w:t xml:space="preserve">03:12:12   (Speaker A)  Zero. Okay. </w:t>
      </w:r>
    </w:p>
    <w:p>
      <w:r>
        <w:t xml:space="preserve">03:12:13   (Speaker B)  They did another vote. </w:t>
      </w:r>
    </w:p>
    <w:p>
      <w:r>
        <w:t xml:space="preserve">03:12:14   (Speaker F)  You weren't here. </w:t>
      </w:r>
    </w:p>
    <w:p>
      <w:r>
        <w:t xml:space="preserve">03:12:14   (Speaker A)  So it was four. Yeah. </w:t>
      </w:r>
    </w:p>
    <w:p>
      <w:r>
        <w:t xml:space="preserve">03:12:15   (Speaker B)  So we're good. So this is consideration resolution 2026-13, which is adopting fiscal year 27 meeting schedule. This is your same schedule, third Tuesday, same time, same location. So unless there's an edit to that and we can change meeting date if needed, as needed throughout. But this just kind of puts it out for everybody. Yeah, we'll have that sign there going. </w:t>
      </w:r>
    </w:p>
    <w:p>
      <w:r>
        <w:t xml:space="preserve">03:12:39   (Speaker E)  Hey, I mean, I think we originally went back to the 6pm time so that people could be here. Do we need to revisit 5:30 again </w:t>
      </w:r>
    </w:p>
    <w:p>
      <w:r>
        <w:t xml:space="preserve">03:12:48   (Speaker A)  or if you'd like 73 of meeting, maybe. </w:t>
      </w:r>
    </w:p>
    <w:p>
      <w:r>
        <w:t xml:space="preserve">03:12:55   (Speaker E)  I just. Like I said, we. We moved it to six because that was the complaint. But it doesn't seem like that's getting people in the room. 5:30? </w:t>
      </w:r>
    </w:p>
    <w:p>
      <w:r>
        <w:t xml:space="preserve">03:13:04   (Speaker B)  Yeah, that's a board decision. If you want to adjust that resolution, we can change that time. </w:t>
      </w:r>
    </w:p>
    <w:p>
      <w:r>
        <w:t xml:space="preserve">03:13:08   (Speaker A)  That's okay for me. </w:t>
      </w:r>
    </w:p>
    <w:p>
      <w:r>
        <w:t xml:space="preserve">03:13:09   (Speaker E)  Kind of just get here </w:t>
      </w:r>
    </w:p>
    <w:p>
      <w:r>
        <w:t xml:space="preserve">03:13:13   (Speaker A)  about our. </w:t>
      </w:r>
    </w:p>
    <w:p>
      <w:r>
        <w:t xml:space="preserve">03:13:14   (Speaker B)  Our folks. </w:t>
      </w:r>
    </w:p>
    <w:p>
      <w:r>
        <w:t xml:space="preserve">03:13:14   (Speaker E)  Yeah, these guys. Because then they thought the likelihood that </w:t>
      </w:r>
    </w:p>
    <w:p>
      <w:r>
        <w:t xml:space="preserve">03:13:18   (Speaker A)  we get Juniper, whoever here. Is it a tighter squeeze with us? </w:t>
      </w:r>
    </w:p>
    <w:p>
      <w:r>
        <w:t xml:space="preserve">03:13:25   (Speaker B)  I mean 6 is a fairly typical. I have meetings that start at 7. I have meetings that start at 5:30. I mean you start at 5. I've never really seen too much issue in that block. </w:t>
      </w:r>
    </w:p>
    <w:p>
      <w:r>
        <w:t xml:space="preserve">03:13:33   (Speaker A)  Might be easier for me. </w:t>
      </w:r>
    </w:p>
    <w:p>
      <w:r>
        <w:t xml:space="preserve">03:13:37   (Speaker F)  Start time doesn't matter for us, the </w:t>
      </w:r>
    </w:p>
    <w:p>
      <w:r>
        <w:t xml:space="preserve">03:13:38   (Speaker A)  end time, you know. Yeah. </w:t>
      </w:r>
    </w:p>
    <w:p>
      <w:r>
        <w:t xml:space="preserve">03:13:41   (Speaker B)  As we're creeping up now, </w:t>
      </w:r>
    </w:p>
    <w:p>
      <w:r>
        <w:t xml:space="preserve">03:13:45   (Speaker F)  you know, started earlier. Done. </w:t>
      </w:r>
    </w:p>
    <w:p>
      <w:r>
        <w:t xml:space="preserve">03:13:47   (Speaker A)  I can't do five. 5:30 would work. 5:30. I mean, 5:30 I can make for that. Sorry. </w:t>
      </w:r>
    </w:p>
    <w:p>
      <w:r>
        <w:t xml:space="preserve">03:13:57   (Speaker B)  We can adjust 530. That would just be a part of the motion. </w:t>
      </w:r>
    </w:p>
    <w:p>
      <w:r>
        <w:t xml:space="preserve">03:14:04   (Speaker E)  Let's try. So on motion that we go to 5:30 start time. </w:t>
      </w:r>
    </w:p>
    <w:p>
      <w:r>
        <w:t xml:space="preserve">03:14:10   (Speaker A)  Okay. </w:t>
      </w:r>
    </w:p>
    <w:p>
      <w:r>
        <w:t xml:space="preserve">03:14:11   (Speaker B)  So proven the resolution with the 5:30 start time as opposed to six as a first from Tammy, second from Randy. </w:t>
      </w:r>
    </w:p>
    <w:p>
      <w:r>
        <w:t xml:space="preserve">03:14:19   (Speaker A)  All in favor? </w:t>
      </w:r>
    </w:p>
    <w:p>
      <w:r>
        <w:t xml:space="preserve">03:14:21   (Speaker B)  Any opposed? Okay, so motion passed. So that'll start in October. September meeting will still be the same. Next item consideration, insurance policy renewal for fia. So this is your insurance schedule. There hasn't been any real changes to it, but if you see something, please let me know. Again, we should be getting the proposal from FIA for the actual premium next month comes usually in September. So by the next meeting I hope to have that actual number. If there is something that we are missing from the insurance schedule or anything like that, we can always add it. Same thing kind of goes with the crime one that's about $500 a month. Specific to like wire fraud and that stuff we had talked about before, that can always be added. </w:t>
      </w:r>
    </w:p>
    <w:p>
      <w:r>
        <w:t xml:space="preserve">03:15:09   (Speaker C)  500 annually? </w:t>
      </w:r>
    </w:p>
    <w:p>
      <w:r>
        <w:t xml:space="preserve">03:15:11   (Speaker A)  Yeah. 500. </w:t>
      </w:r>
    </w:p>
    <w:p>
      <w:r>
        <w:t xml:space="preserve">03:15:11   (Speaker B)  I said month. Yeah. So 500 a year for that one. </w:t>
      </w:r>
    </w:p>
    <w:p>
      <w:r>
        <w:t xml:space="preserve">03:15:14   (Speaker A)  Okay. I feel like we've talked about this, so forgive me, but I noticed there's that workers compensation line on there because we have employees now. Does that change our position on that or. </w:t>
      </w:r>
    </w:p>
    <w:p>
      <w:r>
        <w:t xml:space="preserve">03:15:26   (Speaker B)  That is a workers comp. That's adp. </w:t>
      </w:r>
    </w:p>
    <w:p>
      <w:r>
        <w:t xml:space="preserve">03:15:30   (Speaker A)  Yeah. </w:t>
      </w:r>
    </w:p>
    <w:p>
      <w:r>
        <w:t xml:space="preserve">03:15:31   (Speaker B)  So the one we had originally kind of went back and forth on was FIA's version that also had the volunteer coverage included with it. But since ADP coverage, it was conflicting which when reported up, something interesting that I do. </w:t>
      </w:r>
    </w:p>
    <w:p>
      <w:r>
        <w:t xml:space="preserve">03:15:47   (Speaker A)  I remember talking about it. I remember. </w:t>
      </w:r>
    </w:p>
    <w:p>
      <w:r>
        <w:t xml:space="preserve">03:15:56   (Speaker D)  Schedule. </w:t>
      </w:r>
    </w:p>
    <w:p>
      <w:r>
        <w:t xml:space="preserve">03:15:56   (Speaker F)  When those golf carts come in. </w:t>
      </w:r>
    </w:p>
    <w:p>
      <w:r>
        <w:t xml:space="preserve">03:15:58   (Speaker B)  Yeah. </w:t>
      </w:r>
    </w:p>
    <w:p>
      <w:r>
        <w:t xml:space="preserve">03:15:58   (Speaker F)  They'll get added. </w:t>
      </w:r>
    </w:p>
    <w:p>
      <w:r>
        <w:t xml:space="preserve">03:15:59   (Speaker A)  Yep, yep. </w:t>
      </w:r>
    </w:p>
    <w:p>
      <w:r>
        <w:t xml:space="preserve">03:16:02   (Speaker B)  And so that's what this is. This is everything that's existing. If there's anything that comes in that's added, we obviously can sure add it </w:t>
      </w:r>
    </w:p>
    <w:p>
      <w:r>
        <w:t xml:space="preserve">03:16:09   (Speaker A)  accordingly and then we'll just pay a prorated version of the permit. </w:t>
      </w:r>
    </w:p>
    <w:p>
      <w:r>
        <w:t xml:space="preserve">03:16:26   (Speaker B)  So anybody want to make a motion or is there anything else in particular </w:t>
      </w:r>
    </w:p>
    <w:p>
      <w:r>
        <w:t xml:space="preserve">03:16:28   (Speaker A)  that you have a question on? </w:t>
      </w:r>
    </w:p>
    <w:p>
      <w:r>
        <w:t xml:space="preserve">03:16:37   (Speaker B)  So first from Luke to approve the FIA insurance policy renewal schedule. </w:t>
      </w:r>
    </w:p>
    <w:p>
      <w:r>
        <w:t xml:space="preserve">03:16:43   (Speaker A)  Second, I got Tammy on that one first. </w:t>
      </w:r>
    </w:p>
    <w:p>
      <w:r>
        <w:t xml:space="preserve">03:16:49   (Speaker C)  What's on the draw? </w:t>
      </w:r>
    </w:p>
    <w:p>
      <w:r>
        <w:t xml:space="preserve">03:16:51   (Speaker B)  Okay, so that all in favor? Yeah, being post questions past 5 0. So next item consideration. Flock agreement renewal. So you have flock system. I did, I did show this and talk to Mike a little bit about it before the meeting and I did pull up the email that you do have renewal from. The email that I have here from block. I was able to find it. Schedule Automatic renew on 2026, November 23rd. It's a 24 month term. So this came across for us to renew, but I just wanted to put it in front of the board to see if this is something that you do want to renew. Mike did have a look at it. Mike, if you have comments or anything, </w:t>
      </w:r>
    </w:p>
    <w:p>
      <w:r>
        <w:t xml:space="preserve">03:17:37   (Speaker E)  how much do we pay? </w:t>
      </w:r>
    </w:p>
    <w:p>
      <w:r>
        <w:t xml:space="preserve">03:17:38   (Speaker A)  Yeah, I don't know how much, but </w:t>
      </w:r>
    </w:p>
    <w:p>
      <w:r>
        <w:t xml:space="preserve">03:17:40   (Speaker F)  you can look that up. But just we signed the contract on June 17th of 2022 is a 24 month contract and then it's one year auto renews. And unless you don't want to renew it, you've got to give them notice at least 30 days before the start of the next term because it automatically renews if you don't do that. So if they're saying the term started November 23, 2020 or they're saying the next one starts. </w:t>
      </w:r>
    </w:p>
    <w:p>
      <w:r>
        <w:t xml:space="preserve">03:18:04   (Speaker B)  Yeah, it says it automatically renews on 26, 2026, 1123. </w:t>
      </w:r>
    </w:p>
    <w:p>
      <w:r>
        <w:t xml:space="preserve">03:18:10   (Speaker F)  I think you're right on that. Yeah. </w:t>
      </w:r>
    </w:p>
    <w:p>
      <w:r>
        <w:t xml:space="preserve">03:18:12   (Speaker B)  Well it also says a 24 month term too on this email that I received. Seems like they're off. </w:t>
      </w:r>
    </w:p>
    <w:p>
      <w:r>
        <w:t xml:space="preserve">03:18:16   (Speaker F)  So I mean I would suggest we're in August. </w:t>
      </w:r>
    </w:p>
    <w:p>
      <w:r>
        <w:t xml:space="preserve">03:18:20   (Speaker B)  We got time. </w:t>
      </w:r>
    </w:p>
    <w:p>
      <w:r>
        <w:t xml:space="preserve">03:18:21   (Speaker F)  Bring it back to the September meeting and get some more details from them because we need to be on the same page with them, especially given all the discussion lately about them. </w:t>
      </w:r>
    </w:p>
    <w:p>
      <w:r>
        <w:t xml:space="preserve">03:18:29   (Speaker A)  Yeah, yeah. </w:t>
      </w:r>
    </w:p>
    <w:p>
      <w:r>
        <w:t xml:space="preserve">03:18:30   (Speaker C)  And we had that gentleman here that wanted to be here and. And for that discussion. He's put up with that long enough. I'm even getting this in Louisiana, Mississippi and Alabama right now with concerned residents that don't think we should do it anymore. They want us to take these things out. They seem to think they're an invasion of privacy. There is concern in several Louisiana projects I have, that they were concerned that all of the board members had access and they could view everybody's comings and going, which isn't true. This is very limited access. And so I can tell you that I'm the only individual in. In all four of those states, in the. In the communities, the special taxing districts that I have them in, that has access to it. And I have only actually viewed in the one community after major violence incidents, unfortunately. And, you know, this is all with the local jurisdictions that are looking at this stuff now. You know, whether or not we want to respond to the general societal angst over, oh, my God, they're watching us, Big brother and all that. I don't know. I. I look at it much more conservatively than some people. It's like, this is not a big deal. The reason they're showing up everywhere is because they work well. </w:t>
      </w:r>
    </w:p>
    <w:p>
      <w:r>
        <w:t xml:space="preserve">03:20:08   (Speaker A)  That's the problem. It is an invasion of privacy. But is it really? Well, but when I think about it, though, if something bad happened, like your kid was kidnapped or something, you want them to have. </w:t>
      </w:r>
    </w:p>
    <w:p>
      <w:r>
        <w:t xml:space="preserve">03:20:24   (Speaker E)  Yeah. </w:t>
      </w:r>
    </w:p>
    <w:p>
      <w:r>
        <w:t xml:space="preserve">03:20:25   (Speaker A)  You know, protect privacy. </w:t>
      </w:r>
    </w:p>
    <w:p>
      <w:r>
        <w:t xml:space="preserve">03:20:27   (Speaker D)  But when you're on a public. </w:t>
      </w:r>
    </w:p>
    <w:p>
      <w:r>
        <w:t xml:space="preserve">03:20:28   (Speaker C)  When you are out on a public roadway, do you expect a certain sense of privacy? I mean, let's be serious. </w:t>
      </w:r>
    </w:p>
    <w:p>
      <w:r>
        <w:t xml:space="preserve">03:20:33   (Speaker A)  Yeah. </w:t>
      </w:r>
    </w:p>
    <w:p>
      <w:r>
        <w:t xml:space="preserve">03:20:34   (Speaker F)  No. </w:t>
      </w:r>
    </w:p>
    <w:p>
      <w:r>
        <w:t xml:space="preserve">03:20:34   (Speaker A)  I'm just saying, though, that some people will view it that way. But, you know, I looked at the other side and I said, you know, something bad happens, you know, how else are you going to know, you know, if they've been. </w:t>
      </w:r>
    </w:p>
    <w:p>
      <w:r>
        <w:t xml:space="preserve">03:20:47   (Speaker E)  I mean, they gave us a report of the things that they were able to uncover, and. </w:t>
      </w:r>
    </w:p>
    <w:p>
      <w:r>
        <w:t xml:space="preserve">03:20:52   (Speaker C)  Yeah. And they're. They're very reluctant to do that because so much of that stuff, you know, is. Is their investigative record. So they don't like to typically share a lot of that. </w:t>
      </w:r>
    </w:p>
    <w:p>
      <w:r>
        <w:t xml:space="preserve">03:21:03   (Speaker E)  Yeah. </w:t>
      </w:r>
    </w:p>
    <w:p>
      <w:r>
        <w:t xml:space="preserve">03:21:04   (Speaker C)  Unless there's a specific instance that, you know, of that you're asking for a specific police report. </w:t>
      </w:r>
    </w:p>
    <w:p>
      <w:r>
        <w:t xml:space="preserve">03:21:10   (Speaker E)  Right. And. And I think Clayton has been able to access and get it for. </w:t>
      </w:r>
    </w:p>
    <w:p>
      <w:r>
        <w:t xml:space="preserve">03:21:17   (Speaker C)  We. We've had them actually be able to grab, you know, drunk drivers out of the community. And in a number of different instances, there was a potential child predator that was tracked down here. So, you know, we are aware that, you know, there is real value to this. </w:t>
      </w:r>
    </w:p>
    <w:p>
      <w:r>
        <w:t xml:space="preserve">03:21:33   (Speaker A)  Yeah. </w:t>
      </w:r>
    </w:p>
    <w:p>
      <w:r>
        <w:t xml:space="preserve">03:21:34   (Speaker C)  So, again, you know, and I. I realized that I'm an open conservative, and, you know, not everybody feels the same way I do. But I just think They're. They're a viable option to really help law enforcement curtain, you know, what becomes growing threats. </w:t>
      </w:r>
    </w:p>
    <w:p>
      <w:r>
        <w:t xml:space="preserve">03:21:53   (Speaker A)  So I'm assuming that if we renew, we have access to. And I'm going to understate this, but terms and conditions that would outline who has access to, how to get access and what they can share without our. </w:t>
      </w:r>
    </w:p>
    <w:p>
      <w:r>
        <w:t xml:space="preserve">03:22:07   (Speaker C)  It's in our Flock agreement. </w:t>
      </w:r>
    </w:p>
    <w:p>
      <w:r>
        <w:t xml:space="preserve">03:22:08   (Speaker A)  Yeah. </w:t>
      </w:r>
    </w:p>
    <w:p>
      <w:r>
        <w:t xml:space="preserve">03:22:09   (Speaker E)  Well, as far as us, any of us having access to it. But what we don't have control over who Flock shares that data with, it </w:t>
      </w:r>
    </w:p>
    <w:p>
      <w:r>
        <w:t xml:space="preserve">03:22:20   (Speaker C)  is only with the account holder or </w:t>
      </w:r>
    </w:p>
    <w:p>
      <w:r>
        <w:t xml:space="preserve">03:22:22   (Speaker A)  with local law enforcement and everybody else there. </w:t>
      </w:r>
    </w:p>
    <w:p>
      <w:r>
        <w:t xml:space="preserve">03:22:25   (Speaker D)  I mean, </w:t>
      </w:r>
    </w:p>
    <w:p>
      <w:r>
        <w:t xml:space="preserve">03:22:28   (Speaker C)  it doesn't work that way. So sorry. </w:t>
      </w:r>
    </w:p>
    <w:p>
      <w:r>
        <w:t xml:space="preserve">03:22:32   (Speaker F)  If we're going to have this discussion. </w:t>
      </w:r>
    </w:p>
    <w:p>
      <w:r>
        <w:t xml:space="preserve">03:22:33   (Speaker E)  Yeah. </w:t>
      </w:r>
    </w:p>
    <w:p>
      <w:r>
        <w:t xml:space="preserve">03:22:33   (Speaker F)  We ought to set it on the agenda for. And you can have the policy discussion that you're having now as an agenda item. </w:t>
      </w:r>
    </w:p>
    <w:p>
      <w:r>
        <w:t xml:space="preserve">03:22:39   (Speaker A)  Okay. </w:t>
      </w:r>
    </w:p>
    <w:p>
      <w:r>
        <w:t xml:space="preserve">03:22:40   (Speaker F)  But there's going to be some things that you might want to talk about in a private session that you'll need to talk about and then the terms and conditions on their agreement. If we do a renewal, there may be some changes that we write into that renewal agreement to address some of the concerns. Concerns that we're hearing both from board members. </w:t>
      </w:r>
    </w:p>
    <w:p>
      <w:r>
        <w:t xml:space="preserve">03:23:01   (Speaker A)  I guess my understanding was holding share of local. </w:t>
      </w:r>
    </w:p>
    <w:p>
      <w:r>
        <w:t xml:space="preserve">03:23:07   (Speaker C)  It's. It's law enforcement agencies, it's superior agencies to a county, possibly to the state. It can be shared here with state's attorneys as necessary. It can provide, you know, evidentiary evidence in court hearings, but they don't arbitrarily give this out to anybody. Doesn't happen. </w:t>
      </w:r>
    </w:p>
    <w:p>
      <w:r>
        <w:t xml:space="preserve">03:23:30   (Speaker B)  So my suggestion would be. So we did talk about it. We're going to look at a couple other things, follow up on a few things. But to have an actual full discussion, which would again be a closed session for the security aspects of it, we would just need a motion to approve a closed security session. We can do that for the September meeting. You do already have a public hearing as well for the September meeting. But if the board wanted to, we could do this, I mean be at 6 or you could do it at </w:t>
      </w:r>
    </w:p>
    <w:p>
      <w:r>
        <w:t xml:space="preserve">03:23:56   (Speaker A)  the end of the meeting. </w:t>
      </w:r>
    </w:p>
    <w:p>
      <w:r>
        <w:t xml:space="preserve">03:23:58   (Speaker B)  So depends on how you want to do it in the schedule. </w:t>
      </w:r>
    </w:p>
    <w:p>
      <w:r>
        <w:t xml:space="preserve">03:24:02   (Speaker A)  But. </w:t>
      </w:r>
    </w:p>
    <w:p>
      <w:r>
        <w:t xml:space="preserve">03:24:02   (Speaker B)  But we would need a motion to approve a closed session. So that way we can actually have a full conversation of everything. </w:t>
      </w:r>
    </w:p>
    <w:p>
      <w:r>
        <w:t xml:space="preserve">03:24:11   (Speaker C)  But we have a gentleman here and before we to do in a closed session, I think he has differing opinions from me and I think we should hear it. So we know what that closed session would need to entangle. </w:t>
      </w:r>
    </w:p>
    <w:p>
      <w:r>
        <w:t xml:space="preserve">03:24:23   (Speaker A)  Yeah. </w:t>
      </w:r>
    </w:p>
    <w:p>
      <w:r>
        <w:t xml:space="preserve">03:24:23   (Speaker B)  And we can, we can do that at the audience comments here at the end because we do Have a couple other things to get through and it is 9:25. </w:t>
      </w:r>
    </w:p>
    <w:p>
      <w:r>
        <w:t xml:space="preserve">03:24:31   (Speaker A)  So just one of the things that in the interim between now I know the county has moved away to the block to a different vendor. </w:t>
      </w:r>
    </w:p>
    <w:p>
      <w:r>
        <w:t xml:space="preserve">03:24:40   (Speaker B)  And so I just. </w:t>
      </w:r>
    </w:p>
    <w:p>
      <w:r>
        <w:t xml:space="preserve">03:24:41   (Speaker A)  I wonder if we can do any diligence on that. </w:t>
      </w:r>
    </w:p>
    <w:p>
      <w:r>
        <w:t xml:space="preserve">03:24:42   (Speaker B)  I mean, is that. </w:t>
      </w:r>
    </w:p>
    <w:p>
      <w:r>
        <w:t xml:space="preserve">03:24:43   (Speaker F)  Is that something. </w:t>
      </w:r>
    </w:p>
    <w:p>
      <w:r>
        <w:t xml:space="preserve">03:24:43   (Speaker A)  If we decide to keep this system in place, should we continue forward with block or do we use another provider? We agree. We come to a conclusion. </w:t>
      </w:r>
    </w:p>
    <w:p>
      <w:r>
        <w:t xml:space="preserve">03:24:54   (Speaker B)  The cameras are staying. </w:t>
      </w:r>
    </w:p>
    <w:p>
      <w:r>
        <w:t xml:space="preserve">03:24:57   (Speaker C)  I think that the difficulty with that is the equipment is theirs. </w:t>
      </w:r>
    </w:p>
    <w:p>
      <w:r>
        <w:t xml:space="preserve">03:25:01   (Speaker A)  Yeah. </w:t>
      </w:r>
    </w:p>
    <w:p>
      <w:r>
        <w:t xml:space="preserve">03:25:02   (Speaker B)  So it'd be a new reinstall. </w:t>
      </w:r>
    </w:p>
    <w:p>
      <w:r>
        <w:t xml:space="preserve">03:25:03   (Speaker C)  You'd have to have reinstalled. But you know, we could consider that. It's certainly worth it. Taking a look at if the county's making the move. </w:t>
      </w:r>
    </w:p>
    <w:p>
      <w:r>
        <w:t xml:space="preserve">03:25:10   (Speaker A)  We'd have to. </w:t>
      </w:r>
    </w:p>
    <w:p>
      <w:r>
        <w:t xml:space="preserve">03:25:11   (Speaker C)  We should figure out. </w:t>
      </w:r>
    </w:p>
    <w:p>
      <w:r>
        <w:t xml:space="preserve">03:25:12   (Speaker B)  Look around and see. </w:t>
      </w:r>
    </w:p>
    <w:p>
      <w:r>
        <w:t xml:space="preserve">03:25:13   (Speaker A)  Yeah, the sheriff's office. </w:t>
      </w:r>
    </w:p>
    <w:p>
      <w:r>
        <w:t xml:space="preserve">03:25:15   (Speaker C)  I didn't. Haven't seen this. </w:t>
      </w:r>
    </w:p>
    <w:p>
      <w:r>
        <w:t xml:space="preserve">03:25:17   (Speaker F)  They moved the same. </w:t>
      </w:r>
    </w:p>
    <w:p>
      <w:r>
        <w:t xml:space="preserve">03:25:20   (Speaker A)  Yeah. Okay. </w:t>
      </w:r>
    </w:p>
    <w:p>
      <w:r>
        <w:t xml:space="preserve">03:25:21   (Speaker B)  Yeah, we can look to see who they use. </w:t>
      </w:r>
    </w:p>
    <w:p>
      <w:r>
        <w:t xml:space="preserve">03:25:25   (Speaker A)  Whatever. Whoever does that bring that to the discussion part of discussion. </w:t>
      </w:r>
    </w:p>
    <w:p>
      <w:r>
        <w:t xml:space="preserve">03:25:29   (Speaker E)  Okay, so should we do the. Should we have that discussion before we talk over the. The meet? The. We should have that closed session before we make a decision on the agreements. </w:t>
      </w:r>
    </w:p>
    <w:p>
      <w:r>
        <w:t xml:space="preserve">03:25:42   (Speaker F)  You should have a. </w:t>
      </w:r>
    </w:p>
    <w:p>
      <w:r>
        <w:t xml:space="preserve">03:25:43   (Speaker A)  A close session, discuss any security matters </w:t>
      </w:r>
    </w:p>
    <w:p>
      <w:r>
        <w:t xml:space="preserve">03:25:46   (Speaker F)  that need to be discussed in the close. Not the business points and not the policy what you're talking about, but it's how the system works, who the information shared with, who has access. That sort of thing is closed session. Whether you spend the money, whether you think it's a good tool, all that has to be done in the public. </w:t>
      </w:r>
    </w:p>
    <w:p>
      <w:r>
        <w:t xml:space="preserve">03:26:03   (Speaker A)  Right. </w:t>
      </w:r>
    </w:p>
    <w:p>
      <w:r>
        <w:t xml:space="preserve">03:26:04   (Speaker E)  Okay. </w:t>
      </w:r>
    </w:p>
    <w:p>
      <w:r>
        <w:t xml:space="preserve">03:26:06   (Speaker A)  And we would. </w:t>
      </w:r>
    </w:p>
    <w:p>
      <w:r>
        <w:t xml:space="preserve">03:26:07   (Speaker F)  What we would do is set the agenda. Next meeting. </w:t>
      </w:r>
    </w:p>
    <w:p>
      <w:r>
        <w:t xml:space="preserve">03:26:09   (Speaker A)  At the very end of the meeting, </w:t>
      </w:r>
    </w:p>
    <w:p>
      <w:r>
        <w:t xml:space="preserve">03:26:10   (Speaker F)  you have private session to discuss security. Then you have public session to discuss security. </w:t>
      </w:r>
    </w:p>
    <w:p>
      <w:r>
        <w:t xml:space="preserve">03:26:15   (Speaker A)  And then meeting in here is basically </w:t>
      </w:r>
    </w:p>
    <w:p>
      <w:r>
        <w:t xml:space="preserve">03:26:18   (Speaker F)  how you set it up. So you have both of them at the same time. But you want to deal with private. </w:t>
      </w:r>
    </w:p>
    <w:p>
      <w:r>
        <w:t xml:space="preserve">03:26:22   (Speaker C)  Yeah, </w:t>
      </w:r>
    </w:p>
    <w:p>
      <w:r>
        <w:t xml:space="preserve">03:26:26   (Speaker A)  I really want to put that until the beginning of the meeting though. So if you do it at the beginning, people. 10:30. </w:t>
      </w:r>
    </w:p>
    <w:p>
      <w:r>
        <w:t xml:space="preserve">03:26:35   (Speaker B)  Yeah, well, I mean if you do it at the beginning, people who would show up to me wouldn't be allowed in until after this closed security session. So it really just depends on. I have boards that do that. But oftentimes it's at the end and </w:t>
      </w:r>
    </w:p>
    <w:p>
      <w:r>
        <w:t xml:space="preserve">03:26:48   (Speaker A)  we will be able to get the answers from the local authorities on. </w:t>
      </w:r>
    </w:p>
    <w:p>
      <w:r>
        <w:t xml:space="preserve">03:26:52   (Speaker B)  I mean, I'll see what I can find. </w:t>
      </w:r>
    </w:p>
    <w:p>
      <w:r>
        <w:t xml:space="preserve">03:26:54   (Speaker A)  You know what. Why they switch to sharing it? </w:t>
      </w:r>
    </w:p>
    <w:p>
      <w:r>
        <w:t xml:space="preserve">03:26:56   (Speaker F)  Do they still have an agreement flock </w:t>
      </w:r>
    </w:p>
    <w:p>
      <w:r>
        <w:t xml:space="preserve">03:26:58   (Speaker A)  plus their new vendor? </w:t>
      </w:r>
    </w:p>
    <w:p>
      <w:r>
        <w:t xml:space="preserve">03:27:00   (Speaker F)  Like that's Kind of the stuff. </w:t>
      </w:r>
    </w:p>
    <w:p>
      <w:r>
        <w:t xml:space="preserve">03:27:01   (Speaker B)  I mean, imagine a lot of that's just going to be me Googling what it is. </w:t>
      </w:r>
    </w:p>
    <w:p>
      <w:r>
        <w:t xml:space="preserve">03:27:05   (Speaker A)  I have enough contacts with the sheriff's </w:t>
      </w:r>
    </w:p>
    <w:p>
      <w:r>
        <w:t xml:space="preserve">03:27:07   (Speaker C)  department here that I can get that information on, dear. </w:t>
      </w:r>
    </w:p>
    <w:p>
      <w:r>
        <w:t xml:space="preserve">03:27:12   (Speaker B)  Okay, so do we want to do a motion for a close security session, the September meeting? </w:t>
      </w:r>
    </w:p>
    <w:p>
      <w:r>
        <w:t xml:space="preserve">03:27:17   (Speaker E)  Oh, motion for that. </w:t>
      </w:r>
    </w:p>
    <w:p>
      <w:r>
        <w:t xml:space="preserve">03:27:18   (Speaker A)  Okay. </w:t>
      </w:r>
    </w:p>
    <w:p>
      <w:r>
        <w:t xml:space="preserve">03:27:25   (Speaker B)  Okay, so first from Tammy, second from Brian. </w:t>
      </w:r>
    </w:p>
    <w:p>
      <w:r>
        <w:t xml:space="preserve">03:27:27   (Speaker A)  All in favor? Aye. </w:t>
      </w:r>
    </w:p>
    <w:p>
      <w:r>
        <w:t xml:space="preserve">03:27:30   (Speaker B)  Okay, so motion has passed. All right, so next is approval, consent, agenda. So we do have the minutes from July 21st. We also have the check run and the income statements and financial report. Did make a note about </w:t>
      </w:r>
    </w:p>
    <w:p>
      <w:r>
        <w:t xml:space="preserve">03:27:50   (Speaker A)  surcharge. </w:t>
      </w:r>
    </w:p>
    <w:p>
      <w:r>
        <w:t xml:space="preserve">03:27:51   (Speaker B)  Yeah, note about that. If there's any other comments, questions for the minutes or check runs, please let me know. </w:t>
      </w:r>
    </w:p>
    <w:p>
      <w:r>
        <w:t xml:space="preserve">03:28:00   (Speaker A)  You might have to just search within the document because took me a minute to go back and forth on this invoice number 406565. </w:t>
      </w:r>
    </w:p>
    <w:p>
      <w:r>
        <w:t xml:space="preserve">03:28:11   (Speaker B)  Who is it for? </w:t>
      </w:r>
    </w:p>
    <w:p>
      <w:r>
        <w:t xml:space="preserve">03:28:13   (Speaker A)  Juniper. Okay. And it has a full fuel charge? Yeah, should have been for 612.77. That was paid by check 000103 and check 004111. So if you look at that invoice, it appears twice having been paid by two different checks. </w:t>
      </w:r>
    </w:p>
    <w:p>
      <w:r>
        <w:t xml:space="preserve">03:28:40   (Speaker B)  What page is that on? </w:t>
      </w:r>
    </w:p>
    <w:p>
      <w:r>
        <w:t xml:space="preserve">03:28:42   (Speaker A)  All right, let me get there. </w:t>
      </w:r>
    </w:p>
    <w:p>
      <w:r>
        <w:t xml:space="preserve">03:28:44   (Speaker B)  I can find it. That's all right. </w:t>
      </w:r>
    </w:p>
    <w:p>
      <w:r>
        <w:t xml:space="preserve">03:28:46   (Speaker A)  So 186 is the check run. Is the check run. I tried to make comments on this as it took me a minute to go back and forth. 186. Sorry, what's happening? 232 is the. Shows it being paid by.000103. And then page 228 shows it being paid by. 004111. So if I need to back that up and make it a. Yeah, I thought it was odd. The invoice appears twice, page 229 and 233. </w:t>
      </w:r>
    </w:p>
    <w:p>
      <w:r>
        <w:t xml:space="preserve">03:29:36   (Speaker B)  It might have been just a duplicate, but if there's two check numbers, then. </w:t>
      </w:r>
    </w:p>
    <w:p>
      <w:r>
        <w:t xml:space="preserve">03:29:42   (Speaker A)  Yeah. </w:t>
      </w:r>
    </w:p>
    <w:p>
      <w:r>
        <w:t xml:space="preserve">03:29:42   (Speaker B)  So I'll talk to Patty about that </w:t>
      </w:r>
    </w:p>
    <w:p>
      <w:r>
        <w:t xml:space="preserve">03:29:46   (Speaker C)  bill when she fixes it. </w:t>
      </w:r>
    </w:p>
    <w:p>
      <w:r>
        <w:t xml:space="preserve">03:29:48   (Speaker A)  Let's get the fuel charge off of it. </w:t>
      </w:r>
    </w:p>
    <w:p>
      <w:r>
        <w:t xml:space="preserve">03:29:50   (Speaker B)  Yeah, and I know Clayton's talked to him about that, so I don't know </w:t>
      </w:r>
    </w:p>
    <w:p>
      <w:r>
        <w:t xml:space="preserve">03:29:53   (Speaker A)  how, when, what to say that, but this is the third month we've asked about that. We need to stop paying. Somebody owes us a lot of money right now because fuel charges. So I kind of just need to look at every one of these. And I know she does because she's handwritten on some of these invoices. Yeah, there was one where they tried </w:t>
      </w:r>
    </w:p>
    <w:p>
      <w:r>
        <w:t xml:space="preserve">03:30:08   (Speaker C)  to target the tax. </w:t>
      </w:r>
    </w:p>
    <w:p>
      <w:r>
        <w:t xml:space="preserve">03:30:09   (Speaker A)  I know she's Looking, she just needs to start flagging these for this fuel charge and stop paying it. And we got to figure out how to get that money back. And I think collectively, that's a nice chunk of change, probably enough to pay the $10,000 bar bill that the for </w:t>
      </w:r>
    </w:p>
    <w:p>
      <w:r>
        <w:t xml:space="preserve">03:30:25   (Speaker C)  the next 30 years. </w:t>
      </w:r>
    </w:p>
    <w:p>
      <w:r>
        <w:t xml:space="preserve">03:30:27   (Speaker D)  All right. </w:t>
      </w:r>
    </w:p>
    <w:p>
      <w:r>
        <w:t xml:space="preserve">03:30:28   (Speaker A)  You know, basically, I could see in the Chiron. </w:t>
      </w:r>
    </w:p>
    <w:p>
      <w:r>
        <w:t xml:space="preserve">03:30:33   (Speaker C)  Basically, I think Rich can work with Patty to just have it deducted from their large monthly billing. </w:t>
      </w:r>
    </w:p>
    <w:p>
      <w:r>
        <w:t xml:space="preserve">03:30:39   (Speaker A)  That would be the best way to find out what that total is. </w:t>
      </w:r>
    </w:p>
    <w:p>
      <w:r>
        <w:t xml:space="preserve">03:30:42   (Speaker C)  Yeah, show them, substantiate it, send it to them. </w:t>
      </w:r>
    </w:p>
    <w:p>
      <w:r>
        <w:t xml:space="preserve">03:30:45   (Speaker A)  Just take it off as one big credit. </w:t>
      </w:r>
    </w:p>
    <w:p>
      <w:r>
        <w:t xml:space="preserve">03:30:47   (Speaker B)  I just made a note too. Just saying don't pay any more Juniper bills with a fuel surcharge at all. And so if they send it, then it's just not going to get paid. And then if they want to get </w:t>
      </w:r>
    </w:p>
    <w:p>
      <w:r>
        <w:t xml:space="preserve">03:30:58   (Speaker A)  paid, they can I really adjust it, get their attention. Yeah. </w:t>
      </w:r>
    </w:p>
    <w:p>
      <w:r>
        <w:t xml:space="preserve">03:31:01   (Speaker D)  Okay. </w:t>
      </w:r>
    </w:p>
    <w:p>
      <w:r>
        <w:t xml:space="preserve">03:31:03   (Speaker A)  Okay. All right. </w:t>
      </w:r>
    </w:p>
    <w:p>
      <w:r>
        <w:t xml:space="preserve">03:31:04   (Speaker B)  Any other comments for the minutes and or check runs again? If you see something, you know, reach out, shoot me an email. If something pops up tomorrow that you forgot about today, just let me know. We will address it. So, okay, so with that, just looking for a motion to approve the consent agenda. Okay, so we got first from Keith, </w:t>
      </w:r>
    </w:p>
    <w:p>
      <w:r>
        <w:t xml:space="preserve">03:31:27   (Speaker A)  second, second for Brian. All in favor? </w:t>
      </w:r>
    </w:p>
    <w:p>
      <w:r>
        <w:t xml:space="preserve">03:31:34   (Speaker E)  I. </w:t>
      </w:r>
    </w:p>
    <w:p>
      <w:r>
        <w:t xml:space="preserve">03:31:35   (Speaker B)  Any opposed? The motion is passed. </w:t>
      </w:r>
    </w:p>
    <w:p>
      <w:r>
        <w:t xml:space="preserve">03:31:40   (Speaker A)  Good question. </w:t>
      </w:r>
    </w:p>
    <w:p>
      <w:r>
        <w:t xml:space="preserve">03:31:41   (Speaker B)  So supervisor requests and we'll do audience comments as well. So, sir, just state your name and address for the record. If you'd like to speak to the board, I would just ask. Obviously given time limited to three minutes, </w:t>
      </w:r>
    </w:p>
    <w:p>
      <w:r>
        <w:t xml:space="preserve">03:31:52   (Speaker A)  but no, you burned 68. </w:t>
      </w:r>
    </w:p>
    <w:p>
      <w:r>
        <w:t xml:space="preserve">03:31:59   (Speaker B)  Yeah. </w:t>
      </w:r>
    </w:p>
    <w:p>
      <w:r>
        <w:t xml:space="preserve">03:31:59   (Speaker C)  So on. </w:t>
      </w:r>
    </w:p>
    <w:p>
      <w:r>
        <w:t xml:space="preserve">03:32:00   (Speaker A)  On the Flock safety cameras, there's a ton of information out there. Just encourage you to go look at it, read it and see what you think other people think. </w:t>
      </w:r>
    </w:p>
    <w:p>
      <w:r>
        <w:t xml:space="preserve">03:32:09   (Speaker F)  I, I personally on the fence, I </w:t>
      </w:r>
    </w:p>
    <w:p>
      <w:r>
        <w:t xml:space="preserve">03:32:11   (Speaker A)  think it can be a great technology. Statistics show that it hasn't been a great technology. </w:t>
      </w:r>
    </w:p>
    <w:p>
      <w:r>
        <w:t xml:space="preserve">03:32:16   (Speaker F)  But if you're the individual that was affected by block saving your kid, you </w:t>
      </w:r>
    </w:p>
    <w:p>
      <w:r>
        <w:t xml:space="preserve">03:32:21   (Speaker A)  are not a statistic viewer person. So there's that. </w:t>
      </w:r>
    </w:p>
    <w:p>
      <w:r>
        <w:t xml:space="preserve">03:32:25   (Speaker F)  There's also the notion that, you know, if a psychic could save a kid, </w:t>
      </w:r>
    </w:p>
    <w:p>
      <w:r>
        <w:t xml:space="preserve">03:32:31   (Speaker A)  say what the solution is safety. But there are significant security concerns with the platform. </w:t>
      </w:r>
    </w:p>
    <w:p>
      <w:r>
        <w:t xml:space="preserve">03:32:38   (Speaker F)  And then all these other news reports are security. </w:t>
      </w:r>
    </w:p>
    <w:p>
      <w:r>
        <w:t xml:space="preserve">03:32:41   (Speaker A)  Significant security concerns with people of access that are doing things that they shouldn't be doing. But some people problem and so they compliance. </w:t>
      </w:r>
    </w:p>
    <w:p>
      <w:r>
        <w:t xml:space="preserve">03:32:51   (Speaker F)  You know, whatever you get to. </w:t>
      </w:r>
    </w:p>
    <w:p>
      <w:r>
        <w:t xml:space="preserve">03:32:53   (Speaker A)  I'm not here to like influence you to go look at it, but I definitely encourage you to go look at it and see what your taste is after you see the things that been Done intentionally and been done on attention. There's a lot of negative stuff along the table. A very small measurable possible amount. </w:t>
      </w:r>
    </w:p>
    <w:p>
      <w:r>
        <w:t xml:space="preserve">03:33:11   (Speaker F)  But the second thing was that amenity question I had. </w:t>
      </w:r>
    </w:p>
    <w:p>
      <w:r>
        <w:t xml:space="preserve">03:33:13   (Speaker A)  Which is the gate to the pool that goes up to the parking lot. </w:t>
      </w:r>
    </w:p>
    <w:p>
      <w:r>
        <w:t xml:space="preserve">03:33:18   (Speaker F)  It's been repaired. </w:t>
      </w:r>
    </w:p>
    <w:p>
      <w:r>
        <w:t xml:space="preserve">03:33:19   (Speaker A)  Didn't get closed. It's actually harder to open and still doesn't close. So that's. I can second that one. My. My 11 year old boys can't get it open. Really? Yes. </w:t>
      </w:r>
    </w:p>
    <w:p>
      <w:r>
        <w:t xml:space="preserve">03:33:33   (Speaker B)  There's a. </w:t>
      </w:r>
    </w:p>
    <w:p>
      <w:r>
        <w:t xml:space="preserve">03:33:36   (Speaker F)  Yeah. </w:t>
      </w:r>
    </w:p>
    <w:p>
      <w:r>
        <w:t xml:space="preserve">03:33:38   (Speaker A)  Maybe it needs to be adjusted. </w:t>
      </w:r>
    </w:p>
    <w:p>
      <w:r>
        <w:t xml:space="preserve">03:33:39   (Speaker F)  Yeah. </w:t>
      </w:r>
    </w:p>
    <w:p>
      <w:r>
        <w:t xml:space="preserve">03:33:42   (Speaker A)  No, it just wasn't closing before. So they put this there. Yeah. </w:t>
      </w:r>
    </w:p>
    <w:p>
      <w:r>
        <w:t xml:space="preserve">03:33:47   (Speaker E)  So I repaired it. But it's a little too. </w:t>
      </w:r>
    </w:p>
    <w:p>
      <w:r>
        <w:t xml:space="preserve">03:33:51   (Speaker A)  Well, it doesn't close. </w:t>
      </w:r>
    </w:p>
    <w:p>
      <w:r>
        <w:t xml:space="preserve">03:33:57   (Speaker B)  I made a note of that. </w:t>
      </w:r>
    </w:p>
    <w:p>
      <w:r>
        <w:t xml:space="preserve">03:33:58   (Speaker A)  Thank you. Yeah. </w:t>
      </w:r>
    </w:p>
    <w:p>
      <w:r>
        <w:t xml:space="preserve">03:33:59   (Speaker F)  I guess while you're at it you </w:t>
      </w:r>
    </w:p>
    <w:p>
      <w:r>
        <w:t xml:space="preserve">03:34:00   (Speaker A)  can also mention music. The concert that goes on all night still. Oh yeah. Yeah. </w:t>
      </w:r>
    </w:p>
    <w:p>
      <w:r>
        <w:t xml:space="preserve">03:34:07   (Speaker E)  Speakers and the alarm telling everybody the </w:t>
      </w:r>
    </w:p>
    <w:p>
      <w:r>
        <w:t xml:space="preserve">03:34:10   (Speaker A)  pool's closed at 5 o' clock in </w:t>
      </w:r>
    </w:p>
    <w:p>
      <w:r>
        <w:t xml:space="preserve">03:34:13   (Speaker E)  the afternoon when it's supposed to be open till 7:45. </w:t>
      </w:r>
    </w:p>
    <w:p>
      <w:r>
        <w:t xml:space="preserve">03:34:21   (Speaker F)  Oddly enough to. </w:t>
      </w:r>
    </w:p>
    <w:p>
      <w:r>
        <w:t xml:space="preserve">03:34:21   (Speaker A)  I. I have go through YouTube tonight </w:t>
      </w:r>
    </w:p>
    <w:p>
      <w:r>
        <w:t xml:space="preserve">03:34:25   (Speaker F)  and there was a. </w:t>
      </w:r>
    </w:p>
    <w:p>
      <w:r>
        <w:t xml:space="preserve">03:34:26   (Speaker A)  Like a community meeting for a bigger town in Texas or something where the flock safety was the whole thing. </w:t>
      </w:r>
    </w:p>
    <w:p>
      <w:r>
        <w:t xml:space="preserve">03:34:35   (Speaker C)  It's a big concern. </w:t>
      </w:r>
    </w:p>
    <w:p>
      <w:r>
        <w:t xml:space="preserve">03:34:37   (Speaker A)  Yeah. Can't go anywhere without incel. </w:t>
      </w:r>
    </w:p>
    <w:p>
      <w:r>
        <w:t xml:space="preserve">03:34:42   (Speaker E)  Sure. </w:t>
      </w:r>
    </w:p>
    <w:p>
      <w:r>
        <w:t xml:space="preserve">03:34:44   (Speaker F)  And that's my point is that it's not about. </w:t>
      </w:r>
    </w:p>
    <w:p>
      <w:r>
        <w:t xml:space="preserve">03:34:46   (Speaker A)  It's about what people are doing with it and it's creating price jobs. </w:t>
      </w:r>
    </w:p>
    <w:p>
      <w:r>
        <w:t xml:space="preserve">03:34:49   (Speaker C)  I stopped streaking in the 60s. I'm not worried about that. </w:t>
      </w:r>
    </w:p>
    <w:p>
      <w:r>
        <w:t xml:space="preserve">03:34:54   (Speaker A)  Did you look when you look like you. I mean why does it matter? </w:t>
      </w:r>
    </w:p>
    <w:p>
      <w:r>
        <w:t xml:space="preserve">03:34:59   (Speaker C)  I didn't always look like this. </w:t>
      </w:r>
    </w:p>
    <w:p>
      <w:r>
        <w:t xml:space="preserve">03:35:03   (Speaker A)  I don't know where this is going. </w:t>
      </w:r>
    </w:p>
    <w:p>
      <w:r>
        <w:t xml:space="preserve">03:35:05   (Speaker C)  I'm not sure if I look worse. </w:t>
      </w:r>
    </w:p>
    <w:p>
      <w:r>
        <w:t xml:space="preserve">03:35:06   (Speaker B)  Thank you sir. I appreciate it. </w:t>
      </w:r>
    </w:p>
    <w:p>
      <w:r>
        <w:t xml:space="preserve">03:35:08   (Speaker A)  Comments. </w:t>
      </w:r>
    </w:p>
    <w:p>
      <w:r>
        <w:t xml:space="preserve">03:35:11   (Speaker B)  Okay, so supervisor requests. Unless there's any other obvious comments. Okay, supervisor requests. Any supervisor requests at this time is. </w:t>
      </w:r>
    </w:p>
    <w:p>
      <w:r>
        <w:t xml:space="preserve">03:35:20   (Speaker A)  And I'll be quick. These meetings are getting longer. Is there an option to adjust the agenda to make them more efficient? I like the discussion. I like that we're learning. I like that we're asking the right questions but it's getting belabored. And here's an example from that advice here. What if the agenda was routed for rather than topics of David, Mike. And you guys should say here's the decisions. We start with the decisions that need to be made. We get those off the table early. Then we start with the things that need and then we finish it out. Whatever they'll be. Have you guys ever seen a formatted agenda that works in a more efficient way than what we are doing now? </w:t>
      </w:r>
    </w:p>
    <w:p>
      <w:r>
        <w:t xml:space="preserve">03:36:03   (Speaker B)  Agendas can be structured however you like, but it really just comes down. </w:t>
      </w:r>
    </w:p>
    <w:p>
      <w:r>
        <w:t xml:space="preserve">03:36:06   (Speaker C)  Unfortunately, we did have it. </w:t>
      </w:r>
    </w:p>
    <w:p>
      <w:r>
        <w:t xml:space="preserve">03:36:08   (Speaker B)  Yeah, there was. </w:t>
      </w:r>
    </w:p>
    <w:p>
      <w:r>
        <w:t xml:space="preserve">03:36:09   (Speaker C)  We did away. Unfortunately, you know, when we did away with the mandatory adjournment, Innate, everybody kept looking at their watch. They curtailed their, their comments now, you know, and again, you know, I thought that was a good, for my opinion was a good tailored program where, you know, everybody's trying to move on and, you know, by increasing the time as necessary. There were many nights we didn't have to do that. There were a number of nights where, yeah, we did have to do that. But I think that. And we also need to understand that all of us here are just as much to blame. We've got all these thoughts and ideas to be thrown out, questions to be asked, and I think we all individually need to start. </w:t>
      </w:r>
    </w:p>
    <w:p>
      <w:r>
        <w:t xml:space="preserve">03:37:05   (Speaker A)  I know and like I said, it's. I, I get it. I, I like the conversation. I like the collaboration. I like the way that we work this. I'm just wondering if is. Can we accomplish the same things more efficiently? And it's a. If the answer is no, I'm happy with that. </w:t>
      </w:r>
    </w:p>
    <w:p>
      <w:r>
        <w:t xml:space="preserve">03:37:24   (Speaker E)  I'm just wondering. </w:t>
      </w:r>
    </w:p>
    <w:p>
      <w:r>
        <w:t xml:space="preserve">03:37:25   (Speaker A)  Or even the topics, even the individual topics, like if I'm going to pick on Mike because he's here. All right, here's my bridging. Here's two decisions you need to make right now. Here's what's happening in Tallahassee. Here's how you hurry up the conversation </w:t>
      </w:r>
    </w:p>
    <w:p>
      <w:r>
        <w:t xml:space="preserve">03:37:41   (Speaker C)  and then he's done. </w:t>
      </w:r>
    </w:p>
    <w:p>
      <w:r>
        <w:t xml:space="preserve">03:37:42   (Speaker D)  Right. </w:t>
      </w:r>
    </w:p>
    <w:p>
      <w:r>
        <w:t xml:space="preserve">03:37:42   (Speaker A)  Rather than just kind of running through some things and getting started. </w:t>
      </w:r>
    </w:p>
    <w:p>
      <w:r>
        <w:t xml:space="preserve">03:37:45   (Speaker B)  And I mean, it's, it's so from the. Yeah. From the management's perspective, we try to put staff reports up towards the top for that aspect of those vendors that are here that they can get out. But again with you meeting once a month, we have information that we have to provide and we've added a whole. </w:t>
      </w:r>
    </w:p>
    <w:p>
      <w:r>
        <w:t xml:space="preserve">03:38:04   (Speaker E)  Another piece of it. </w:t>
      </w:r>
    </w:p>
    <w:p>
      <w:r>
        <w:t xml:space="preserve">03:38:06   (Speaker A)  Yeah, I know. </w:t>
      </w:r>
    </w:p>
    <w:p>
      <w:r>
        <w:t xml:space="preserve">03:38:07   (Speaker E)  A whole nother element. So where before there was an HOA and a CBD meeting and all those these issues were getting talked at as completely. </w:t>
      </w:r>
    </w:p>
    <w:p>
      <w:r>
        <w:t xml:space="preserve">03:38:16   (Speaker A)  Didn't get any shorter. So this did not net out, in my opinion. </w:t>
      </w:r>
    </w:p>
    <w:p>
      <w:r>
        <w:t xml:space="preserve">03:38:19   (Speaker C)  No. Because their biggest problems with people in their opinions and their violations and everything still exist. One of the things that you can do is they there isn't it? You get reports be two separate meetings in, in your agenda. So you get your steadfast report, you get your olm, you get the landscape review, you have the information from Clayton. We don't need to have a whole discussion on those. You you, you look at those reports. If you have questions, you should be asking them of Clayton ahead of time. </w:t>
      </w:r>
    </w:p>
    <w:p>
      <w:r>
        <w:t xml:space="preserve">03:38:51   (Speaker E)  Right. </w:t>
      </w:r>
    </w:p>
    <w:p>
      <w:r>
        <w:t xml:space="preserve">03:38:52   (Speaker C)  You get your answer. And unless you feel it needs to be discussed at the meeting, you're just moving on. The reports are there for your information. They're not necessarily be formally reviewed at the meetings. And so, you know, a lot of that goes on, unfortunately. </w:t>
      </w:r>
    </w:p>
    <w:p>
      <w:r>
        <w:t xml:space="preserve">03:39:09   (Speaker E)  Well, we get like, we get this budget, we will. The agenda. We were getting like two weeks before. Yeah. Granted there are still things added to it, but it was out two weeks, two to three weeks. It was spin out fairly quickly, 10, 10 to 14 days. </w:t>
      </w:r>
    </w:p>
    <w:p>
      <w:r>
        <w:t xml:space="preserve">03:39:25   (Speaker C)  So I think we could ask Clayton, even though there may be items that aren't necessarily complete that he wants to wait till the last minute to report on. </w:t>
      </w:r>
    </w:p>
    <w:p>
      <w:r>
        <w:t xml:space="preserve">03:39:34   (Speaker A)  So we just need to have him </w:t>
      </w:r>
    </w:p>
    <w:p>
      <w:r>
        <w:t xml:space="preserve">03:39:36   (Speaker C)  get his report into the agenda also. And unless you have specific questions of him or he has specific proposals, we don't need that whole, you know, narrative all the time because it starts with. </w:t>
      </w:r>
    </w:p>
    <w:p>
      <w:r>
        <w:t xml:space="preserve">03:39:49   (Speaker A)  And I think maybe we should try collectively as a board to lean into that a little bit, get the questions </w:t>
      </w:r>
    </w:p>
    <w:p>
      <w:r>
        <w:t xml:space="preserve">03:39:56   (Speaker C)  out of the way early, deal with </w:t>
      </w:r>
    </w:p>
    <w:p>
      <w:r>
        <w:t xml:space="preserve">03:39:57   (Speaker A)  the exceptions that we have to communicate </w:t>
      </w:r>
    </w:p>
    <w:p>
      <w:r>
        <w:t xml:space="preserve">03:39:59   (Speaker E)  among, well, the team. Just like the Juniper thing. When you see that on the agenda, you could shoot an email to Rich and Rich could address it. It doesn't necessarily have to be a board addressing. </w:t>
      </w:r>
    </w:p>
    <w:p>
      <w:r>
        <w:t xml:space="preserve">03:40:14   (Speaker F)  Right. </w:t>
      </w:r>
    </w:p>
    <w:p>
      <w:r>
        <w:t xml:space="preserve">03:40:15   (Speaker B)  Yeah. I can bring questions to the meeting </w:t>
      </w:r>
    </w:p>
    <w:p>
      <w:r>
        <w:t xml:space="preserve">03:40:17   (Speaker A)  where I had two hours without a meeting. So I spent it with the agendas and that's, that's on me. 100 on me. But today was birthday. I didn't know somebody. </w:t>
      </w:r>
    </w:p>
    <w:p>
      <w:r>
        <w:t xml:space="preserve">03:40:25   (Speaker E)  Yeah, but I mean, which is a freak anomaly. </w:t>
      </w:r>
    </w:p>
    <w:p>
      <w:r>
        <w:t xml:space="preserve">03:40:28   (Speaker A)  So don't tell anybody. </w:t>
      </w:r>
    </w:p>
    <w:p>
      <w:r>
        <w:t xml:space="preserve">03:40:29   (Speaker B)  I'd like to hear your opinion. Because you've seen. </w:t>
      </w:r>
    </w:p>
    <w:p>
      <w:r>
        <w:t xml:space="preserve">03:40:32   (Speaker A)  Yeah. No, I mean the whole city of </w:t>
      </w:r>
    </w:p>
    <w:p>
      <w:r>
        <w:t xml:space="preserve">03:40:34   (Speaker F)  Orlando runs in two hours. So at the board level now they have a lot more staff and you know, more focused and all that. And I get that. But here's three things that you can do. Number one is expand your consent agenda. If there's a pool pump that needs to be replaced or something like that, staff picks it out, they make the recommendation, it goes on consent. So unless you're a board member that really knows a lot about pool pumps and is going to second guess staff, then that goes through and we don't </w:t>
      </w:r>
    </w:p>
    <w:p>
      <w:r>
        <w:t xml:space="preserve">03:41:01   (Speaker A)  have a 10 minute discussion on it. </w:t>
      </w:r>
    </w:p>
    <w:p>
      <w:r>
        <w:t xml:space="preserve">03:41:02   (Speaker F)  Second thing is ask all your questions that you possibly can to staff before we get to a meeting. Because a lot of times we spend time, and this is every board I work with asking questions that you could have asked outside the meeting got the answer outside the meeting. Wouldn't be taking the meeting time off </w:t>
      </w:r>
    </w:p>
    <w:p>
      <w:r>
        <w:t xml:space="preserve">03:41:18   (Speaker E)  just to staff though, not to board members, correct? </w:t>
      </w:r>
    </w:p>
    <w:p>
      <w:r>
        <w:t xml:space="preserve">03:41:20   (Speaker F)  Yeah. Third thing is I would suggest just do this one meeting and see if it helps which is an item comes on there and it's consideration of, I don't know, pond planting. </w:t>
      </w:r>
    </w:p>
    <w:p>
      <w:r>
        <w:t xml:space="preserve">03:41:35   (Speaker A)  Okay. </w:t>
      </w:r>
    </w:p>
    <w:p>
      <w:r>
        <w:t xml:space="preserve">03:41:36   (Speaker F)  Before you start discussion on that, your district manager will introduce the item or your district engineer. 30 seconds, introduce the item, kicks it to the board. Somebody has to make a motion and somebody has to make a second for you to even have discussion on it. And if nobody's willing to put their name out there to do a motion and a second, then the item dies and you move on to the next item. So many times we have lots of discussion, then we have a motion sign and then we end up with the unanimous vote. It's like if we know we're all going to be going there. Motion second. Hey, is anybody opposed to this? No. Okay, let's vote. And it carries and you move on to the next item. So those are my three suggestions based on what? </w:t>
      </w:r>
    </w:p>
    <w:p>
      <w:r>
        <w:t xml:space="preserve">03:42:19   (Speaker A)  Thank you. </w:t>
      </w:r>
    </w:p>
    <w:p>
      <w:r>
        <w:t xml:space="preserve">03:42:21   (Speaker B)  Okay, so we can implement those things at any meeting. Again, we're always available for questions or comments. Bigger consent. </w:t>
      </w:r>
    </w:p>
    <w:p>
      <w:r>
        <w:t xml:space="preserve">03:42:28   (Speaker A)  I've seen that work in a number of forms like this. I said a lot of boards and </w:t>
      </w:r>
    </w:p>
    <w:p>
      <w:r>
        <w:t xml:space="preserve">03:42:31   (Speaker B)  things and so that. Yeah. And you know, as we. I will talk to. </w:t>
      </w:r>
    </w:p>
    <w:p>
      <w:r>
        <w:t xml:space="preserve">03:42:37   (Speaker E)  Goodness, we didn't have a whole bunch of audience here. Can you imagine? </w:t>
      </w:r>
    </w:p>
    <w:p>
      <w:r>
        <w:t xml:space="preserve">03:42:41   (Speaker A)  Yeah. </w:t>
      </w:r>
    </w:p>
    <w:p>
      <w:r>
        <w:t xml:space="preserve">03:42:42   (Speaker B)  So I will talk to Nicole as well as Clayton about that. Again, it will be a work in progress because obviously it's going to be what goes on. A consent doesn't. So it's going to be a process but we have no problem doing that and always feel free to reach out to us. </w:t>
      </w:r>
    </w:p>
    <w:p>
      <w:r>
        <w:t xml:space="preserve">03:42:59   (Speaker C)  Yeah. One other last comment. There's also a lot of stuff that Clayton will bring up or Rich may bring to the board or and I'm just as much default, Rich, Clayton, Amy, Tammy, all have expenditure responsibilities that they can simply approve for items that are normal process of the district that are well within our budgetary spending and our standard necessary items. Those don't have to come to the board. They can be part of your consent agenda, be ratified after they make those decisions. But and no offense, not that Rich doesn't work make them work, make them go out and approve these things and move it forward. Waiting from one month to the next sometimes to get these small five thousand dollar projects doesn't need to happen. </w:t>
      </w:r>
    </w:p>
    <w:p>
      <w:r>
        <w:t xml:space="preserve">03:43:52   (Speaker E)  I agree. </w:t>
      </w:r>
    </w:p>
    <w:p>
      <w:r>
        <w:t xml:space="preserve">03:43:53   (Speaker A)  When we now have the amenities, operations. Yeah, that was always my concern when this first came up is how do we handle operations. And I think that's a good example of the fees. There's just some things we don't. They're just easy to make. Okay, thank you for. For all that. </w:t>
      </w:r>
    </w:p>
    <w:p>
      <w:r>
        <w:t xml:space="preserve">03:44:16   (Speaker E)  Yes. </w:t>
      </w:r>
    </w:p>
    <w:p>
      <w:r>
        <w:t xml:space="preserve">03:44:18   (Speaker B)  Any other supervisor requests? </w:t>
      </w:r>
    </w:p>
    <w:p>
      <w:r>
        <w:t xml:space="preserve">03:44:22   (Speaker F)  No. </w:t>
      </w:r>
    </w:p>
    <w:p>
      <w:r>
        <w:t xml:space="preserve">03:44:24   (Speaker B)  Okay, so next board meeting is scheduled for Tuesday, September 15, 2026 6pm here at the Stancy clubhouse. So with that we just be looking for a motion tutor. So we've got a first, Tammy, second from </w:t>
      </w:r>
    </w:p>
    <w:p>
      <w:r>
        <w:t xml:space="preserve">03:44:40   (Speaker F)  Randy. </w:t>
      </w:r>
    </w:p>
    <w:p>
      <w:r>
        <w:t xml:space="preserve">03:44:43   (Speaker B)  Any discussion? </w:t>
      </w:r>
    </w:p>
    <w:p>
      <w:r>
        <w:t xml:space="preserve">03:44:44   (Speaker C)  About </w:t>
      </w:r>
    </w:p>
    <w:p>
      <w:r>
        <w:t xml:space="preserve">03:44:46   (Speaker E)  to give you my discussion on that right now. </w:t>
      </w:r>
    </w:p>
    <w:p>
      <w:r>
        <w:t xml:space="preserve">03:44:48   (Speaker B)  All in favor? Pass. The time is 9:45pm thanks everyone. Have a great night. </w:t>
      </w:r>
    </w:p>
    <w:p>
      <w:r>
        <w:t xml:space="preserve">03:44:58   (Speaker A)  Signing off.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