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Kingman Gate</w:t>
        <w:br/>
        <w:br/>
        <w:br/>
      </w:r>
    </w:p>
    <w:p>
      <w:r>
        <w:t>START AND END TIME OF THE CDD MEETING FILE:</w:t>
      </w:r>
      <w:r>
        <w:rPr>
          <w:b/>
          <w:color w:val="FF0000"/>
        </w:rPr>
        <w:br/>
        <w:tab/>
        <w:tab/>
        <w:tab/>
        <w:tab/>
        <w:t xml:space="preserve"> August 02, 2026 at 12:00 PM</w:t>
      </w:r>
      <w:r>
        <w:rPr>
          <w:b/>
          <w:color w:val="FF0000"/>
        </w:rPr>
        <w:br/>
        <w:tab/>
        <w:tab/>
        <w:tab/>
        <w:tab/>
        <w:t xml:space="preserve"> August 02, 2026 at 12:12 PM</w:t>
        <w:br/>
        <w:br/>
        <w:br/>
      </w:r>
    </w:p>
    <w:p>
      <w:r>
        <w:t>AUDIO FILE NAME, FILE SIZE:</w:t>
      </w:r>
      <w:r>
        <w:rPr>
          <w:b/>
          <w:color w:val="FF0000"/>
        </w:rPr>
        <w:br/>
        <w:tab/>
        <w:tab/>
        <w:tab/>
        <w:tab/>
        <w:t xml:space="preserve"> Estancia_CDD_Board_Meeting_7.21.26.mp3</w:t>
      </w:r>
      <w:r>
        <w:rPr>
          <w:b/>
          <w:color w:val="FF0000"/>
        </w:rPr>
        <w:br/>
        <w:tab/>
        <w:tab/>
        <w:tab/>
        <w:tab/>
        <w:t xml:space="preserve"> 218953888</w:t>
        <w:br/>
        <w:br/>
        <w:br/>
      </w:r>
    </w:p>
    <w:p>
      <w:r>
        <w:t>DATE AUDIO FILE SUBMITTED TO THE GAT SYSTEM:</w:t>
      </w:r>
      <w:r>
        <w:rPr>
          <w:b/>
          <w:color w:val="FF0000"/>
        </w:rPr>
        <w:br/>
        <w:tab/>
        <w:tab/>
        <w:tab/>
        <w:tab/>
        <w:t xml:space="preserve"> August 09, 2026 at 01:42 PM</w:t>
        <w:br/>
        <w:br/>
        <w:br/>
      </w:r>
    </w:p>
    <w:p>
      <w:r>
        <w:t>DATE AUDIO FILE COMPLETED BY THE GAT SYSTEM:</w:t>
      </w:r>
      <w:r>
        <w:rPr>
          <w:b/>
          <w:color w:val="FF0000"/>
        </w:rPr>
        <w:br/>
        <w:tab/>
        <w:tab/>
        <w:tab/>
        <w:tab/>
        <w:t xml:space="preserve"> August 09, 2026 at 01:45 PM</w:t>
      </w:r>
      <w:r>
        <w:rPr>
          <w:b/>
          <w:color w:val="FF0000"/>
        </w:rPr>
        <w:br/>
        <w:tab/>
        <w:tab/>
        <w:tab/>
        <w:tab/>
        <w:t xml:space="preserve"> 02:22 ELAPSED TIME</w:t>
        <w:br/>
        <w:br/>
        <w:br/>
      </w:r>
    </w:p>
    <w:p>
      <w:r>
        <w:t>MEETING AGENDA:</w:t>
      </w:r>
      <w:r>
        <w:rPr>
          <w:b/>
          <w:color w:val="FF0000"/>
        </w:rPr>
        <w:br/>
        <w:br/>
        <w:br/>
        <w:tab/>
        <w:tab/>
        <w:tab/>
        <w:tab/>
        <w:t xml:space="preserve">  </w:t>
        <w:br/>
        <w:br/>
        <w:br/>
      </w:r>
    </w:p>
    <w:p>
      <w:r>
        <w:t xml:space="preserve">00:06      (Speaker A)  Okay. </w:t>
      </w:r>
    </w:p>
    <w:p>
      <w:r>
        <w:t xml:space="preserve">00:07      (Speaker B)  Good afternoon everyone. </w:t>
      </w:r>
    </w:p>
    <w:p>
      <w:r>
        <w:t xml:space="preserve">00:08      (Speaker C)  Welcome to the Estancia Wiregrass Community Development District Board of Supervisors meeting. Today is Tuesday, July 21, 2026. Time is 6:03pm we'll start with roll call and the supervisors are here to </w:t>
      </w:r>
    </w:p>
    <w:p>
      <w:r>
        <w:t xml:space="preserve">00:20      (Speaker B)  my left, Tammy Taylor, Luke Richardson, Keith Brindle, Randy Garrison. </w:t>
      </w:r>
    </w:p>
    <w:p>
      <w:r>
        <w:t xml:space="preserve">00:25      (Speaker C)  Okay, and then we do have myself, Richard McGrath with GMS, Pete Williams, board consultant. </w:t>
      </w:r>
    </w:p>
    <w:p>
      <w:r>
        <w:t xml:space="preserve">00:33      (Speaker B)  Okay. David Hamstra, Dave with engineering. </w:t>
      </w:r>
    </w:p>
    <w:p>
      <w:r>
        <w:t xml:space="preserve">00:37      (Speaker C)  So got Mike. And then I do have Cooper as well here from UTech. Can you hear us, Cooper? </w:t>
      </w:r>
    </w:p>
    <w:p>
      <w:r>
        <w:t xml:space="preserve">00:46      (Speaker B)  Yes, I can hear you. Great. </w:t>
      </w:r>
    </w:p>
    <w:p>
      <w:r>
        <w:t xml:space="preserve">00:50      (Speaker D)  Okay. </w:t>
      </w:r>
    </w:p>
    <w:p>
      <w:r>
        <w:t xml:space="preserve">00:52      (Speaker C)  Brian said he would attempt to join the zoom he's on. You can use the raise your hand or whatever, make you a co host. I do see a number here that I don't recognize. </w:t>
      </w:r>
    </w:p>
    <w:p>
      <w:r>
        <w:t xml:space="preserve">01:01      (Speaker B)  But, but we do have a forum. </w:t>
      </w:r>
    </w:p>
    <w:p>
      <w:r>
        <w:t xml:space="preserve">01:04      (Speaker C)  So we'll continue on with the meeting from here. All right, so walk on agenda items. Any walk on agenda items at this time? </w:t>
      </w:r>
    </w:p>
    <w:p>
      <w:r>
        <w:t xml:space="preserve">01:13      (Speaker E)  No. </w:t>
      </w:r>
    </w:p>
    <w:p>
      <w:r>
        <w:t xml:space="preserve">01:14      (Speaker B)  Oh, okay. </w:t>
      </w:r>
    </w:p>
    <w:p>
      <w:r>
        <w:t xml:space="preserve">01:17      (Speaker C)  So we'll move on to all these comments and supervisor request. Start with audience comments. Audience members, there is a sign in sheet up here along with agendas. If you have something you'd like to discuss with the board, we ask that limit it to three minutes, please raise your hand, state your name and address for the record and then we'll recognize you so that you can speak. If there's any audience comments, I'll give you the opportunity. </w:t>
      </w:r>
    </w:p>
    <w:p>
      <w:r>
        <w:t xml:space="preserve">01:46      (Speaker B)  Now it's up there on that table, </w:t>
      </w:r>
    </w:p>
    <w:p>
      <w:r>
        <w:t xml:space="preserve">01:49      (Speaker C)  but you can do it if you </w:t>
      </w:r>
    </w:p>
    <w:p>
      <w:r>
        <w:t xml:space="preserve">01:51      (Speaker B)  have a comment, you're welcome to comment. Now I have two things real quick. I just wanted to ask. </w:t>
      </w:r>
    </w:p>
    <w:p>
      <w:r>
        <w:t xml:space="preserve">01:55      (Speaker F)  Sure. </w:t>
      </w:r>
    </w:p>
    <w:p>
      <w:r>
        <w:t xml:space="preserve">01:55      (Speaker C)  I don't know if they're on the agenda. Just name an address for the record. </w:t>
      </w:r>
    </w:p>
    <w:p>
      <w:r>
        <w:t xml:space="preserve">01:58      (Speaker B)  For one Act 3 in Sortino, 4926 San Martino. Yeah, I don't bel to myself. The Sortino fountain pond. Do we have like a preventive maintenance contract for that or something to keep it going, keep it clean. Right now there's, there's, you know, only </w:t>
      </w:r>
    </w:p>
    <w:p>
      <w:r>
        <w:t xml:space="preserve">02:27      (Speaker C)  three nozzles working out of the eight circular ones. </w:t>
      </w:r>
    </w:p>
    <w:p>
      <w:r>
        <w:t xml:space="preserve">02:31      (Speaker B)  And of course the algae is floating all around since it's fine. Expand on that. Sure, yeah. </w:t>
      </w:r>
    </w:p>
    <w:p>
      <w:r>
        <w:t xml:space="preserve">02:39      (Speaker C)  So we've discussed those. </w:t>
      </w:r>
    </w:p>
    <w:p>
      <w:r>
        <w:t xml:space="preserve">02:41      (Speaker B)  That fountain is all pond water so that it's not treated, it's not chemically managed or anything like that. It's all but the aquatic vendor who treats the algae and whatnot does treat that area as well, including the pond. Overall, there's. There's not a lot of maintenance aspect other than going down there checking stuff. I actually cleaned some strainers the other day myself. Some of the pumps just to try and get the jets to work and some things like that. But we don't. We don't actually have a negative maintenance there. It's more of just. We kind of keep an eye on it. If we need service we call somebody up for it. So far that's. I mean it's pretty simple system. It's really just a pumps running on VFDs and they just run 247 </w:t>
      </w:r>
    </w:p>
    <w:p>
      <w:r>
        <w:t xml:space="preserve">03:31      (Speaker E)  and so there are eight. There are eight nozzles or eight jets in that. I thought there was only four or five. </w:t>
      </w:r>
    </w:p>
    <w:p>
      <w:r>
        <w:t xml:space="preserve">03:37      (Speaker B)  There are. Yeah there eight numbers circular. Yeah. And then the large center in the center there's only. They're re working down right now there are only three working. There's only three that work. Well there's technically another two of them that work but they're not working little belt. They're only kind of halfway spring and turn them off. </w:t>
      </w:r>
    </w:p>
    <w:p>
      <w:r>
        <w:t xml:space="preserve">03:58      (Speaker G)  And that's that issue with the shells </w:t>
      </w:r>
    </w:p>
    <w:p>
      <w:r>
        <w:t xml:space="preserve">03:59      (Speaker B)  and debris build up. </w:t>
      </w:r>
    </w:p>
    <w:p>
      <w:r>
        <w:t xml:space="preserve">04:00      (Speaker G)  Correct. </w:t>
      </w:r>
    </w:p>
    <w:p>
      <w:r>
        <w:t xml:space="preserve">04:01      (Speaker F)  Yeah. </w:t>
      </w:r>
    </w:p>
    <w:p>
      <w:r>
        <w:t xml:space="preserve">04:01      (Speaker B)  So I've actually got more information on that from the. Apparently what happens is pretty large binge pipe that comes from the fountain vaults up to the circle fountain area and then around the circle fountain area is 4 inch pipe. And then at each jet it actually then goes down down a little bit lower. 3 and a half, 3 quarter inch pipe to go to the gym. So what they want to do unfortunately they're on capacity pool right now. So I'm going to try to see if I can find somebody else to do it. What they want to do is they want to basically rip up pavers, find that 4 inch pipe, cut it, install a clean out, blow it all out and then. And then go from there. And then the next option would be literally having to pick up the pavers and going down each nozzle is. And clean clearing. Because the nozzle to the 405 is really only about 3ft. So theory really shouldn't be that hard to clear. But the concern is that Maybe that entire 4 inch pipe is just stuck the same. So it doesn't matter if you clear it with a tape or whatever. </w:t>
      </w:r>
    </w:p>
    <w:p>
      <w:r>
        <w:t xml:space="preserve">05:05      (Speaker C)  It's just. </w:t>
      </w:r>
    </w:p>
    <w:p>
      <w:r>
        <w:t xml:space="preserve">05:05      (Speaker B)  It's just all same. So it's. And there's no way for it to escape I guess through those smaller nozzles. So I have three running. I wish I could get a fourth that would make it all simple. But unfortunately that's just not the ones that are working. So I have the three best ones working the other ones that were like kind of sailing out. </w:t>
      </w:r>
    </w:p>
    <w:p>
      <w:r>
        <w:t xml:space="preserve">05:31      (Speaker G)  Okay. </w:t>
      </w:r>
    </w:p>
    <w:p>
      <w:r>
        <w:t xml:space="preserve">05:33      (Speaker B)  Unless you. </w:t>
      </w:r>
    </w:p>
    <w:p>
      <w:r>
        <w:t xml:space="preserve">05:34      (Speaker E)  Well, yeah, I'm still. I feel like we need to do something because that thing has been short of you know filling it and turning it into a skate park. </w:t>
      </w:r>
    </w:p>
    <w:p>
      <w:r>
        <w:t xml:space="preserve">05:47      (Speaker D)  I don't know </w:t>
      </w:r>
    </w:p>
    <w:p>
      <w:r>
        <w:t xml:space="preserve">05:50      (Speaker E)  it's been such a problem. </w:t>
      </w:r>
    </w:p>
    <w:p>
      <w:r>
        <w:t xml:space="preserve">05:52      (Speaker B)  So I have. And that's why the installation of the cleanup would involve the issue. </w:t>
      </w:r>
    </w:p>
    <w:p>
      <w:r>
        <w:t xml:space="preserve">05:57      (Speaker E)  Would it be a clean out at each spot or. </w:t>
      </w:r>
    </w:p>
    <w:p>
      <w:r>
        <w:t xml:space="preserve">06:00      (Speaker D)  No. </w:t>
      </w:r>
    </w:p>
    <w:p>
      <w:r>
        <w:t xml:space="preserve">06:00      (Speaker B)  Basically at the end of the line. So if it comes like this and you have a circle at the end </w:t>
      </w:r>
    </w:p>
    <w:p>
      <w:r>
        <w:t xml:space="preserve">06:04      (Speaker E)  of the line before the circle starts. </w:t>
      </w:r>
    </w:p>
    <w:p>
      <w:r>
        <w:t xml:space="preserve">06:07      (Speaker B)  No, at the end of the circle. The top of the circle. So the furthest away from the vaults would be the furthest away point be the end of the line. Blow it out, clear it out. So again which in theory it won't because we now have the proper. </w:t>
      </w:r>
    </w:p>
    <w:p>
      <w:r>
        <w:t xml:space="preserve">06:22      (Speaker E)  The screens. Because I'm like if we did all these filters and screens why is it still. </w:t>
      </w:r>
    </w:p>
    <w:p>
      <w:r>
        <w:t xml:space="preserve">06:26      (Speaker B)  Well because it would already got in the system before that this seemingly still in long time. </w:t>
      </w:r>
    </w:p>
    <w:p>
      <w:r>
        <w:t xml:space="preserve">06:36      (Speaker E)  I don't know what are your guys thoughts on it? </w:t>
      </w:r>
    </w:p>
    <w:p>
      <w:r>
        <w:t xml:space="preserve">06:39      (Speaker H)  It's a signature feature of that area. </w:t>
      </w:r>
    </w:p>
    <w:p>
      <w:r>
        <w:t xml:space="preserve">06:40      (Speaker B)  It's high visibility. Yes. </w:t>
      </w:r>
    </w:p>
    <w:p>
      <w:r>
        <w:t xml:space="preserve">06:43      (Speaker H)  There's a lot of eyes on. So I. I think it's worth the continued effort. I know it's been a bit of a nightmare for us. So if we can find something to </w:t>
      </w:r>
    </w:p>
    <w:p>
      <w:r>
        <w:t xml:space="preserve">06:53      (Speaker E)  do it we can get the quotes on what it. What it would be to do those cleanouts. </w:t>
      </w:r>
    </w:p>
    <w:p>
      <w:r>
        <w:t xml:space="preserve">06:58      (Speaker B)  Yeah. No Silicon is working with you know other vendors that are not familiar with it. So I have kind of started scratch with them. Whereas the lead pool was. Not only did they. </w:t>
      </w:r>
    </w:p>
    <w:p>
      <w:r>
        <w:t xml:space="preserve">07:08      (Speaker E)  What was their quote they built it. </w:t>
      </w:r>
    </w:p>
    <w:p>
      <w:r>
        <w:t xml:space="preserve">07:10      (Speaker H)  They just can't do it. </w:t>
      </w:r>
    </w:p>
    <w:p>
      <w:r>
        <w:t xml:space="preserve">07:11      (Speaker B)  No, they won't give me so long. They said they're not even available until like January so they want to give me. So I have to find. We want to do that find somebody else you another pool that they're familiar with this kind of stuff. I think. I think I might have somebody in mind. I think I have two vendors in mind. But I just got confirmation that 100 will not bid it do not have availability until January. Basically yesterday you know I checked in with them again. </w:t>
      </w:r>
    </w:p>
    <w:p>
      <w:r>
        <w:t xml:space="preserve">07:45      (Speaker E)  Does the the pool guide the engineering service that we have we're working with to get the information on this pool. Would they have any references that we could maybe get to quote on it or should we have them take a look at it? </w:t>
      </w:r>
    </w:p>
    <w:p>
      <w:r>
        <w:t xml:space="preserve">08:02      (Speaker F)  They're more of a PMO not a </w:t>
      </w:r>
    </w:p>
    <w:p>
      <w:r>
        <w:t xml:space="preserve">08:03      (Speaker B)  repair Right </w:t>
      </w:r>
    </w:p>
    <w:p>
      <w:r>
        <w:t xml:space="preserve">08:07      (Speaker E)  project but they figured out what we needed to do with this pool. So maybe they can figure out what we need to do with that essential. </w:t>
      </w:r>
    </w:p>
    <w:p>
      <w:r>
        <w:t xml:space="preserve">08:15      (Speaker B)  Seems like a reasonably easy. </w:t>
      </w:r>
    </w:p>
    <w:p>
      <w:r>
        <w:t xml:space="preserve">08:17      (Speaker F)  I mean because I'm not the one doing papers. But it's pretty easy concept. I don't think it would require a lot of relearning from this vendor as long as Elite couldn't market mark the end of the line. And then once you have that there, you can do what can't be done now which is open up each nozzle, just shove the stuff back. </w:t>
      </w:r>
    </w:p>
    <w:p>
      <w:r>
        <w:t xml:space="preserve">08:32      (Speaker E)  We need to figure. We need to. We need to move forward with that. </w:t>
      </w:r>
    </w:p>
    <w:p>
      <w:r>
        <w:t xml:space="preserve">08:36      (Speaker B)  Yeah. Well, I'm not sure but I. I believe I actively need some more questions which I've asked them a lot of questions. They'll help out because that pavers around the. </w:t>
      </w:r>
    </w:p>
    <w:p>
      <w:r>
        <w:t xml:space="preserve">08:47      (Speaker E)  It's like six feet widely wide. </w:t>
      </w:r>
    </w:p>
    <w:p>
      <w:r>
        <w:t xml:space="preserve">08:50      (Speaker F)  Yeah. </w:t>
      </w:r>
    </w:p>
    <w:p>
      <w:r>
        <w:t xml:space="preserve">08:50      (Speaker B)  You have to take it all the way out in a you know, five by six foot strip to try and find the p. That really shouldn't be that difficult. That pipe is actually there like they say. </w:t>
      </w:r>
    </w:p>
    <w:p>
      <w:r>
        <w:t xml:space="preserve">09:03      (Speaker E)  I mean I think we should. Can you move forward with getting more definitive quote on what it would cost for us to at least do that clean out. How do we do we need to motion us. I don't know what our. What's our line items. Yeah. </w:t>
      </w:r>
    </w:p>
    <w:p>
      <w:r>
        <w:t xml:space="preserve">09:21      (Speaker H)  I think we've had it in place </w:t>
      </w:r>
    </w:p>
    <w:p>
      <w:r>
        <w:t xml:space="preserve">09:23      (Speaker B)  for some time to. </w:t>
      </w:r>
    </w:p>
    <w:p>
      <w:r>
        <w:t xml:space="preserve">09:25      (Speaker H)  And I appreciate you continuing to chase this one down. </w:t>
      </w:r>
    </w:p>
    <w:p>
      <w:r>
        <w:t xml:space="preserve">09:28      (Speaker B)  I know it's now because they're not Right. Right. So the pivot is finding another somebody else. Basically follow my instructions and we'll take the risk to dig up and. And install. </w:t>
      </w:r>
    </w:p>
    <w:p>
      <w:r>
        <w:t xml:space="preserve">09:46      (Speaker E)  Yeah. Can you put that at your. On your to do list as well? Sorry. You're never ending. But maybe we. We need to do something. It's ridiculous. </w:t>
      </w:r>
    </w:p>
    <w:p>
      <w:r>
        <w:t xml:space="preserve">09:58      (Speaker C)  So we can explore that. </w:t>
      </w:r>
    </w:p>
    <w:p>
      <w:r>
        <w:t xml:space="preserve">09:59      (Speaker E)  I don't. I don't want to wait till January when they're available. </w:t>
      </w:r>
    </w:p>
    <w:p>
      <w:r>
        <w:t xml:space="preserve">10:03      (Speaker B)  No, that's basically. </w:t>
      </w:r>
    </w:p>
    <w:p>
      <w:r>
        <w:t xml:space="preserve">10:04      (Speaker D)  Yeah. </w:t>
      </w:r>
    </w:p>
    <w:p>
      <w:r>
        <w:t xml:space="preserve">10:05      (Speaker B)  Because they had at first they said even though we're not available right now, get back to us in 30 days or so. So I did. And now they're like it is something. Appreciate it. </w:t>
      </w:r>
    </w:p>
    <w:p>
      <w:r>
        <w:t xml:space="preserve">10:19      (Speaker H)  Okay. </w:t>
      </w:r>
    </w:p>
    <w:p>
      <w:r>
        <w:t xml:space="preserve">10:20      (Speaker C)  So. </w:t>
      </w:r>
    </w:p>
    <w:p>
      <w:r>
        <w:t xml:space="preserve">10:21      (Speaker B)  Yeah. </w:t>
      </w:r>
    </w:p>
    <w:p>
      <w:r>
        <w:t xml:space="preserve">10:21      (Speaker C)  We got direction. </w:t>
      </w:r>
    </w:p>
    <w:p>
      <w:r>
        <w:t xml:space="preserve">10:21      (Speaker I)  Yeah. </w:t>
      </w:r>
    </w:p>
    <w:p>
      <w:r>
        <w:t xml:space="preserve">10:22      (Speaker C)  Sir, we still have another second one. </w:t>
      </w:r>
    </w:p>
    <w:p>
      <w:r>
        <w:t xml:space="preserve">10:24      (Speaker B)  Do we have like a map? I'm looking for a visual versus a narrative on the areas that the district is responsible for versus the MPOA because there was an issue. I'm pretty sure all of the Sortino fountain on Waterfall, whatever it's called, belongs to the district. But I accidentally sent that to the MPOA because there was some apparatus that was leaking. I don't know if that ever got you all. But it was leaking. But it would be nice to have something visually where I know exactly who's responsible. </w:t>
      </w:r>
    </w:p>
    <w:p>
      <w:r>
        <w:t xml:space="preserve">11:08      (Speaker F)  With very rare exception if it's not behind a gate. It belongs to the issue. </w:t>
      </w:r>
    </w:p>
    <w:p>
      <w:r>
        <w:t xml:space="preserve">11:16      (Speaker E)  Except for home personal home fronts. So in, in the Sortino area, their personal lot is maintained by the hoa, but anything that's not in that property line is going to be CDD because it doesn't have a gate in front of it. </w:t>
      </w:r>
    </w:p>
    <w:p>
      <w:r>
        <w:t xml:space="preserve">11:37      (Speaker D)  Easement up. </w:t>
      </w:r>
    </w:p>
    <w:p>
      <w:r>
        <w:t xml:space="preserve">11:39      (Speaker E)  Yeah, easement up. </w:t>
      </w:r>
    </w:p>
    <w:p>
      <w:r>
        <w:t xml:space="preserve">11:41      (Speaker B)  So, you know, you do have. We have a highlighted map that we perhaps put on the website. Just make sure it's on there. It just has all the cd, but </w:t>
      </w:r>
    </w:p>
    <w:p>
      <w:r>
        <w:t xml:space="preserve">11:49      (Speaker E)  it doesn't have Sortino like each little house outlined. So there's like the parks between or the sidewalks between. That's CDD maintained. But so each </w:t>
      </w:r>
    </w:p>
    <w:p>
      <w:r>
        <w:t xml:space="preserve">12:03      (Speaker H)  is the county property website. </w:t>
      </w:r>
    </w:p>
    <w:p>
      <w:r>
        <w:t xml:space="preserve">12:06      (Speaker E)  Yeah. </w:t>
      </w:r>
    </w:p>
    <w:p>
      <w:r>
        <w:t xml:space="preserve">12:08      (Speaker I)  You can go to the property PR </w:t>
      </w:r>
    </w:p>
    <w:p>
      <w:r>
        <w:t xml:space="preserve">12:09      (Speaker H)  website, click on the individual parcels and maybe see who the owner. </w:t>
      </w:r>
    </w:p>
    <w:p>
      <w:r>
        <w:t xml:space="preserve">12:13      (Speaker C)  It's like that on that? Yes. </w:t>
      </w:r>
    </w:p>
    <w:p>
      <w:r>
        <w:t xml:space="preserve">12:15      (Speaker D)  Yeah. Looked at their property line. So it's HOA up until the homeowner's property line. </w:t>
      </w:r>
    </w:p>
    <w:p>
      <w:r>
        <w:t xml:space="preserve">12:22      (Speaker E)  Right. So. So we have the easement, but in case of trees out there, it's still that property owner's tree. And maintaining. </w:t>
      </w:r>
    </w:p>
    <w:p>
      <w:r>
        <w:t xml:space="preserve">12:34      (Speaker D)  Yes. </w:t>
      </w:r>
    </w:p>
    <w:p>
      <w:r>
        <w:t xml:space="preserve">12:34      (Speaker E)  Or the, the landscaping. Maintaining that part of it. </w:t>
      </w:r>
    </w:p>
    <w:p>
      <w:r>
        <w:t xml:space="preserve">12:38      (Speaker D)  The only thing that the HOA or homeowner wouldn't cover in that situation would be the sidewalk. But as far as the trees, the </w:t>
      </w:r>
    </w:p>
    <w:p>
      <w:r>
        <w:t xml:space="preserve">12:46      (Speaker E)  grass, any of that, that's still the landscaping piece. Even though it's the CDD easement. There's nothing. </w:t>
      </w:r>
    </w:p>
    <w:p>
      <w:r>
        <w:t xml:space="preserve">12:55      (Speaker B)  So like just as a quick example, so the pond online, at what point is it the cdd? </w:t>
      </w:r>
    </w:p>
    <w:p>
      <w:r>
        <w:t xml:space="preserve">13:05      (Speaker E)  There's a, there's a five or ten foot easement around the pond that is cdd. </w:t>
      </w:r>
    </w:p>
    <w:p>
      <w:r>
        <w:t xml:space="preserve">13:11      (Speaker A)  So I'll bring the exhibit next meeting. We've done one for this, color coded. </w:t>
      </w:r>
    </w:p>
    <w:p>
      <w:r>
        <w:t xml:space="preserve">13:15      (Speaker B)  I'll bring it to the next one. </w:t>
      </w:r>
    </w:p>
    <w:p>
      <w:r>
        <w:t xml:space="preserve">13:16      (Speaker F)  Clayton has the landscape. </w:t>
      </w:r>
    </w:p>
    <w:p>
      <w:r>
        <w:t xml:space="preserve">13:17      (Speaker B)  Right. Is that, is it available online? Because then you wouldn't have a brace. </w:t>
      </w:r>
    </w:p>
    <w:p>
      <w:r>
        <w:t xml:space="preserve">13:21      (Speaker E)  Yeah, I don't know if it's on the website because we have to be ADA compliant and maps don't always come across compliant for the public. So I don't. I, I know we had a problem with that at one point. We could check, but if David's got one he could send you, that might help. Yeah, the property appraisers tool is very good. It's very defined. </w:t>
      </w:r>
    </w:p>
    <w:p>
      <w:r>
        <w:t xml:space="preserve">13:48      (Speaker H)  Thank you. </w:t>
      </w:r>
    </w:p>
    <w:p>
      <w:r>
        <w:t xml:space="preserve">13:48      (Speaker F)  I appreciate. </w:t>
      </w:r>
    </w:p>
    <w:p>
      <w:r>
        <w:t xml:space="preserve">13:50      (Speaker B)  Thank you. </w:t>
      </w:r>
    </w:p>
    <w:p>
      <w:r>
        <w:t xml:space="preserve">13:51      (Speaker E)  Thank you. </w:t>
      </w:r>
    </w:p>
    <w:p>
      <w:r>
        <w:t xml:space="preserve">13:52      (Speaker C)  So. Audience comments </w:t>
      </w:r>
    </w:p>
    <w:p>
      <w:r>
        <w:t xml:space="preserve">13:56      (Speaker B)  yes, Campbell56. I was just hoping to get more information about the path. I didn't see the agenda that had. </w:t>
      </w:r>
    </w:p>
    <w:p>
      <w:r>
        <w:t xml:space="preserve">14:03      (Speaker G)  On the agenda. </w:t>
      </w:r>
    </w:p>
    <w:p>
      <w:r>
        <w:t xml:space="preserve">14:05      (Speaker B)  Yes, thanks. </w:t>
      </w:r>
    </w:p>
    <w:p>
      <w:r>
        <w:t xml:space="preserve">14:10      (Speaker E)  Is it behind your property? </w:t>
      </w:r>
    </w:p>
    <w:p>
      <w:r>
        <w:t xml:space="preserve">14:13      (Speaker B)  Yeah, I don't have a problem with that. </w:t>
      </w:r>
    </w:p>
    <w:p>
      <w:r>
        <w:t xml:space="preserve">14:14      (Speaker F)  Just curious about what, what the approval. </w:t>
      </w:r>
    </w:p>
    <w:p>
      <w:r>
        <w:t xml:space="preserve">14:19      (Speaker C)  Yeah, yeah, we'll discuss that here. We've got a couple other options too. Any other audience comments? There's anybody on Zoom raise your hand feature. </w:t>
      </w:r>
    </w:p>
    <w:p>
      <w:r>
        <w:t xml:space="preserve">14:30      (Speaker J)  Hey, Richard, I'm not sure how to do the raise your hand feature. Apologies. </w:t>
      </w:r>
    </w:p>
    <w:p>
      <w:r>
        <w:t xml:space="preserve">14:34      (Speaker C)  Okay, so just state your name and address for the record. </w:t>
      </w:r>
    </w:p>
    <w:p>
      <w:r>
        <w:t xml:space="preserve">14:38      (Speaker J)  Yeah. Hey there. My name is Jaeger Bain. Just moved into the Sortino area, so was just kind of wanted to touch on what the previous Sortino member stated. Just to put additional eyes on the. The fountain issue. Just so you know, that would be awesome if we could get it fixed. I, I understand it sounds like it's a pretty, you know, difficult process, but I can confirm it is only three operating. I just drove by it like 20 minutes ago, so I think the other two that were working intermittently have also died. So seems to me like the other three are probably headed in that direction. So just to give additional thought on that. But my, my main thing I wanted to bring up this time was if it's possible just to make it a little bit easier for people to get access to the actual CDD meeting from a remote standpoint for the link. I'm a pretty tech savvy guy, but in order to actually get the link for the cdd, you have to go to the Wiregrass CDD website. Then you have to click Forms or, excuse me, documents. Then you have to click Meeting Documents. Then you have to click Agenda documents. Then you have to Click fiscal year 2026. Then you have to find the right agenda. Then you have to pull up the PDF, copy the link and then search for it. Anybody who's not technologically savvy is going to have an extremely difficult time finding that if it would be possible. There's a section on the side that just says upcoming events. It's got the CDD meeting and it says exactly where it is, the details. If it's possible just to add the link into that, that would be, I think, really, really helpful for people. And that way </w:t>
      </w:r>
    </w:p>
    <w:p>
      <w:r>
        <w:t xml:space="preserve">16:25      (Speaker C)  the link does not change every month. We can add it to that. But just also too. Just so everybody's aware at the very front page, if you scroll all the way down the very bottom of the page, it says what's new? And you'll see the agendas there. And it's a direct link to those agendas which have the. Yeah, and agendas have the Zoom link and stuff on them. Well, yeah, we can put it on the side that's. We've added that to others. </w:t>
      </w:r>
    </w:p>
    <w:p>
      <w:r>
        <w:t xml:space="preserve">16:51      (Speaker E)  Thank you for that suggestion. I had no idea that it was that far. </w:t>
      </w:r>
    </w:p>
    <w:p>
      <w:r>
        <w:t xml:space="preserve">16:55      (Speaker J)  Yeah, you got it. And thank you for letting me know. I didn't know about the what's new section at the bottom. That's even easier. So yeah, if it's, if it's possible to add to the, to the event details that way when you add it to your calendar, it's just got the link in there that would be. That would be awesome. So I appreciate it. </w:t>
      </w:r>
    </w:p>
    <w:p>
      <w:r>
        <w:t xml:space="preserve">17:09      (Speaker B)  Yep. Yeah, we can do that. </w:t>
      </w:r>
    </w:p>
    <w:p>
      <w:r>
        <w:t xml:space="preserve">17:13      (Speaker C)  Audience comments. Okay, so after this it is board discussion until the end of the meeting and then we do have another opportunity for audience comments there. So with that we'll move on to first item here we have is the amenity suspension hearing. So I'll turn it over to Mike and amenities. </w:t>
      </w:r>
    </w:p>
    <w:p>
      <w:r>
        <w:t xml:space="preserve">17:37      (Speaker I)  So we don't deal with this very often, but sometimes we do. Especially when you have amenities Center. You know, people who don't agree with the rules, don't follow the rules and then you as a board have to deal with that. Staff deals with it on a temporary basis and then it has to come before the board. The Amenities to pension hearing we have today is for John Calorie K A L L U R I. The Relevant dates are June 13th was the date of the first incident. June 18th is when the notice of interim suspension went out. And then today, July 21st is the hearing date. The board has previously been provided with the community amenity guidelines and the suspendee has been provided with a letter of suspension via regular and certified mail. And that notice that he got did say that he has the right to appear today and to, you know, plead this case to the board if he wants to. My understanding he's not in the room right now, but we're going to go ahead and proceed because he had the opportunity to be here and provided that notice. So the pertinent policies that are in play here are all tennis instructors. This is the tennis court policy number 17. All tennis instructors and coaches are entered into contracts must be approved. Approved certified insurance must have a contractual agreement with the CDD. Renters Privileges number three. During the period when a renter is designated as a beneficial user, the resident and authorized users shall not be entitled to use even these inter facilities and their associated access cards will be deactivated. So essentially, if somebody owns a house and they rent it to somebody else and assign their privileges to use the amenities, the owner of the house can keep coming and using the facilities because they've assigned that right. Suspension and termination of privileges number two. All persons using amenity facilities in their industry property are responsible for compliance with the rules and policies established for the safe operations of many facilities and district property. Also suspension termination privileges. Number three. Facility access card to the property of the district. The district may request surrender of or may deactivate a person's facility access card for violation of the district's rules and policies. </w:t>
      </w:r>
    </w:p>
    <w:p>
      <w:r>
        <w:t xml:space="preserve">19:51      (Speaker H)  Number four. </w:t>
      </w:r>
    </w:p>
    <w:p>
      <w:r>
        <w:t xml:space="preserve">19:51      (Speaker I)  The district shall the right to restrict, suspend or terminate the access privileges of any person and members of their household to use all our portion of the facilities for any of the following acts which would be failure to abide by the district's rules and policies treating the district staff, contractors, representative residents, landowners, patients or guests in a harassing or abusive manner engaging in conduct that's likely in danger of the health, safety or welfare of the district and staff, contractors, representative residents, landowners, patrons or guests and engaging in another violation after a verbal warning has been given by staff which verbal </w:t>
      </w:r>
    </w:p>
    <w:p>
      <w:r>
        <w:t xml:space="preserve">20:27      (Speaker B)  warning is not required. </w:t>
      </w:r>
    </w:p>
    <w:p>
      <w:r>
        <w:t xml:space="preserve">20:29      (Speaker I)  So what occurred was on June 6, 2026, the suspendee continued to use the district's tenants facilities even though the suspendee's renter is designated as the beneficial user. Staff also observed that the bringing in an outside tennis coach after being told this is not permitted unless the coach has an agreement with the district. And then on June 13, the suspendee acted in an abusive and aggressive manner toward district staff by screaming at the tennis coach, cursing at the amenity manager, refusing to leave the district property and directed abusive language at a district staff member. And at this point I'm just asking if Mr. Glory is present. I don't think he is. All right, so we have no presentation from him. I would ask that the relevant portions of the community amenity guidelines and standard rules for suspension and determination of privileges, as well as the letter of suspension and the minutes from today's meeting be entered into the record for this particular suspension. And your amenity staff is here and able to answer any questions that the board has and I think their recommendation is to continue the suspension for six </w:t>
      </w:r>
    </w:p>
    <w:p>
      <w:r>
        <w:t xml:space="preserve">21:44      (Speaker B)  months given the behavior. </w:t>
      </w:r>
    </w:p>
    <w:p>
      <w:r>
        <w:t xml:space="preserve">21:47      (Speaker I)  Happy to answer any questions, but we did provide a notice and an opportunity to be heard. The gentleman has not shown up. So it's up to the board now to decide. Do you want to end the suspension today or do you want to continue it and if you want to continue it for how long and your staff is recommending six months. </w:t>
      </w:r>
    </w:p>
    <w:p>
      <w:r>
        <w:t xml:space="preserve">22:07      (Speaker B)  Your amenities </w:t>
      </w:r>
    </w:p>
    <w:p>
      <w:r>
        <w:t xml:space="preserve">22:10      (Speaker F)  I had one clarification question. </w:t>
      </w:r>
    </w:p>
    <w:p>
      <w:r>
        <w:t xml:space="preserve">22:11      (Speaker B)  Like the </w:t>
      </w:r>
    </w:p>
    <w:p>
      <w:r>
        <w:t xml:space="preserve">22:15      (Speaker F)  person, the offender is the property owner, not the renter. </w:t>
      </w:r>
    </w:p>
    <w:p>
      <w:r>
        <w:t xml:space="preserve">22:19      (Speaker I)  That's my understanding is he is the property owner who has assigned his privileges to use the amenities to his tenant. </w:t>
      </w:r>
    </w:p>
    <w:p>
      <w:r>
        <w:t xml:space="preserve">22:26      (Speaker F)  The Tenant. So does this, so does the suspension impact the tenant? </w:t>
      </w:r>
    </w:p>
    <w:p>
      <w:r>
        <w:t xml:space="preserve">22:31      (Speaker I)  Only if. Only if the board were to make that finding that they wanted to also suspend the privileges of the people in that home. I don't think that's staff's recommendation. The tenant is not the problem. </w:t>
      </w:r>
    </w:p>
    <w:p>
      <w:r>
        <w:t xml:space="preserve">22:44      (Speaker F)  It's the property owner. </w:t>
      </w:r>
    </w:p>
    <w:p>
      <w:r>
        <w:t xml:space="preserve">22:46      (Speaker I)  That's two dates that I gave to you. It was the property owner problem, not the tenant. </w:t>
      </w:r>
    </w:p>
    <w:p>
      <w:r>
        <w:t xml:space="preserve">22:51      (Speaker C)  Understand? </w:t>
      </w:r>
    </w:p>
    <w:p>
      <w:r>
        <w:t xml:space="preserve">22:53      (Speaker B)  Thank you. </w:t>
      </w:r>
    </w:p>
    <w:p>
      <w:r>
        <w:t xml:space="preserve">22:57      (Speaker E)  Do we motion or do we recommend. </w:t>
      </w:r>
    </w:p>
    <w:p>
      <w:r>
        <w:t xml:space="preserve">22:59      (Speaker B)  What do we. </w:t>
      </w:r>
    </w:p>
    <w:p>
      <w:r>
        <w:t xml:space="preserve">23:00      (Speaker E)  I. I think six months should follow through. </w:t>
      </w:r>
    </w:p>
    <w:p>
      <w:r>
        <w:t xml:space="preserve">23:05      (Speaker D)  Yeah. </w:t>
      </w:r>
    </w:p>
    <w:p>
      <w:r>
        <w:t xml:space="preserve">23:06      (Speaker I)  Motion to extend the suspension by another six months. And then we would draft a letter to him and he would have appellate rights. </w:t>
      </w:r>
    </w:p>
    <w:p>
      <w:r>
        <w:t xml:space="preserve">23:12      (Speaker B)  But, you know, unfortunately we have to </w:t>
      </w:r>
    </w:p>
    <w:p>
      <w:r>
        <w:t xml:space="preserve">23:16      (Speaker I)  deal with this from time to time, but this is how we do it. We have a hearing, they get the opportunity to come in and plead their case, you know, and sometime board looks at that and says, oh, well, that makes more sense why you acted that way. Maybe we're not going to do it under suspension, but in this particular case, </w:t>
      </w:r>
    </w:p>
    <w:p>
      <w:r>
        <w:t xml:space="preserve">23:32      (Speaker B)  there's, there's no major. Yeah. What happens if they show up within six months? </w:t>
      </w:r>
    </w:p>
    <w:p>
      <w:r>
        <w:t xml:space="preserve">23:37      (Speaker I)  If they show up within six months, my instructions to Amy are to call the sheriff and have them trespass. And usually a trespass warrant will last for two years. </w:t>
      </w:r>
    </w:p>
    <w:p>
      <w:r>
        <w:t xml:space="preserve">23:51      (Speaker C)  So if that's the direction the board likes to go, we would just need a motion or any sort of variation </w:t>
      </w:r>
    </w:p>
    <w:p>
      <w:r>
        <w:t xml:space="preserve">23:57      (Speaker H)  of right remain during the six month window. I mean, if they were to come to us next month and take your case, I mean, could it be heard at that point? I mean, could we choose, do we </w:t>
      </w:r>
    </w:p>
    <w:p>
      <w:r>
        <w:t xml:space="preserve">24:08      (Speaker I)  have a discretion to lift it? The board has to lift it early if you want to. It's not a. It's not necessarily a right. The person has to come back to the board, except in the appellate kind of scenario where they file a notice of appeal and then we go through that. </w:t>
      </w:r>
    </w:p>
    <w:p>
      <w:r>
        <w:t xml:space="preserve">24:26      (Speaker B)  Sure. </w:t>
      </w:r>
    </w:p>
    <w:p>
      <w:r>
        <w:t xml:space="preserve">24:26      (Speaker I)  But the district does have the discretion to change that if you so desire. </w:t>
      </w:r>
    </w:p>
    <w:p>
      <w:r>
        <w:t xml:space="preserve">24:33      (Speaker B)  Fair enough. </w:t>
      </w:r>
    </w:p>
    <w:p>
      <w:r>
        <w:t xml:space="preserve">24:35      (Speaker H)  Let the record play. Should this gentleman read these minutes and you know, there's an opportunity to reappear some point, we. Okay. </w:t>
      </w:r>
    </w:p>
    <w:p>
      <w:r>
        <w:t xml:space="preserve">24:43      (Speaker B)  For the first time. </w:t>
      </w:r>
    </w:p>
    <w:p>
      <w:r>
        <w:t xml:space="preserve">24:45      (Speaker E)  No. He'll get a notice, right, that says been final notice. </w:t>
      </w:r>
    </w:p>
    <w:p>
      <w:r>
        <w:t xml:space="preserve">24:50      (Speaker I)  He'll get a notice, it'll explain that his rights are. </w:t>
      </w:r>
    </w:p>
    <w:p>
      <w:r>
        <w:t xml:space="preserve">24:54      (Speaker A)  Fair enough. </w:t>
      </w:r>
    </w:p>
    <w:p>
      <w:r>
        <w:t xml:space="preserve">24:56      (Speaker H)  You're good. </w:t>
      </w:r>
    </w:p>
    <w:p>
      <w:r>
        <w:t xml:space="preserve">24:57      (Speaker E)  Okay, the motion, we proceed with that six months suspension then. </w:t>
      </w:r>
    </w:p>
    <w:p>
      <w:r>
        <w:t xml:space="preserve">25:00      (Speaker C)  Okay, so then that is a first from Tammy to six months from today. </w:t>
      </w:r>
    </w:p>
    <w:p>
      <w:r>
        <w:t xml:space="preserve">25:04      (Speaker E)  Yes. </w:t>
      </w:r>
    </w:p>
    <w:p>
      <w:r>
        <w:t xml:space="preserve">25:05      (Speaker C)  Continue the suspension for an additional six months from today. </w:t>
      </w:r>
    </w:p>
    <w:p>
      <w:r>
        <w:t xml:space="preserve">25:08      (Speaker B)  I'll second from Keith. </w:t>
      </w:r>
    </w:p>
    <w:p>
      <w:r>
        <w:t xml:space="preserve">25:11      (Speaker C)  Any other discussion? </w:t>
      </w:r>
    </w:p>
    <w:p>
      <w:r>
        <w:t xml:space="preserve">25:15      (Speaker B)  All in favor? </w:t>
      </w:r>
    </w:p>
    <w:p>
      <w:r>
        <w:t xml:space="preserve">25:16      (Speaker D)  Aye. </w:t>
      </w:r>
    </w:p>
    <w:p>
      <w:r>
        <w:t xml:space="preserve">25:18      (Speaker C)  Any opposed? So the motion is passed for zero. </w:t>
      </w:r>
    </w:p>
    <w:p>
      <w:r>
        <w:t xml:space="preserve">25:22      (Speaker B)  Thank you. </w:t>
      </w:r>
    </w:p>
    <w:p>
      <w:r>
        <w:t xml:space="preserve">25:25      (Speaker E)  Thanks, Mike. </w:t>
      </w:r>
    </w:p>
    <w:p>
      <w:r>
        <w:t xml:space="preserve">25:27      (Speaker B)  All right. </w:t>
      </w:r>
    </w:p>
    <w:p>
      <w:r>
        <w:t xml:space="preserve">25:27      (Speaker C)  So with that we'll get into staff reports. First we have up is district engineer. So I'm going to turn it over to Dave. </w:t>
      </w:r>
    </w:p>
    <w:p>
      <w:r>
        <w:t xml:space="preserve">25:33      (Speaker B)  Sure. </w:t>
      </w:r>
    </w:p>
    <w:p>
      <w:r>
        <w:t xml:space="preserve">25:33      (Speaker A)  Bridge for divorce commission. I'll go over my typical stuff and then we'll be talk about Clayton and mine thing. But you can do it towards the end. So I'll break the vendors on sitter for. I'll get them up into one that's okay for yes. </w:t>
      </w:r>
    </w:p>
    <w:p>
      <w:r>
        <w:t xml:space="preserve">25:45      (Speaker B)  Okay. </w:t>
      </w:r>
    </w:p>
    <w:p>
      <w:r>
        <w:t xml:space="preserve">25:46      (Speaker A)  First update is the 11 graph which is the current parmel elevations in the vicinity. We had a slight one foot bump up after a year and a half of dropping 10ft. So I was hoping that this thing I set off the west coast would sit here a little bit longer and dump some rain. No wind but it moved on to somebody else's neighborhood. So as you know because of this groundwater drop it has a direct bearing in the groundwater within the community which lowers the pond and they're still staying unpleasantly low. And so we can only have some more rain. An inch here there doesn't do anything because it doesn't even produce enough runoff to fill the ponds. We need something like a 56 inch storm associated bumper. That said the 11 by 17 spreadsheet we got Clayton's recent lake level datas. Of the 70 gauges five went up on an average of 3 inches. It's the start but we are mid July so. But at least there was a progress. </w:t>
      </w:r>
    </w:p>
    <w:p>
      <w:r>
        <w:t xml:space="preserve">26:53      (Speaker B)  A reminder. </w:t>
      </w:r>
    </w:p>
    <w:p>
      <w:r>
        <w:t xml:space="preserve">26:54      (Speaker A)  The numbers in red means the water levels are still below the gauge readings. The ones in blue are just a number below where it should be. So for example pond 13. The pond is still roughly 5ft below where it's supposed to be in a normal condition. So that's just updating pond level. As for the multi use trail, you probably have seen Mike and PJ on about last couple weeks. PJ with Element Environmental has chosen to start in section 2. Easier one to kind of get us method in sync and moving along quickly. Finish it and then go to section one. So it does want to have both trails kind of under construction at the same time. When him and Mike walked that there are a few trees in the way. We told PJ to go around the trees, not chop them down unless the board tells me otherwise. There's some big trees, there's all the big pines but that's not, that was not our intent was to carve a an ugly trail and chop all the trees on me when keep the character. So PJ's aware to go around them the best he can. As for the bids for sections 3, 4, 5, 6 and 7 he respectfully requested. He can do that in a couple weeks for next meeting because he wants to get a good handle on what he's doing out here today. Today. The next couple months on sections one and two, I expect we'll get at least three or four of them covered, but the money is below the threshold. But he asked for respectfully get an extension on the official bids for the remaining sections were. Mike. In the bid schedule. So we had the surveyor out here to redo the control. So things are moving. So far so good. I think his very first day you had a hell of a storm. </w:t>
      </w:r>
    </w:p>
    <w:p>
      <w:r>
        <w:t xml:space="preserve">28:37      (Speaker B)  Excuse my language. </w:t>
      </w:r>
    </w:p>
    <w:p>
      <w:r>
        <w:t xml:space="preserve">28:39      (Speaker A)  But hopefully things will be a little under control. So. So that's it for the water levels, the tap gauges, the trails. And then I'll talk when place and talks about the founder by the direction of their. </w:t>
      </w:r>
    </w:p>
    <w:p>
      <w:r>
        <w:t xml:space="preserve">28:50      (Speaker E)  What is the section one and two? I can't remember. </w:t>
      </w:r>
    </w:p>
    <w:p>
      <w:r>
        <w:t xml:space="preserve">28:54      (Speaker B)  Two behind sort. </w:t>
      </w:r>
    </w:p>
    <w:p>
      <w:r>
        <w:t xml:space="preserve">28:55      (Speaker H)  You know, one is behind Cor Corona. </w:t>
      </w:r>
    </w:p>
    <w:p>
      <w:r>
        <w:t xml:space="preserve">28:59      (Speaker E)  So that's kind of. </w:t>
      </w:r>
    </w:p>
    <w:p>
      <w:r>
        <w:t xml:space="preserve">29:00      (Speaker B)  Nor kind of at that joint. </w:t>
      </w:r>
    </w:p>
    <w:p>
      <w:r>
        <w:t xml:space="preserve">29:01      (Speaker H)  Two and one is kind of right where it is. </w:t>
      </w:r>
    </w:p>
    <w:p>
      <w:r>
        <w:t xml:space="preserve">29:04      (Speaker F)  I might. </w:t>
      </w:r>
    </w:p>
    <w:p>
      <w:r>
        <w:t xml:space="preserve">29:05      (Speaker B)  I apologize. Yeah, yeah. </w:t>
      </w:r>
    </w:p>
    <w:p>
      <w:r>
        <w:t xml:space="preserve">29:08      (Speaker C)  I have to give the spiel. So yeah, if you want to acknowledge audience. That is for discretion. But yeah. Do have to open it up to the entire audience if you want to do that. So. Sure. Just so you're aware, section two is </w:t>
      </w:r>
    </w:p>
    <w:p>
      <w:r>
        <w:t xml:space="preserve">29:19      (Speaker A)  kind of the northwest corner and then section one is the bigger one in the northeast corner. And then we'll work ourselves down over time. </w:t>
      </w:r>
    </w:p>
    <w:p>
      <w:r>
        <w:t xml:space="preserve">29:28      (Speaker B)  Is it too much to add for </w:t>
      </w:r>
    </w:p>
    <w:p>
      <w:r>
        <w:t xml:space="preserve">29:29      (Speaker A)  the scope of the work? </w:t>
      </w:r>
    </w:p>
    <w:p>
      <w:r>
        <w:t xml:space="preserve">29:30      (Speaker B)  Is it too complicated to cover? But hopefully they're raising the trail so that it's usable all year. It's still going to be a shell trail. It's going to be much higher in some areas so that it's not wet all the time and have some under drains and different things like that. So, you know, behind Sortino there, I was talking to the vendor. It's. I mean, it's going to be up two feet in some areas, obviously in the back there with the corn section one, you know where it goes through the woods virtually, aren't there. That's going to be up even higher some areas. So that's. That's really it. They're just raising up and it'll be </w:t>
      </w:r>
    </w:p>
    <w:p>
      <w:r>
        <w:t xml:space="preserve">30:06      (Speaker E)  the same medium, but it will hopefully not disintegrate and be full of water. </w:t>
      </w:r>
    </w:p>
    <w:p>
      <w:r>
        <w:t xml:space="preserve">30:10      (Speaker B)  Yeah. Put fabric down before they put the shell down this time. Whereas that was not. Yeah. Fantastic. Looking forward to do a great job to get this far. Is it the other parts that you Said needed a bid. Sounds like we do this piece by </w:t>
      </w:r>
    </w:p>
    <w:p>
      <w:r>
        <w:t xml:space="preserve">30:26      (Speaker F)  piece on the budget. </w:t>
      </w:r>
    </w:p>
    <w:p>
      <w:r>
        <w:t xml:space="preserve">30:27      (Speaker A)  When we went on the street last year to do this it came in awfully high above the C C threshold. </w:t>
      </w:r>
    </w:p>
    <w:p>
      <w:r>
        <w:t xml:space="preserve">30:35      (Speaker G)  Almost twice of what we anticipated. </w:t>
      </w:r>
    </w:p>
    <w:p>
      <w:r>
        <w:t xml:space="preserve">30:37      (Speaker E)  Three times the one. Yeah. </w:t>
      </w:r>
    </w:p>
    <w:p>
      <w:r>
        <w:t xml:space="preserve">30:39      (Speaker A)  So we tabled it for a little bit to see if the market calmed </w:t>
      </w:r>
    </w:p>
    <w:p>
      <w:r>
        <w:t xml:space="preserve">30:42      (Speaker B)  down a little bit. There's an inch on it. </w:t>
      </w:r>
    </w:p>
    <w:p>
      <w:r>
        <w:t xml:space="preserve">30:45      (Speaker A)  The contractor I use almost exclusively all my CDs. So we gave him a bite of the apple to bid on it and came in well below the CDs threshold. So now can we do sections one and two? We have money left over below the threshold to piggyback. Hopefully sections 3, 4, 5 and 6 with the same vendor. </w:t>
      </w:r>
    </w:p>
    <w:p>
      <w:r>
        <w:t xml:space="preserve">31:04      (Speaker B)  F mobilize and yeah, we have a plan. </w:t>
      </w:r>
    </w:p>
    <w:p>
      <w:r>
        <w:t xml:space="preserve">31:09      (Speaker F)  Yeah. </w:t>
      </w:r>
    </w:p>
    <w:p>
      <w:r>
        <w:t xml:space="preserve">31:12      (Speaker C)  Any other audience? </w:t>
      </w:r>
    </w:p>
    <w:p>
      <w:r>
        <w:t xml:space="preserve">31:18      (Speaker D)  Okay. </w:t>
      </w:r>
    </w:p>
    <w:p>
      <w:r>
        <w:t xml:space="preserve">31:19      (Speaker B)  Okay. </w:t>
      </w:r>
    </w:p>
    <w:p>
      <w:r>
        <w:t xml:space="preserve">31:19      (Speaker C)  So we'll move back to for discussion. Is there anything else for Dave on the trails again? We'll get into some of the erosion things here shortly. </w:t>
      </w:r>
    </w:p>
    <w:p>
      <w:r>
        <w:t xml:space="preserve">31:30      (Speaker B)  Okay. </w:t>
      </w:r>
    </w:p>
    <w:p>
      <w:r>
        <w:t xml:space="preserve">31:31      (Speaker H)  All right. </w:t>
      </w:r>
    </w:p>
    <w:p>
      <w:r>
        <w:t xml:space="preserve">31:32      (Speaker C)  So then I'll just move on to aquatics. </w:t>
      </w:r>
    </w:p>
    <w:p>
      <w:r>
        <w:t xml:space="preserve">31:35      (Speaker B)  So. </w:t>
      </w:r>
    </w:p>
    <w:p>
      <w:r>
        <w:t xml:space="preserve">31:35      (Speaker C)  So steadfast Environmental report page eight and I'll let Clayton touch on that. </w:t>
      </w:r>
    </w:p>
    <w:p>
      <w:r>
        <w:t xml:space="preserve">31:45      (Speaker B)  Yeah. Here obviously you can see the pond so low there are few elves. I did also notice pretty bad bloom on volume 28 that I sent over to them for truth in but otherwise good as a can the condition that we're in right now. The other element of the aquatics is that they are having trouble getting the product for treating the midges. They should have essentially already treated them this month but they have not yet because the manufacturer does not have the supply at the moment. So they are currently trying to get. Obviously they're not going to build. They don't do the treatment. But you know we have nine treatments per year and June, July and August should all get treatments. The worst time for mitches. So for the first time in a couple years I've gotten two complaints about midges. But really I feel confident as soon as they get the product and they apply it. </w:t>
      </w:r>
    </w:p>
    <w:p>
      <w:r>
        <w:t xml:space="preserve">32:53      (Speaker H)  It's nice to hear that it's effective. I know that's a six thousand dollar check we write. </w:t>
      </w:r>
    </w:p>
    <w:p>
      <w:r>
        <w:t xml:space="preserve">32:57      (Speaker B)  Yeah. </w:t>
      </w:r>
    </w:p>
    <w:p>
      <w:r>
        <w:t xml:space="preserve">32:57      (Speaker H)  Every time we lay that stuff down. So if it's working it's absolutely worth every dollar. </w:t>
      </w:r>
    </w:p>
    <w:p>
      <w:r>
        <w:t xml:space="preserve">33:03      (Speaker B)  But it is very effective. Good. I think it also reduces mosquito population but makes me hungry they don't have the product. Took me a minute but one time. </w:t>
      </w:r>
    </w:p>
    <w:p>
      <w:r>
        <w:t xml:space="preserve">33:24      (Speaker F)  That's. </w:t>
      </w:r>
    </w:p>
    <w:p>
      <w:r>
        <w:t xml:space="preserve">33:25      (Speaker B)  That's really all I have for the floodings. </w:t>
      </w:r>
    </w:p>
    <w:p>
      <w:r>
        <w:t xml:space="preserve">33:26      (Speaker H)  And they're aware of the erosion issues. I know they made a note in their management summary about the erosions becoming a larger issue. </w:t>
      </w:r>
    </w:p>
    <w:p>
      <w:r>
        <w:t xml:space="preserve">33:34      (Speaker B)  Yeah. </w:t>
      </w:r>
    </w:p>
    <w:p>
      <w:r>
        <w:t xml:space="preserve">33:35      (Speaker H)  They Are. But we're. I know. </w:t>
      </w:r>
    </w:p>
    <w:p>
      <w:r>
        <w:t xml:space="preserve">33:36      (Speaker B)  We're on. We're on it. Yeah. </w:t>
      </w:r>
    </w:p>
    <w:p>
      <w:r>
        <w:t xml:space="preserve">33:37      (Speaker H)  It's coming up later tonight, so. </w:t>
      </w:r>
    </w:p>
    <w:p>
      <w:r>
        <w:t xml:space="preserve">33:42      (Speaker A)  Okay. </w:t>
      </w:r>
    </w:p>
    <w:p>
      <w:r>
        <w:t xml:space="preserve">33:42      (Speaker C)  Anything else about steadfast reports? We can move to landscape and then come back to field with the erosion stuff here. That way landscapers can carry on with their evening. Please turn it over to Juniper and landscaping and Clayton. </w:t>
      </w:r>
    </w:p>
    <w:p>
      <w:r>
        <w:t xml:space="preserve">34:01      (Speaker D)  Okay. </w:t>
      </w:r>
    </w:p>
    <w:p>
      <w:r>
        <w:t xml:space="preserve">34:02      (Speaker E)  Yeah. So I think we had a lot of positive impact. We had a 93. Our inspection came out 93.5. </w:t>
      </w:r>
    </w:p>
    <w:p>
      <w:r>
        <w:t xml:space="preserve">34:09      (Speaker D)  Nice. </w:t>
      </w:r>
    </w:p>
    <w:p>
      <w:r>
        <w:t xml:space="preserve">34:09      (Speaker E)  Paul made some comments that we didn't need that name. Saw some drastic improvement, really had the manpower to, you know, we also had a little bit of rain, make the grass green. We still have a lot of moving parts, so the extra enhancements around the pool are scheduled for later this week. We did the summer annuals. We've got that completed. So there's still four or five extra work orders that we will get accomplished within the next two weeks. </w:t>
      </w:r>
    </w:p>
    <w:p>
      <w:r>
        <w:t xml:space="preserve">34:37      (Speaker D)  So I think we're. </w:t>
      </w:r>
    </w:p>
    <w:p>
      <w:r>
        <w:t xml:space="preserve">34:38      (Speaker E)  We're headed in the right direction. I did bring my colleague George. </w:t>
      </w:r>
    </w:p>
    <w:p>
      <w:r>
        <w:t xml:space="preserve">34:43      (Speaker D)  He will be the new account manager. </w:t>
      </w:r>
    </w:p>
    <w:p>
      <w:r>
        <w:t xml:space="preserve">34:46      (Speaker E)  I am leaving Juniper, trying to be closer to home. </w:t>
      </w:r>
    </w:p>
    <w:p>
      <w:r>
        <w:t xml:space="preserve">34:50      (Speaker D)  So it's nothing bad about Juniper. It's just gonna be closer to my parents. </w:t>
      </w:r>
    </w:p>
    <w:p>
      <w:r>
        <w:t xml:space="preserve">34:55      (Speaker E)  George was on the inspection with us, so he's getting familiar with it. So he did the right around Clayton. </w:t>
      </w:r>
    </w:p>
    <w:p>
      <w:r>
        <w:t xml:space="preserve">35:00      (Speaker D)  He's been with me for the past, what, three weeks. </w:t>
      </w:r>
    </w:p>
    <w:p>
      <w:r>
        <w:t xml:space="preserve">35:03      (Speaker E)  He's been with Jennifer for longer than I have. So I think you're in good hands, if not better. </w:t>
      </w:r>
    </w:p>
    <w:p>
      <w:r>
        <w:t xml:space="preserve">35:08      (Speaker D)  So. </w:t>
      </w:r>
    </w:p>
    <w:p>
      <w:r>
        <w:t xml:space="preserve">35:18      (Speaker E)  But I'll make sure all these extra enhancements either get completed before I leave </w:t>
      </w:r>
    </w:p>
    <w:p>
      <w:r>
        <w:t xml:space="preserve">35:23      (Speaker D)  or George, who's under what was sold and how it's going to go down. Okay. </w:t>
      </w:r>
    </w:p>
    <w:p>
      <w:r>
        <w:t xml:space="preserve">35:31      (Speaker E)  Well, thank you. You really appreciated your efforts while you've been here. Thank you. </w:t>
      </w:r>
    </w:p>
    <w:p>
      <w:r>
        <w:t xml:space="preserve">35:38      (Speaker B)  Just one quote for them. You have a few dead pine trees around the community. One over here on Santa Luche, there's one across and then there's a cluster of like three trees right at the end of the Bell of Cora. Sure. People have gone that area, probably seen them and kind of stick out sort of. But there's a polo that you're given, I think. I think it's like $4,095. I turned it off for you. $4,092. They're all pretty tall, pretty big trees, </w:t>
      </w:r>
    </w:p>
    <w:p>
      <w:r>
        <w:t xml:space="preserve">36:22      (Speaker D)  Life. </w:t>
      </w:r>
    </w:p>
    <w:p>
      <w:r>
        <w:t xml:space="preserve">36:24      (Speaker F)  Well, the reason I ask is I know pine trees can have diseases that can spread from one tree to the other. </w:t>
      </w:r>
    </w:p>
    <w:p>
      <w:r>
        <w:t xml:space="preserve">36:28      (Speaker B)  So pine borer is a big issue in this area. So that we. </w:t>
      </w:r>
    </w:p>
    <w:p>
      <w:r>
        <w:t xml:space="preserve">36:34      (Speaker F)  Is this a sign of something we should be treating for or we just Freeze. </w:t>
      </w:r>
    </w:p>
    <w:p>
      <w:r>
        <w:t xml:space="preserve">36:38      (Speaker B)  That was a caretaker die. What I have seen in the area </w:t>
      </w:r>
    </w:p>
    <w:p>
      <w:r>
        <w:t xml:space="preserve">36:40      (Speaker A)  is removed the attack and with the hurricanes sometimes we don't see the damage until a year or two later. You know, some. </w:t>
      </w:r>
    </w:p>
    <w:p>
      <w:r>
        <w:t xml:space="preserve">36:50      (Speaker C)  Something. </w:t>
      </w:r>
    </w:p>
    <w:p>
      <w:r>
        <w:t xml:space="preserve">36:51      (Speaker A)  Some trees that I just remove around 30 country walls on the Milton because they just go from one to the next. So you don't know you have until it's too late. Once you start seeing brown, the block start coming back. </w:t>
      </w:r>
    </w:p>
    <w:p>
      <w:r>
        <w:t xml:space="preserve">37:05      (Speaker F)  So would we find the weevils when we cut the tree down? We find. </w:t>
      </w:r>
    </w:p>
    <w:p>
      <w:r>
        <w:t xml:space="preserve">37:09      (Speaker B)  With the. </w:t>
      </w:r>
    </w:p>
    <w:p>
      <w:r>
        <w:t xml:space="preserve">37:09      (Speaker A)  We will find beetles or anything like </w:t>
      </w:r>
    </w:p>
    <w:p>
      <w:r>
        <w:t xml:space="preserve">37:11      (Speaker F)  that in the tree. I guess that it's. Let me change that from a question. If there's something we can search for that might signal a problem that we need to treat for the trees that are carrying. </w:t>
      </w:r>
    </w:p>
    <w:p>
      <w:r>
        <w:t xml:space="preserve">37:21      (Speaker B)  I haven't heard that same thing. Preventative. </w:t>
      </w:r>
    </w:p>
    <w:p>
      <w:r>
        <w:t xml:space="preserve">37:23      (Speaker A)  If they're there years ago and it just eventually come up. </w:t>
      </w:r>
    </w:p>
    <w:p>
      <w:r>
        <w:t xml:space="preserve">37:34      (Speaker D)  We had. </w:t>
      </w:r>
    </w:p>
    <w:p>
      <w:r>
        <w:t xml:space="preserve">37:34      (Speaker B)  We had a number of different plants. </w:t>
      </w:r>
    </w:p>
    <w:p>
      <w:r>
        <w:t xml:space="preserve">37:39      (Speaker F)  Where do we stand on that? </w:t>
      </w:r>
    </w:p>
    <w:p>
      <w:r>
        <w:t xml:space="preserve">37:43      (Speaker E)  Say that again. </w:t>
      </w:r>
    </w:p>
    <w:p>
      <w:r>
        <w:t xml:space="preserve">37:44      (Speaker B)  A number of different plants that needed to be replaced. I. I know specifically I've asked the last six months about the bushes you got approved. What's that? </w:t>
      </w:r>
    </w:p>
    <w:p>
      <w:r>
        <w:t xml:space="preserve">37:53      (Speaker E)  That got approved today? </w:t>
      </w:r>
    </w:p>
    <w:p>
      <w:r>
        <w:t xml:space="preserve">37:54      (Speaker B)  Oh, it got approved. </w:t>
      </w:r>
    </w:p>
    <w:p>
      <w:r>
        <w:t xml:space="preserve">37:55      (Speaker E)  Yeah. So I already ordered the plans. So we'll get that installed as soon as they come in. There's a few other ones that we were still waiting like the absorbed. </w:t>
      </w:r>
    </w:p>
    <w:p>
      <w:r>
        <w:t xml:space="preserve">38:04      (Speaker D)  We were waiting to see. Yeah. </w:t>
      </w:r>
    </w:p>
    <w:p>
      <w:r>
        <w:t xml:space="preserve">38:08      (Speaker E)  So we have to. We do have to move on this pine tree one first though. Right before we talk about it. Is that the only proposal that we have? We can't just let them crash and diet themselves to the ground. </w:t>
      </w:r>
    </w:p>
    <w:p>
      <w:r>
        <w:t xml:space="preserve">38:27      (Speaker G)  One of the control methods is removal. </w:t>
      </w:r>
    </w:p>
    <w:p>
      <w:r>
        <w:t xml:space="preserve">38:30      (Speaker F)  Especially if they're diseased. You want to hear? </w:t>
      </w:r>
    </w:p>
    <w:p>
      <w:r>
        <w:t xml:space="preserve">38:32      (Speaker E)  Yeah, but we don't know they're dead. Well, definitely the ones here. I just didn't know about the ones that fell a corsa that since there weren't. There's not a lot of activity up there except our people right now. </w:t>
      </w:r>
    </w:p>
    <w:p>
      <w:r>
        <w:t xml:space="preserve">38:46      (Speaker B)  If you have notice of. Yeah. </w:t>
      </w:r>
    </w:p>
    <w:p>
      <w:r>
        <w:t xml:space="preserve">38:50      (Speaker D)  Okay. </w:t>
      </w:r>
    </w:p>
    <w:p>
      <w:r>
        <w:t xml:space="preserve">38:51      (Speaker E)  All right. </w:t>
      </w:r>
    </w:p>
    <w:p>
      <w:r>
        <w:t xml:space="preserve">38:51      (Speaker D)  I motion to remove it on the. </w:t>
      </w:r>
    </w:p>
    <w:p>
      <w:r>
        <w:t xml:space="preserve">38:53      (Speaker F)  Well, on the proposal see page 1 </w:t>
      </w:r>
    </w:p>
    <w:p>
      <w:r>
        <w:t xml:space="preserve">38:55      (Speaker B)  of 4 and 3 of 4. </w:t>
      </w:r>
    </w:p>
    <w:p>
      <w:r>
        <w:t xml:space="preserve">38:57      (Speaker F)  Is there anything on 2 and 4 department. </w:t>
      </w:r>
    </w:p>
    <w:p>
      <w:r>
        <w:t xml:space="preserve">39:06      (Speaker E)  Oh, the pictures. There were pictures of them. </w:t>
      </w:r>
    </w:p>
    <w:p>
      <w:r>
        <w:t xml:space="preserve">39:23      (Speaker H)  Well, that's. </w:t>
      </w:r>
    </w:p>
    <w:p>
      <w:r>
        <w:t xml:space="preserve">39:24      (Speaker F)  That's why I was just asking. </w:t>
      </w:r>
    </w:p>
    <w:p>
      <w:r>
        <w:t xml:space="preserve">39:25      (Speaker B)  Sorry. Their contract documents. Sign here, sign here. Okay. Liability, blah, blah, blah. </w:t>
      </w:r>
    </w:p>
    <w:p>
      <w:r>
        <w:t xml:space="preserve">39:31      (Speaker F)  There's nothing that changes the spirit of the document though. </w:t>
      </w:r>
    </w:p>
    <w:p>
      <w:r>
        <w:t xml:space="preserve">39:33      (Speaker B)  What's that? </w:t>
      </w:r>
    </w:p>
    <w:p>
      <w:r>
        <w:t xml:space="preserve">39:34      (Speaker F)  There's nothing that changes the spirit of the document. </w:t>
      </w:r>
    </w:p>
    <w:p>
      <w:r>
        <w:t xml:space="preserve">39:36      (Speaker C)  Yeah, I mean you're. </w:t>
      </w:r>
    </w:p>
    <w:p>
      <w:r>
        <w:t xml:space="preserve">39:36      (Speaker B)  You're okay. </w:t>
      </w:r>
    </w:p>
    <w:p>
      <w:r>
        <w:t xml:space="preserve">39:37      (Speaker H)  That's. </w:t>
      </w:r>
    </w:p>
    <w:p>
      <w:r>
        <w:t xml:space="preserve">39:38      (Speaker B)  That's completely fine. </w:t>
      </w:r>
    </w:p>
    <w:p>
      <w:r>
        <w:t xml:space="preserve">39:40      (Speaker C)  Yeah. These always. Obviously the work authorization connected to the </w:t>
      </w:r>
    </w:p>
    <w:p>
      <w:r>
        <w:t xml:space="preserve">39:44      (Speaker B)  contract from cancer and everything. </w:t>
      </w:r>
    </w:p>
    <w:p>
      <w:r>
        <w:t xml:space="preserve">39:45      (Speaker C)  So it didn't happen. </w:t>
      </w:r>
    </w:p>
    <w:p>
      <w:r>
        <w:t xml:space="preserve">39:48      (Speaker B)  They sent me pictures in a separate email, </w:t>
      </w:r>
    </w:p>
    <w:p>
      <w:r>
        <w:t xml:space="preserve">39:51      (Speaker C)  but it's just the pictures of </w:t>
      </w:r>
    </w:p>
    <w:p>
      <w:r>
        <w:t xml:space="preserve">39:53      (Speaker B)  dead trees so it's not really too much. </w:t>
      </w:r>
    </w:p>
    <w:p>
      <w:r>
        <w:t xml:space="preserve">40:00      (Speaker H)  I saw on the OLM report there's </w:t>
      </w:r>
    </w:p>
    <w:p>
      <w:r>
        <w:t xml:space="preserve">40:01      (Speaker I)  a note to contractor. </w:t>
      </w:r>
    </w:p>
    <w:p>
      <w:r>
        <w:t xml:space="preserve">40:02      (Speaker H)  Oh, do we need to move on this? </w:t>
      </w:r>
    </w:p>
    <w:p>
      <w:r>
        <w:t xml:space="preserve">40:04      (Speaker B)  We finish that. </w:t>
      </w:r>
    </w:p>
    <w:p>
      <w:r>
        <w:t xml:space="preserve">40:04      (Speaker E)  We need to move on this first </w:t>
      </w:r>
    </w:p>
    <w:p>
      <w:r>
        <w:t xml:space="preserve">40:05      (Speaker B)  before we do this, which is recommended. </w:t>
      </w:r>
    </w:p>
    <w:p>
      <w:r>
        <w:t xml:space="preserve">40:08      (Speaker E)  I'll motion that we move Forward with the $4,093 second Juniper proposal number 408032. </w:t>
      </w:r>
    </w:p>
    <w:p>
      <w:r>
        <w:t xml:space="preserve">40:18      (Speaker C)  Okay, so we have a first from Tammy, second from Luke. All in favor? </w:t>
      </w:r>
    </w:p>
    <w:p>
      <w:r>
        <w:t xml:space="preserve">40:22      (Speaker B)  Aye. </w:t>
      </w:r>
    </w:p>
    <w:p>
      <w:r>
        <w:t xml:space="preserve">40:25      (Speaker C)  Passport zero. </w:t>
      </w:r>
    </w:p>
    <w:p>
      <w:r>
        <w:t xml:space="preserve">40:28      (Speaker H)  I saw a note to contractor about the ramp needed to get to the middle of this fountain out here on the OLM report. I don't know where that stands or if there's anything you need from us. </w:t>
      </w:r>
    </w:p>
    <w:p>
      <w:r>
        <w:t xml:space="preserve">40:36      (Speaker B)  No, that happen. </w:t>
      </w:r>
    </w:p>
    <w:p>
      <w:r>
        <w:t xml:space="preserve">40:39      (Speaker E)  That's okay. </w:t>
      </w:r>
    </w:p>
    <w:p>
      <w:r>
        <w:t xml:space="preserve">40:42      (Speaker H)  Just a ladder. </w:t>
      </w:r>
    </w:p>
    <w:p>
      <w:r>
        <w:t xml:space="preserve">40:43      (Speaker D)  Yeah. </w:t>
      </w:r>
    </w:p>
    <w:p>
      <w:r>
        <w:t xml:space="preserve">40:44      (Speaker E)  Follow the code and then just give the details and then we can. </w:t>
      </w:r>
    </w:p>
    <w:p>
      <w:r>
        <w:t xml:space="preserve">40:48      (Speaker D)  We can order it and we can </w:t>
      </w:r>
    </w:p>
    <w:p>
      <w:r>
        <w:t xml:space="preserve">40:49      (Speaker E)  stash it safely over behind </w:t>
      </w:r>
    </w:p>
    <w:p>
      <w:r>
        <w:t xml:space="preserve">40:54      (Speaker F)  so we can just build. I mean I heard what you said </w:t>
      </w:r>
    </w:p>
    <w:p>
      <w:r>
        <w:t xml:space="preserve">40:58      (Speaker B)  about same OSHA safety specification. That's why they need to kind of give me an idea what they need because there's. There's options. But whatever they need safely get because </w:t>
      </w:r>
    </w:p>
    <w:p>
      <w:r>
        <w:t xml:space="preserve">41:13      (Speaker F)  they're the ones on it. </w:t>
      </w:r>
    </w:p>
    <w:p>
      <w:r>
        <w:t xml:space="preserve">41:13      (Speaker B)  Okay. Our. You know, my guy just leaves the ladder, plays a flat or he literally just waves the pond. </w:t>
      </w:r>
    </w:p>
    <w:p>
      <w:r>
        <w:t xml:space="preserve">41:20      (Speaker F)  Because I've seen the old one was just a 2x6. Was it? I remember seeing a 15 foot 2 by 6. </w:t>
      </w:r>
    </w:p>
    <w:p>
      <w:r>
        <w:t xml:space="preserve">41:26      (Speaker E)  Yeah. You're walking the plank for us over there. </w:t>
      </w:r>
    </w:p>
    <w:p>
      <w:r>
        <w:t xml:space="preserve">41:28      (Speaker B)  That. That's a little sketchy right now. They've got a aluminum one that it's like fingers. </w:t>
      </w:r>
    </w:p>
    <w:p>
      <w:r>
        <w:t xml:space="preserve">41:34      (Speaker G)  Yeah. </w:t>
      </w:r>
    </w:p>
    <w:p>
      <w:r>
        <w:t xml:space="preserve">41:34      (Speaker A)  Yeah. </w:t>
      </w:r>
    </w:p>
    <w:p>
      <w:r>
        <w:t xml:space="preserve">41:34      (Speaker C)  Opens. </w:t>
      </w:r>
    </w:p>
    <w:p>
      <w:r>
        <w:t xml:space="preserve">41:35      (Speaker F)  Yep. </w:t>
      </w:r>
    </w:p>
    <w:p>
      <w:r>
        <w:t xml:space="preserve">41:36      (Speaker B)  And even that's a little. Little treacherous walk across that. So yeah. Should have just put hardscape up there. </w:t>
      </w:r>
    </w:p>
    <w:p>
      <w:r>
        <w:t xml:space="preserve">41:45      (Speaker E)  Then we'd have bonfires in the middle of it. </w:t>
      </w:r>
    </w:p>
    <w:p>
      <w:r>
        <w:t xml:space="preserve">41:47      (Speaker H)  My other question was the. I see. And Mike, maybe this is involved is the juniper invoice. I see we saw that fuel surcharge on there. I don't know if that's something we looked into at some point. I know we were going to try to evaluate it as part of the contract. </w:t>
      </w:r>
    </w:p>
    <w:p>
      <w:r>
        <w:t xml:space="preserve">41:59      (Speaker B)  Is that something we could do? We looked at it. It's not part of the contract. </w:t>
      </w:r>
    </w:p>
    <w:p>
      <w:r>
        <w:t xml:space="preserve">42:03      (Speaker H)  Okay. </w:t>
      </w:r>
    </w:p>
    <w:p>
      <w:r>
        <w:t xml:space="preserve">42:03      (Speaker I)  This is something that is not beneath the juniper or other landscape companies tacking that on there. But it's not authorized by your contract. You don't have any obligation to pay that. You know, you can talk to them and try to say okay, well help us understand why we should pay it. Show us where it's at in the contract. </w:t>
      </w:r>
    </w:p>
    <w:p>
      <w:r>
        <w:t xml:space="preserve">42:22      (Speaker B)  That's something you can do. </w:t>
      </w:r>
    </w:p>
    <w:p>
      <w:r>
        <w:t xml:space="preserve">42:24      (Speaker I)  But that is the discussion. Like I said, they're not the only </w:t>
      </w:r>
    </w:p>
    <w:p>
      <w:r>
        <w:t xml:space="preserve">42:29      (Speaker B)  company that got their. </w:t>
      </w:r>
    </w:p>
    <w:p>
      <w:r>
        <w:t xml:space="preserve">42:31      (Speaker I)  When I looked at the contract, I </w:t>
      </w:r>
    </w:p>
    <w:p>
      <w:r>
        <w:t xml:space="preserve">42:32      (Speaker B)  didn't see where it was offering. I did. I didn't see it on us. </w:t>
      </w:r>
    </w:p>
    <w:p>
      <w:r>
        <w:t xml:space="preserve">42:36      (Speaker E)  So I knew that we took them off the monthly. </w:t>
      </w:r>
    </w:p>
    <w:p>
      <w:r>
        <w:t xml:space="preserve">42:41      (Speaker H)  Okay. </w:t>
      </w:r>
    </w:p>
    <w:p>
      <w:r>
        <w:t xml:space="preserve">42:42      (Speaker A)  Yeah. </w:t>
      </w:r>
    </w:p>
    <w:p>
      <w:r>
        <w:t xml:space="preserve">42:42      (Speaker H)  I'm just looking at one that was due July 8, so maybe that was the last one that had. </w:t>
      </w:r>
    </w:p>
    <w:p>
      <w:r>
        <w:t xml:space="preserve">42:47      (Speaker B)  I mean it's probably not worth 20 bucks. </w:t>
      </w:r>
    </w:p>
    <w:p>
      <w:r>
        <w:t xml:space="preserve">42:50      (Speaker I)  Yeah. </w:t>
      </w:r>
    </w:p>
    <w:p>
      <w:r>
        <w:t xml:space="preserve">42:51      (Speaker B)  An email from for instance, you're saying </w:t>
      </w:r>
    </w:p>
    <w:p>
      <w:r>
        <w:t xml:space="preserve">42:54      (Speaker A)  stanza will know if any fuel search on it. </w:t>
      </w:r>
    </w:p>
    <w:p>
      <w:r>
        <w:t xml:space="preserve">43:01      (Speaker F)  Rich, is that something we asked you? </w:t>
      </w:r>
    </w:p>
    <w:p>
      <w:r>
        <w:t xml:space="preserve">43:03      (Speaker B)  Yep. </w:t>
      </w:r>
    </w:p>
    <w:p>
      <w:r>
        <w:t xml:space="preserve">43:04      (Speaker C)  I got notes here. So we appreciate it. </w:t>
      </w:r>
    </w:p>
    <w:p>
      <w:r>
        <w:t xml:space="preserve">43:07      (Speaker I)  I know he talked about that but </w:t>
      </w:r>
    </w:p>
    <w:p>
      <w:r>
        <w:t xml:space="preserve">43:08      (Speaker C)  we can look at to see what these others and kind of possibly a </w:t>
      </w:r>
    </w:p>
    <w:p>
      <w:r>
        <w:t xml:space="preserve">43:11      (Speaker B)  credit or something of that nature if </w:t>
      </w:r>
    </w:p>
    <w:p>
      <w:r>
        <w:t xml:space="preserve">43:12      (Speaker C)  there's one that cut through. </w:t>
      </w:r>
    </w:p>
    <w:p>
      <w:r>
        <w:t xml:space="preserve">43:14      (Speaker E)  Okay. </w:t>
      </w:r>
    </w:p>
    <w:p>
      <w:r>
        <w:t xml:space="preserve">43:14      (Speaker A)  Very good. </w:t>
      </w:r>
    </w:p>
    <w:p>
      <w:r>
        <w:t xml:space="preserve">43:15      (Speaker H)  And that same invoice shows that we have an overdue like one to 30 days. </w:t>
      </w:r>
    </w:p>
    <w:p>
      <w:r>
        <w:t xml:space="preserve">43:20      (Speaker B)  It's the. </w:t>
      </w:r>
    </w:p>
    <w:p>
      <w:r>
        <w:t xml:space="preserve">43:20      (Speaker H)  The monthly $62,000. It's overdue. Just want to make sure we're doing our part. </w:t>
      </w:r>
    </w:p>
    <w:p>
      <w:r>
        <w:t xml:space="preserve">43:29      (Speaker C)  Yeah. Those maybe a daily. </w:t>
      </w:r>
    </w:p>
    <w:p>
      <w:r>
        <w:t xml:space="preserve">43:31      (Speaker B)  I don't know. </w:t>
      </w:r>
    </w:p>
    <w:p>
      <w:r>
        <w:t xml:space="preserve">43:31      (Speaker C)  And it depends on sometimes if we don't receive it like I know sometimes it happens occasionally where. </w:t>
      </w:r>
    </w:p>
    <w:p>
      <w:r>
        <w:t xml:space="preserve">43:37      (Speaker B)  Okay. </w:t>
      </w:r>
    </w:p>
    <w:p>
      <w:r>
        <w:t xml:space="preserve">43:37      (Speaker C)  We might not get it and. </w:t>
      </w:r>
    </w:p>
    <w:p>
      <w:r>
        <w:t xml:space="preserve">43:38      (Speaker B)  And then. </w:t>
      </w:r>
    </w:p>
    <w:p>
      <w:r>
        <w:t xml:space="preserve">43:39      (Speaker C)  But we do check runs every Thursday for this district. So any bills that we have that </w:t>
      </w:r>
    </w:p>
    <w:p>
      <w:r>
        <w:t xml:space="preserve">43:44      (Speaker B)  are good to pay are paid better. </w:t>
      </w:r>
    </w:p>
    <w:p>
      <w:r>
        <w:t xml:space="preserve">43:47      (Speaker C)  So. </w:t>
      </w:r>
    </w:p>
    <w:p>
      <w:r>
        <w:t xml:space="preserve">43:48      (Speaker B)  But I can follow up with Patty. Notice all I got. </w:t>
      </w:r>
    </w:p>
    <w:p>
      <w:r>
        <w:t xml:space="preserve">43:59      (Speaker E)  And are we still. We still tabled the enhancements for the entrances, right? We were still waiting. We were going to get through the drought maybe. Yeah, we were waiting. So then now what will happen is George and Clayton will drive around and check out. So has George been briefed on that that's going to happen in the or should happen in the next four months. Okay. I couldn't remember exactly where we ended it. </w:t>
      </w:r>
    </w:p>
    <w:p>
      <w:r>
        <w:t xml:space="preserve">44:31      (Speaker I)  Yeah. </w:t>
      </w:r>
    </w:p>
    <w:p>
      <w:r>
        <w:t xml:space="preserve">44:32      (Speaker B)  So you're still pending all your enhancements here in center. That's what you're saying Thursday, Friday. </w:t>
      </w:r>
    </w:p>
    <w:p>
      <w:r>
        <w:t xml:space="preserve">44:37      (Speaker D)  Okay. </w:t>
      </w:r>
    </w:p>
    <w:p>
      <w:r>
        <w:t xml:space="preserve">44:38      (Speaker E)  Then after that we can jump on the proposals for the other. That's only five years in the making. So we're trails. We're right on point for eight years </w:t>
      </w:r>
    </w:p>
    <w:p>
      <w:r>
        <w:t xml:space="preserve">44:57      (Speaker F)  old autographs. </w:t>
      </w:r>
    </w:p>
    <w:p>
      <w:r>
        <w:t xml:space="preserve">44:58      (Speaker B)  That's it. </w:t>
      </w:r>
    </w:p>
    <w:p>
      <w:r>
        <w:t xml:space="preserve">44:58      (Speaker D)  All right. </w:t>
      </w:r>
    </w:p>
    <w:p>
      <w:r>
        <w:t xml:space="preserve">44:59      (Speaker E)  I'll take it. </w:t>
      </w:r>
    </w:p>
    <w:p>
      <w:r>
        <w:t xml:space="preserve">45:02      (Speaker B)  Okay. </w:t>
      </w:r>
    </w:p>
    <w:p>
      <w:r>
        <w:t xml:space="preserve">45:02      (Speaker C)  Any other. </w:t>
      </w:r>
    </w:p>
    <w:p>
      <w:r>
        <w:t xml:space="preserve">45:03      (Speaker H)  Thank you. </w:t>
      </w:r>
    </w:p>
    <w:p>
      <w:r>
        <w:t xml:space="preserve">45:04      (Speaker E)  Thank you, Lord. </w:t>
      </w:r>
    </w:p>
    <w:p>
      <w:r>
        <w:t xml:space="preserve">45:05      (Speaker G)  Thanks, Lord. </w:t>
      </w:r>
    </w:p>
    <w:p>
      <w:r>
        <w:t xml:space="preserve">45:06      (Speaker C)  Thank you. </w:t>
      </w:r>
    </w:p>
    <w:p>
      <w:r>
        <w:t xml:space="preserve">45:08      (Speaker E)  Best of luck to you. </w:t>
      </w:r>
    </w:p>
    <w:p>
      <w:r>
        <w:t xml:space="preserve">45:09      (Speaker D)  Thank you. </w:t>
      </w:r>
    </w:p>
    <w:p>
      <w:r>
        <w:t xml:space="preserve">45:18      (Speaker C)  Okay, so we'll go to amenity manager. Turn it over to Amy. </w:t>
      </w:r>
    </w:p>
    <w:p>
      <w:r>
        <w:t xml:space="preserve">45:23      (Speaker B)  Well, good. </w:t>
      </w:r>
    </w:p>
    <w:p>
      <w:r>
        <w:t xml:space="preserve">45:24      (Speaker D)  I don't have a lot to report. The worst thing we had happened this month was our Newly fixed power supply was drunk by light during the storm, like literally about four days after it was. But he will be here. </w:t>
      </w:r>
    </w:p>
    <w:p>
      <w:r>
        <w:t xml:space="preserve">45:52      (Speaker F)  Is that something? Surge detection? </w:t>
      </w:r>
    </w:p>
    <w:p>
      <w:r>
        <w:t xml:space="preserve">45:54      (Speaker D)  Yeah. We didn't think we needed it. </w:t>
      </w:r>
    </w:p>
    <w:p>
      <w:r>
        <w:t xml:space="preserve">46:00      (Speaker B)  Now it's four. Let me do if I. </w:t>
      </w:r>
    </w:p>
    <w:p>
      <w:r>
        <w:t xml:space="preserve">46:04      (Speaker D)  The one item on top. We did lose a couple of umbrellas in the storm. Three and a table. But luckily we had to back up. So we're back in business. We did change. Now when the staff leaves at 5, they're removing the umbrellas and cleared away. So because we just. We rely on the resident to close them after they leave, we close on immediately. But if they open them back up and they leave them open, when the wind comes through, it blows them over, which breaks the table on the 30. So now we're physically removing the umbrellas at 5 o' clock and Dodge puts them back out. </w:t>
      </w:r>
    </w:p>
    <w:p>
      <w:r>
        <w:t xml:space="preserve">46:50      (Speaker A)  And </w:t>
      </w:r>
    </w:p>
    <w:p>
      <w:r>
        <w:t xml:space="preserve">46:52      (Speaker D)  that's the only. To me, that was the only solution I could come up with that was protecting the cables and the umbrellas after hours. No one's complained about it yet, so I think it's hard. William and Besmere, they did a great job on the trail and the roads and amenities. The day after the storm, they were out there cutting up branches. Hauling off juniper was nice enough to let us pop stuff in their trailers as they were going by. So he. They got all the stuff that fell on the trail. They had those picked up that same day. So we didn't have any issues on the trails already. Me and Clayton, I believe, may have found a solution for the B part he was able to find. He might want to talk about it, but he was able to find a company that rebuilds golf carts where we would be able to replace both of them for the price that we were going to pay for one. So I believe he's going to provide a little more information on those. I think that would be a good idea. Get ahead of the next ones. Right the inside because they're both pretty. They're going to replace the pile next week. I did tell them to scrap the gutter idea and let's see if we could find a way to work with the decorative gutters that we have now. </w:t>
      </w:r>
    </w:p>
    <w:p>
      <w:r>
        <w:t xml:space="preserve">48:28      (Speaker E)  Thank you. </w:t>
      </w:r>
    </w:p>
    <w:p>
      <w:r>
        <w:t xml:space="preserve">48:30      (Speaker D)  So we're going to work on that and most likely if I find a solution for that, you guys won't know about it until it's done. But if. If they come back and they say, you know, we need to at least change some of this or whatever, I'll put in it at the next meter. But I went back and I was like, we really want to keep those gutters. </w:t>
      </w:r>
    </w:p>
    <w:p>
      <w:r>
        <w:t xml:space="preserve">48:49      (Speaker E)  Thank you. </w:t>
      </w:r>
    </w:p>
    <w:p>
      <w:r>
        <w:t xml:space="preserve">48:51      (Speaker D)  I told them that Tammy will burn my house. </w:t>
      </w:r>
    </w:p>
    <w:p>
      <w:r>
        <w:t xml:space="preserve">48:54      (Speaker E)  I will hunt them down. </w:t>
      </w:r>
    </w:p>
    <w:p>
      <w:r>
        <w:t xml:space="preserve">48:57      (Speaker D)  They did get the cryptocytes out of the magnolias. There's still some at the very top, but we would have to run a lift to get those. So I said, you know what, I don't think anyone's gonna look at the very top of it. So they got him down. We did call events done right and he said those were our people, hadn't found them, so bless their hearts. That's literally what they did. They had clover in there to study. A lot of events coming up in the next couple of weeks, but other than that, it's been. I'm scared to say it, but it's been a very quiet summer. </w:t>
      </w:r>
    </w:p>
    <w:p>
      <w:r>
        <w:t xml:space="preserve">49:39      (Speaker G)  Oh, you didn't have to say that. </w:t>
      </w:r>
    </w:p>
    <w:p>
      <w:r>
        <w:t xml:space="preserve">49:42      (Speaker E)  Knock on wit. </w:t>
      </w:r>
    </w:p>
    <w:p>
      <w:r>
        <w:t xml:space="preserve">49:49      (Speaker D)  But we've had. It's been a good summer so far. The kid events have been great. The kids have been good. I'm assuming our. Most of our problem kids have moved on, aged out all neighborhood when they're terrorizing them, they're in college or whatever. School staff is doing great. Probably the best staff that I've had. Okay, go ahead. </w:t>
      </w:r>
    </w:p>
    <w:p>
      <w:r>
        <w:t xml:space="preserve">50:19      (Speaker E)  And I, I've seen a lot of stuff about the events and a lot of parents have been complimentary and people have been complimentary. So I appreciate all your guys's efforts. </w:t>
      </w:r>
    </w:p>
    <w:p>
      <w:r>
        <w:t xml:space="preserve">50:28      (Speaker D)  They appreciate finding something to get the kids out. Yeah. And keep the help of the kids. They kind of learn to respect the property and the rules. So at least the next generation, we can kind of get them on. </w:t>
      </w:r>
    </w:p>
    <w:p>
      <w:r>
        <w:t xml:space="preserve">50:44      (Speaker G)  We have an adult daycare they can roll teeth in. </w:t>
      </w:r>
    </w:p>
    <w:p>
      <w:r>
        <w:t xml:space="preserve">50:49      (Speaker D)  You know, socialized. </w:t>
      </w:r>
    </w:p>
    <w:p>
      <w:r>
        <w:t xml:space="preserve">50:55      (Speaker F)  Except for the ice cream sandwich one. </w:t>
      </w:r>
    </w:p>
    <w:p>
      <w:r>
        <w:t xml:space="preserve">50:57      (Speaker G)  There you go. </w:t>
      </w:r>
    </w:p>
    <w:p>
      <w:r>
        <w:t xml:space="preserve">50:59      (Speaker F)  That's awesome. </w:t>
      </w:r>
    </w:p>
    <w:p>
      <w:r>
        <w:t xml:space="preserve">51:00      (Speaker E)  Awesome. </w:t>
      </w:r>
    </w:p>
    <w:p>
      <w:r>
        <w:t xml:space="preserve">51:02      (Speaker H)  Got a couple comments from folks and just I don't know if now's the time. I guess it would be one of us on the. </w:t>
      </w:r>
    </w:p>
    <w:p>
      <w:r>
        <w:t xml:space="preserve">51:06      (Speaker I)  On the playground. </w:t>
      </w:r>
    </w:p>
    <w:p>
      <w:r>
        <w:t xml:space="preserve">51:07      (Speaker H)  We had an email that went out to go over the board about a shade structure. I know it's something we've talked about, but this particular resident seemed pretty eager and willing to lead. When she had said like a. A resident led advisory committee to explore national corporate grant programs to get some kind of shade structured funding or something. And I know nothing about all of that. </w:t>
      </w:r>
    </w:p>
    <w:p>
      <w:r>
        <w:t xml:space="preserve">51:34      (Speaker D)  One regional bid has came back for shading at 30,000 that the other ones have been in the upper 150s. So I won't even submit those to </w:t>
      </w:r>
    </w:p>
    <w:p>
      <w:r>
        <w:t xml:space="preserve">51:46      (Speaker B)  you unless you really want. </w:t>
      </w:r>
    </w:p>
    <w:p>
      <w:r>
        <w:t xml:space="preserve">51:48      (Speaker F)  A couple months ago we were looking at options for that. </w:t>
      </w:r>
    </w:p>
    <w:p>
      <w:r>
        <w:t xml:space="preserve">51:50      (Speaker B)  There were different products. </w:t>
      </w:r>
    </w:p>
    <w:p>
      <w:r>
        <w:t xml:space="preserve">51:51      (Speaker E)  Yeah, but that was just for the pervas. That was just for the pervalid. It was not for completely covering. </w:t>
      </w:r>
    </w:p>
    <w:p>
      <w:r>
        <w:t xml:space="preserve">51:59      (Speaker D)  We have the playground. </w:t>
      </w:r>
    </w:p>
    <w:p>
      <w:r>
        <w:t xml:space="preserve">52:01      (Speaker F)  Cover the entire playground. </w:t>
      </w:r>
    </w:p>
    <w:p>
      <w:r>
        <w:t xml:space="preserve">52:03      (Speaker D)  Yeah, we have the playground and then </w:t>
      </w:r>
    </w:p>
    <w:p>
      <w:r>
        <w:t xml:space="preserve">52:04      (Speaker F)  we have the misunderstood that. </w:t>
      </w:r>
    </w:p>
    <w:p>
      <w:r>
        <w:t xml:space="preserve">52:06      (Speaker B)  I thought everybody had a person. </w:t>
      </w:r>
    </w:p>
    <w:p>
      <w:r>
        <w:t xml:space="preserve">52:07      (Speaker E)  No, we. We were talking about. This particular resident is talking about shading the whole thing </w:t>
      </w:r>
    </w:p>
    <w:p>
      <w:r>
        <w:t xml:space="preserve">52:16      (Speaker F)  for the board. </w:t>
      </w:r>
    </w:p>
    <w:p>
      <w:r>
        <w:t xml:space="preserve">52:17      (Speaker E)  No. </w:t>
      </w:r>
    </w:p>
    <w:p>
      <w:r>
        <w:t xml:space="preserve">52:18      (Speaker B)  Okay. </w:t>
      </w:r>
    </w:p>
    <w:p>
      <w:r>
        <w:t xml:space="preserve">52:18      (Speaker C)  This was a resident email request, I guess. </w:t>
      </w:r>
    </w:p>
    <w:p>
      <w:r>
        <w:t xml:space="preserve">52:20      (Speaker F)  I got you. </w:t>
      </w:r>
    </w:p>
    <w:p>
      <w:r>
        <w:t xml:space="preserve">52:21      (Speaker B)  Both of your playgrounds already have shapes on top. </w:t>
      </w:r>
    </w:p>
    <w:p>
      <w:r>
        <w:t xml:space="preserve">52:25      (Speaker E)  Yeah. Right in the main center. </w:t>
      </w:r>
    </w:p>
    <w:p>
      <w:r>
        <w:t xml:space="preserve">52:27      (Speaker B)  Yeah, they already have a little sale on top. Normally you buy a shirt playground because they don't have anything on top and it's really hot. </w:t>
      </w:r>
    </w:p>
    <w:p>
      <w:r>
        <w:t xml:space="preserve">52:35      (Speaker D)  That's what the issue is. Our equipment and the benches and the swings, they're all spread out so far that we're looking at shading from this end to this end. Now, my idea was the playgrounds. Either we replaced the next few years, we just go to one structure, move the benches a little, and then we cover that like someone else did it there anymore. Right now we have a structure here, we have a swing here, we have this thing here. So that's why the cost is so high, because they're literally having to cover from one end to the other. </w:t>
      </w:r>
    </w:p>
    <w:p>
      <w:r>
        <w:t xml:space="preserve">53:11      (Speaker B)  Got it on all sides. </w:t>
      </w:r>
    </w:p>
    <w:p>
      <w:r>
        <w:t xml:space="preserve">53:13      (Speaker D)  That's kind of where the HOA had kind of left off on. That was the playground. It looks a lot better now that we pressure wash it and replace the side. But it's due to be replaced. So do we spend the money to shade the existing playground or do we wait until we put a new structure in and make that structure easier to shape? </w:t>
      </w:r>
    </w:p>
    <w:p>
      <w:r>
        <w:t xml:space="preserve">53:35      (Speaker E)  I think we might be looking at kind of revamping all of that anyway. And we're going to have to in two years. So. But it's. If she's willing to do the research regarding grants and such things, you know, and present it to the board, that'd be great. </w:t>
      </w:r>
    </w:p>
    <w:p>
      <w:r>
        <w:t xml:space="preserve">53:50      (Speaker B)  We love it. Take grants. Yeah. </w:t>
      </w:r>
    </w:p>
    <w:p>
      <w:r>
        <w:t xml:space="preserve">53:54      (Speaker I)  You're allowed to take grants. I mean. </w:t>
      </w:r>
    </w:p>
    <w:p>
      <w:r>
        <w:t xml:space="preserve">53:55      (Speaker B)  Yeah, I mean, cd you have to apply for them. </w:t>
      </w:r>
    </w:p>
    <w:p>
      <w:r>
        <w:t xml:space="preserve">53:57      (Speaker I)  We'd have to actually qualify for that. </w:t>
      </w:r>
    </w:p>
    <w:p>
      <w:r>
        <w:t xml:space="preserve">53:59      (Speaker D)  Right. </w:t>
      </w:r>
    </w:p>
    <w:p>
      <w:r>
        <w:t xml:space="preserve">54:00      (Speaker I)  One thing I would recommend about her suggestion is if she wants to do it, have her do it. </w:t>
      </w:r>
    </w:p>
    <w:p>
      <w:r>
        <w:t xml:space="preserve">54:05      (Speaker E)  Yeah. </w:t>
      </w:r>
    </w:p>
    <w:p>
      <w:r>
        <w:t xml:space="preserve">54:05      (Speaker I)  But I would not recommend that you all create a committee because they have to meet in the sunshine. They're subject to the sunshine law. </w:t>
      </w:r>
    </w:p>
    <w:p>
      <w:r>
        <w:t xml:space="preserve">54:13      (Speaker G)  Yeah. </w:t>
      </w:r>
    </w:p>
    <w:p>
      <w:r>
        <w:t xml:space="preserve">54:13      (Speaker I)  And you don't want to get involved in that. But if she wants to go do it and whoever she decided to ask to help her do that, that's not our business. And then she could come present something. </w:t>
      </w:r>
    </w:p>
    <w:p>
      <w:r>
        <w:t xml:space="preserve">54:23      (Speaker E)  Yeah, I did kind of respond. I responded to her specifically and Said that, you know, unfortunately, committees sound great, workshops sound great, but we still have to have all our district staff and. </w:t>
      </w:r>
    </w:p>
    <w:p>
      <w:r>
        <w:t xml:space="preserve">54:37      (Speaker G)  And there's not as many recreational grants </w:t>
      </w:r>
    </w:p>
    <w:p>
      <w:r>
        <w:t xml:space="preserve">54:39      (Speaker B)  that are out there. </w:t>
      </w:r>
    </w:p>
    <w:p>
      <w:r>
        <w:t xml:space="preserve">54:41      (Speaker G)  One benefit now is that I didn't have a lot to do with it, but I was involved with a movement in Washington to get special taxing districts across the nation identified as bona fide governmental entities, which they did last fall. So that opens up other avenues, but those usually are involved to hardcore infrastructure roadways. You know, there are some for parks and other things that. That could be looked into, but it's. It's not as prevalent as the other. </w:t>
      </w:r>
    </w:p>
    <w:p>
      <w:r>
        <w:t xml:space="preserve">55:17      (Speaker D)  And then like Clayton said, we do technically have. So the playground itself is a complete. I just think that if the playground is going to be revamped, then we kind of wait. </w:t>
      </w:r>
    </w:p>
    <w:p>
      <w:r>
        <w:t xml:space="preserve">55:32      (Speaker E)  We're going to have to look at that budgetary anyway next in the next two years. </w:t>
      </w:r>
    </w:p>
    <w:p>
      <w:r>
        <w:t xml:space="preserve">55:37      (Speaker D)  And if we do a more consolidated layout, then a smaller change system would be required. Right now, even some of the vendors come out and they won't even give us a call. They're like, it's going to. We're having to cover the entire area if we want to cover the benches, the swings, everything, which seems to me that's what everyone wants. And the benches are hot, the swings are hot. But the actual plate, like the little playground area does have the seat, right? </w:t>
      </w:r>
    </w:p>
    <w:p>
      <w:r>
        <w:t xml:space="preserve">56:07      (Speaker E)  And there are. There are reserves for it because it's part of the. </w:t>
      </w:r>
    </w:p>
    <w:p>
      <w:r>
        <w:t xml:space="preserve">56:10      (Speaker B)  But </w:t>
      </w:r>
    </w:p>
    <w:p>
      <w:r>
        <w:t xml:space="preserve">56:13      (Speaker D)  so I think that. </w:t>
      </w:r>
    </w:p>
    <w:p>
      <w:r>
        <w:t xml:space="preserve">56:14      (Speaker E)  But I don't know, it would be </w:t>
      </w:r>
    </w:p>
    <w:p>
      <w:r>
        <w:t xml:space="preserve">56:16      (Speaker D)  more cost effective to do all that at one time, then put the money into a thing and then the next year after that revamp it. </w:t>
      </w:r>
    </w:p>
    <w:p>
      <w:r>
        <w:t xml:space="preserve">56:26      (Speaker F)  Agree. </w:t>
      </w:r>
    </w:p>
    <w:p>
      <w:r>
        <w:t xml:space="preserve">56:28      (Speaker H)  Understood. The other one was the, the pool, the recorded pool closing message continues to just go off it, like right now. </w:t>
      </w:r>
    </w:p>
    <w:p>
      <w:r>
        <w:t xml:space="preserve">56:39      (Speaker B)  And I think we're over in the afternoon. </w:t>
      </w:r>
    </w:p>
    <w:p>
      <w:r>
        <w:t xml:space="preserve">56:41      (Speaker H)  And so it. It's just widely ignored. Like nobody even bothers to look up anymore because it just goes off at seemingly random. And so I just don't know how hard it is to coordinate, to somehow line it up with. </w:t>
      </w:r>
    </w:p>
    <w:p>
      <w:r>
        <w:t xml:space="preserve">56:57      (Speaker D)  Okay, so once we get completely over to our new system, okay, I think we have a little more. Because right now we have two systems that are kind of fighting against each other. </w:t>
      </w:r>
    </w:p>
    <w:p>
      <w:r>
        <w:t xml:space="preserve">57:07      (Speaker B)  Okay. </w:t>
      </w:r>
    </w:p>
    <w:p>
      <w:r>
        <w:t xml:space="preserve">57:08      (Speaker D)  And I believe he said he should be finished with all the doors by next week. And then. Because I think. I'm thinking it's the new system that is going off early and then our system, our regular system is going off at the right time. I just haven't been able to hear it yet. Okay, so. And I keep asking people like what time are you hearing? Because we don't hear it. I hear the late one, but I don't hear the early. But I know it's coming on. I know it's coming on. What people are saying part of the </w:t>
      </w:r>
    </w:p>
    <w:p>
      <w:r>
        <w:t xml:space="preserve">57:37      (Speaker E)  act, the updates on the access system is that are we going to get away from the cards and get to like QR codes at any point or anything like that? That's not being looked at. </w:t>
      </w:r>
    </w:p>
    <w:p>
      <w:r>
        <w:t xml:space="preserve">57:48      (Speaker D)  We with the new system, we do have the option at some point to switch over to that in my personal experience. </w:t>
      </w:r>
    </w:p>
    <w:p>
      <w:r>
        <w:t xml:space="preserve">57:56      (Speaker E)  Well, the only thing is, I mean, not to mention Seven Oaks again, but that's how they do it. So you, you eliminate people sharing cards because they can't share the barcode. </w:t>
      </w:r>
    </w:p>
    <w:p>
      <w:r>
        <w:t xml:space="preserve">58:08      (Speaker D)  Right. They have to. They don't get a card. So if you, if you want the app on your phone, you don't get a card. But there, there's a lot of problems. We've had a lot, we have a lot of problems over there with that with people are coming. Like if they try to get to the gym and the staff's gone and the app's not working. I mean it's not really I guess the end of the world, but I </w:t>
      </w:r>
    </w:p>
    <w:p>
      <w:r>
        <w:t xml:space="preserve">58:30      (Speaker E)  just didn't know if we were enhancing it to where it was. Maybe in 20th century with the new </w:t>
      </w:r>
    </w:p>
    <w:p>
      <w:r>
        <w:t xml:space="preserve">58:34      (Speaker D)  system you will have the ability to use. I forget the name of it, but yeah. Cool. </w:t>
      </w:r>
    </w:p>
    <w:p>
      <w:r>
        <w:t xml:space="preserve">58:42      (Speaker H)  And while we're at it just a kind of the tone and the message. It's a pretty stern like eviction notice. It's like vacate the premises now or you'll be trusted. It's just a very stiff. </w:t>
      </w:r>
    </w:p>
    <w:p>
      <w:r>
        <w:t xml:space="preserve">58:58      (Speaker B)  I don't know, </w:t>
      </w:r>
    </w:p>
    <w:p>
      <w:r>
        <w:t xml:space="preserve">59:00      (Speaker C)  it's. </w:t>
      </w:r>
    </w:p>
    <w:p>
      <w:r>
        <w:t xml:space="preserve">59:01      (Speaker H)  It's not. </w:t>
      </w:r>
    </w:p>
    <w:p>
      <w:r>
        <w:t xml:space="preserve">59:02      (Speaker E)  Maybe the. Maybe the early one is pretty stout and your guys is a little more </w:t>
      </w:r>
    </w:p>
    <w:p>
      <w:r>
        <w:t xml:space="preserve">59:07      (Speaker D)  sometimes, I mean you would be surprised. Surprised like how stir people need to. </w:t>
      </w:r>
    </w:p>
    <w:p>
      <w:r>
        <w:t xml:space="preserve">59:12      (Speaker H)  Yeah, I guess so. So the last thing I have is the. </w:t>
      </w:r>
    </w:p>
    <w:p>
      <w:r>
        <w:t xml:space="preserve">59:18      (Speaker B)  I know the state troopers report. </w:t>
      </w:r>
    </w:p>
    <w:p>
      <w:r>
        <w:t xml:space="preserve">59:19      (Speaker H)  We had talked about it a few months and we kind of wanted a little bit more detail on that. </w:t>
      </w:r>
    </w:p>
    <w:p>
      <w:r>
        <w:t xml:space="preserve">59:23      (Speaker D)  Yeah, I spoke to him and I'm waiting to see what he submits for me this month. </w:t>
      </w:r>
    </w:p>
    <w:p>
      <w:r>
        <w:t xml:space="preserve">59:28      (Speaker H)  Okay. </w:t>
      </w:r>
    </w:p>
    <w:p>
      <w:r>
        <w:t xml:space="preserve">59:28      (Speaker D)  I told him, you know, we want a little more. We'd like to know what you're doing when you're not here with us. He said he post okay. </w:t>
      </w:r>
    </w:p>
    <w:p>
      <w:r>
        <w:t xml:space="preserve">59:37      (Speaker H)  Yeah, I just saw this month was </w:t>
      </w:r>
    </w:p>
    <w:p>
      <w:r>
        <w:t xml:space="preserve">59:38      (Speaker B)  just another and I'm going to change the month. </w:t>
      </w:r>
    </w:p>
    <w:p>
      <w:r>
        <w:t xml:space="preserve">59:45      (Speaker G)  Madam Chair, can I skip ahead? Comment about amenities, please. </w:t>
      </w:r>
    </w:p>
    <w:p>
      <w:r>
        <w:t xml:space="preserve">59:50      (Speaker B)  Okay, good. </w:t>
      </w:r>
    </w:p>
    <w:p>
      <w:r>
        <w:t xml:space="preserve">59:52      (Speaker G)  I found out earlier today that there was a gentleman that came in Here. And his choice of language is something that I would have used back when I was in the corps. So I'm not quite sure it was appropriate to use with these young ladies. And then he even threw a pen at Amanda. Oh, at Amy. </w:t>
      </w:r>
    </w:p>
    <w:p>
      <w:r>
        <w:t xml:space="preserve">01:00:14   (Speaker B)  I'm sorry. </w:t>
      </w:r>
    </w:p>
    <w:p>
      <w:r>
        <w:t xml:space="preserve">01:00:15   (Speaker G)  And so I really think that we know who these individuals are and that. And I don't care if they came in because they wanted a POA issue or they wanted a CDD issue. We know who these people are, and I believe their right should be suspended. Our people do not have to be berated like that, nor physically assaulted. </w:t>
      </w:r>
    </w:p>
    <w:p>
      <w:r>
        <w:t xml:space="preserve">01:00:36   (Speaker B)  And. </w:t>
      </w:r>
    </w:p>
    <w:p>
      <w:r>
        <w:t xml:space="preserve">01:00:36   (Speaker G)  And I think this, you know, the board needs to look at these kind of things and say that is completely unacceptable. </w:t>
      </w:r>
    </w:p>
    <w:p>
      <w:r>
        <w:t xml:space="preserve">01:00:44   (Speaker B)  And. </w:t>
      </w:r>
    </w:p>
    <w:p>
      <w:r>
        <w:t xml:space="preserve">01:00:44   (Speaker G)  And first off, I can't believe, you know, and maybe it's just showing my age, but I can't believe a man would ever throw anything at a woman. I mean, it. </w:t>
      </w:r>
    </w:p>
    <w:p>
      <w:r>
        <w:t xml:space="preserve">01:00:54   (Speaker B)  Come on. </w:t>
      </w:r>
    </w:p>
    <w:p>
      <w:r>
        <w:t xml:space="preserve">01:00:55   (Speaker G)  I don't care if it was a pen. I don't care if it was a wad of paper. The disrespect that is shown to them periodically is unacceptable. And when those things are reported, we need to know who we. </w:t>
      </w:r>
    </w:p>
    <w:p>
      <w:r>
        <w:t xml:space="preserve">01:01:07   (Speaker B)  And. </w:t>
      </w:r>
    </w:p>
    <w:p>
      <w:r>
        <w:t xml:space="preserve">01:01:07   (Speaker G)  And I think we need to send out suspension notices. Just my opinion. So I just wanted to offer that up to the board while the ladies are still here, because, yeah, he. </w:t>
      </w:r>
    </w:p>
    <w:p>
      <w:r>
        <w:t xml:space="preserve">01:01:16   (Speaker D)  He spent three days being combative with us. Luckily, Tammy was witness. </w:t>
      </w:r>
    </w:p>
    <w:p>
      <w:r>
        <w:t xml:space="preserve">01:01:23   (Speaker G)  Okay. So, yeah, at least Tammy was there to see some of that. So it's just. I. I don't know. </w:t>
      </w:r>
    </w:p>
    <w:p>
      <w:r>
        <w:t xml:space="preserve">01:01:29   (Speaker D)  It. </w:t>
      </w:r>
    </w:p>
    <w:p>
      <w:r>
        <w:t xml:space="preserve">01:01:29   (Speaker G)  It just rubs me the wrong way. </w:t>
      </w:r>
    </w:p>
    <w:p>
      <w:r>
        <w:t xml:space="preserve">01:01:31   (Speaker D)  And that was one of the reasons that was a big selling point for the transition, was when it was HOA property. It was pretty much their property too, so we couldn't really tell them not to come. </w:t>
      </w:r>
    </w:p>
    <w:p>
      <w:r>
        <w:t xml:space="preserve">01:01:44   (Speaker B)  Right. </w:t>
      </w:r>
    </w:p>
    <w:p>
      <w:r>
        <w:t xml:space="preserve">01:01:45   (Speaker D)  But he. This gentleman had an issue with the hoa. He came at the hoa. The manager wasn't here. We told him to come back </w:t>
      </w:r>
    </w:p>
    <w:p>
      <w:r>
        <w:t xml:space="preserve">01:01:56   (Speaker J)  left. </w:t>
      </w:r>
    </w:p>
    <w:p>
      <w:r>
        <w:t xml:space="preserve">01:01:56   (Speaker D)  He came back the next day, called Tara, and as an idiot, said that we were all mentally effing incapable because the fountain phong sees are not trimmed. So the insulation advocate and similar violations. And then he went on Facebook and sold a different story of the incident. But that's. It's just unfortunate that, you know, that it was. It was. We felt a little unsafe. </w:t>
      </w:r>
    </w:p>
    <w:p>
      <w:r>
        <w:t xml:space="preserve">01:02:25   (Speaker E)  So what's the normal procedure, Mike? </w:t>
      </w:r>
    </w:p>
    <w:p>
      <w:r>
        <w:t xml:space="preserve">01:02:27   (Speaker B)  We did say report and a name </w:t>
      </w:r>
    </w:p>
    <w:p>
      <w:r>
        <w:t xml:space="preserve">01:02:29   (Speaker I)  and an address, and then I can do the initial suspension and then come back before the board for a suspension hearing. </w:t>
      </w:r>
    </w:p>
    <w:p>
      <w:r>
        <w:t xml:space="preserve">01:02:36   (Speaker B)  I would. </w:t>
      </w:r>
    </w:p>
    <w:p>
      <w:r>
        <w:t xml:space="preserve">01:02:36   (Speaker I)  I wholeheartedly agree with Pete. </w:t>
      </w:r>
    </w:p>
    <w:p>
      <w:r>
        <w:t xml:space="preserve">01:02:38   (Speaker B)  I mean, you gotta be firm on </w:t>
      </w:r>
    </w:p>
    <w:p>
      <w:r>
        <w:t xml:space="preserve">01:02:40   (Speaker I)  this kind of stuff you can't do it the other. </w:t>
      </w:r>
    </w:p>
    <w:p>
      <w:r>
        <w:t xml:space="preserve">01:02:43   (Speaker D)  Okay. All right. </w:t>
      </w:r>
    </w:p>
    <w:p>
      <w:r>
        <w:t xml:space="preserve">01:02:46   (Speaker E)  So Amy, you'll take care of that report? </w:t>
      </w:r>
    </w:p>
    <w:p>
      <w:r>
        <w:t xml:space="preserve">01:02:54   (Speaker D)  Just on the transition side, I didn't get the latest account statement for the DOA for the master reserve. So Monday they're going to vote to release the. </w:t>
      </w:r>
    </w:p>
    <w:p>
      <w:r>
        <w:t xml:space="preserve">01:03:15   (Speaker G)  That's above and beyond the 800,000 that was transferred in January, correct? </w:t>
      </w:r>
    </w:p>
    <w:p>
      <w:r>
        <w:t xml:space="preserve">01:03:19   (Speaker D)  Yeah, yeah. It's an additional 417,000. </w:t>
      </w:r>
    </w:p>
    <w:p>
      <w:r>
        <w:t xml:space="preserve">01:03:21   (Speaker E)  Now is that all? Is that everything? </w:t>
      </w:r>
    </w:p>
    <w:p>
      <w:r>
        <w:t xml:space="preserve">01:03:25   (Speaker D)  So there's still some that they have to do a little research into the reserves that were transferred over to San Ferry to make sure there wasn't an excess on that. And they had the invoice for 28,000 to come back to the CDD for the events budget and then the chair offer the maintenance. Okay, so that's all in. </w:t>
      </w:r>
    </w:p>
    <w:p>
      <w:r>
        <w:t xml:space="preserve">01:03:53   (Speaker E)  In the works. Hopefully sooner than later. </w:t>
      </w:r>
    </w:p>
    <w:p>
      <w:r>
        <w:t xml:space="preserve">01:03:56   (Speaker D)  Yep. They're going to vote on it Monday and then the. Ever going to be pretty easy. I believe they can just kind of tag our. We have it transferred to that account and then I invoice the HOA for the. Okay. </w:t>
      </w:r>
    </w:p>
    <w:p>
      <w:r>
        <w:t xml:space="preserve">01:04:14   (Speaker C)  Made enough of that to discuss with Patty as well. </w:t>
      </w:r>
    </w:p>
    <w:p>
      <w:r>
        <w:t xml:space="preserve">01:04:17   (Speaker B)  So she's aware if that's put on. </w:t>
      </w:r>
    </w:p>
    <w:p>
      <w:r>
        <w:t xml:space="preserve">01:04:23   (Speaker A)  Okay. </w:t>
      </w:r>
    </w:p>
    <w:p>
      <w:r>
        <w:t xml:space="preserve">01:04:23   (Speaker C)  So we do have a few other amenity items on here. Is there anything else report wise or any other questions concerning amenities itself? Okay, so proposals for the pool resurfacing. We do have one. I know that we were still working on that. I didn't know if there was anything in the works with that. </w:t>
      </w:r>
    </w:p>
    <w:p>
      <w:r>
        <w:t xml:space="preserve">01:04:47   (Speaker H)  Yeah. </w:t>
      </w:r>
    </w:p>
    <w:p>
      <w:r>
        <w:t xml:space="preserve">01:04:48   (Speaker C)  And so. And that's something we saw today. </w:t>
      </w:r>
    </w:p>
    <w:p>
      <w:r>
        <w:t xml:space="preserve">01:04:52   (Speaker B)  I understand it's not a formal bid, but technically the board could approve this tonight if they wanted to. You have an rfp? I thought it was a construction project. So it doesn't count? </w:t>
      </w:r>
    </w:p>
    <w:p>
      <w:r>
        <w:t xml:space="preserve">01:05:01   (Speaker I)  No, the construction project over a certain threshold. Dollar threshold does count as week three total 300k. Okay. The RFP that was prepared was prepared as a formal thing and we've not published it yet. We just got the final information we need for the specifications of doing category </w:t>
      </w:r>
    </w:p>
    <w:p>
      <w:r>
        <w:t xml:space="preserve">01:05:23   (Speaker B)  work and we were incorporating that into </w:t>
      </w:r>
    </w:p>
    <w:p>
      <w:r>
        <w:t xml:space="preserve">01:05:25   (Speaker I)  the RFP and then we bring that back to the board with the scoring </w:t>
      </w:r>
    </w:p>
    <w:p>
      <w:r>
        <w:t xml:space="preserve">01:05:28   (Speaker B)  criteria for the RFP and we. </w:t>
      </w:r>
    </w:p>
    <w:p>
      <w:r>
        <w:t xml:space="preserve">01:05:33   (Speaker I)  The a little bit of the delay is we want to make sure that we got UB Collins expertise in reviewing the RFP and the specifications because everyone's </w:t>
      </w:r>
    </w:p>
    <w:p>
      <w:r>
        <w:t xml:space="preserve">01:05:41   (Speaker B)  going to be kind of. </w:t>
      </w:r>
    </w:p>
    <w:p>
      <w:r>
        <w:t xml:space="preserve">01:05:42   (Speaker E)  And we hired them to do that. </w:t>
      </w:r>
    </w:p>
    <w:p>
      <w:r>
        <w:t xml:space="preserve">01:05:46   (Speaker B)  That's. </w:t>
      </w:r>
    </w:p>
    <w:p>
      <w:r>
        <w:t xml:space="preserve">01:05:46   (Speaker I)  That's the status of the RFP and I'm not saying whatever even. </w:t>
      </w:r>
    </w:p>
    <w:p>
      <w:r>
        <w:t xml:space="preserve">01:05:50   (Speaker B)  Yeah, sorry, I didn't know if you're on those emails where that's been being discussed. So I just took all the specification has given and just like at another pool we did, I sent all those specifications to a vendor. This is a vendor where you do that. A couple locations now. They even worked with Belmont places. You know, they have all the insurance, everything they're trusted. Vendor. This is the quote that I got. You know, they are, you know, but it's up to the board how you want to proceed. I didn't know we were doing the formalized process. I didn't know that was the intent. It looks like your preliminary is about 300k for everything. And they even consider this to be a premium proposal. So anywhere that the specification said repair or replace, they have price replacement. So it's, it's basically a full redo of everything they had that I had even calling. I think that's what any of standing out vendors too. I believe the documents, </w:t>
      </w:r>
    </w:p>
    <w:p>
      <w:r>
        <w:t xml:space="preserve">01:06:57   (Speaker D)  you know, that </w:t>
      </w:r>
    </w:p>
    <w:p>
      <w:r>
        <w:t xml:space="preserve">01:06:58   (Speaker B)  that's, that's where we're at. </w:t>
      </w:r>
    </w:p>
    <w:p>
      <w:r>
        <w:t xml:space="preserve">01:06:59   (Speaker E)  So. </w:t>
      </w:r>
    </w:p>
    <w:p>
      <w:r>
        <w:t xml:space="preserve">01:07:00   (Speaker G)  Yeah, and maybe we missed this, you know, from the board's perspective that several months ago we laid out a timeline that said we would work up the project manual, we would get that information, Mike would put together his information along with G.B. collins, and then we would do the advertisement. The idea being we would have pricing in by September, at which time the board could pick a vendor, terms for the actual agreement would be negotiated, and then we would have work that could start either November or December, whatever. You know, the board seems to see fit depending on what they say their timeline is so that we don't run too far into the spring. So, you know, between Clayton, Amy, you know, maybe that was missed in translation, but you know, Mike's people were working on the project manual, so we have that. I did email that to the board today. There's a hard copy of it here. It's 65 pages, I think. </w:t>
      </w:r>
    </w:p>
    <w:p>
      <w:r>
        <w:t xml:space="preserve">01:08:01   (Speaker B)  So I almost ran that back up. </w:t>
      </w:r>
    </w:p>
    <w:p>
      <w:r>
        <w:t xml:space="preserve">01:08:05   (Speaker G)  Yeah. And I think that's the best bet. </w:t>
      </w:r>
    </w:p>
    <w:p>
      <w:r>
        <w:t xml:space="preserve">01:08:07   (Speaker E)  I thought we had, we had done the rfp. </w:t>
      </w:r>
    </w:p>
    <w:p>
      <w:r>
        <w:t xml:space="preserve">01:08:09   (Speaker G)  Yeah. Clayton can send that back out. Amy can send it back out. Now Mike, I, I'm of the opinion that we should advertise it just to be safe. I also have the name of three vendors that G.B. collins has used that they believe does quality work. So you know, and, and it could be very well that on that list is the vendor that Clayton and Amy has used. So I think it's in our best interest given the dollar amount that we get multiple proposals in. </w:t>
      </w:r>
    </w:p>
    <w:p>
      <w:r>
        <w:t xml:space="preserve">01:08:43   (Speaker E)  Because I thought we, we went that route because the original proposals that had been requested with the HOA were very different. </w:t>
      </w:r>
    </w:p>
    <w:p>
      <w:r>
        <w:t xml:space="preserve">01:08:54   (Speaker G)  That was. </w:t>
      </w:r>
    </w:p>
    <w:p>
      <w:r>
        <w:t xml:space="preserve">01:08:55   (Speaker B)  Right. </w:t>
      </w:r>
    </w:p>
    <w:p>
      <w:r>
        <w:t xml:space="preserve">01:08:55   (Speaker D)  Yeah, </w:t>
      </w:r>
    </w:p>
    <w:p>
      <w:r>
        <w:t xml:space="preserve">01:09:01   (Speaker E)  Right. That's why we did the GB columns. </w:t>
      </w:r>
    </w:p>
    <w:p>
      <w:r>
        <w:t xml:space="preserve">01:09:03   (Speaker B)  Who will oversee the formalized bid process? I do them all the time. I just did one for fountains. $379,000 with fountain maintenance at a community in cold nearby. And you've got to make sure all the communications vendors the same and make sure you collect their questions, answer them in the form of addendums. It's a very laborious cost. I cart up to 3, 500 for me to do a formal. But I didn't know we were doing a formal process. Just so I need to sign. But if you guys want to do that process. Another thing, this vendor said we were to prove that they could start in October. </w:t>
      </w:r>
    </w:p>
    <w:p>
      <w:r>
        <w:t xml:space="preserve">01:09:46   (Speaker G)  I think October is probably a little too soon. Just from a standpoint. You still have a lot of full usage. I mean, we have previously, you know, mentioned that. I think the difficulty is that from an evaluation standpoint, I believe we would enlist G.B. collins. They're the ones design the plans and specifications. So in my. What I would be used to is no differently than we've done some major road work construction, where we enlist the district's engineer or the project engineer or construction supervisors for the developer to help evaluate these various proposals to make sure that they're all in line. And considering that the specifications of the work came from G.B. collins, it would be, you know, really important to have them involved in that. Now, the board can enlist Clayton or anyone else that they would like to at that point to do that, just to make sure that all the bases are covered. But, you know, that would be my. My recommendation is they would be the ones to help formulate that the. The pricing issue becomes a mathematical equation. Well, that's pretty simple. This guy's high, this guy's low. But as far as, you know, applying the other criteria, that should really come from G.B. </w:t>
      </w:r>
    </w:p>
    <w:p>
      <w:r>
        <w:t xml:space="preserve">01:11:12   (Speaker D)  collins. </w:t>
      </w:r>
    </w:p>
    <w:p>
      <w:r>
        <w:t xml:space="preserve">01:11:15   (Speaker E)  Well, that's why we contracted with them to create that. </w:t>
      </w:r>
    </w:p>
    <w:p>
      <w:r>
        <w:t xml:space="preserve">01:11:18   (Speaker G)  Yeah, I mean, this is what they do. They specialize in this particular industry. They also. I mean, they do pools, they do seawalls. Anything that is water or hydrologically related, they do so. And they've been doing this for decades. </w:t>
      </w:r>
    </w:p>
    <w:p>
      <w:r>
        <w:t xml:space="preserve">01:11:33   (Speaker F)  Forgive me, because I feel like I missed it. Is that the answer to Clayton's question? </w:t>
      </w:r>
    </w:p>
    <w:p>
      <w:r>
        <w:t xml:space="preserve">01:11:37   (Speaker G)  Well, I think so. We would enlist that. Who runs the PB Collins to more or less run the evaluation along with somebody like Clayton or whoever the board would like to have on there. We could have David on there also, from his perspective. That way You've got. </w:t>
      </w:r>
    </w:p>
    <w:p>
      <w:r>
        <w:t xml:space="preserve">01:11:52   (Speaker F)  Would they charge for this? </w:t>
      </w:r>
    </w:p>
    <w:p>
      <w:r>
        <w:t xml:space="preserve">01:11:54   (Speaker B)  I would think so. </w:t>
      </w:r>
    </w:p>
    <w:p>
      <w:r>
        <w:t xml:space="preserve">01:11:55   (Speaker F)  Clayton's point, it's a pretty intensive process. </w:t>
      </w:r>
    </w:p>
    <w:p>
      <w:r>
        <w:t xml:space="preserve">01:11:57   (Speaker D)  He submitted a separate proposal I think for him. Oversee. I didn't open it up though. </w:t>
      </w:r>
    </w:p>
    <w:p>
      <w:r>
        <w:t xml:space="preserve">01:12:04   (Speaker G)  Who did? Oh yeah, he's got. Yeah, that's. That would be part of their construction scenario. There may be additional to do a pre bid meeting or other things. There was a provision for additional hourly rates if necessary. </w:t>
      </w:r>
    </w:p>
    <w:p>
      <w:r>
        <w:t xml:space="preserve">01:12:18   (Speaker F)  So how much is that? How much was that proposal? </w:t>
      </w:r>
    </w:p>
    <w:p>
      <w:r>
        <w:t xml:space="preserve">01:12:21   (Speaker G)  Oh, they're only doing 10, 400 to oversee the project and everything. So I mean it's like including the rfp. Yeah, but they, they opined on the project manager and everything. I mean we can double check, but it's not. No, I, I hear you got a $300,000. You got a $300,000 investment at minimum. And, and at this point, given the importance of this amenity feature, I mean </w:t>
      </w:r>
    </w:p>
    <w:p>
      <w:r>
        <w:t xml:space="preserve">01:12:53   (Speaker F)  I don't have a problem with the oversight. </w:t>
      </w:r>
    </w:p>
    <w:p>
      <w:r>
        <w:t xml:space="preserve">01:12:54   (Speaker I)  I just. </w:t>
      </w:r>
    </w:p>
    <w:p>
      <w:r>
        <w:t xml:space="preserve">01:12:55   (Speaker G)  We can find out from them and </w:t>
      </w:r>
    </w:p>
    <w:p>
      <w:r>
        <w:t xml:space="preserve">01:12:56   (Speaker F)  question about who runs the RFPs. </w:t>
      </w:r>
    </w:p>
    <w:p>
      <w:r>
        <w:t xml:space="preserve">01:12:58   (Speaker G)  Yes. </w:t>
      </w:r>
    </w:p>
    <w:p>
      <w:r>
        <w:t xml:space="preserve">01:12:58   (Speaker F)  Be a very good question. </w:t>
      </w:r>
    </w:p>
    <w:p>
      <w:r>
        <w:t xml:space="preserve">01:13:00   (Speaker G)  I mean that would be my recommendation. </w:t>
      </w:r>
    </w:p>
    <w:p>
      <w:r>
        <w:t xml:space="preserve">01:13:04   (Speaker F)  So. </w:t>
      </w:r>
    </w:p>
    <w:p>
      <w:r>
        <w:t xml:space="preserve">01:13:05   (Speaker G)  And it's nothing against, but these are, these are certified engineers. </w:t>
      </w:r>
    </w:p>
    <w:p>
      <w:r>
        <w:t xml:space="preserve">01:13:09   (Speaker F)  Next step then do we need to reach out to them and understand their proposal to see if it would include. </w:t>
      </w:r>
    </w:p>
    <w:p>
      <w:r>
        <w:t xml:space="preserve">01:13:13   (Speaker G)  I think, I think we approve the project manual and by the time we've got everything where it's coming back to us, we will have established from the board say at the August meeting who you want to do the evaluation. When the stuff comes in prior to September's meeting. </w:t>
      </w:r>
    </w:p>
    <w:p>
      <w:r>
        <w:t xml:space="preserve">01:13:29   (Speaker B)  Yeah. You won't be able to prove that. You won't be able to review until September. </w:t>
      </w:r>
    </w:p>
    <w:p>
      <w:r>
        <w:t xml:space="preserve">01:13:35   (Speaker F)  Right. </w:t>
      </w:r>
    </w:p>
    <w:p>
      <w:r>
        <w:t xml:space="preserve">01:13:35   (Speaker B)  It's got to go out for 30 days. I think you can do an expedited one at 20 days. You really got agreement or something like that? Not sure, but usually it goes out 30 plus days to give them time. It's a process. It is probably better if GB Collins is given a price to do oversight of a formalized process. </w:t>
      </w:r>
    </w:p>
    <w:p>
      <w:r>
        <w:t xml:space="preserve">01:13:58   (Speaker G)  Just. </w:t>
      </w:r>
    </w:p>
    <w:p>
      <w:r>
        <w:t xml:space="preserve">01:13:58   (Speaker B)  I do want to know. You don't have to do a formalized process. You could do some things somewhere in between. You could do. I did a pseudo formalized bid for landscape thing where I, you know, essentially had like application pages and things like that. You know, the lawyer helped give just a more abridged version of it. You know, there's options. But if you want to do the formalized rfp, then I think having G. Collins run the RFP and paying them to do all that would probably be best option. I would, I would do it probably at a lower rate because I don't have to make all the maps. I don't have to make all the scopes. I don't have to do all that. They've done all that. So I think I could run the. But I. I do agree that it would better if they did because that's </w:t>
      </w:r>
    </w:p>
    <w:p>
      <w:r>
        <w:t xml:space="preserve">01:14:48   (Speaker H)  what's up. Yeah, let's see </w:t>
      </w:r>
    </w:p>
    <w:p>
      <w:r>
        <w:t xml:space="preserve">01:14:52   (Speaker F)  the project oversight before. Because we can't get this ready, this play out. </w:t>
      </w:r>
    </w:p>
    <w:p>
      <w:r>
        <w:t xml:space="preserve">01:14:56   (Speaker D)  Yeah. </w:t>
      </w:r>
    </w:p>
    <w:p>
      <w:r>
        <w:t xml:space="preserve">01:14:57   (Speaker H)  Right. Go well. </w:t>
      </w:r>
    </w:p>
    <w:p>
      <w:r>
        <w:t xml:space="preserve">01:15:00   (Speaker I)  Or not so well. </w:t>
      </w:r>
    </w:p>
    <w:p>
      <w:r>
        <w:t xml:space="preserve">01:15:01   (Speaker A)  Yeah. </w:t>
      </w:r>
    </w:p>
    <w:p>
      <w:r>
        <w:t xml:space="preserve">01:15:01   (Speaker I)  And we ended up probably in the district. Went out of pocket almost twice as much to fix. </w:t>
      </w:r>
    </w:p>
    <w:p>
      <w:r>
        <w:t xml:space="preserve">01:15:08   (Speaker D)  Fix it. </w:t>
      </w:r>
    </w:p>
    <w:p>
      <w:r>
        <w:t xml:space="preserve">01:15:08   (Speaker I)  What got messed up and then got a settlement at the end. </w:t>
      </w:r>
    </w:p>
    <w:p>
      <w:r>
        <w:t xml:space="preserve">01:15:12   (Speaker C)  But, you know, it was. </w:t>
      </w:r>
    </w:p>
    <w:p>
      <w:r>
        <w:t xml:space="preserve">01:15:13   (Speaker I)  It was not. Not great when you have. If you have somebody that comes in and doesn't. Doesn't do the quality work that you need to do for the resurfacing, it all has to be ripped out again and then it has to be replaced again. So, yeah, I've seen it. I've seen it go bad. And I have no idea who Clayton has got a proposal from. They may do a great job. They may be who you actually pick if you go through the formal process. But the question for the board here is, do you want to go with the formal process or do you not </w:t>
      </w:r>
    </w:p>
    <w:p>
      <w:r>
        <w:t xml:space="preserve">01:15:41   (Speaker B)  want to go with the formal. </w:t>
      </w:r>
    </w:p>
    <w:p>
      <w:r>
        <w:t xml:space="preserve">01:15:42   (Speaker I)  Formal process. If you're going to go with the formal process, if Pete has handed out the project manual or there's one there, you can approve the evaluation criteria tonight that are in there, and then we can go ahead and finalize the thing on the staff level and get it. Get that clock started. So that's. That's. You just need to make the decision. </w:t>
      </w:r>
    </w:p>
    <w:p>
      <w:r>
        <w:t xml:space="preserve">01:16:08   (Speaker B)  Do you want to do formal or not do formal? </w:t>
      </w:r>
    </w:p>
    <w:p>
      <w:r>
        <w:t xml:space="preserve">01:16:10   (Speaker I)  And Clayton's right. If you have a 300 propos. $300,000 proposal that is less than the B. $549,000. You could accept that here tonight and you could, you know, get that work scheduled because that is below the. The threshold. It's just not what I thought we were doing, which is why we were preparing the RRP meeting. But it's up to the board, however you want to proceed. </w:t>
      </w:r>
    </w:p>
    <w:p>
      <w:r>
        <w:t xml:space="preserve">01:16:33   (Speaker D)  I will say seven did not have anyone oversee theirs, and their pool was tons. </w:t>
      </w:r>
    </w:p>
    <w:p>
      <w:r>
        <w:t xml:space="preserve">01:16:38   (Speaker B)  And here I definitely recommend no matter what, GD column overseas the project. </w:t>
      </w:r>
    </w:p>
    <w:p>
      <w:r>
        <w:t xml:space="preserve">01:16:43   (Speaker I)  Yeah. </w:t>
      </w:r>
    </w:p>
    <w:p>
      <w:r>
        <w:t xml:space="preserve">01:16:44   (Speaker B)  Like oversee the work, which I know they've given a polo to do that. If they've given a polo to also do the formalized R. I. I just haven't seen that one. They may have given. </w:t>
      </w:r>
    </w:p>
    <w:p>
      <w:r>
        <w:t xml:space="preserve">01:16:57   (Speaker F)  I think the project overcites again. </w:t>
      </w:r>
    </w:p>
    <w:p>
      <w:r>
        <w:t xml:space="preserve">01:16:58   (Speaker B)  Right, sure. </w:t>
      </w:r>
    </w:p>
    <w:p>
      <w:r>
        <w:t xml:space="preserve">01:17:01   (Speaker F)  It just comes down to the benefit of the rfp. </w:t>
      </w:r>
    </w:p>
    <w:p>
      <w:r>
        <w:t xml:space="preserve">01:17:04   (Speaker H)  Right. </w:t>
      </w:r>
    </w:p>
    <w:p>
      <w:r>
        <w:t xml:space="preserve">01:17:04   (Speaker F)  Because the scope is set, so it's purely just a price. </w:t>
      </w:r>
    </w:p>
    <w:p>
      <w:r>
        <w:t xml:space="preserve">01:17:08   (Speaker H)  Right. </w:t>
      </w:r>
    </w:p>
    <w:p>
      <w:r>
        <w:t xml:space="preserve">01:17:08   (Speaker F)  That's ultimately what we're driving to, is what's the best price. If the scope is set and everybody's licensed and everybody meets the criteria that we would need to move to the district, then it's a price thing. </w:t>
      </w:r>
    </w:p>
    <w:p>
      <w:r>
        <w:t xml:space="preserve">01:17:17   (Speaker B)  I don't know if we need an </w:t>
      </w:r>
    </w:p>
    <w:p>
      <w:r>
        <w:t xml:space="preserve">01:17:18   (Speaker F)  RFP to get to a price. </w:t>
      </w:r>
    </w:p>
    <w:p>
      <w:r>
        <w:t xml:space="preserve">01:17:20   (Speaker G)  I think the difficulty with. A difficulty with that is that you will find that there are many vendors that are going to slip things in or put in alternatives, making you think you're going to get the same thing. So the idea that they review all of that in formal proposals, I think it's really important. </w:t>
      </w:r>
    </w:p>
    <w:p>
      <w:r>
        <w:t xml:space="preserve">01:17:42   (Speaker B)  Okay, </w:t>
      </w:r>
    </w:p>
    <w:p>
      <w:r>
        <w:t xml:space="preserve">01:17:45   (Speaker C)  so you. </w:t>
      </w:r>
    </w:p>
    <w:p>
      <w:r>
        <w:t xml:space="preserve">01:17:46   (Speaker F)  To, to just to restate my understanding, your thought is just. Is that the way they respond to </w:t>
      </w:r>
    </w:p>
    <w:p>
      <w:r>
        <w:t xml:space="preserve">01:17:54   (Speaker B)  an RFP has an impact on the work that they would do. </w:t>
      </w:r>
    </w:p>
    <w:p>
      <w:r>
        <w:t xml:space="preserve">01:17:58   (Speaker G)  Right? Absolutely. And again, there's, you know, they may, G.B. collins may come back to us and I might not know it, council may not know it, even Clayton may not know it, but we may be looking at somebody that's got a really good price that you like, but was unresponsive to a number of the criteria that's being set that we might miss. And that's. That becomes important because that's just like Amy's talking about. You end up with these vendors that sell you this bill of goods. </w:t>
      </w:r>
    </w:p>
    <w:p>
      <w:r>
        <w:t xml:space="preserve">01:18:25   (Speaker B)  But. </w:t>
      </w:r>
    </w:p>
    <w:p>
      <w:r>
        <w:t xml:space="preserve">01:18:25   (Speaker G)  And we need to make sure that these people are identifying everything exactly the way they need to and that they are not giving us a bait and switch, if that makes sense. Because it's. </w:t>
      </w:r>
    </w:p>
    <w:p>
      <w:r>
        <w:t xml:space="preserve">01:18:37   (Speaker F)  It does, but. And again, I, I don't want to belabor this because I don't want to </w:t>
      </w:r>
    </w:p>
    <w:p>
      <w:r>
        <w:t xml:space="preserve">01:18:43   (Speaker B)  get into a debate over it, but there's. </w:t>
      </w:r>
    </w:p>
    <w:p>
      <w:r>
        <w:t xml:space="preserve">01:18:46   (Speaker F)  That comes down to the way the contract is written. That's contract strength at that point. </w:t>
      </w:r>
    </w:p>
    <w:p>
      <w:r>
        <w:t xml:space="preserve">01:18:50   (Speaker G)  Yeah. But the contract is going to refer back to the specifications as outlined in their proposal. And if we're missing something because they made some changes that we didn't catch, that's probably. </w:t>
      </w:r>
    </w:p>
    <w:p>
      <w:r>
        <w:t xml:space="preserve">01:19:01   (Speaker B)  I could have, I could have the </w:t>
      </w:r>
    </w:p>
    <w:p>
      <w:r>
        <w:t xml:space="preserve">01:19:03   (Speaker F)  PLO review this the same as I could in RFP and draw that conclusion. </w:t>
      </w:r>
    </w:p>
    <w:p>
      <w:r>
        <w:t xml:space="preserve">01:19:07   (Speaker B)  Yeah, you just better be in the contract. </w:t>
      </w:r>
    </w:p>
    <w:p>
      <w:r>
        <w:t xml:space="preserve">01:19:10   (Speaker F)  So, I mean, again, I'm not. I realize I'm debating. </w:t>
      </w:r>
    </w:p>
    <w:p>
      <w:r>
        <w:t xml:space="preserve">01:19:14   (Speaker B)  I didn't want to belabor it, but I'm not sure I've heard a reason </w:t>
      </w:r>
    </w:p>
    <w:p>
      <w:r>
        <w:t xml:space="preserve">01:19:20   (Speaker H)  not to do a formal audience. What's. What's the drawback? Why would we not do it slow Us down. Does it cost money? I mean, we've already invested some legal fees and getting this stuff done. Why not? </w:t>
      </w:r>
    </w:p>
    <w:p>
      <w:r>
        <w:t xml:space="preserve">01:19:32   (Speaker I)  So it takes a little bit more time. </w:t>
      </w:r>
    </w:p>
    <w:p>
      <w:r>
        <w:t xml:space="preserve">01:19:33   (Speaker H)  But we're not starting until November. </w:t>
      </w:r>
    </w:p>
    <w:p>
      <w:r>
        <w:t xml:space="preserve">01:19:36   (Speaker I)  Yeah, you need to get under calendar. I mean. Yeah. </w:t>
      </w:r>
    </w:p>
    <w:p>
      <w:r>
        <w:t xml:space="preserve">01:19:39   (Speaker H)  Right. I mean, is there a chance we miss our window? Right. Because we don't start till January. February. </w:t>
      </w:r>
    </w:p>
    <w:p>
      <w:r>
        <w:t xml:space="preserve">01:19:44   (Speaker B)  I mean, it's a problem. </w:t>
      </w:r>
    </w:p>
    <w:p>
      <w:r>
        <w:t xml:space="preserve">01:19:45   (Speaker G)  Yeah, that is problematic. </w:t>
      </w:r>
    </w:p>
    <w:p>
      <w:r>
        <w:t xml:space="preserve">01:19:46   (Speaker H)  So I. I don't know. </w:t>
      </w:r>
    </w:p>
    <w:p>
      <w:r>
        <w:t xml:space="preserve">01:19:48   (Speaker G)  And that becomes. That becomes part of the criteria when you're reviewing those proposals is you have </w:t>
      </w:r>
    </w:p>
    <w:p>
      <w:r>
        <w:t xml:space="preserve">01:19:54   (Speaker I)  to do it within November or December. </w:t>
      </w:r>
    </w:p>
    <w:p>
      <w:r>
        <w:t xml:space="preserve">01:19:56   (Speaker B)  Yeah. </w:t>
      </w:r>
    </w:p>
    <w:p>
      <w:r>
        <w:t xml:space="preserve">01:19:57   (Speaker G)  When? If they're telling you they can't do it till January. Well, I don't care if they're going to do it for 50 bucks, you know, it's. You can't do it. </w:t>
      </w:r>
    </w:p>
    <w:p>
      <w:r>
        <w:t xml:space="preserve">01:20:06   (Speaker H)  We don't know what that likelihood is. Right. That we have unresponsive. </w:t>
      </w:r>
    </w:p>
    <w:p>
      <w:r>
        <w:t xml:space="preserve">01:20:09   (Speaker B)  We have no responsibility. </w:t>
      </w:r>
    </w:p>
    <w:p>
      <w:r>
        <w:t xml:space="preserve">01:20:10   (Speaker G)  I'm not trying to put hurdles in front of the board. This is a big scenario. </w:t>
      </w:r>
    </w:p>
    <w:p>
      <w:r>
        <w:t xml:space="preserve">01:20:14   (Speaker B)  Idiot. </w:t>
      </w:r>
    </w:p>
    <w:p>
      <w:r>
        <w:t xml:space="preserve">01:20:15   (Speaker H)  Could we have G.B. collins look at this now? I mean, and did just. Maybe he knows these guys, man. </w:t>
      </w:r>
    </w:p>
    <w:p>
      <w:r>
        <w:t xml:space="preserve">01:20:21   (Speaker B)  I don't know. Right. I mean, I would imagine he does, but I, I can. I mean, we can send it over, but I think we're going to go down the formalized process. </w:t>
      </w:r>
    </w:p>
    <w:p>
      <w:r>
        <w:t xml:space="preserve">01:20:27   (Speaker G)  I. I would prefer that we all those and over now. </w:t>
      </w:r>
    </w:p>
    <w:p>
      <w:r>
        <w:t xml:space="preserve">01:20:31   (Speaker F)  That'll mess it up if we do. </w:t>
      </w:r>
    </w:p>
    <w:p>
      <w:r>
        <w:t xml:space="preserve">01:20:32   (Speaker D)  Yeah, right. </w:t>
      </w:r>
    </w:p>
    <w:p>
      <w:r>
        <w:t xml:space="preserve">01:20:33   (Speaker B)  You're acting like it's a formalized process, but technically it's not. So I guess what I was saying earlier, we have to follow these things to the text if we go to rfp. </w:t>
      </w:r>
    </w:p>
    <w:p>
      <w:r>
        <w:t xml:space="preserve">01:20:45   (Speaker E)  I just feel like we need to protect ourselves going forward. </w:t>
      </w:r>
    </w:p>
    <w:p>
      <w:r>
        <w:t xml:space="preserve">01:20:50   (Speaker G)  I think it. My recommendation to the board is you have this proposal, the board can hang on to this. Clayton can take the project manager manual, resubmit it to this particular vendor and see if they're willing to make any changes. And then, you know, once we come back, the board can have it evaluated along with anything else that comes in. And you know, the board then has the ability to make their decision in September. </w:t>
      </w:r>
    </w:p>
    <w:p>
      <w:r>
        <w:t xml:space="preserve">01:21:21   (Speaker F)  But, you know, it sounds like you're not. </w:t>
      </w:r>
    </w:p>
    <w:p>
      <w:r>
        <w:t xml:space="preserve">01:21:23   (Speaker B)  You're not proposing what I just. </w:t>
      </w:r>
    </w:p>
    <w:p>
      <w:r>
        <w:t xml:space="preserve">01:21:26   (Speaker G)  No, I am. What I'm saying is this proposal, it just gets held. We don't do anything with it. The board has it, but we're not going to openly discuss it in the public. Not have a lot of that information going out. I don't want it shared with G.B. collins at this point because I want them to see everything in one final package from everybody together. That's the Fair way. </w:t>
      </w:r>
    </w:p>
    <w:p>
      <w:r>
        <w:t xml:space="preserve">01:21:47   (Speaker D)  Right. </w:t>
      </w:r>
    </w:p>
    <w:p>
      <w:r>
        <w:t xml:space="preserve">01:21:48   (Speaker B)  And I agree with Pete because, I </w:t>
      </w:r>
    </w:p>
    <w:p>
      <w:r>
        <w:t xml:space="preserve">01:21:50   (Speaker C)  mean, the reason we used an outside </w:t>
      </w:r>
    </w:p>
    <w:p>
      <w:r>
        <w:t xml:space="preserve">01:21:51   (Speaker F)  consultant was because we didn't know what </w:t>
      </w:r>
    </w:p>
    <w:p>
      <w:r>
        <w:t xml:space="preserve">01:21:53   (Speaker B)  we were looking at. </w:t>
      </w:r>
    </w:p>
    <w:p>
      <w:r>
        <w:t xml:space="preserve">01:21:53   (Speaker D)  Right, right. </w:t>
      </w:r>
    </w:p>
    <w:p>
      <w:r>
        <w:t xml:space="preserve">01:21:54   (Speaker B)  And they need me Logan process as far as I'm concerned. </w:t>
      </w:r>
    </w:p>
    <w:p>
      <w:r>
        <w:t xml:space="preserve">01:21:58   (Speaker G)  Yeah. </w:t>
      </w:r>
    </w:p>
    <w:p>
      <w:r>
        <w:t xml:space="preserve">01:21:59   (Speaker B)  So it will be no matter what. </w:t>
      </w:r>
    </w:p>
    <w:p>
      <w:r>
        <w:t xml:space="preserve">01:22:00   (Speaker H)  I know. </w:t>
      </w:r>
    </w:p>
    <w:p>
      <w:r>
        <w:t xml:space="preserve">01:22:04   (Speaker B)  Does anybody have any idea. I mean, how likely is it that </w:t>
      </w:r>
    </w:p>
    <w:p>
      <w:r>
        <w:t xml:space="preserve">01:22:06   (Speaker H)  we just kind of blow past our opportunity and then we're waiting 12 months or 18 months. I mean it. Because they're going October and it's July. </w:t>
      </w:r>
    </w:p>
    <w:p>
      <w:r>
        <w:t xml:space="preserve">01:22:13   (Speaker B)  Right. </w:t>
      </w:r>
    </w:p>
    <w:p>
      <w:r>
        <w:t xml:space="preserve">01:22:14   (Speaker H)  So we're looking like a three month. </w:t>
      </w:r>
    </w:p>
    <w:p>
      <w:r>
        <w:t xml:space="preserve">01:22:16   (Speaker B)  Honestly. </w:t>
      </w:r>
    </w:p>
    <w:p>
      <w:r>
        <w:t xml:space="preserve">01:22:16   (Speaker I)  Go. </w:t>
      </w:r>
    </w:p>
    <w:p>
      <w:r>
        <w:t xml:space="preserve">01:22:17   (Speaker B)  In my experience, going all the way into September is a different one. You're in July now because October is what, three months away. It going to September? I don't know. It's a different environment because you're already almost in fall, you know, and people are. </w:t>
      </w:r>
    </w:p>
    <w:p>
      <w:r>
        <w:t xml:space="preserve">01:22:35   (Speaker E)  What are the. What are the date requirements for the RFP? Do we have. Is it like 30 days, 45 days? </w:t>
      </w:r>
    </w:p>
    <w:p>
      <w:r>
        <w:t xml:space="preserve">01:22:41   (Speaker B)  No, it's 30 days on the street, </w:t>
      </w:r>
    </w:p>
    <w:p>
      <w:r>
        <w:t xml:space="preserve">01:22:44   (Speaker I)  unless it's less than a certain dollar threshold. And then it could be a slightly shorter period of time. But I mean, I would just guess 30 days. </w:t>
      </w:r>
    </w:p>
    <w:p>
      <w:r>
        <w:t xml:space="preserve">01:22:52   (Speaker B)  I mean, because you want people to </w:t>
      </w:r>
    </w:p>
    <w:p>
      <w:r>
        <w:t xml:space="preserve">01:22:53   (Speaker I)  come out here and inspect it. </w:t>
      </w:r>
    </w:p>
    <w:p>
      <w:r>
        <w:t xml:space="preserve">01:22:56   (Speaker B)  Right. </w:t>
      </w:r>
    </w:p>
    <w:p>
      <w:r>
        <w:t xml:space="preserve">01:22:57   (Speaker I)  Square footage resurfacing. </w:t>
      </w:r>
    </w:p>
    <w:p>
      <w:r>
        <w:t xml:space="preserve">01:23:01   (Speaker C)  So you want to. </w:t>
      </w:r>
    </w:p>
    <w:p>
      <w:r>
        <w:t xml:space="preserve">01:23:02   (Speaker I)  Want to have that meeting in the interim. What I'm saying is that today you could approve the evaluation criteria if you decide to go that route and not just select a proposal. And then we could get the rfp, you know, advertise. It may be the kind of thing that, you know, it makes sense for you guys to move your meeting up three weeks or something like that to take advantage of that time. But I don't. If you decide you want to do formal, I would approve the criteria tonight. So we can finalize the RFP and </w:t>
      </w:r>
    </w:p>
    <w:p>
      <w:r>
        <w:t xml:space="preserve">01:23:32   (Speaker B)  get it on screen. </w:t>
      </w:r>
    </w:p>
    <w:p>
      <w:r>
        <w:t xml:space="preserve">01:23:34   (Speaker G)  Or if we don't have to do the formal based on price. Mike, would you be comfortable that we simply have kind of a formal process, but email this to the various vendors and ask them to have it back by August? </w:t>
      </w:r>
    </w:p>
    <w:p>
      <w:r>
        <w:t xml:space="preserve">01:23:51   (Speaker I)  Yeah, we can. We can do that. You just heard matter of fact that people. Everybody who submits is not over $549,000. Otherwise you just have to that process out and then go to. </w:t>
      </w:r>
    </w:p>
    <w:p>
      <w:r>
        <w:t xml:space="preserve">01:24:05   (Speaker E)  And then we're already behind the dates on that deposit. </w:t>
      </w:r>
    </w:p>
    <w:p>
      <w:r>
        <w:t xml:space="preserve">01:24:10   (Speaker B)  Yeah, 150,000 difference. I mean, it's possible. It is. </w:t>
      </w:r>
    </w:p>
    <w:p>
      <w:r>
        <w:t xml:space="preserve">01:24:17   (Speaker E)  You were going to say something, David? </w:t>
      </w:r>
    </w:p>
    <w:p>
      <w:r>
        <w:t xml:space="preserve">01:24:19   (Speaker A)  Well, if you go formal, like, correct me if I'm wrong, she would be sure. When I keep this number out there, </w:t>
      </w:r>
    </w:p>
    <w:p>
      <w:r>
        <w:t xml:space="preserve">01:24:29   (Speaker I)  it's a Public record. We can't destroy it at this point. We just have to kind of tuck </w:t>
      </w:r>
    </w:p>
    <w:p>
      <w:r>
        <w:t xml:space="preserve">01:24:33   (Speaker B)  it in the file advertiser. </w:t>
      </w:r>
    </w:p>
    <w:p>
      <w:r>
        <w:t xml:space="preserve">01:24:43   (Speaker A)  I just know the others who submit can see it and then. </w:t>
      </w:r>
    </w:p>
    <w:p>
      <w:r>
        <w:t xml:space="preserve">01:24:45   (Speaker I)  Well, they can, they can make a request, public records request to see any proposals that have got. I've never had that happen. </w:t>
      </w:r>
    </w:p>
    <w:p>
      <w:r>
        <w:t xml:space="preserve">01:24:59   (Speaker B)  So we agreed RFP is the right way to go. </w:t>
      </w:r>
    </w:p>
    <w:p>
      <w:r>
        <w:t xml:space="preserve">01:25:02   (Speaker D)  I think that's fine. </w:t>
      </w:r>
    </w:p>
    <w:p>
      <w:r>
        <w:t xml:space="preserve">01:25:05   (Speaker F)  And, and I'm sorry, I'm trying to keep it straight. But once we agree there's rfp, there's </w:t>
      </w:r>
    </w:p>
    <w:p>
      <w:r>
        <w:t xml:space="preserve">01:25:09   (Speaker B)  a formal RFP and an informal rfp. </w:t>
      </w:r>
    </w:p>
    <w:p>
      <w:r>
        <w:t xml:space="preserve">01:25:11   (Speaker F)  Is that what I'm hearing? Because I keep hearing the term informal. </w:t>
      </w:r>
    </w:p>
    <w:p>
      <w:r>
        <w:t xml:space="preserve">01:25:15   (Speaker G)  Formal would be the, the full advertisement in the paper which you have to </w:t>
      </w:r>
    </w:p>
    <w:p>
      <w:r>
        <w:t xml:space="preserve">01:25:19   (Speaker F)  do if RFP is used. </w:t>
      </w:r>
    </w:p>
    <w:p>
      <w:r>
        <w:t xml:space="preserve">01:25:21   (Speaker G)  Well, what Mike is saying is if, if we don't, which we are under the threshold so we may not have to do that. However, if one of those proposals come in more than 549,000. </w:t>
      </w:r>
    </w:p>
    <w:p>
      <w:r>
        <w:t xml:space="preserve">01:25:34   (Speaker B)  Right. </w:t>
      </w:r>
    </w:p>
    <w:p>
      <w:r>
        <w:t xml:space="preserve">01:25:35   (Speaker G)  Then we have to go back to the drawing board at that point and advertise it. </w:t>
      </w:r>
    </w:p>
    <w:p>
      <w:r>
        <w:t xml:space="preserve">01:25:40   (Speaker F)  We can't just ignore it. If it comes in that much, then we're stuck. </w:t>
      </w:r>
    </w:p>
    <w:p>
      <w:r>
        <w:t xml:space="preserve">01:25:45   (Speaker I)  I mean, it sounds like to me with your time pressure is that we could do some sort of a modified RFP that really has that in there. But we say, you know, our estimate at this point is under the threshold, therefore we're not going to go through a formal advertisement. We still make them fill out all the questions. Because quite honestly, I really want to know which pool companies have been sued for botch resurfacing jobs. </w:t>
      </w:r>
    </w:p>
    <w:p>
      <w:r>
        <w:t xml:space="preserve">01:26:10   (Speaker B)  Y. I want to know that. </w:t>
      </w:r>
    </w:p>
    <w:p>
      <w:r>
        <w:t xml:space="preserve">01:26:12   (Speaker I)  And that's going to factor into, you know, how you. So if we do that, then you don't have to approve any evaluation criteria. Do the rfp, send it out and </w:t>
      </w:r>
    </w:p>
    <w:p>
      <w:r>
        <w:t xml:space="preserve">01:26:22   (Speaker B)  then you're just going to pick in </w:t>
      </w:r>
    </w:p>
    <w:p>
      <w:r>
        <w:t xml:space="preserve">01:26:23   (Speaker I)  the best interest of the district and </w:t>
      </w:r>
    </w:p>
    <w:p>
      <w:r>
        <w:t xml:space="preserve">01:26:25   (Speaker B)  we can email it out and give </w:t>
      </w:r>
    </w:p>
    <w:p>
      <w:r>
        <w:t xml:space="preserve">01:26:28   (Speaker I)  people, you know, 14 days to respond or something like that. But we just have to, you know, revise it to make sure that it's. Hey, this is an informal. And the other thing that we had, </w:t>
      </w:r>
    </w:p>
    <w:p>
      <w:r>
        <w:t xml:space="preserve">01:26:38   (Speaker B)  and I don't know what's in that </w:t>
      </w:r>
    </w:p>
    <w:p>
      <w:r>
        <w:t xml:space="preserve">01:26:39   (Speaker I)  proposal, there was all that extra work that wasn't related to pool resurfacing that G.B. collins identified. I don't know if that's in that proposal. </w:t>
      </w:r>
    </w:p>
    <w:p>
      <w:r>
        <w:t xml:space="preserve">01:26:49   (Speaker B)  They didn't include all, all that, I </w:t>
      </w:r>
    </w:p>
    <w:p>
      <w:r>
        <w:t xml:space="preserve">01:26:50   (Speaker I)  guess that it's like treated everything and replacing heaters and. </w:t>
      </w:r>
    </w:p>
    <w:p>
      <w:r>
        <w:t xml:space="preserve">01:26:56   (Speaker B)  Yeah, and for what it's worth, I agree with what Mike is saying. Or do, you know, kind of a cut down packet still. Has the application elements that asks for their, you know, some of their references, financial stuff like that, you know, but maybe we don't have to follow that very strict process because also when you do the formalized bid, you have to. Your selection has to be based on the evaluation criteria. </w:t>
      </w:r>
    </w:p>
    <w:p>
      <w:r>
        <w:t xml:space="preserve">01:27:20   (Speaker G)  Yeah. </w:t>
      </w:r>
    </w:p>
    <w:p>
      <w:r>
        <w:t xml:space="preserve">01:27:20   (Speaker B)  It has to be based on. You have to score that. </w:t>
      </w:r>
    </w:p>
    <w:p>
      <w:r>
        <w:t xml:space="preserve">01:27:24   (Speaker G)  And that can get laborious for the </w:t>
      </w:r>
    </w:p>
    <w:p>
      <w:r>
        <w:t xml:space="preserve">01:27:26   (Speaker F)  board if they were. That sounds reasonable. So we're still going to take all. Everything that we get back and give it over to Collins and say, here's what we've collected. </w:t>
      </w:r>
    </w:p>
    <w:p>
      <w:r>
        <w:t xml:space="preserve">01:27:33   (Speaker G)  Help us just double check and make </w:t>
      </w:r>
    </w:p>
    <w:p>
      <w:r>
        <w:t xml:space="preserve">01:27:35   (Speaker B)  sure that all this. </w:t>
      </w:r>
    </w:p>
    <w:p>
      <w:r>
        <w:t xml:space="preserve">01:27:37   (Speaker G)  Yeah. If there's any irregularities, they would need to point it out. </w:t>
      </w:r>
    </w:p>
    <w:p>
      <w:r>
        <w:t xml:space="preserve">01:27:40   (Speaker B)  So how do we do that? </w:t>
      </w:r>
    </w:p>
    <w:p>
      <w:r>
        <w:t xml:space="preserve">01:27:42   (Speaker F)  How do we do these modified. </w:t>
      </w:r>
    </w:p>
    <w:p>
      <w:r>
        <w:t xml:space="preserve">01:27:43   (Speaker G)  I suggest we have Mike frame the motion and I would suggest that Mike can work with Amy Clayton and myself to exactly what we can say to these people and. And to make it work. </w:t>
      </w:r>
    </w:p>
    <w:p>
      <w:r>
        <w:t xml:space="preserve">01:27:57   (Speaker B)  Are you guys okay with that? Yes. </w:t>
      </w:r>
    </w:p>
    <w:p>
      <w:r>
        <w:t xml:space="preserve">01:27:59   (Speaker H)  Formalize as much as we can, sensor the timeline. </w:t>
      </w:r>
    </w:p>
    <w:p>
      <w:r>
        <w:t xml:space="preserve">01:28:03   (Speaker I)  Yeah. </w:t>
      </w:r>
    </w:p>
    <w:p>
      <w:r>
        <w:t xml:space="preserve">01:28:03   (Speaker B)  We don't want to miss the window </w:t>
      </w:r>
    </w:p>
    <w:p>
      <w:r>
        <w:t xml:space="preserve">01:28:05   (Speaker I)  to direct staff to issue an informal RFP with an expedited timeline and then bring those proposals back to the board at your next meeting. </w:t>
      </w:r>
    </w:p>
    <w:p>
      <w:r>
        <w:t xml:space="preserve">01:28:20   (Speaker G)  Rich is typing as fast as you can go. Rich is going typing as fast as he can. </w:t>
      </w:r>
    </w:p>
    <w:p>
      <w:r>
        <w:t xml:space="preserve">01:28:25   (Speaker I)  Yeah. It's subject to final review by somebody that you designate. I mean, I'm going to review it. </w:t>
      </w:r>
    </w:p>
    <w:p>
      <w:r>
        <w:t xml:space="preserve">01:28:34   (Speaker G)  G.B. collins, Clayton, myself. </w:t>
      </w:r>
    </w:p>
    <w:p>
      <w:r>
        <w:t xml:space="preserve">01:28:36   (Speaker B)  Yeah. </w:t>
      </w:r>
    </w:p>
    <w:p>
      <w:r>
        <w:t xml:space="preserve">01:28:40   (Speaker E)  Motion that works. </w:t>
      </w:r>
    </w:p>
    <w:p>
      <w:r>
        <w:t xml:space="preserve">01:28:42   (Speaker G)  Not that Rich. </w:t>
      </w:r>
    </w:p>
    <w:p>
      <w:r>
        <w:t xml:space="preserve">01:28:46   (Speaker B)  I was going to say seventh grade. You could really kind of extend all the way to the 14th. </w:t>
      </w:r>
    </w:p>
    <w:p>
      <w:r>
        <w:t xml:space="preserve">01:28:56   (Speaker D)  We were still, </w:t>
      </w:r>
    </w:p>
    <w:p>
      <w:r>
        <w:t xml:space="preserve">01:28:59   (Speaker B)  you know, everybody, and then you be call. It's Friday, Monday and Tuesday afternoon. Take a look at everything. It's not ideal to wait that long. Normally you want it to be in the agenda. </w:t>
      </w:r>
    </w:p>
    <w:p>
      <w:r>
        <w:t xml:space="preserve">01:29:15   (Speaker I)  I would rather have the extra time on the street versus get it in your agenda. </w:t>
      </w:r>
    </w:p>
    <w:p>
      <w:r>
        <w:t xml:space="preserve">01:29:19   (Speaker B)  Yeah, we've got a trail and we </w:t>
      </w:r>
    </w:p>
    <w:p>
      <w:r>
        <w:t xml:space="preserve">01:29:22   (Speaker A)  re advertised as well. So we rolled the dice and came to blow the threshold. We got. </w:t>
      </w:r>
    </w:p>
    <w:p>
      <w:r>
        <w:t xml:space="preserve">01:29:29   (Speaker C)  And that's for the August meeting, correct? We're doing this. Are we going to. Yes. </w:t>
      </w:r>
    </w:p>
    <w:p>
      <w:r>
        <w:t xml:space="preserve">01:29:32   (Speaker I)  Yeah. Yeah. I mean, otherwise there's, you know, no point going through. </w:t>
      </w:r>
    </w:p>
    <w:p>
      <w:r>
        <w:t xml:space="preserve">01:29:36   (Speaker B)  Yeah, we're doing. Yep. </w:t>
      </w:r>
    </w:p>
    <w:p>
      <w:r>
        <w:t xml:space="preserve">01:29:38   (Speaker C)  Okay, so I do have the motion down. There was a first Tammy, I believe. </w:t>
      </w:r>
    </w:p>
    <w:p>
      <w:r>
        <w:t xml:space="preserve">01:29:42   (Speaker D)  Yes. Okay. </w:t>
      </w:r>
    </w:p>
    <w:p>
      <w:r>
        <w:t xml:space="preserve">01:29:47   (Speaker B)  Got a second from Luke. </w:t>
      </w:r>
    </w:p>
    <w:p>
      <w:r>
        <w:t xml:space="preserve">01:29:50   (Speaker C)  Any other discussion? </w:t>
      </w:r>
    </w:p>
    <w:p>
      <w:r>
        <w:t xml:space="preserve">01:29:53   (Speaker B)  All in favor? Any opposed? </w:t>
      </w:r>
    </w:p>
    <w:p>
      <w:r>
        <w:t xml:space="preserve">01:29:58   (Speaker C)  Motion has passed 40. </w:t>
      </w:r>
    </w:p>
    <w:p>
      <w:r>
        <w:t xml:space="preserve">01:30:00   (Speaker B)  All righty. </w:t>
      </w:r>
    </w:p>
    <w:p>
      <w:r>
        <w:t xml:space="preserve">01:30:02   (Speaker C)  So we'll get going on all that. And next, we do have a few approvals here. You're going to see. We'll start with the first one, approval of the pavilion rental agreement. </w:t>
      </w:r>
    </w:p>
    <w:p>
      <w:r>
        <w:t xml:space="preserve">01:30:22   (Speaker H)  Okay. </w:t>
      </w:r>
    </w:p>
    <w:p>
      <w:r>
        <w:t xml:space="preserve">01:30:24   (Speaker I)  So you've seen these before. You approved them before. And I just want to thank Amy and Pete and Supervisor Prabhel for really digging into these. We came up with a little bit different structure where we have some generic terms that are applicable to all these agreements and then once they're specific to the actual rental, but again, I mean, we're talking for the pavilion. 100 rental fee for up to 3 hours, 250 refundable deposit max, 25 people, no alcohol in the pavilion or pool deck and staff or sheriff may stop events unsafe or a nuisance. So that's the highlights of your. Again, this isn't brand new to you, it's just new. </w:t>
      </w:r>
    </w:p>
    <w:p>
      <w:r>
        <w:t xml:space="preserve">01:31:04   (Speaker D)  Yeah, yeah, we still have that, but this is simplify it </w:t>
      </w:r>
    </w:p>
    <w:p>
      <w:r>
        <w:t xml:space="preserve">01:31:11   (Speaker G)  and you should incorporate all of the comments that you made, Keith. </w:t>
      </w:r>
    </w:p>
    <w:p>
      <w:r>
        <w:t xml:space="preserve">01:31:18   (Speaker B)  Okay. </w:t>
      </w:r>
    </w:p>
    <w:p>
      <w:r>
        <w:t xml:space="preserve">01:31:18   (Speaker C)  Is there any questions about it? If not, we'd just be looking for </w:t>
      </w:r>
    </w:p>
    <w:p>
      <w:r>
        <w:t xml:space="preserve">01:31:21   (Speaker B)  a motion to prove. </w:t>
      </w:r>
    </w:p>
    <w:p>
      <w:r>
        <w:t xml:space="preserve">01:31:23   (Speaker F)  Are we going to do these one at a time? </w:t>
      </w:r>
    </w:p>
    <w:p>
      <w:r>
        <w:t xml:space="preserve">01:31:24   (Speaker B)  Yeah, I mean, we can. </w:t>
      </w:r>
    </w:p>
    <w:p>
      <w:r>
        <w:t xml:space="preserve">01:31:25   (Speaker C)  Let's. </w:t>
      </w:r>
    </w:p>
    <w:p>
      <w:r>
        <w:t xml:space="preserve">01:31:26   (Speaker B)  What's that? </w:t>
      </w:r>
    </w:p>
    <w:p>
      <w:r>
        <w:t xml:space="preserve">01:31:26   (Speaker G)  Do all. </w:t>
      </w:r>
    </w:p>
    <w:p>
      <w:r>
        <w:t xml:space="preserve">01:31:27   (Speaker C)  Yes, if we're doing one at a time, but we can we do it all together in batches. Yeah. Okay, so which. Somebody want to make a motion for which batch? Because we've got one, two, three, all four guidelines. Okay, so we'll do so it be a motion to approve the pavilion rental agreements, the club rental agreement, the complimentary usage of club room agreements, and the community guidelines. Anybody like to make it first? </w:t>
      </w:r>
    </w:p>
    <w:p>
      <w:r>
        <w:t xml:space="preserve">01:32:10   (Speaker E)  I'll motion first. </w:t>
      </w:r>
    </w:p>
    <w:p>
      <w:r>
        <w:t xml:space="preserve">01:32:12   (Speaker C)  So we've got Tammy. Second. </w:t>
      </w:r>
    </w:p>
    <w:p>
      <w:r>
        <w:t xml:space="preserve">01:32:16   (Speaker F)  Second. </w:t>
      </w:r>
    </w:p>
    <w:p>
      <w:r>
        <w:t xml:space="preserve">01:32:18   (Speaker C)  Got Keith on that one for the second. Any other discussion? </w:t>
      </w:r>
    </w:p>
    <w:p>
      <w:r>
        <w:t xml:space="preserve">01:32:22   (Speaker B)  All in favor? Okay. Legend has passed. </w:t>
      </w:r>
    </w:p>
    <w:p>
      <w:r>
        <w:t xml:space="preserve">01:32:35   (Speaker D)  There. </w:t>
      </w:r>
    </w:p>
    <w:p>
      <w:r>
        <w:t xml:space="preserve">01:32:35   (Speaker I)  All right. </w:t>
      </w:r>
    </w:p>
    <w:p>
      <w:r>
        <w:t xml:space="preserve">01:32:37   (Speaker B)  Okay. </w:t>
      </w:r>
    </w:p>
    <w:p>
      <w:r>
        <w:t xml:space="preserve">01:32:38   (Speaker C)  So is there anything else for amenity at this time? </w:t>
      </w:r>
    </w:p>
    <w:p>
      <w:r>
        <w:t xml:space="preserve">01:32:43   (Speaker F)  I can put this in the end. </w:t>
      </w:r>
    </w:p>
    <w:p>
      <w:r>
        <w:t xml:space="preserve">01:32:58   (Speaker B)  Yeah, I think because I was going </w:t>
      </w:r>
    </w:p>
    <w:p>
      <w:r>
        <w:t xml:space="preserve">01:32:59   (Speaker A)  to review with the board when we </w:t>
      </w:r>
    </w:p>
    <w:p>
      <w:r>
        <w:t xml:space="preserve">01:33:01   (Speaker G)  got down to my report that I double checked with our website provider. </w:t>
      </w:r>
    </w:p>
    <w:p>
      <w:r>
        <w:t xml:space="preserve">01:33:07   (Speaker A)  Yeah. </w:t>
      </w:r>
    </w:p>
    <w:p>
      <w:r>
        <w:t xml:space="preserve">01:33:07   (Speaker G)  And he already has setups that would work seamlessly to be able to do payments online and EFTs, which was something. The EFT thing caught me kind of by surprise because I only thought we were going to be dealing with debit cards and credit cards, but apparently the new statute outlines that we have to do EFTs. So all of this needs to be in place by January. But I think the sooner we do it, the better. So I looked earlier today and we had talked to the board about square. And square was 2.66% of the transaction plus 15 cents. Stripe is 2.85% plus 30 cents on the transaction. So close. But, you know, there's still a little bit of Savings, both of them, if you look at the reviews, both of them have some negative aspects, but it deals more with more advanced scenarios, with companies that are literally running everything they do through far less the little bit of work that we would do. So what I would do is recommend that we take those two options and have Patty Powers and no pun intended, the powers to be, take a look at how that works with our banks, how our banks would feel about either one of those. And then at the August meeting, coming back with a recommendation that says we prefer you use this, or maybe they have another alternative that they would prefer we use, but making sure that everything goes seamlessly. And then once that decision is made, we can go back to Dwayne Anderson, the website designer, and say this is what we're doing, this is what we're going to be able to use. He can put that all together and we will be able to test it out for a period of time before we absolutely have to have it in place. So that, I think that would, we'd be well served to look at that. And you know, we're not talking about major transactions. So if it turns out that Stripe is, is more user friendly than square it, the little bit of extra money is not worth, you know, potential issues or problems. So, but I think, you know, we'll, we can, you know, find that out before we move forward. But, and Amy, we'll help you work with Dwayne and, and the bank and Patty just to make sure that all of that goes seamlessly from your aspect </w:t>
      </w:r>
    </w:p>
    <w:p>
      <w:r>
        <w:t xml:space="preserve">01:35:40   (Speaker C)  and just to touch on that a little bit too, we actually had Dwayne, the website provider that you all currently use, come into the office and show us kind of the updates for the website, what they're going to be able to do, accepting the payments. He's already started working on this in the anticipation of, you know, updating websites and stuff. I can get in more information from Dwayne. Yeah, but I mean what he's got worked out, I mean, looks great. It seems like pretty good. Yeah, very serviceable for what the districts </w:t>
      </w:r>
    </w:p>
    <w:p>
      <w:r>
        <w:t xml:space="preserve">01:36:06   (Speaker B)  are going to be required to payments. </w:t>
      </w:r>
    </w:p>
    <w:p>
      <w:r>
        <w:t xml:space="preserve">01:36:07   (Speaker F)  He's not holding credit card information. </w:t>
      </w:r>
    </w:p>
    <w:p>
      <w:r>
        <w:t xml:space="preserve">01:36:09   (Speaker C)  It would still be connected to the bank accounts and everything. It's just being able to set up the UI in the sense. </w:t>
      </w:r>
    </w:p>
    <w:p>
      <w:r>
        <w:t xml:space="preserve">01:36:14   (Speaker G)  And that was one of the things. Except Square and Stripe don't store card information. And that was, that was a concern in another district with the Amenity Management company. Is that. Oh, you know, so yeah. And it's, you got, there's a lot of concern from A lot of residents, when you do that, you would think they would like it rather than cash or check, but, you know. </w:t>
      </w:r>
    </w:p>
    <w:p>
      <w:r>
        <w:t xml:space="preserve">01:36:38   (Speaker B)  Yeah, the story is entirely different. </w:t>
      </w:r>
    </w:p>
    <w:p>
      <w:r>
        <w:t xml:space="preserve">01:36:41   (Speaker A)  Risk model. </w:t>
      </w:r>
    </w:p>
    <w:p>
      <w:r>
        <w:t xml:space="preserve">01:36:41   (Speaker D)  No. </w:t>
      </w:r>
    </w:p>
    <w:p>
      <w:r>
        <w:t xml:space="preserve">01:36:42   (Speaker G)  And. And it's my understanding that neither square nor stripe do that. </w:t>
      </w:r>
    </w:p>
    <w:p>
      <w:r>
        <w:t xml:space="preserve">01:36:46   (Speaker C)  It's. </w:t>
      </w:r>
    </w:p>
    <w:p>
      <w:r>
        <w:t xml:space="preserve">01:36:46   (Speaker G)  It's a one time transaction to have the infrastructure. </w:t>
      </w:r>
    </w:p>
    <w:p>
      <w:r>
        <w:t xml:space="preserve">01:36:50   (Speaker B)  Okay. </w:t>
      </w:r>
    </w:p>
    <w:p>
      <w:r>
        <w:t xml:space="preserve">01:36:53   (Speaker C)  So I have a couple notes of that. We'll follow up with Dwayne and talk to Patty, see if we get some </w:t>
      </w:r>
    </w:p>
    <w:p>
      <w:r>
        <w:t xml:space="preserve">01:36:57   (Speaker B)  more information for August. </w:t>
      </w:r>
    </w:p>
    <w:p>
      <w:r>
        <w:t xml:space="preserve">01:37:00   (Speaker F)  Just question on amenity. Then there's changing the subject. That's all right. Is there any reason we cannot have an automated electronic configurator on property? </w:t>
      </w:r>
    </w:p>
    <w:p>
      <w:r>
        <w:t xml:space="preserve">01:37:10   (Speaker D)  We. We do. </w:t>
      </w:r>
    </w:p>
    <w:p>
      <w:r>
        <w:t xml:space="preserve">01:37:11   (Speaker F)  We do. Where is it? </w:t>
      </w:r>
    </w:p>
    <w:p>
      <w:r>
        <w:t xml:space="preserve">01:37:13   (Speaker D)  Right there. By the bullet number. </w:t>
      </w:r>
    </w:p>
    <w:p>
      <w:r>
        <w:t xml:space="preserve">01:37:16   (Speaker F)  Outside or inside? I have not seen somebody give. </w:t>
      </w:r>
    </w:p>
    <w:p>
      <w:r>
        <w:t xml:space="preserve">01:37:20   (Speaker B)  Keith, can somebody. </w:t>
      </w:r>
    </w:p>
    <w:p>
      <w:r>
        <w:t xml:space="preserve">01:37:22   (Speaker E)  We can practice. </w:t>
      </w:r>
    </w:p>
    <w:p>
      <w:r>
        <w:t xml:space="preserve">01:37:23   (Speaker D)  Tell your house I'm leaving </w:t>
      </w:r>
    </w:p>
    <w:p>
      <w:r>
        <w:t xml:space="preserve">01:37:27   (Speaker A)  for the door. </w:t>
      </w:r>
    </w:p>
    <w:p>
      <w:r>
        <w:t xml:space="preserve">01:37:28   (Speaker F)  Guys, I know the Europe train is the rest of the staff train and CPR name. </w:t>
      </w:r>
    </w:p>
    <w:p>
      <w:r>
        <w:t xml:space="preserve">01:37:33   (Speaker D)  I believe it's USB right now. So that. </w:t>
      </w:r>
    </w:p>
    <w:p>
      <w:r>
        <w:t xml:space="preserve">01:37:36   (Speaker F)  That would be my next proposal. </w:t>
      </w:r>
    </w:p>
    <w:p>
      <w:r>
        <w:t xml:space="preserve">01:37:37   (Speaker B)  Probably. </w:t>
      </w:r>
    </w:p>
    <w:p>
      <w:r>
        <w:t xml:space="preserve">01:37:39   (Speaker F)  Probably get the training up to speed. </w:t>
      </w:r>
    </w:p>
    <w:p>
      <w:r>
        <w:t xml:space="preserve">01:37:41   (Speaker G)  Mike is there. </w:t>
      </w:r>
    </w:p>
    <w:p>
      <w:r>
        <w:t xml:space="preserve">01:37:42   (Speaker C)  If. </w:t>
      </w:r>
    </w:p>
    <w:p>
      <w:r>
        <w:t xml:space="preserve">01:37:43   (Speaker G)  If people. This has always been my understanding on this, that anybody off the street can use that thing. </w:t>
      </w:r>
    </w:p>
    <w:p>
      <w:r>
        <w:t xml:space="preserve">01:37:49   (Speaker B)  Correct. </w:t>
      </w:r>
    </w:p>
    <w:p>
      <w:r>
        <w:t xml:space="preserve">01:37:49   (Speaker C)  And. </w:t>
      </w:r>
    </w:p>
    <w:p>
      <w:r>
        <w:t xml:space="preserve">01:37:50   (Speaker G)  And the idea was that you limit liability because you're just trying to render first aid. Whereas if you have people that are specifically trained and something goes wrong, does that increase our liability or is that just. </w:t>
      </w:r>
    </w:p>
    <w:p>
      <w:r>
        <w:t xml:space="preserve">01:38:06   (Speaker F)  It was a good scenario. </w:t>
      </w:r>
    </w:p>
    <w:p>
      <w:r>
        <w:t xml:space="preserve">01:38:07   (Speaker I)  Yeah, I thought. </w:t>
      </w:r>
    </w:p>
    <w:p>
      <w:r>
        <w:t xml:space="preserve">01:38:08   (Speaker G)  That's what I thought. </w:t>
      </w:r>
    </w:p>
    <w:p>
      <w:r>
        <w:t xml:space="preserve">01:38:10   (Speaker F)  But I mean, it's well worth the training. </w:t>
      </w:r>
    </w:p>
    <w:p>
      <w:r>
        <w:t xml:space="preserve">01:38:13   (Speaker I)  It's well worth the small risk that you have to have that available. And depending on the unit you have, I mean, they walk you through it. Yeah. Everything that you're supposed to do. So with that. </w:t>
      </w:r>
    </w:p>
    <w:p>
      <w:r>
        <w:t xml:space="preserve">01:38:25   (Speaker B)  And you know, I mean, I think </w:t>
      </w:r>
    </w:p>
    <w:p>
      <w:r>
        <w:t xml:space="preserve">01:38:27   (Speaker I)  it's a great thing to have them out at the amenity centers for all my clients. </w:t>
      </w:r>
    </w:p>
    <w:p>
      <w:r>
        <w:t xml:space="preserve">01:38:30   (Speaker B)  Okay, I will. </w:t>
      </w:r>
    </w:p>
    <w:p>
      <w:r>
        <w:t xml:space="preserve">01:38:32   (Speaker F)  I will seek it out. </w:t>
      </w:r>
    </w:p>
    <w:p>
      <w:r>
        <w:t xml:space="preserve">01:38:33   (Speaker A)  I did not know. </w:t>
      </w:r>
    </w:p>
    <w:p>
      <w:r>
        <w:t xml:space="preserve">01:38:34   (Speaker F)  I looked around for it. </w:t>
      </w:r>
    </w:p>
    <w:p>
      <w:r>
        <w:t xml:space="preserve">01:38:35   (Speaker E)  I was like, I've actually used one in the field and brought somebody back. So I have a certificate and everything. I'm happy. </w:t>
      </w:r>
    </w:p>
    <w:p>
      <w:r>
        <w:t xml:space="preserve">01:38:42   (Speaker G)  You're a hero. </w:t>
      </w:r>
    </w:p>
    <w:p>
      <w:r>
        <w:t xml:space="preserve">01:38:48   (Speaker F)  Yeah, those do. Like, even if it doesn't need to be shocked, it manages how you administer cp. </w:t>
      </w:r>
    </w:p>
    <w:p>
      <w:r>
        <w:t xml:space="preserve">01:38:54   (Speaker D)  Exactly. </w:t>
      </w:r>
    </w:p>
    <w:p>
      <w:r>
        <w:t xml:space="preserve">01:38:56   (Speaker F)  So it's good to have. </w:t>
      </w:r>
    </w:p>
    <w:p>
      <w:r>
        <w:t xml:space="preserve">01:38:57   (Speaker B)  All right. </w:t>
      </w:r>
    </w:p>
    <w:p>
      <w:r>
        <w:t xml:space="preserve">01:38:58   (Speaker E)  Well, and. And maybe when we do do that staff training, we could open it up to residents that want to have the training as well. Maybe a lot of the. No, like, while it's here. While they're here, they paid $25 to. To do it or whatever that is. </w:t>
      </w:r>
    </w:p>
    <w:p>
      <w:r>
        <w:t xml:space="preserve">01:39:15   (Speaker G)  Or you incorporate it in a separate CPR class. Have people come. I mean, There's. There's a lot of individuals. You've got a lot of nurses and doctors here that have to do, you know, every year, the basic, and then they have to do the advanced every year. So, you know, you might be helping them out by doing it. </w:t>
      </w:r>
    </w:p>
    <w:p>
      <w:r>
        <w:t xml:space="preserve">01:39:34   (Speaker D)  None of my dummies died when I. </w:t>
      </w:r>
    </w:p>
    <w:p>
      <w:r>
        <w:t xml:space="preserve">01:39:35   (Speaker E)  My. </w:t>
      </w:r>
    </w:p>
    <w:p>
      <w:r>
        <w:t xml:space="preserve">01:39:39   (Speaker I)  I think you can sponsor it, but I think that I'm still alive. You get to. To do the trainings needed to have the appropriate certification. </w:t>
      </w:r>
    </w:p>
    <w:p>
      <w:r>
        <w:t xml:space="preserve">01:39:46   (Speaker E)  Yeah, yeah, yeah. No, I did. I just meant make it open to residents to register for it at the same time. That's all I was saying. </w:t>
      </w:r>
    </w:p>
    <w:p>
      <w:r>
        <w:t xml:space="preserve">01:39:54   (Speaker G)  Not considering we've got executives from Advent Health that live in this community. I bet you we could get them to do. </w:t>
      </w:r>
    </w:p>
    <w:p>
      <w:r>
        <w:t xml:space="preserve">01:40:01   (Speaker E)  Well, I. I know all those. All of them have all the places that'll come into it. </w:t>
      </w:r>
    </w:p>
    <w:p>
      <w:r>
        <w:t xml:space="preserve">01:40:08   (Speaker D)  All right. </w:t>
      </w:r>
    </w:p>
    <w:p>
      <w:r>
        <w:t xml:space="preserve">01:40:08   (Speaker A)  No, thank you. </w:t>
      </w:r>
    </w:p>
    <w:p>
      <w:r>
        <w:t xml:space="preserve">01:40:10   (Speaker F)  I didn't know it was there about. I do like the idea, Chris. </w:t>
      </w:r>
    </w:p>
    <w:p>
      <w:r>
        <w:t xml:space="preserve">01:40:15   (Speaker B)  All the time. </w:t>
      </w:r>
    </w:p>
    <w:p>
      <w:r>
        <w:t xml:space="preserve">01:40:17   (Speaker D)  Too much information. </w:t>
      </w:r>
    </w:p>
    <w:p>
      <w:r>
        <w:t xml:space="preserve">01:40:22   (Speaker G)  Just as that's coming out. It's just like. </w:t>
      </w:r>
    </w:p>
    <w:p>
      <w:r>
        <w:t xml:space="preserve">01:40:25   (Speaker B)  I apologize. </w:t>
      </w:r>
    </w:p>
    <w:p>
      <w:r>
        <w:t xml:space="preserve">01:40:28   (Speaker F)  All right. </w:t>
      </w:r>
    </w:p>
    <w:p>
      <w:r>
        <w:t xml:space="preserve">01:40:30   (Speaker B)  Okay. Okay. </w:t>
      </w:r>
    </w:p>
    <w:p>
      <w:r>
        <w:t xml:space="preserve">01:40:31   (Speaker C)  So we're still. I mean, amenity and barcode consultants. So if you listen to anything, and I'm done. </w:t>
      </w:r>
    </w:p>
    <w:p>
      <w:r>
        <w:t xml:space="preserve">01:40:37   (Speaker F)  So. </w:t>
      </w:r>
    </w:p>
    <w:p>
      <w:r>
        <w:t xml:space="preserve">01:40:37   (Speaker E)  Yeah, so I. And I. Luke's gonna say something, and I also have something, too. I think I may have. May have jumped a little quickly on </w:t>
      </w:r>
    </w:p>
    <w:p>
      <w:r>
        <w:t xml:space="preserve">01:40:47   (Speaker D)  here </w:t>
      </w:r>
    </w:p>
    <w:p>
      <w:r>
        <w:t xml:space="preserve">01:40:49   (Speaker E)  on this amenity center guidelines package. I see that we have things about lakes, things about the dog parks. We don't have anything about our parks, The pocket parks. </w:t>
      </w:r>
    </w:p>
    <w:p>
      <w:r>
        <w:t xml:space="preserve">01:41:06   (Speaker D)  So I did. I've been getting. I got some complaints. A resident had a party there a couple of months ago with some inflatables, things like that. We have residents now asking if they can have a party there, if they can put up their food truck there. So I think that party may have opened the door for a lot of other people wanting to do things, and I'm not ever sure on how to guide them. I tell them to go. Go eating and talk to you guys. But we. Every time. </w:t>
      </w:r>
    </w:p>
    <w:p>
      <w:r>
        <w:t xml:space="preserve">01:41:36   (Speaker E)  Was there damage done at that. </w:t>
      </w:r>
    </w:p>
    <w:p>
      <w:r>
        <w:t xml:space="preserve">01:41:40   (Speaker D)  The problem? The grass always kind of look bad over there. I did go out a couple of days after that event, and there was, you know, there was some issues. There's Vader issues there now. Someone did, like, a yoga class over there about three. So I feel like that park in particular is becoming a slippery slope because it looks like the district allows a party. An event there. They had, like, vendors inflatable. So now we're getting people reaching out to us, asking like, hey, I have a coffee truck. Can I put it over there? I have an ice cream cart. Can I put it over there? Can I have my kids party there? And I think we're going to continue to run into those issues. If we don't have the clear direction on how. </w:t>
      </w:r>
    </w:p>
    <w:p>
      <w:r>
        <w:t xml:space="preserve">01:42:29   (Speaker G)  I don't, I don't think we should allow that at all. </w:t>
      </w:r>
    </w:p>
    <w:p>
      <w:r>
        <w:t xml:space="preserve">01:42:35   (Speaker D)  They are using our electric. </w:t>
      </w:r>
    </w:p>
    <w:p>
      <w:r>
        <w:t xml:space="preserve">01:42:37   (Speaker G)  They're not designed for that to begin with. And it would be, it's, it's just because now you're talking about something that's </w:t>
      </w:r>
    </w:p>
    <w:p>
      <w:r>
        <w:t xml:space="preserve">01:42:47   (Speaker D)  centered in the middle of homes also very, very coastal. </w:t>
      </w:r>
    </w:p>
    <w:p>
      <w:r>
        <w:t xml:space="preserve">01:42:51   (Speaker G)  And so I, I, I think that we need to, I think that I shouldn't say. I keep thinking I'm still on the board. </w:t>
      </w:r>
    </w:p>
    <w:p>
      <w:r>
        <w:t xml:space="preserve">01:42:59   (Speaker E)  At the very minimum, we need to have some guidelines that speak to the use of those facilities. I think in the original way back when there was, in the original ccrs, there was something on the, the, on the, on the, the district parks or the, the community, the common areas that they were for enjoyment, but not, yeah. </w:t>
      </w:r>
    </w:p>
    <w:p>
      <w:r>
        <w:t xml:space="preserve">01:43:31   (Speaker G)  What you refer to as peaceful enjoyment. </w:t>
      </w:r>
    </w:p>
    <w:p>
      <w:r>
        <w:t xml:space="preserve">01:43:33   (Speaker E)  Yes. </w:t>
      </w:r>
    </w:p>
    <w:p>
      <w:r>
        <w:t xml:space="preserve">01:43:34   (Speaker G)  And so the difficulty with this is getting the word out. So I would ask if the board is in agreement that Amy get with Tara and have an email blast put out if the board sees fit, that these, these facilities are basically for the peaceful enjoyment of all. They're not intended to be rented or used for any organized activity, parties, events, you know, what, whatever other verbiage we want to throw on there and just simply make people aware that it's not allowed. </w:t>
      </w:r>
    </w:p>
    <w:p>
      <w:r>
        <w:t xml:space="preserve">01:44:11   (Speaker E)  This is not the first time that, that particular. So should that be addressed? </w:t>
      </w:r>
    </w:p>
    <w:p>
      <w:r>
        <w:t xml:space="preserve">01:44:17   (Speaker D)  It's that part that keeps happening. And then the Sortino Pavilion people keep, I keep putting covers over the electrical and they're like bringing their dogs over there. </w:t>
      </w:r>
    </w:p>
    <w:p>
      <w:r>
        <w:t xml:space="preserve">01:44:34   (Speaker I)  We did add something to the guidelines. I think that's appropriate if we have property that's being used that we should have some guidelines here. And I agree with the informational item going out to the community saying, hey, it isn't to be used for this. </w:t>
      </w:r>
    </w:p>
    <w:p>
      <w:r>
        <w:t xml:space="preserve">01:44:51   (Speaker G)  They're called passive parks also by the county for a reason. </w:t>
      </w:r>
    </w:p>
    <w:p>
      <w:r>
        <w:t xml:space="preserve">01:44:54   (Speaker D)  Right. </w:t>
      </w:r>
    </w:p>
    <w:p>
      <w:r>
        <w:t xml:space="preserve">01:44:57   (Speaker G)  The </w:t>
      </w:r>
    </w:p>
    <w:p>
      <w:r>
        <w:t xml:space="preserve">01:44:59   (Speaker F)  pavilions that they just spoke about are those outlets on the same circuit as the ceiling fans. You asked them </w:t>
      </w:r>
    </w:p>
    <w:p>
      <w:r>
        <w:t xml:space="preserve">01:45:07   (Speaker B)  usually. </w:t>
      </w:r>
    </w:p>
    <w:p>
      <w:r>
        <w:t xml:space="preserve">01:45:09   (Speaker E)  So, so I don't know what that language needs to be or how we need to get it in this guidelines that we just approved. </w:t>
      </w:r>
    </w:p>
    <w:p>
      <w:r>
        <w:t xml:space="preserve">01:45:15   (Speaker D)  But how do we. </w:t>
      </w:r>
    </w:p>
    <w:p>
      <w:r>
        <w:t xml:space="preserve">01:45:23   (Speaker B)  Don't want them to use gunlets. We do not. </w:t>
      </w:r>
    </w:p>
    <w:p>
      <w:r>
        <w:t xml:space="preserve">01:45:26   (Speaker F)  Yeah. </w:t>
      </w:r>
    </w:p>
    <w:p>
      <w:r>
        <w:t xml:space="preserve">01:45:27   (Speaker B)  So we, we locked them at pavilions. You just buy a metal. </w:t>
      </w:r>
    </w:p>
    <w:p>
      <w:r>
        <w:t xml:space="preserve">01:45:33   (Speaker F)  Amy just said that they're breaking the locks or the box to get to. </w:t>
      </w:r>
    </w:p>
    <w:p>
      <w:r>
        <w:t xml:space="preserve">01:45:35   (Speaker B)  Yeah, you have the plastic box that Radiates. But some of them put a metal box. And we can get the metal boxes they have. Just change out the COVID The COVID plate change cover. The metal one you can't break. I mean, unless they're going to bust off and pull the entire thing. But at that point they froze me out. </w:t>
      </w:r>
    </w:p>
    <w:p>
      <w:r>
        <w:t xml:space="preserve">01:45:55   (Speaker F)  Is there any reason not. And I cannot think of one, but is there any reason. Reason a resident would need an outlet </w:t>
      </w:r>
    </w:p>
    <w:p>
      <w:r>
        <w:t xml:space="preserve">01:46:00   (Speaker B)  at that pavilion that. That we don't chart their students? </w:t>
      </w:r>
    </w:p>
    <w:p>
      <w:r>
        <w:t xml:space="preserve">01:46:06   (Speaker G)  We're not renting out that particular pavilion. </w:t>
      </w:r>
    </w:p>
    <w:p>
      <w:r>
        <w:t xml:space="preserve">01:46:09   (Speaker D)  No, they're. </w:t>
      </w:r>
    </w:p>
    <w:p>
      <w:r>
        <w:t xml:space="preserve">01:46:11   (Speaker G)  So it's. I don't. Unless we needed it for something, which </w:t>
      </w:r>
    </w:p>
    <w:p>
      <w:r>
        <w:t xml:space="preserve">01:46:14   (Speaker B)  I don't really see that. No, they're just kind of general use gazebos. </w:t>
      </w:r>
    </w:p>
    <w:p>
      <w:r>
        <w:t xml:space="preserve">01:46:18   (Speaker G)  Yeah. I mean, it's not unusual to find them there. But, you know, the problem is the </w:t>
      </w:r>
    </w:p>
    <w:p>
      <w:r>
        <w:t xml:space="preserve">01:46:23   (Speaker B)  controller aspects and what's going on. </w:t>
      </w:r>
    </w:p>
    <w:p>
      <w:r>
        <w:t xml:space="preserve">01:46:28   (Speaker D)  They're cleaning up. And who knows how many times the DMS guys cleans up, but they're cleaning up dog hair every two weeks over there. They leave it on the table. And when I did reach out to that resident and say like, hey, you're not supposed to be doing that. It's like short you. </w:t>
      </w:r>
    </w:p>
    <w:p>
      <w:r>
        <w:t xml:space="preserve">01:46:42   (Speaker B)  Where it says that is she. </w:t>
      </w:r>
    </w:p>
    <w:p>
      <w:r>
        <w:t xml:space="preserve">01:46:43   (Speaker G)  Does she have a grooming business or something? </w:t>
      </w:r>
    </w:p>
    <w:p>
      <w:r>
        <w:t xml:space="preserve">01:46:45   (Speaker D)  No, she just has a big white dog. </w:t>
      </w:r>
    </w:p>
    <w:p>
      <w:r>
        <w:t xml:space="preserve">01:46:48   (Speaker F)  She don't want the. </w:t>
      </w:r>
    </w:p>
    <w:p>
      <w:r>
        <w:t xml:space="preserve">01:46:49   (Speaker D)  The hair in her. </w:t>
      </w:r>
    </w:p>
    <w:p>
      <w:r>
        <w:t xml:space="preserve">01:46:53   (Speaker G)  Maybe we should bag it up and put it at her front door. </w:t>
      </w:r>
    </w:p>
    <w:p>
      <w:r>
        <w:t xml:space="preserve">01:46:57   (Speaker F)  So can we authorize Clayton to just swap out the boxes for something that's a little less. </w:t>
      </w:r>
    </w:p>
    <w:p>
      <w:r>
        <w:t xml:space="preserve">01:47:04   (Speaker D)  Yeah, maybe even. Maybe do that at all the parks there. I'm wondering where they keep having a party. </w:t>
      </w:r>
    </w:p>
    <w:p>
      <w:r>
        <w:t xml:space="preserve">01:47:12   (Speaker E)  Well, if that one particular park is reoccurring, we should probably send a letter, shouldn't we? Since this was the biggest. </w:t>
      </w:r>
    </w:p>
    <w:p>
      <w:r>
        <w:t xml:space="preserve">01:47:21   (Speaker B)  Yeah. We're just one people. Using the elements that's TR we find. I would recommend we change them all out to a metal. I was looking at one the other day, this plastic. It had locks on it, but it's plastic. Pull an arm, you can break it. Sure. But we don't want to use it. We just switch them all out to metal face. </w:t>
      </w:r>
    </w:p>
    <w:p>
      <w:r>
        <w:t xml:space="preserve">01:47:39   (Speaker D)  All right, I recommend we do that. So. </w:t>
      </w:r>
    </w:p>
    <w:p>
      <w:r>
        <w:t xml:space="preserve">01:47:44   (Speaker E)  But where we are, we need to get. Mike's going to work on the guidelines for the parks. </w:t>
      </w:r>
    </w:p>
    <w:p>
      <w:r>
        <w:t xml:space="preserve">01:47:49   (Speaker F)  Yep. </w:t>
      </w:r>
    </w:p>
    <w:p>
      <w:r>
        <w:t xml:space="preserve">01:47:49   (Speaker E)  So we can get this amended. And then </w:t>
      </w:r>
    </w:p>
    <w:p>
      <w:r>
        <w:t xml:space="preserve">01:47:54   (Speaker F)  I'm like looking at all the draft documents, I'm like, yeah, well, sometimes. </w:t>
      </w:r>
    </w:p>
    <w:p>
      <w:r>
        <w:t xml:space="preserve">01:48:00   (Speaker C)  Yeah. And it just pops in. But that's what's good. As long as it's not costs. </w:t>
      </w:r>
    </w:p>
    <w:p>
      <w:r>
        <w:t xml:space="preserve">01:48:04   (Speaker I)  We can amend your next meeting. </w:t>
      </w:r>
    </w:p>
    <w:p>
      <w:r>
        <w:t xml:space="preserve">01:48:07   (Speaker B)  Yeah. </w:t>
      </w:r>
    </w:p>
    <w:p>
      <w:r>
        <w:t xml:space="preserve">01:48:08   (Speaker F)  All right. </w:t>
      </w:r>
    </w:p>
    <w:p>
      <w:r>
        <w:t xml:space="preserve">01:48:10   (Speaker G)  Well, these become a Kind of a thing, too, where it becomes somewhat unexpected. It's like. </w:t>
      </w:r>
    </w:p>
    <w:p>
      <w:r>
        <w:t xml:space="preserve">01:48:15   (Speaker F)  Really? </w:t>
      </w:r>
    </w:p>
    <w:p>
      <w:r>
        <w:t xml:space="preserve">01:48:16   (Speaker G)  You don't think you need to get permission to do anything like that? </w:t>
      </w:r>
    </w:p>
    <w:p>
      <w:r>
        <w:t xml:space="preserve">01:48:19   (Speaker B)  Yeah. All right. Okay. </w:t>
      </w:r>
    </w:p>
    <w:p>
      <w:r>
        <w:t xml:space="preserve">01:48:23   (Speaker A)  All right. </w:t>
      </w:r>
    </w:p>
    <w:p>
      <w:r>
        <w:t xml:space="preserve">01:48:24   (Speaker C)  Well, with that, I'll let. </w:t>
      </w:r>
    </w:p>
    <w:p>
      <w:r>
        <w:t xml:space="preserve">01:48:25   (Speaker B)  Mike, did you want to ask about your. </w:t>
      </w:r>
    </w:p>
    <w:p>
      <w:r>
        <w:t xml:space="preserve">01:48:29   (Speaker H)  I didn't know if it was. I reached a level of board discussion. Just the hours, clubhouse hours. I don't really know what. I think it says Mondays were closed. </w:t>
      </w:r>
    </w:p>
    <w:p>
      <w:r>
        <w:t xml:space="preserve">01:48:37   (Speaker B)  The United Center. </w:t>
      </w:r>
    </w:p>
    <w:p>
      <w:r>
        <w:t xml:space="preserve">01:48:39   (Speaker H)  The guidelines say Mondays. </w:t>
      </w:r>
    </w:p>
    <w:p>
      <w:r>
        <w:t xml:space="preserve">01:48:40   (Speaker D)  Yeah, those are. I've been here. </w:t>
      </w:r>
    </w:p>
    <w:p>
      <w:r>
        <w:t xml:space="preserve">01:48:44   (Speaker H)  I think we just approved it. </w:t>
      </w:r>
    </w:p>
    <w:p>
      <w:r>
        <w:t xml:space="preserve">01:48:45   (Speaker D)  Three years, I've never been close, so. </w:t>
      </w:r>
    </w:p>
    <w:p>
      <w:r>
        <w:t xml:space="preserve">01:48:48   (Speaker E)  But it's. It's listed in that, so we have to get it. </w:t>
      </w:r>
    </w:p>
    <w:p>
      <w:r>
        <w:t xml:space="preserve">01:48:51   (Speaker I)  Yeah, we did change that. </w:t>
      </w:r>
    </w:p>
    <w:p>
      <w:r>
        <w:t xml:space="preserve">01:48:52   (Speaker E)  Yeah. </w:t>
      </w:r>
    </w:p>
    <w:p>
      <w:r>
        <w:t xml:space="preserve">01:48:53   (Speaker H)  So it says Monday we're closed. </w:t>
      </w:r>
    </w:p>
    <w:p>
      <w:r>
        <w:t xml:space="preserve">01:48:57   (Speaker E)  What page is it on? </w:t>
      </w:r>
    </w:p>
    <w:p>
      <w:r>
        <w:t xml:space="preserve">01:48:59   (Speaker H)  54, the agenda. Four of the guys. </w:t>
      </w:r>
    </w:p>
    <w:p>
      <w:r>
        <w:t xml:space="preserve">01:49:02   (Speaker D)  I thought I had changed that back for the transition Monday, so I figured. </w:t>
      </w:r>
    </w:p>
    <w:p>
      <w:r>
        <w:t xml:space="preserve">01:49:09   (Speaker B)  Yeah, but that's. </w:t>
      </w:r>
    </w:p>
    <w:p>
      <w:r>
        <w:t xml:space="preserve">01:49:11   (Speaker H)  That's not going to. </w:t>
      </w:r>
    </w:p>
    <w:p>
      <w:r>
        <w:t xml:space="preserve">01:49:12   (Speaker D)  And then on Sunday, that's fine. </w:t>
      </w:r>
    </w:p>
    <w:p>
      <w:r>
        <w:t xml:space="preserve">01:49:14   (Speaker E)  Yeah. But then on the Sunday, how are we going to handle the umbrellas? </w:t>
      </w:r>
    </w:p>
    <w:p>
      <w:r>
        <w:t xml:space="preserve">01:49:19   (Speaker D)  We still have maintenance here on. </w:t>
      </w:r>
    </w:p>
    <w:p>
      <w:r>
        <w:t xml:space="preserve">01:49:21   (Speaker E)  Oh, there is still maintenance. </w:t>
      </w:r>
    </w:p>
    <w:p>
      <w:r>
        <w:t xml:space="preserve">01:49:22   (Speaker D)  Yes, there's still coming on property. We have a rental about Monday. Okay. Yeah, we have maintenance here very regular time. But the clubhouse itself is closed. </w:t>
      </w:r>
    </w:p>
    <w:p>
      <w:r>
        <w:t xml:space="preserve">01:49:34   (Speaker B)  It's. </w:t>
      </w:r>
    </w:p>
    <w:p>
      <w:r>
        <w:t xml:space="preserve">01:49:35   (Speaker F)  Clubhouse is open Sunday 12. </w:t>
      </w:r>
    </w:p>
    <w:p>
      <w:r>
        <w:t xml:space="preserve">01:49:37   (Speaker E)  Yeah, we gotta. When we're doing our other amendments. </w:t>
      </w:r>
    </w:p>
    <w:p>
      <w:r>
        <w:t xml:space="preserve">01:49:40   (Speaker D)  Let's. </w:t>
      </w:r>
    </w:p>
    <w:p>
      <w:r>
        <w:t xml:space="preserve">01:49:40   (Speaker B)  Yeah, if. </w:t>
      </w:r>
    </w:p>
    <w:p>
      <w:r>
        <w:t xml:space="preserve">01:49:41   (Speaker I)  If you all pick up anything like that, then if you email it to me, I'll make sure it gives in a red line of what we present to you in the next meeting. </w:t>
      </w:r>
    </w:p>
    <w:p>
      <w:r>
        <w:t xml:space="preserve">01:49:48   (Speaker E)  Okay. I'll maybe read them a little better. </w:t>
      </w:r>
    </w:p>
    <w:p>
      <w:r>
        <w:t xml:space="preserve">01:49:54   (Speaker B)  Okay. </w:t>
      </w:r>
    </w:p>
    <w:p>
      <w:r>
        <w:t xml:space="preserve">01:49:55   (Speaker C)  Anything else for amenity? All right, so we're good on board. Consultant as well. So I will turn it over to </w:t>
      </w:r>
    </w:p>
    <w:p>
      <w:r>
        <w:t xml:space="preserve">01:50:04   (Speaker B)  Mike for district council reports. </w:t>
      </w:r>
    </w:p>
    <w:p>
      <w:r>
        <w:t xml:space="preserve">01:50:07   (Speaker I)  Yeah, just real quick on the legislative front, the governor signed two of the </w:t>
      </w:r>
    </w:p>
    <w:p>
      <w:r>
        <w:t xml:space="preserve">01:50:11   (Speaker B)  bills that we've been following. </w:t>
      </w:r>
    </w:p>
    <w:p>
      <w:r>
        <w:t xml:space="preserve">01:50:13   (Speaker I)  The supervisor recall bill goes into effect on. Went into effect on July 1. He didn't sign that one again. That's the bill that if people want to try to remove a sitting supervisor after they've served for a year, then there's a whole process for them to recall them and do that. Now there's expense associated with it. It'll be interesting to see if that's done. I know at one place in central </w:t>
      </w:r>
    </w:p>
    <w:p>
      <w:r>
        <w:t xml:space="preserve">01:50:34   (Speaker B)  Florida where </w:t>
      </w:r>
    </w:p>
    <w:p>
      <w:r>
        <w:t xml:space="preserve">01:50:38   (Speaker I)  the reason for the actual bill. The other bill that the governor signed was the electronic payments, the requiring you to take some payments or requiring you to take payments over your website. So again, you guys are already looking at that. Surprisingly, the governor vetoed the sovereign immunity bill. So the Sovereign immunity limits did not increase this year so therefore it shouldn't have an impact on your insurance rates. We do think that will keep coming back and at some point either with this governor or another governor there'll be a palatable solution to what a lot of people perceive as a problem. When you don't change dollar amounts for, you know, 10, 12 years. Inflation is done when it's done so </w:t>
      </w:r>
    </w:p>
    <w:p>
      <w:r>
        <w:t xml:space="preserve">01:51:21   (Speaker B)  it's going to keep going back. </w:t>
      </w:r>
    </w:p>
    <w:p>
      <w:r>
        <w:t xml:space="preserve">01:51:23   (Speaker I)  But that was a surprise that at least to me that that one was </w:t>
      </w:r>
    </w:p>
    <w:p>
      <w:r>
        <w:t xml:space="preserve">01:51:26   (Speaker B)  we other than that we have a </w:t>
      </w:r>
    </w:p>
    <w:p>
      <w:r>
        <w:t xml:space="preserve">01:51:30   (Speaker I)  whole plate of things that we're working </w:t>
      </w:r>
    </w:p>
    <w:p>
      <w:r>
        <w:t xml:space="preserve">01:51:32   (Speaker B)  on but kind of what we need to do in the next weeks. So be. </w:t>
      </w:r>
    </w:p>
    <w:p>
      <w:r>
        <w:t xml:space="preserve">01:51:37   (Speaker D)  Thank you. </w:t>
      </w:r>
    </w:p>
    <w:p>
      <w:r>
        <w:t xml:space="preserve">01:51:38   (Speaker I)  Good. </w:t>
      </w:r>
    </w:p>
    <w:p>
      <w:r>
        <w:t xml:space="preserve">01:51:38   (Speaker B)  Thank you. All right. </w:t>
      </w:r>
    </w:p>
    <w:p>
      <w:r>
        <w:t xml:space="preserve">01:51:39   (Speaker C)  Thanks Mike. Anything else for district council? </w:t>
      </w:r>
    </w:p>
    <w:p>
      <w:r>
        <w:t xml:space="preserve">01:51:44   (Speaker D)  Okay. </w:t>
      </w:r>
    </w:p>
    <w:p>
      <w:r>
        <w:t xml:space="preserve">01:51:46   (Speaker C)  So I will turn it over to Clayton and field manager. You do have updated action items list here for you as well. Couple other things on here too that touch on. </w:t>
      </w:r>
    </w:p>
    <w:p>
      <w:r>
        <w:t xml:space="preserve">01:52:02   (Speaker G)  Now. </w:t>
      </w:r>
    </w:p>
    <w:p>
      <w:r>
        <w:t xml:space="preserve">01:52:07   (Speaker B)  The same vendor that did all the other areas. It's a pretty big area. Why it's so high 30 for thousand dollars but it's the entirety of Bella Corsa. All the crosswalks, all the stripings. Yellow white also kind of goes up to the J and in front of each. That's all included. It's repainted. I think we did these other ones two years ago and it's held up. You know they look significantly better than. </w:t>
      </w:r>
    </w:p>
    <w:p>
      <w:r>
        <w:t xml:space="preserve">01:52:46   (Speaker E)  This is not those right. We're not reviewing that this is be it. </w:t>
      </w:r>
    </w:p>
    <w:p>
      <w:r>
        <w:t xml:space="preserve">01:52:51   (Speaker C)  We're not restriping. </w:t>
      </w:r>
    </w:p>
    <w:p>
      <w:r>
        <w:t xml:space="preserve">01:52:52   (Speaker E)  We're not restried what we already did. </w:t>
      </w:r>
    </w:p>
    <w:p>
      <w:r>
        <w:t xml:space="preserve">01:52:54   (Speaker B)  We don't have to do anything we haven't done. Which was basically the billable the entire end to end. We didn't do anything. I stopped at the roundabout came into account did that way did this way. We stopped at that second. This would be the. I think it's very kind of quite so high. </w:t>
      </w:r>
    </w:p>
    <w:p>
      <w:r>
        <w:t xml:space="preserve">01:53:22   (Speaker E)  How much did we. How much did we pay for the other. </w:t>
      </w:r>
    </w:p>
    <w:p>
      <w:r>
        <w:t xml:space="preserve">01:53:24   (Speaker B)  I don't remember cheap. And we ended up paying probably around the same amount to do all of them just in sections wasn't cheap. </w:t>
      </w:r>
    </w:p>
    <w:p>
      <w:r>
        <w:t xml:space="preserve">01:53:34   (Speaker E)  What do we have for reserves on that? </w:t>
      </w:r>
    </w:p>
    <w:p>
      <w:r>
        <w:t xml:space="preserve">01:53:38   (Speaker B)  You have that contingency line it up. </w:t>
      </w:r>
    </w:p>
    <w:p>
      <w:r>
        <w:t xml:space="preserve">01:53:41   (Speaker C)  Yeah. </w:t>
      </w:r>
    </w:p>
    <w:p>
      <w:r>
        <w:t xml:space="preserve">01:53:51   (Speaker B)  Your continuous line item where you spend 42,000 and you have 196 again. </w:t>
      </w:r>
    </w:p>
    <w:p>
      <w:r>
        <w:t xml:space="preserve">01:54:04   (Speaker H)  What it is. </w:t>
      </w:r>
    </w:p>
    <w:p>
      <w:r>
        <w:t xml:space="preserve">01:54:06   (Speaker B)  You know you don't have to do it. You want to. We would have the money in that line item. The only other thing that I would say would be kind of also pressing the road. We talk about shortly but you know we're on $150,000 left in that with </w:t>
      </w:r>
    </w:p>
    <w:p>
      <w:r>
        <w:t xml:space="preserve">01:54:26   (Speaker F)  with this size scope, would I assume they would be closing sections of Bella Corsa? </w:t>
      </w:r>
    </w:p>
    <w:p>
      <w:r>
        <w:t xml:space="preserve">01:54:32   (Speaker B)  I mean, we need to figure out how to route traffic, origin. </w:t>
      </w:r>
    </w:p>
    <w:p>
      <w:r>
        <w:t xml:space="preserve">01:54:36   (Speaker F)  Can they just do it and it drives. </w:t>
      </w:r>
    </w:p>
    <w:p>
      <w:r>
        <w:t xml:space="preserve">01:54:39   (Speaker B)  They don't really have to close anything, but if they do, they're in charge of all that. But my understanding is they don't really close. </w:t>
      </w:r>
    </w:p>
    <w:p>
      <w:r>
        <w:t xml:space="preserve">01:54:49   (Speaker D)  Okay. </w:t>
      </w:r>
    </w:p>
    <w:p>
      <w:r>
        <w:t xml:space="preserve">01:54:54   (Speaker E)  I don't know how this could all play out, but the one thing that I would suggest is that the small sections, like going into Tuscana, where that is HOA property, would these people be able to coordinate with the HOA to where they could just charge them for that portion and do it all while they're here so we don't end up with what we ended up with the last time? Because we went up to the gate and then you saw crappy lines going through just to where it was cohesively done throughout the neighborhood. </w:t>
      </w:r>
    </w:p>
    <w:p>
      <w:r>
        <w:t xml:space="preserve">01:55:30   (Speaker B)  Yes, that was taken into account. I think I mentioned it just a little bit ago that everything's included on Del. So we want to parcel out certain areas for the hoa. </w:t>
      </w:r>
    </w:p>
    <w:p>
      <w:r>
        <w:t xml:space="preserve">01:55:42   (Speaker G)  Yeah, we can do that. </w:t>
      </w:r>
    </w:p>
    <w:p>
      <w:r>
        <w:t xml:space="preserve">01:55:44   (Speaker I)  Oh, are you asking to do the HOA roads behind the gates? </w:t>
      </w:r>
    </w:p>
    <w:p>
      <w:r>
        <w:t xml:space="preserve">01:55:48   (Speaker E)  I'm asking to have this company do it while they're out here and build the HOA for their piece appropriately. </w:t>
      </w:r>
    </w:p>
    <w:p>
      <w:r>
        <w:t xml:space="preserve">01:55:56   (Speaker D)  Like, if this includes all the areas </w:t>
      </w:r>
    </w:p>
    <w:p>
      <w:r>
        <w:t xml:space="preserve">01:55:58   (Speaker B)  outside the gates, not including the inside gates. </w:t>
      </w:r>
    </w:p>
    <w:p>
      <w:r>
        <w:t xml:space="preserve">01:56:02   (Speaker E)  No, I know, but is it up to the gates where you're going to see, like, it's going to be a definite stop and then there'll be total 20 more feet of HOA. That's not done. But Bella Corsa only has two gates on it, three gates. </w:t>
      </w:r>
    </w:p>
    <w:p>
      <w:r>
        <w:t xml:space="preserve">01:56:19   (Speaker B)  It's also on CVD entrances up to, like, behind the entry point. </w:t>
      </w:r>
    </w:p>
    <w:p>
      <w:r>
        <w:t xml:space="preserve">01:56:24   (Speaker D)  Right. </w:t>
      </w:r>
    </w:p>
    <w:p>
      <w:r>
        <w:t xml:space="preserve">01:56:25   (Speaker B)  Go all the way to where you're basically. </w:t>
      </w:r>
    </w:p>
    <w:p>
      <w:r>
        <w:t xml:space="preserve">01:56:26   (Speaker E)  So what I'm saying is there's going to be another 20ft at each one of those gates. That's just not done. Is it </w:t>
      </w:r>
    </w:p>
    <w:p>
      <w:r>
        <w:t xml:space="preserve">01:56:35   (Speaker B)  telling you it's going to go up to the gate from Bella Corsa to the gate? No. Understand that she's talking about it just behind the gate. Oh, if you want the HOA to be behind the gate. </w:t>
      </w:r>
    </w:p>
    <w:p>
      <w:r>
        <w:t xml:space="preserve">01:56:47   (Speaker E)  Yeah, yeah. I'm saying can these people do behind the gate and build the hoa? Can we coordinate with the HOA to do that? So it's not a stopped paint line. </w:t>
      </w:r>
    </w:p>
    <w:p>
      <w:r>
        <w:t xml:space="preserve">01:56:58   (Speaker B)  Yeah, sorry. I wanted to go to the gate monuments and anything past that. No, I did not and I didn't include. I mean, I just really asked the HOA talking about the HOA pay for it, but yeah, I mean, you have to. </w:t>
      </w:r>
    </w:p>
    <w:p>
      <w:r>
        <w:t xml:space="preserve">01:57:12   (Speaker C)  It'd have to go to the hoa. The HOA would have to approve. They would have to split this off and then pay. So, I mean, I don't know that </w:t>
      </w:r>
    </w:p>
    <w:p>
      <w:r>
        <w:t xml:space="preserve">01:57:19   (Speaker B)  I would have your decision on whether the hoa, but we can definitely. </w:t>
      </w:r>
    </w:p>
    <w:p>
      <w:r>
        <w:t xml:space="preserve">01:57:25   (Speaker E)  Could we approach them and just find out, like, hey, it's going to be an extra. Ask this company how much more to continue and do that line and then ask the HOA if they're. I mean, can we coordinate that somehow? That's all. </w:t>
      </w:r>
    </w:p>
    <w:p>
      <w:r>
        <w:t xml:space="preserve">01:57:39   (Speaker B)  Because you're trying to do like 20ft interior to the gate. That's just where it is now. </w:t>
      </w:r>
    </w:p>
    <w:p>
      <w:r>
        <w:t xml:space="preserve">01:57:45   (Speaker F)  Because it literally is about 20ft. </w:t>
      </w:r>
    </w:p>
    <w:p>
      <w:r>
        <w:t xml:space="preserve">01:57:47   (Speaker E)  Yeah. </w:t>
      </w:r>
    </w:p>
    <w:p>
      <w:r>
        <w:t xml:space="preserve">01:57:49   (Speaker B)  So. So you want like past the gate, another 20ft where it is. </w:t>
      </w:r>
    </w:p>
    <w:p>
      <w:r>
        <w:t xml:space="preserve">01:57:54   (Speaker E)  Where. Just wherever it is done now, because there is striping that goes past the gates. So if they get up to the gate and they stop, </w:t>
      </w:r>
    </w:p>
    <w:p>
      <w:r>
        <w:t xml:space="preserve">01:58:06   (Speaker B)  there's a little section. Yeah, yeah, I guess I was. </w:t>
      </w:r>
    </w:p>
    <w:p>
      <w:r>
        <w:t xml:space="preserve">01:58:11   (Speaker I)  Yeah. </w:t>
      </w:r>
    </w:p>
    <w:p>
      <w:r>
        <w:t xml:space="preserve">01:58:15   (Speaker B)  I just assume that all the HOA were fined on the ends on the sides. </w:t>
      </w:r>
    </w:p>
    <w:p>
      <w:r>
        <w:t xml:space="preserve">01:58:23   (Speaker E)  No. </w:t>
      </w:r>
    </w:p>
    <w:p>
      <w:r>
        <w:t xml:space="preserve">01:58:23   (Speaker C)  As you go through the gate, there's </w:t>
      </w:r>
    </w:p>
    <w:p>
      <w:r>
        <w:t xml:space="preserve">01:58:25   (Speaker B)  kind of merges on both sides because you get out gate and you know, then. </w:t>
      </w:r>
    </w:p>
    <w:p>
      <w:r>
        <w:t xml:space="preserve">01:58:32   (Speaker C)  Then it goes like 20ft. </w:t>
      </w:r>
    </w:p>
    <w:p>
      <w:r>
        <w:t xml:space="preserve">01:58:33   (Speaker B)  And they're striking only for 20ft. </w:t>
      </w:r>
    </w:p>
    <w:p>
      <w:r>
        <w:t xml:space="preserve">01:58:35   (Speaker I)  Yeah. </w:t>
      </w:r>
    </w:p>
    <w:p>
      <w:r>
        <w:t xml:space="preserve">01:58:35   (Speaker B)  Nowhere else. </w:t>
      </w:r>
    </w:p>
    <w:p>
      <w:r>
        <w:t xml:space="preserve">01:58:36   (Speaker D)  Yeah. </w:t>
      </w:r>
    </w:p>
    <w:p>
      <w:r>
        <w:t xml:space="preserve">01:58:38   (Speaker B)  Get away with not striking. But maybe those are residential. Yes. I mean, I'd have to look at it. But I guess the only thing is ask the HOA if they're interested in it. </w:t>
      </w:r>
    </w:p>
    <w:p>
      <w:r>
        <w:t xml:space="preserve">01:58:53   (Speaker E)  Yeah. Like if while they're already here and then they pay for that portion of it and the setup and whatever. </w:t>
      </w:r>
    </w:p>
    <w:p>
      <w:r>
        <w:t xml:space="preserve">01:59:04   (Speaker F)  Approve this. </w:t>
      </w:r>
    </w:p>
    <w:p>
      <w:r>
        <w:t xml:space="preserve">01:59:05   (Speaker B)  If they. </w:t>
      </w:r>
    </w:p>
    <w:p>
      <w:r>
        <w:t xml:space="preserve">01:59:08   (Speaker C)  I mean, we can ask and. </w:t>
      </w:r>
    </w:p>
    <w:p>
      <w:r>
        <w:t xml:space="preserve">01:59:10   (Speaker F)  Yeah. </w:t>
      </w:r>
    </w:p>
    <w:p>
      <w:r>
        <w:t xml:space="preserve">01:59:12   (Speaker B)  You know, makes me suggestion. </w:t>
      </w:r>
    </w:p>
    <w:p>
      <w:r>
        <w:t xml:space="preserve">01:59:14   (Speaker D)  Okay, ask. </w:t>
      </w:r>
    </w:p>
    <w:p>
      <w:r>
        <w:t xml:space="preserve">01:59:15   (Speaker B)  Yeah. </w:t>
      </w:r>
    </w:p>
    <w:p>
      <w:r>
        <w:t xml:space="preserve">01:59:15   (Speaker E)  See if we can coordinate just while they're here. That's all I was thinking. </w:t>
      </w:r>
    </w:p>
    <w:p>
      <w:r>
        <w:t xml:space="preserve">01:59:19   (Speaker B)  I guess it's only what, Santary </w:t>
      </w:r>
    </w:p>
    <w:p>
      <w:r>
        <w:t xml:space="preserve">01:59:24   (Speaker H)  Cortona. </w:t>
      </w:r>
    </w:p>
    <w:p>
      <w:r>
        <w:t xml:space="preserve">01:59:27   (Speaker D)  But we. </w:t>
      </w:r>
    </w:p>
    <w:p>
      <w:r>
        <w:t xml:space="preserve">01:59:28   (Speaker E)  But Toscana won't be. We have to ask them to add those two. </w:t>
      </w:r>
    </w:p>
    <w:p>
      <w:r>
        <w:t xml:space="preserve">01:59:34   (Speaker B)  Yeah. </w:t>
      </w:r>
    </w:p>
    <w:p>
      <w:r>
        <w:t xml:space="preserve">01:59:34   (Speaker E)  Because Pic, there even stripes on the roof. </w:t>
      </w:r>
    </w:p>
    <w:p>
      <w:r>
        <w:t xml:space="preserve">01:59:41   (Speaker D)  Where? </w:t>
      </w:r>
    </w:p>
    <w:p>
      <w:r>
        <w:t xml:space="preserve">01:59:42   (Speaker E)  Between Ravello and Matera. </w:t>
      </w:r>
    </w:p>
    <w:p>
      <w:r>
        <w:t xml:space="preserve">01:59:47   (Speaker D)  Oh, no, I live there. I should talk. Yeah. </w:t>
      </w:r>
    </w:p>
    <w:p>
      <w:r>
        <w:t xml:space="preserve">01:59:51   (Speaker E)  Maybe just if we could. I'm okay to approve this as it stands, or do you want to go back and ask them to define it </w:t>
      </w:r>
    </w:p>
    <w:p>
      <w:r>
        <w:t xml:space="preserve">02:00:05   (Speaker D)  a little bit more? </w:t>
      </w:r>
    </w:p>
    <w:p>
      <w:r>
        <w:t xml:space="preserve">02:00:07   (Speaker B)  I mean it. </w:t>
      </w:r>
    </w:p>
    <w:p>
      <w:r>
        <w:t xml:space="preserve">02:00:07   (Speaker E)  So are you seeing the stripes on the other side? </w:t>
      </w:r>
    </w:p>
    <w:p>
      <w:r>
        <w:t xml:space="preserve">02:00:10   (Speaker F)  There's no rush. </w:t>
      </w:r>
    </w:p>
    <w:p>
      <w:r>
        <w:t xml:space="preserve">02:00:12   (Speaker B)  Well, a. </w:t>
      </w:r>
    </w:p>
    <w:p>
      <w:r>
        <w:t xml:space="preserve">02:00:13   (Speaker C)  There's no rush. Don't worry about that necessarily. Change the CDD's portion, because this is all CDD. </w:t>
      </w:r>
    </w:p>
    <w:p>
      <w:r>
        <w:t xml:space="preserve">02:00:21   (Speaker D)  Right. </w:t>
      </w:r>
    </w:p>
    <w:p>
      <w:r>
        <w:t xml:space="preserve">02:00:22   (Speaker E)  So that's what I'm saying. We can approve the cdd, but can we just try to coordinate? </w:t>
      </w:r>
    </w:p>
    <w:p>
      <w:r>
        <w:t xml:space="preserve">02:00:27   (Speaker C)  It would basically just be an ass. So we can do one of two things. We can go and ask and come back at the next meeting and say they hoa said no. Yes. So they're going to take it to the meeting and vote. Or you can approve this and we can do that and still move forward with this. Depending on their answer. I mean, might be best to just. I mean, I don't know what you think, Clayton. Just holding this until we have that conversation and bring it back to the next meeting. So. </w:t>
      </w:r>
    </w:p>
    <w:p>
      <w:r>
        <w:t xml:space="preserve">02:00:52   (Speaker H)  Yeah, </w:t>
      </w:r>
    </w:p>
    <w:p>
      <w:r>
        <w:t xml:space="preserve">02:00:55   (Speaker E)  you're not seeing it. Maybe it's only in hard to see, but. So </w:t>
      </w:r>
    </w:p>
    <w:p>
      <w:r>
        <w:t xml:space="preserve">02:01:03   (Speaker F)  this is a bell course. I get that. And we're saying up to the gates. If there is no gate, Clayton, how </w:t>
      </w:r>
    </w:p>
    <w:p>
      <w:r>
        <w:t xml:space="preserve">02:01:09   (Speaker B)  far does it go in? Yeah, like to the back of the Monument Island. That's usually where it stops. Okay. </w:t>
      </w:r>
    </w:p>
    <w:p>
      <w:r>
        <w:t xml:space="preserve">02:01:20   (Speaker A)  Okay. </w:t>
      </w:r>
    </w:p>
    <w:p>
      <w:r>
        <w:t xml:space="preserve">02:01:22   (Speaker B)  Yeah, because it looks like Martino kind </w:t>
      </w:r>
    </w:p>
    <w:p>
      <w:r>
        <w:t xml:space="preserve">02:01:26   (Speaker F)  of has like a V or something off that at the end of the island. Like those two yellow lines would kind of come together. </w:t>
      </w:r>
    </w:p>
    <w:p>
      <w:r>
        <w:t xml:space="preserve">02:01:32   (Speaker B)  It's pretty dark. Yeah, I know it's got a line on it. </w:t>
      </w:r>
    </w:p>
    <w:p>
      <w:r>
        <w:t xml:space="preserve">02:01:40   (Speaker F)  And I'm guessing. </w:t>
      </w:r>
    </w:p>
    <w:p>
      <w:r>
        <w:t xml:space="preserve">02:01:43   (Speaker E)  Well, I know there is assurance is coming. </w:t>
      </w:r>
    </w:p>
    <w:p>
      <w:r>
        <w:t xml:space="preserve">02:01:44   (Speaker B)  Okay, perfect. </w:t>
      </w:r>
    </w:p>
    <w:p>
      <w:r>
        <w:t xml:space="preserve">02:01:45   (Speaker F)  Thanks, sir. </w:t>
      </w:r>
    </w:p>
    <w:p>
      <w:r>
        <w:t xml:space="preserve">02:01:48   (Speaker E)  So maybe it's just that the Toscana and the Tereso neighborhoods have it and </w:t>
      </w:r>
    </w:p>
    <w:p>
      <w:r>
        <w:t xml:space="preserve">02:01:54   (Speaker D)  the rest of them didn't can see. </w:t>
      </w:r>
    </w:p>
    <w:p>
      <w:r>
        <w:t xml:space="preserve">02:02:00   (Speaker C)  So again, we can just bring this back after having that conversation. </w:t>
      </w:r>
    </w:p>
    <w:p>
      <w:r>
        <w:t xml:space="preserve">02:02:04   (Speaker B)  There is one, You know, we bring back </w:t>
      </w:r>
    </w:p>
    <w:p>
      <w:r>
        <w:t xml:space="preserve">02:02:23   (Speaker H)  while we're at it. You also got Montana that connects to Wiregrass Ranch. I don't know what kind of striping </w:t>
      </w:r>
    </w:p>
    <w:p>
      <w:r>
        <w:t xml:space="preserve">02:02:29   (Speaker B)  that has, but it's set </w:t>
      </w:r>
    </w:p>
    <w:p>
      <w:r>
        <w:t xml:space="preserve">02:02:33   (Speaker H)  entrance in the. Yeah, the northeast side. </w:t>
      </w:r>
    </w:p>
    <w:p>
      <w:r>
        <w:t xml:space="preserve">02:02:35   (Speaker I)  We have a little road there. </w:t>
      </w:r>
    </w:p>
    <w:p>
      <w:r>
        <w:t xml:space="preserve">02:02:38   (Speaker B)  I don't know. </w:t>
      </w:r>
    </w:p>
    <w:p>
      <w:r>
        <w:t xml:space="preserve">02:02:41   (Speaker H)  Yeah, </w:t>
      </w:r>
    </w:p>
    <w:p>
      <w:r>
        <w:t xml:space="preserve">02:02:44   (Speaker E)  yeah, I think we better just. </w:t>
      </w:r>
    </w:p>
    <w:p>
      <w:r>
        <w:t xml:space="preserve">02:02:46   (Speaker B)  The road itself is not fair. </w:t>
      </w:r>
    </w:p>
    <w:p>
      <w:r>
        <w:t xml:space="preserve">02:02:53   (Speaker E)  Is that wire grasses painting or ours? Yeah, that looks fresh. </w:t>
      </w:r>
    </w:p>
    <w:p>
      <w:r>
        <w:t xml:space="preserve">02:03:10   (Speaker H)  Yeah. </w:t>
      </w:r>
    </w:p>
    <w:p>
      <w:r>
        <w:t xml:space="preserve">02:03:10   (Speaker C)  So we'll just bring it back, have the conversation. </w:t>
      </w:r>
    </w:p>
    <w:p>
      <w:r>
        <w:t xml:space="preserve">02:03:13   (Speaker A)  One more thing, which is just for notice. Cbd, cl. When you talk to them, every intersection, street, we made them do MOT because we had conflicting movements, so straightaways weren't a problem. But when we got the intersection streets, they should be budget in their mot. </w:t>
      </w:r>
    </w:p>
    <w:p>
      <w:r>
        <w:t xml:space="preserve">02:03:30   (Speaker E)  What does MOT mean? </w:t>
      </w:r>
    </w:p>
    <w:p>
      <w:r>
        <w:t xml:space="preserve">02:03:31   (Speaker A)  Maintenance of traffic. </w:t>
      </w:r>
    </w:p>
    <w:p>
      <w:r>
        <w:t xml:space="preserve">02:03:33   (Speaker D)  Okay, gotcha. </w:t>
      </w:r>
    </w:p>
    <w:p>
      <w:r>
        <w:t xml:space="preserve">02:03:37   (Speaker G)  Turn this one </w:t>
      </w:r>
    </w:p>
    <w:p>
      <w:r>
        <w:t xml:space="preserve">02:03:40   (Speaker B)  or flagger. </w:t>
      </w:r>
    </w:p>
    <w:p>
      <w:r>
        <w:t xml:space="preserve">02:03:42   (Speaker F)  Right, so I'm just going to bring that. </w:t>
      </w:r>
    </w:p>
    <w:p>
      <w:r>
        <w:t xml:space="preserve">02:03:43   (Speaker B)  Yep, we'll just bring it back. The next item here. We have that large capital outrage. Even with $60,000 or 64 bedrooms, for sure you still have plenty of room there </w:t>
      </w:r>
    </w:p>
    <w:p>
      <w:r>
        <w:t xml:space="preserve">02:04:21   (Speaker F)  this year. </w:t>
      </w:r>
    </w:p>
    <w:p>
      <w:r>
        <w:t xml:space="preserve">02:04:22   (Speaker E)  Is there a hand? There's a bunch of them that are out or it's a full section. </w:t>
      </w:r>
    </w:p>
    <w:p>
      <w:r>
        <w:t xml:space="preserve">02:04:25   (Speaker B)  It's a few of them that are out. Yeah. 170,039 spend 65. So you still have </w:t>
      </w:r>
    </w:p>
    <w:p>
      <w:r>
        <w:t xml:space="preserve">02:04:37   (Speaker E)  my motion that we go ahead and fix it. </w:t>
      </w:r>
    </w:p>
    <w:p>
      <w:r>
        <w:t xml:space="preserve">02:04:47   (Speaker F)  Just the last two lights. It says right. Takes two lights that are out of here. To the last two poles on that street. </w:t>
      </w:r>
    </w:p>
    <w:p>
      <w:r>
        <w:t xml:space="preserve">02:05:03   (Speaker E)  Motion that we approve that. </w:t>
      </w:r>
    </w:p>
    <w:p>
      <w:r>
        <w:t xml:space="preserve">02:05:10   (Speaker C)  Second for Randy. </w:t>
      </w:r>
    </w:p>
    <w:p>
      <w:r>
        <w:t xml:space="preserve">02:05:14   (Speaker B)  All in favor? </w:t>
      </w:r>
    </w:p>
    <w:p>
      <w:r>
        <w:t xml:space="preserve">02:05:17   (Speaker H)  You know, if that'll fix the. On Fontana, we have one that's out and it's right at that intersection. It's 4861 Toronto is right there where it blowns into Fontana. Fontana, we got one that's kind of a. </w:t>
      </w:r>
    </w:p>
    <w:p>
      <w:r>
        <w:t xml:space="preserve">02:05:29   (Speaker B)  A flasher. </w:t>
      </w:r>
    </w:p>
    <w:p>
      <w:r>
        <w:t xml:space="preserve">02:05:30   (Speaker H)  Maybe been a week or two, but </w:t>
      </w:r>
    </w:p>
    <w:p>
      <w:r>
        <w:t xml:space="preserve">02:05:32   (Speaker B)  it's just been blacker. Would be a diet. </w:t>
      </w:r>
    </w:p>
    <w:p>
      <w:r>
        <w:t xml:space="preserve">02:05:34   (Speaker H)  Okay. </w:t>
      </w:r>
    </w:p>
    <w:p>
      <w:r>
        <w:t xml:space="preserve">02:05:35   (Speaker B)  It does smack. Okay. </w:t>
      </w:r>
    </w:p>
    <w:p>
      <w:r>
        <w:t xml:space="preserve">02:05:37   (Speaker H)  It does. Yeah. It's just like a second on, second off. Second on, second off. </w:t>
      </w:r>
    </w:p>
    <w:p>
      <w:r>
        <w:t xml:space="preserve">02:05:41   (Speaker B)  And then there's one that's out next </w:t>
      </w:r>
    </w:p>
    <w:p>
      <w:r>
        <w:t xml:space="preserve">02:05:42   (Speaker H)  to it on Fontana. And I think the next one in the string is the end of Tremonto where he's talking about. Yeah. </w:t>
      </w:r>
    </w:p>
    <w:p>
      <w:r>
        <w:t xml:space="preserve">02:05:48   (Speaker B)  So he's saying there's an issue under the driver. Okay. That part of the mountain related to the park. Flashing light. But I will let it go. </w:t>
      </w:r>
    </w:p>
    <w:p>
      <w:r>
        <w:t xml:space="preserve">02:05:57   (Speaker H)  There's another. There's another one out on Fontana also next to the flasher, which I think is next to the one they're fixing on Tonto. So I think it's the end of that screen. I just don't know. It might run off to Fontana. </w:t>
      </w:r>
    </w:p>
    <w:p>
      <w:r>
        <w:t xml:space="preserve">02:06:10   (Speaker E)  You got to get the number. </w:t>
      </w:r>
    </w:p>
    <w:p>
      <w:r>
        <w:t xml:space="preserve">02:06:12   (Speaker B)  No, the other one when you're running by. Yeah, it's right there. </w:t>
      </w:r>
    </w:p>
    <w:p>
      <w:r>
        <w:t xml:space="preserve">02:06:16   (Speaker E)  Slow down and get the number. </w:t>
      </w:r>
    </w:p>
    <w:p>
      <w:r>
        <w:t xml:space="preserve">02:06:20   (Speaker B)  Slow down. Okay. </w:t>
      </w:r>
    </w:p>
    <w:p>
      <w:r>
        <w:t xml:space="preserve">02:06:25   (Speaker A)  We need to speak at tables for something. </w:t>
      </w:r>
    </w:p>
    <w:p>
      <w:r>
        <w:t xml:space="preserve">02:06:29   (Speaker B)  Okay. We talked about the pine tree that's already been improved. Pond erosion. We can get into that consultation after this. Clubhouse mall landscape foliar. Talk about those in process. They should. Beginning at the beginning Thursday and Friday this week. Digital sign, LED sign for the amenity. I have reached out to a few companies, brought some fruits back from one company. We're going to kind of give you an example. I think it's at least going in the right direction. That sign is about six feet, about five and a half feet wide. When I say I am counting the stone base, everything. Well, so, you know, your sign is maybe five is purple four plus. You know, so it's. It's kind of like a portrait. </w:t>
      </w:r>
    </w:p>
    <w:p>
      <w:r>
        <w:t xml:space="preserve">02:07:24   (Speaker E)  And any estimate on price of something like this? </w:t>
      </w:r>
    </w:p>
    <w:p>
      <w:r>
        <w:t xml:space="preserve">02:07:28   (Speaker B)  They have not returned me the price yet. What we're going to need to do is they're going to need to give me the price. You need to specific on the electrical that they need. And then I need you to quote from the electrical. She did send me some additional pictures later this afternoon, but it was way too late for me to in that. Obviously you've seen that picture. She actually put it on that side. But it is going to go up this side or, you know, on this side of the drag for the implementing center. So it'll be the greater than this corner. The question I think is too is do you want to be double sided or one sided? Because she's proposing kind of tilting it at an angle and it's just one sided. </w:t>
      </w:r>
    </w:p>
    <w:p>
      <w:r>
        <w:t xml:space="preserve">02:08:09   (Speaker E)  I would just like to see what the cost difference is between 1 and 2. </w:t>
      </w:r>
    </w:p>
    <w:p>
      <w:r>
        <w:t xml:space="preserve">02:08:17   (Speaker F)  Aesthetically, it's going in the right direction. To answer that. I think it looks good. Yeah. </w:t>
      </w:r>
    </w:p>
    <w:p>
      <w:r>
        <w:t xml:space="preserve">02:08:22   (Speaker B)  On the bottom and get a more modern look up top, I think. </w:t>
      </w:r>
    </w:p>
    <w:p>
      <w:r>
        <w:t xml:space="preserve">02:08:27   (Speaker D)  Yeah. </w:t>
      </w:r>
    </w:p>
    <w:p>
      <w:r>
        <w:t xml:space="preserve">02:08:27   (Speaker F)  So aesthetically I like it. </w:t>
      </w:r>
    </w:p>
    <w:p>
      <w:r>
        <w:t xml:space="preserve">02:08:30   (Speaker B)  Why would it need to be </w:t>
      </w:r>
    </w:p>
    <w:p>
      <w:r>
        <w:t xml:space="preserve">02:08:34   (Speaker C)  Just depending on how it was positioned. You know, if you have it like this, where it's two ties or you </w:t>
      </w:r>
    </w:p>
    <w:p>
      <w:r>
        <w:t xml:space="preserve">02:08:38   (Speaker B)  had it like that. </w:t>
      </w:r>
    </w:p>
    <w:p>
      <w:r>
        <w:t xml:space="preserve">02:08:39   (Speaker E)  I mean, if it's only another five </w:t>
      </w:r>
    </w:p>
    <w:p>
      <w:r>
        <w:t xml:space="preserve">02:08:40   (Speaker B)  grand a ways for it to really be useful. </w:t>
      </w:r>
    </w:p>
    <w:p>
      <w:r>
        <w:t xml:space="preserve">02:08:43   (Speaker E)  So we. Because we want people not to miss it. We want them to see it coming and going so they know between the sides. DDD meeting. Yeah. </w:t>
      </w:r>
    </w:p>
    <w:p>
      <w:r>
        <w:t xml:space="preserve">02:08:51   (Speaker C)  You could put like the other side. </w:t>
      </w:r>
    </w:p>
    <w:p>
      <w:r>
        <w:t xml:space="preserve">02:08:53   (Speaker F)  So. </w:t>
      </w:r>
    </w:p>
    <w:p>
      <w:r>
        <w:t xml:space="preserve">02:08:55   (Speaker B)  Yeah. But I. I really increase the engagement. </w:t>
      </w:r>
    </w:p>
    <w:p>
      <w:r>
        <w:t xml:space="preserve">02:08:57   (Speaker F)  It's going this way. </w:t>
      </w:r>
    </w:p>
    <w:p>
      <w:r>
        <w:t xml:space="preserve">02:08:58   (Speaker B)  So traffic leaving the neighborhood would be </w:t>
      </w:r>
    </w:p>
    <w:p>
      <w:r>
        <w:t xml:space="preserve">02:09:00   (Speaker F)  traffic coming into the neighborhood. I don't think it's facing this way. </w:t>
      </w:r>
    </w:p>
    <w:p>
      <w:r>
        <w:t xml:space="preserve">02:09:04   (Speaker B)  Yeah. </w:t>
      </w:r>
    </w:p>
    <w:p>
      <w:r>
        <w:t xml:space="preserve">02:09:05   (Speaker F)  It looked like it was in Picton. </w:t>
      </w:r>
    </w:p>
    <w:p>
      <w:r>
        <w:t xml:space="preserve">02:09:06   (Speaker A)  It's. </w:t>
      </w:r>
    </w:p>
    <w:p>
      <w:r>
        <w:t xml:space="preserve">02:09:07   (Speaker H)  Yeah. </w:t>
      </w:r>
    </w:p>
    <w:p>
      <w:r>
        <w:t xml:space="preserve">02:09:07   (Speaker F)  It's also on the wrong side of the street. It's an art. </w:t>
      </w:r>
    </w:p>
    <w:p>
      <w:r>
        <w:t xml:space="preserve">02:09:09   (Speaker I)  Yeah. </w:t>
      </w:r>
    </w:p>
    <w:p>
      <w:r>
        <w:t xml:space="preserve">02:09:12   (Speaker C)  We'll have options with two and then location. </w:t>
      </w:r>
    </w:p>
    <w:p>
      <w:r>
        <w:t xml:space="preserve">02:09:15   (Speaker D)  Yeah. </w:t>
      </w:r>
    </w:p>
    <w:p>
      <w:r>
        <w:t xml:space="preserve">02:09:15   (Speaker B)  I would just kind of just go from there. </w:t>
      </w:r>
    </w:p>
    <w:p>
      <w:r>
        <w:t xml:space="preserve">02:09:17   (Speaker C)  But at least it's in the right direction. </w:t>
      </w:r>
    </w:p>
    <w:p>
      <w:r>
        <w:t xml:space="preserve">02:09:18   (Speaker E)  Find out. </w:t>
      </w:r>
    </w:p>
    <w:p>
      <w:r>
        <w:t xml:space="preserve">02:09:20   (Speaker B)  Yeah, No, I can. Yeah. I've already asked them for double sided. </w:t>
      </w:r>
    </w:p>
    <w:p>
      <w:r>
        <w:t xml:space="preserve">02:09:24   (Speaker E)  Okay. Because then we got to do artwork on the back of it. If we don't. Plants. </w:t>
      </w:r>
    </w:p>
    <w:p>
      <w:r>
        <w:t xml:space="preserve">02:09:32   (Speaker B)  Yeah. </w:t>
      </w:r>
    </w:p>
    <w:p>
      <w:r>
        <w:t xml:space="preserve">02:09:33   (Speaker C)  If you do. </w:t>
      </w:r>
    </w:p>
    <w:p>
      <w:r>
        <w:t xml:space="preserve">02:09:33   (Speaker B)  If you do double sided. You haven't put any version. The one oval. Like I said, she sent me way late so I could not print it for you guys. But she actually has it on the corner here on this side of the building on this side of the sidewalk. And it's kind of angled towards the road. </w:t>
      </w:r>
    </w:p>
    <w:p>
      <w:r>
        <w:t xml:space="preserve">02:09:53   (Speaker E)  Yeah. </w:t>
      </w:r>
    </w:p>
    <w:p>
      <w:r>
        <w:t xml:space="preserve">02:09:53   (Speaker B)  So that people drive can see it. But if you put a double sided sign, you have to try and fit it in that version. </w:t>
      </w:r>
    </w:p>
    <w:p>
      <w:r>
        <w:t xml:space="preserve">02:09:59   (Speaker D)  Yeah. </w:t>
      </w:r>
    </w:p>
    <w:p>
      <w:r>
        <w:t xml:space="preserve">02:10:00   (Speaker E)  Which area? </w:t>
      </w:r>
    </w:p>
    <w:p>
      <w:r>
        <w:t xml:space="preserve">02:10:02   (Speaker B)  You'd have to move it out further. Yeah. We're here between the sidewalk and curve. </w:t>
      </w:r>
    </w:p>
    <w:p>
      <w:r>
        <w:t xml:space="preserve">02:10:06   (Speaker D)  No. </w:t>
      </w:r>
    </w:p>
    <w:p>
      <w:r>
        <w:t xml:space="preserve">02:10:06   (Speaker B)  So it has to Be like out there. It couldn't be up here because then you're not able to see it really. It's going to be a weird angle for people coming this way and that way. It's trying to make sure. </w:t>
      </w:r>
    </w:p>
    <w:p>
      <w:r>
        <w:t xml:space="preserve">02:10:18   (Speaker E)  Yeah. I think it should face this. </w:t>
      </w:r>
    </w:p>
    <w:p>
      <w:r>
        <w:t xml:space="preserve">02:10:20   (Speaker B)  Some of them. Some of them you can't see from the side that works </w:t>
      </w:r>
    </w:p>
    <w:p>
      <w:r>
        <w:t xml:space="preserve">02:10:27   (Speaker E)  where they can see it that way and see it this way. </w:t>
      </w:r>
    </w:p>
    <w:p>
      <w:r>
        <w:t xml:space="preserve">02:10:42   (Speaker I)  I just think it's always. I know I've had other communities in Pasco that have had lots of problems getting the county. </w:t>
      </w:r>
    </w:p>
    <w:p>
      <w:r>
        <w:t xml:space="preserve">02:10:51   (Speaker B)  I do know that this vendor has been very on top of these things. She actually knows range of requirements that I think pertaining to. Yeah, she said something about. Oh it was that a developer for some reason apparently the board is developer controlled. They cannot install. </w:t>
      </w:r>
    </w:p>
    <w:p>
      <w:r>
        <w:t xml:space="preserve">02:11:26   (Speaker E)  Oh that doesn't apply to us. </w:t>
      </w:r>
    </w:p>
    <w:p>
      <w:r>
        <w:t xml:space="preserve">02:11:31   (Speaker B)  That's because they don't want it for marketing. Yeah, that's what they said. So they made me prove that it was resident controlled by sending them the document electing officer for the board. </w:t>
      </w:r>
    </w:p>
    <w:p>
      <w:r>
        <w:t xml:space="preserve">02:11:45   (Speaker F)  So. </w:t>
      </w:r>
    </w:p>
    <w:p>
      <w:r>
        <w:t xml:space="preserve">02:11:47   (Speaker B)  Yeah. </w:t>
      </w:r>
    </w:p>
    <w:p>
      <w:r>
        <w:t xml:space="preserve">02:11:47   (Speaker C)  So. </w:t>
      </w:r>
    </w:p>
    <w:p>
      <w:r>
        <w:t xml:space="preserve">02:11:47   (Speaker E)  Well at least you didn't send her our addresses. </w:t>
      </w:r>
    </w:p>
    <w:p>
      <w:r>
        <w:t xml:space="preserve">02:11:49   (Speaker B)  They're pretty on top of. Sure. That's going to obviously be the most important. </w:t>
      </w:r>
    </w:p>
    <w:p>
      <w:r>
        <w:t xml:space="preserve">02:11:56   (Speaker G)  They might. </w:t>
      </w:r>
    </w:p>
    <w:p>
      <w:r>
        <w:t xml:space="preserve">02:11:56   (Speaker B)  It might have to be set back from the road of certain distance. You might not be able to put it. </w:t>
      </w:r>
    </w:p>
    <w:p>
      <w:r>
        <w:t xml:space="preserve">02:12:06   (Speaker F)  Further from the road the bigger it's going to be. </w:t>
      </w:r>
    </w:p>
    <w:p>
      <w:r>
        <w:t xml:space="preserve">02:12:09   (Speaker B)  Yeah that's. </w:t>
      </w:r>
    </w:p>
    <w:p>
      <w:r>
        <w:t xml:space="preserve">02:12:12   (Speaker E)  Can we get a ticker running around the building? </w:t>
      </w:r>
    </w:p>
    <w:p>
      <w:r>
        <w:t xml:space="preserve">02:12:16   (Speaker B)  The street light is always in order. Classy like so once those are delivered they start the. Start the install. </w:t>
      </w:r>
    </w:p>
    <w:p>
      <w:r>
        <w:t xml:space="preserve">02:12:28   (Speaker E)  Okay, that's exciting. </w:t>
      </w:r>
    </w:p>
    <w:p>
      <w:r>
        <w:t xml:space="preserve">02:12:30   (Speaker B)  Now the mini golf cart. </w:t>
      </w:r>
    </w:p>
    <w:p>
      <w:r>
        <w:t xml:space="preserve">02:12:32   (Speaker D)  Oh wait. </w:t>
      </w:r>
    </w:p>
    <w:p>
      <w:r>
        <w:t xml:space="preserve">02:12:33   (Speaker E)  I do have a question though. On that installation. Did we. Will the whole street be dark while they're doing it or will they. How will that work? </w:t>
      </w:r>
    </w:p>
    <w:p>
      <w:r>
        <w:t xml:space="preserve">02:12:48   (Speaker F)  So </w:t>
      </w:r>
    </w:p>
    <w:p>
      <w:r>
        <w:t xml:space="preserve">02:12:51   (Speaker B)  I would imagine. No they. They'll. </w:t>
      </w:r>
    </w:p>
    <w:p>
      <w:r>
        <w:t xml:space="preserve">02:12:54   (Speaker E)  They'll just section out. </w:t>
      </w:r>
    </w:p>
    <w:p>
      <w:r>
        <w:t xml:space="preserve">02:12:55   (Speaker B)  Section out whatever once they get done, you know, then. Then they'll turn it back on. So it'll still work at night. </w:t>
      </w:r>
    </w:p>
    <w:p>
      <w:r>
        <w:t xml:space="preserve">02:13:02   (Speaker E)  We may have to look at. We do we still have some of those solars and if they are going to take the whole run out while they finish the job. We might have to look at putting some of those solar ones up. </w:t>
      </w:r>
    </w:p>
    <w:p>
      <w:r>
        <w:t xml:space="preserve">02:13:12   (Speaker B)  Yeah, we do. I don't know that there would be any like value or you know, extra speed to like you said like remove them all and then put them all in one step. I think they just do. </w:t>
      </w:r>
    </w:p>
    <w:p>
      <w:r>
        <w:t xml:space="preserve">02:13:23   (Speaker D)  Okay. </w:t>
      </w:r>
    </w:p>
    <w:p>
      <w:r>
        <w:t xml:space="preserve">02:13:24   (Speaker E)  Piece by piece. </w:t>
      </w:r>
    </w:p>
    <w:p>
      <w:r>
        <w:t xml:space="preserve">02:13:24   (Speaker B)  Similar time frame. But I can definitely make sure. </w:t>
      </w:r>
    </w:p>
    <w:p>
      <w:r>
        <w:t xml:space="preserve">02:13:28   (Speaker E)  I would just. I'm just curious. I'd hate for them to power everything down and then everybody's up in arms </w:t>
      </w:r>
    </w:p>
    <w:p>
      <w:r>
        <w:t xml:space="preserve">02:13:37   (Speaker B)  to do each one. When they added labor to it, it was like 300 bucks. </w:t>
      </w:r>
    </w:p>
    <w:p>
      <w:r>
        <w:t xml:space="preserve">02:13:42   (Speaker D)  Okay. </w:t>
      </w:r>
    </w:p>
    <w:p>
      <w:r>
        <w:t xml:space="preserve">02:13:45   (Speaker B)  I don't think it would take much so I don't, I don't think they're going to come and move them all. And then I think we're gonna go one. </w:t>
      </w:r>
    </w:p>
    <w:p>
      <w:r>
        <w:t xml:space="preserve">02:13:50   (Speaker E)  Okay. </w:t>
      </w:r>
    </w:p>
    <w:p>
      <w:r>
        <w:t xml:space="preserve">02:13:52   (Speaker B)  Since we're talking with street lights, they repaired the light down here but just. Yeah, but looks like the pole is still crooked. Yeah, I think so. You might want to take a look at it. I just noticed left earlier today. It looks like it's just. I'll make when the car did kind of have to bring out. Okay. So moving on to the golf carts. Writing some proposals with a few different options. I. I looked around a lot and I went to a few dealerships and these guys had the best pricing for what is essentially my understanding would kind of basically get fault auctions from golf courses and then they refurbish them and customize them for what you want to use. For example. But if it doesn't have, you know there a golf cart from golf course club want seats. So put seat, you know, like back seat. You want a. A little bed that will put the bed on you. So what you have is you have two options. The, the one for $4,000 is just to use 2020. They're in decent. They're in good condition. I saw them. I have some pictures of them. They might have a few scuffs or scratches, but there's not going to be rips in the seat. There's not going to be anything like that has a bed on the back. So it'll be the two seats and a bed on the back. You know it would be silver, white, you know, black in that, in that color area. But it's got the lithium battery. It does have a 90 day warranty. </w:t>
      </w:r>
    </w:p>
    <w:p>
      <w:r>
        <w:t xml:space="preserve">02:15:45   (Speaker H)  There's just. </w:t>
      </w:r>
    </w:p>
    <w:p>
      <w:r>
        <w:t xml:space="preserve">02:15:46   (Speaker B)  They're kind of. They come as they, you know, they, they take the 2020 car, clean it up to make sure that nothing's in really bad shape and then they sell it. The other option here is a fully refurbished one. Basically they take the 2021 and they you know, put a whole. They'll put whatever color body you want on it. They'll put fresh seats on it. They'll you know, do everything. But both of them will still have the windshields. They'll still have the head and tail lights, still have the side mirrors. So you've got really the safety aspects on both sides. Still got the cargo box, you've got the cor. You have a little More discretion on things like color. And, you know, it might be a little fancier going with the 6,000. </w:t>
      </w:r>
    </w:p>
    <w:p>
      <w:r>
        <w:t xml:space="preserve">02:16:32   (Speaker E)  Is it possible to. And are we talking about doing two or just one? We approved one, </w:t>
      </w:r>
    </w:p>
    <w:p>
      <w:r>
        <w:t xml:space="preserve">02:16:40   (Speaker B)  except they kind of need the second one. The other one apparently was one that those kids stole and rammed it into a bunch of curves and everything broke all the tie rods and everything underneath. I guess it's been repaired. </w:t>
      </w:r>
    </w:p>
    <w:p>
      <w:r>
        <w:t xml:space="preserve">02:16:52   (Speaker E)  Slim it along. </w:t>
      </w:r>
    </w:p>
    <w:p>
      <w:r>
        <w:t xml:space="preserve">02:16:53   (Speaker B)  It's kind of on a flat leg, so they can make us as many as you want. </w:t>
      </w:r>
    </w:p>
    <w:p>
      <w:r>
        <w:t xml:space="preserve">02:16:59   (Speaker E)  So, So I was, I'm wondering, is it possible to set. If we ended up buying two of them, is it possible to set one of them up where it's the seats that fold down and becomes the bed? That way if you did have a need for four people to go somewhere, you could utilize it as a four seater. </w:t>
      </w:r>
    </w:p>
    <w:p>
      <w:r>
        <w:t xml:space="preserve">02:17:20   (Speaker B)  I would have to ask. That's an option. I was not really entertaining that option. I don't, I don't know if I've ever seen one. </w:t>
      </w:r>
    </w:p>
    <w:p>
      <w:r>
        <w:t xml:space="preserve">02:17:27   (Speaker F)  Yeah, it's a, it's just a mod </w:t>
      </w:r>
    </w:p>
    <w:p>
      <w:r>
        <w:t xml:space="preserve">02:17:31   (Speaker B)  for the back end of it. </w:t>
      </w:r>
    </w:p>
    <w:p>
      <w:r>
        <w:t xml:space="preserve">02:17:32   (Speaker E)  Yeah. </w:t>
      </w:r>
    </w:p>
    <w:p>
      <w:r>
        <w:t xml:space="preserve">02:17:32   (Speaker B)  I would assume you might be able to get that option in 6,000, you know, or in that price range. </w:t>
      </w:r>
    </w:p>
    <w:p>
      <w:r>
        <w:t xml:space="preserve">02:17:38   (Speaker E)  But yeah, I would ask them. </w:t>
      </w:r>
    </w:p>
    <w:p>
      <w:r>
        <w:t xml:space="preserve">02:17:39   (Speaker B)  I would have to ask him if you want to do that. </w:t>
      </w:r>
    </w:p>
    <w:p>
      <w:r>
        <w:t xml:space="preserve">02:17:41   (Speaker E)  I, I, I know mine does that and I got it from Discovery, but I don't know if it was set up that way in the beginning. </w:t>
      </w:r>
    </w:p>
    <w:p>
      <w:r>
        <w:t xml:space="preserve">02:17:49   (Speaker B)  Yeah, that's, that's the thing is like, is, Is it something that you add? </w:t>
      </w:r>
    </w:p>
    <w:p>
      <w:r>
        <w:t xml:space="preserve">02:17:53   (Speaker E)  Yeah, that's. What. I don't know. </w:t>
      </w:r>
    </w:p>
    <w:p>
      <w:r>
        <w:t xml:space="preserve">02:17:58   (Speaker B)  It's pretty standard. Okay then. Yeah. </w:t>
      </w:r>
    </w:p>
    <w:p>
      <w:r>
        <w:t xml:space="preserve">02:18:01   (Speaker E)  But that way you guys, they would have the option in case there were three of them that had to go do something. </w:t>
      </w:r>
    </w:p>
    <w:p>
      <w:r>
        <w:t xml:space="preserve">02:18:07   (Speaker A)  Yeah. </w:t>
      </w:r>
    </w:p>
    <w:p>
      <w:r>
        <w:t xml:space="preserve">02:18:08   (Speaker E)  Then they don't have to. </w:t>
      </w:r>
    </w:p>
    <w:p>
      <w:r>
        <w:t xml:space="preserve">02:18:09   (Speaker B)  The other thing is it's, it's a flat bed when you fold it out. </w:t>
      </w:r>
    </w:p>
    <w:p>
      <w:r>
        <w:t xml:space="preserve">02:18:12   (Speaker E)  Yeah. It's not a tray necessarily, but it's still a flat bed where you could haul stuff. </w:t>
      </w:r>
    </w:p>
    <w:p>
      <w:r>
        <w:t xml:space="preserve">02:18:19   (Speaker B)  Okay. </w:t>
      </w:r>
    </w:p>
    <w:p>
      <w:r>
        <w:t xml:space="preserve">02:18:21   (Speaker E)  We just need to ask our guys maybe, hey, would you like to have. Would this be beneficial to do to one of them? </w:t>
      </w:r>
    </w:p>
    <w:p>
      <w:r>
        <w:t xml:space="preserve">02:18:28   (Speaker B)  I understand the two seater was the. At least is what they use because. </w:t>
      </w:r>
    </w:p>
    <w:p>
      <w:r>
        <w:t xml:space="preserve">02:18:33   (Speaker E)  But that's all they've had two of them. </w:t>
      </w:r>
    </w:p>
    <w:p>
      <w:r>
        <w:t xml:space="preserve">02:18:36   (Speaker B)  I just, I guess I just don't know what they're, who they're giving the heights to. Maybe they are. </w:t>
      </w:r>
    </w:p>
    <w:p>
      <w:r>
        <w:t xml:space="preserve">02:18:41   (Speaker E)  We'll say if there's like the landscaping guy is here and I don't know, </w:t>
      </w:r>
    </w:p>
    <w:p>
      <w:r>
        <w:t xml:space="preserve">02:18:48   (Speaker B)  I'm taking him on the cfo. </w:t>
      </w:r>
    </w:p>
    <w:p>
      <w:r>
        <w:t xml:space="preserve">02:18:50   (Speaker D)  Yeah. </w:t>
      </w:r>
    </w:p>
    <w:p>
      <w:r>
        <w:t xml:space="preserve">02:18:51   (Speaker E)  I don't know. I'm just saying if There was a. Or when, you know, I don't know. </w:t>
      </w:r>
    </w:p>
    <w:p>
      <w:r>
        <w:t xml:space="preserve">02:18:56   (Speaker D)  There might. </w:t>
      </w:r>
    </w:p>
    <w:p>
      <w:r>
        <w:t xml:space="preserve">02:18:57   (Speaker E)  What if you need the extra seat? I don't. </w:t>
      </w:r>
    </w:p>
    <w:p>
      <w:r>
        <w:t xml:space="preserve">02:19:00   (Speaker B)  I mean, two thirds. </w:t>
      </w:r>
    </w:p>
    <w:p>
      <w:r>
        <w:t xml:space="preserve">02:19:05   (Speaker E)  Yeah. </w:t>
      </w:r>
    </w:p>
    <w:p>
      <w:r>
        <w:t xml:space="preserve">02:19:05   (Speaker B)  My concern is. </w:t>
      </w:r>
    </w:p>
    <w:p>
      <w:r>
        <w:t xml:space="preserve">02:19:07   (Speaker D)  I know, but outside, I don't know. </w:t>
      </w:r>
    </w:p>
    <w:p>
      <w:r>
        <w:t xml:space="preserve">02:19:10   (Speaker B)  Store your tools and debris and stuff in there as well. </w:t>
      </w:r>
    </w:p>
    <w:p>
      <w:r>
        <w:t xml:space="preserve">02:19:14   (Speaker D)  Well, </w:t>
      </w:r>
    </w:p>
    <w:p>
      <w:r>
        <w:t xml:space="preserve">02:19:17   (Speaker E)  just let's ask. </w:t>
      </w:r>
    </w:p>
    <w:p>
      <w:r>
        <w:t xml:space="preserve">02:19:19   (Speaker A)  Humor her. </w:t>
      </w:r>
    </w:p>
    <w:p>
      <w:r>
        <w:t xml:space="preserve">02:19:20   (Speaker I)  Yeah. </w:t>
      </w:r>
    </w:p>
    <w:p>
      <w:r>
        <w:t xml:space="preserve">02:19:22   (Speaker E)  We can go. Please say Alaska. </w:t>
      </w:r>
    </w:p>
    <w:p>
      <w:r>
        <w:t xml:space="preserve">02:19:25   (Speaker B)  Yep. So with. </w:t>
      </w:r>
    </w:p>
    <w:p>
      <w:r>
        <w:t xml:space="preserve">02:19:28   (Speaker F)  With that, if we're looking at two. What I assume we're looking at more the used option and saving the two grand over the refurbished option. But of course you understand the seed lot. So if we look at two of these and we. </w:t>
      </w:r>
    </w:p>
    <w:p>
      <w:r>
        <w:t xml:space="preserve">02:19:44   (Speaker E)  Well, are we looking. If we're looking at two, can. Can we get. They have available this one that's 4,000 and the one that's 6,000. </w:t>
      </w:r>
    </w:p>
    <w:p>
      <w:r>
        <w:t xml:space="preserve">02:19:53   (Speaker D)  Right. </w:t>
      </w:r>
    </w:p>
    <w:p>
      <w:r>
        <w:t xml:space="preserve">02:19:54   (Speaker E)  But you could. We could ask them to build another 4000 model. </w:t>
      </w:r>
    </w:p>
    <w:p>
      <w:r>
        <w:t xml:space="preserve">02:19:58   (Speaker D)  Right. </w:t>
      </w:r>
    </w:p>
    <w:p>
      <w:r>
        <w:t xml:space="preserve">02:19:58   (Speaker F)  It's my understanding they're buying these into vaults and golf courses. </w:t>
      </w:r>
    </w:p>
    <w:p>
      <w:r>
        <w:t xml:space="preserve">02:20:03   (Speaker H)  Yeah. </w:t>
      </w:r>
    </w:p>
    <w:p>
      <w:r>
        <w:t xml:space="preserve">02:20:03   (Speaker F)  Probably 20 of these things sitting on there right now. </w:t>
      </w:r>
    </w:p>
    <w:p>
      <w:r>
        <w:t xml:space="preserve">02:20:06   (Speaker B)  They build an order, they have the cart and then they build it. </w:t>
      </w:r>
    </w:p>
    <w:p>
      <w:r>
        <w:t xml:space="preserve">02:20:09   (Speaker F)  Option it out. </w:t>
      </w:r>
    </w:p>
    <w:p>
      <w:r>
        <w:t xml:space="preserve">02:20:10   (Speaker B)  They option it out. So if you get the $4,000 and they said it takes about two weeks. If you do get the $6,000 dollar one because that one's fully refurbished. That one can take about four. </w:t>
      </w:r>
    </w:p>
    <w:p>
      <w:r>
        <w:t xml:space="preserve">02:20:19   (Speaker F)  Right. They're going to tear it down, clean it up. But really for the two grand, it looks like the biggest difference, other than it being cleaner and nicer, is the warranty. Lithium maintenance, one year warranty. Original lithium battery. So that's what you're saying. </w:t>
      </w:r>
    </w:p>
    <w:p>
      <w:r>
        <w:t xml:space="preserve">02:20:39   (Speaker G)  Yeah. </w:t>
      </w:r>
    </w:p>
    <w:p>
      <w:r>
        <w:t xml:space="preserve">02:20:40   (Speaker B)  And that's about 750. </w:t>
      </w:r>
    </w:p>
    <w:p>
      <w:r>
        <w:t xml:space="preserve">02:20:41   (Speaker F)  So this is original lithium battery. Just give it a one year versus </w:t>
      </w:r>
    </w:p>
    <w:p>
      <w:r>
        <w:t xml:space="preserve">02:20:46   (Speaker B)  a no on the refurbishment. </w:t>
      </w:r>
    </w:p>
    <w:p>
      <w:r>
        <w:t xml:space="preserve">02:20:48   (Speaker C)  So it's. </w:t>
      </w:r>
    </w:p>
    <w:p>
      <w:r>
        <w:t xml:space="preserve">02:20:50   (Speaker F)  Oh, it does. </w:t>
      </w:r>
    </w:p>
    <w:p>
      <w:r>
        <w:t xml:space="preserve">02:20:51   (Speaker D)  Okay. </w:t>
      </w:r>
    </w:p>
    <w:p>
      <w:r>
        <w:t xml:space="preserve">02:20:52   (Speaker F)  Yeah. </w:t>
      </w:r>
    </w:p>
    <w:p>
      <w:r>
        <w:t xml:space="preserve">02:20:52   (Speaker B)  They should both have the original lithium batteries. Just like, like he's saying that they go from the 90 day warranty to the one year. </w:t>
      </w:r>
    </w:p>
    <w:p>
      <w:r>
        <w:t xml:space="preserve">02:20:59   (Speaker G)  Yeah. </w:t>
      </w:r>
    </w:p>
    <w:p>
      <w:r>
        <w:t xml:space="preserve">02:20:59   (Speaker F)  So we're paying two grand. </w:t>
      </w:r>
    </w:p>
    <w:p>
      <w:r>
        <w:t xml:space="preserve">02:21:01   (Speaker E)  This one's what the tires and. And rims, basically. </w:t>
      </w:r>
    </w:p>
    <w:p>
      <w:r>
        <w:t xml:space="preserve">02:21:08   (Speaker F)  I don't think that's problem. </w:t>
      </w:r>
    </w:p>
    <w:p>
      <w:r>
        <w:t xml:space="preserve">02:21:13   (Speaker B)  The used one does have tire. </w:t>
      </w:r>
    </w:p>
    <w:p>
      <w:r>
        <w:t xml:space="preserve">02:21:19   (Speaker E)  Nicer though. We're paying for nicer. </w:t>
      </w:r>
    </w:p>
    <w:p>
      <w:r>
        <w:t xml:space="preserve">02:21:29   (Speaker D)  Okay. </w:t>
      </w:r>
    </w:p>
    <w:p>
      <w:r>
        <w:t xml:space="preserve">02:21:30   (Speaker B)  Because I mean, you can, you can get a lift. </w:t>
      </w:r>
    </w:p>
    <w:p>
      <w:r>
        <w:t xml:space="preserve">02:21:32   (Speaker C)  Yeah. </w:t>
      </w:r>
    </w:p>
    <w:p>
      <w:r>
        <w:t xml:space="preserve">02:21:32   (Speaker B)  It lifts it up about 2 inches. Lift kits not included in these proposals. I did not ask them for like the doll frame tires or lift kit, which yes, you absolutely can do. I think, you know your price is going to go up enough. Yeah. I don't know how golf cart lift kits work. I don't know if you have to do a whole frame off. You know, Keith wants coils on our ac. </w:t>
      </w:r>
    </w:p>
    <w:p>
      <w:r>
        <w:t xml:space="preserve">02:21:55   (Speaker F)  Swap a bunch of spindles and then the other one just take the spring and sever it with the axle on the. </w:t>
      </w:r>
    </w:p>
    <w:p>
      <w:r>
        <w:t xml:space="preserve">02:22:00   (Speaker G)  Just drop it in pea sauce. </w:t>
      </w:r>
    </w:p>
    <w:p>
      <w:r>
        <w:t xml:space="preserve">02:22:02   (Speaker E)  Yeah, he'll take care of it. The only reason I would think that the lift might be necessary is clearance </w:t>
      </w:r>
    </w:p>
    <w:p>
      <w:r>
        <w:t xml:space="preserve">02:22:10   (Speaker B)  on some of the parts. </w:t>
      </w:r>
    </w:p>
    <w:p>
      <w:r>
        <w:t xml:space="preserve">02:22:17   (Speaker G)  No surprise there. </w:t>
      </w:r>
    </w:p>
    <w:p>
      <w:r>
        <w:t xml:space="preserve">02:22:20   (Speaker F)  If you were going to do it again, I would just pick one. But again we've got the. If we get into areas where we're going to have clearance options, I think that's why we have the side by side. </w:t>
      </w:r>
    </w:p>
    <w:p>
      <w:r>
        <w:t xml:space="preserve">02:22:32   (Speaker B)  Yeah. I think for day to day work, they. </w:t>
      </w:r>
    </w:p>
    <w:p>
      <w:r>
        <w:t xml:space="preserve">02:22:34   (Speaker F)  They make on and off sidewalks, through ramps without. </w:t>
      </w:r>
    </w:p>
    <w:p>
      <w:r>
        <w:t xml:space="preserve">02:22:39   (Speaker B)  Without the clearance. Yeah. Road traveling and sidewalk traveling and carrying our tools. Place to play front. That's kind of what my understanding was what they were. </w:t>
      </w:r>
    </w:p>
    <w:p>
      <w:r>
        <w:t xml:space="preserve">02:22:51   (Speaker E)  And what did we. What did we say? We pre approved the amount. What was it not to exceed or </w:t>
      </w:r>
    </w:p>
    <w:p>
      <w:r>
        <w:t xml:space="preserve">02:22:58   (Speaker B)  did approve about 79.99. </w:t>
      </w:r>
    </w:p>
    <w:p>
      <w:r>
        <w:t xml:space="preserve">02:23:01   (Speaker E)  So we can essentially get two of them for the same. </w:t>
      </w:r>
    </w:p>
    <w:p>
      <w:r>
        <w:t xml:space="preserve">02:23:04   (Speaker D)  Right. </w:t>
      </w:r>
    </w:p>
    <w:p>
      <w:r>
        <w:t xml:space="preserve">02:23:05   (Speaker E)  So let's. </w:t>
      </w:r>
    </w:p>
    <w:p>
      <w:r>
        <w:t xml:space="preserve">02:23:06   (Speaker B)  Would you approve another dollar? </w:t>
      </w:r>
    </w:p>
    <w:p>
      <w:r>
        <w:t xml:space="preserve">02:23:08   (Speaker E)  Let's do it. Can we just approve it? </w:t>
      </w:r>
    </w:p>
    <w:p>
      <w:r>
        <w:t xml:space="preserve">02:23:11   (Speaker C)  Yeah, you can just do a motion to approve 2 to $4,000. </w:t>
      </w:r>
    </w:p>
    <w:p>
      <w:r>
        <w:t xml:space="preserve">02:23:14   (Speaker F)  Want to ask about the rear seat? That's actually. That's not a hard swap after the </w:t>
      </w:r>
    </w:p>
    <w:p>
      <w:r>
        <w:t xml:space="preserve">02:23:18   (Speaker B)  fact either, by the way. </w:t>
      </w:r>
    </w:p>
    <w:p>
      <w:r>
        <w:t xml:space="preserve">02:23:20   (Speaker F)  If you get to a point where we get the toolboxes, which is how it's specked out, like with a bed and sides and a tailgate on it. If you for some reason wanted to start low to fold down, it's not that hard to swap stuff out for those six. That's all I'm saying. So if you want to. I see your point. I guess that's a question for them. So here's my question. </w:t>
      </w:r>
    </w:p>
    <w:p>
      <w:r>
        <w:t xml:space="preserve">02:23:47   (Speaker B)  Is you. We can approve it. </w:t>
      </w:r>
    </w:p>
    <w:p>
      <w:r>
        <w:t xml:space="preserve">02:23:49   (Speaker F)  Do you want to ask them first if they want one of these carts to have the flip down seat option? </w:t>
      </w:r>
    </w:p>
    <w:p>
      <w:r>
        <w:t xml:space="preserve">02:23:54   (Speaker B)  If the. </w:t>
      </w:r>
    </w:p>
    <w:p>
      <w:r>
        <w:t xml:space="preserve">02:23:55   (Speaker F)  If we don't want to ask them first and just get them both toolbox, I think that that would be fine too. </w:t>
      </w:r>
    </w:p>
    <w:p>
      <w:r>
        <w:t xml:space="preserve">02:24:02   (Speaker B)  But of course I'll ask discovery first if they do that. </w:t>
      </w:r>
    </w:p>
    <w:p>
      <w:r>
        <w:t xml:space="preserve">02:24:05   (Speaker D)  Right. </w:t>
      </w:r>
    </w:p>
    <w:p>
      <w:r>
        <w:t xml:space="preserve">02:24:05   (Speaker B)  And then. And then. Yeah, see. Or if you get one with a </w:t>
      </w:r>
    </w:p>
    <w:p>
      <w:r>
        <w:t xml:space="preserve">02:24:10   (Speaker F)  flip down seat, one with a box. </w:t>
      </w:r>
    </w:p>
    <w:p>
      <w:r>
        <w:t xml:space="preserve">02:24:11   (Speaker E)  That's what I was. </w:t>
      </w:r>
    </w:p>
    <w:p>
      <w:r>
        <w:t xml:space="preserve">02:24:12   (Speaker F)  Think Seat out is not a huge. I mean we just would buy the </w:t>
      </w:r>
    </w:p>
    <w:p>
      <w:r>
        <w:t xml:space="preserve">02:24:14   (Speaker G)  box, take a motion for not to exceed number and authorize the chairman to approve it. </w:t>
      </w:r>
    </w:p>
    <w:p>
      <w:r>
        <w:t xml:space="preserve">02:24:19   (Speaker I)  With Clayton. </w:t>
      </w:r>
    </w:p>
    <w:p>
      <w:r>
        <w:t xml:space="preserve">02:24:20   (Speaker B)  I was going to suggest two. Get two cards and then you know, Bobby, say I get two $4,000 $8,000 $81 for two of those. Would you want me to look into other options? Maybe for 10 options or something instead. No, I think we're good with the. </w:t>
      </w:r>
    </w:p>
    <w:p>
      <w:r>
        <w:t xml:space="preserve">02:24:39   (Speaker F)  I think you need to negotiate the 50 cents off of it. Let's just keep it at an easy 8,000. </w:t>
      </w:r>
    </w:p>
    <w:p>
      <w:r>
        <w:t xml:space="preserve">02:24:49   (Speaker E)  Yeah. Is there a group discount? Because we're buying two, we get double. </w:t>
      </w:r>
    </w:p>
    <w:p>
      <w:r>
        <w:t xml:space="preserve">02:24:56   (Speaker B)  No, the. When I talked to them, I said give me the price for one. I said there's a very impossibility. </w:t>
      </w:r>
    </w:p>
    <w:p>
      <w:r>
        <w:t xml:space="preserve">02:25:05   (Speaker E)  Okay, so let's do a not to exceed. </w:t>
      </w:r>
    </w:p>
    <w:p>
      <w:r>
        <w:t xml:space="preserve">02:25:09   (Speaker B)  Well, </w:t>
      </w:r>
    </w:p>
    <w:p>
      <w:r>
        <w:t xml:space="preserve">02:25:15   (Speaker E)  No tax, there's no, no delivery fee, anything like that. </w:t>
      </w:r>
    </w:p>
    <w:p>
      <w:r>
        <w:t xml:space="preserve">02:25:22   (Speaker F)  Slightly related is what do we do with the other two? </w:t>
      </w:r>
    </w:p>
    <w:p>
      <w:r>
        <w:t xml:space="preserve">02:25:26   (Speaker B)  Do we give those back? </w:t>
      </w:r>
    </w:p>
    <w:p>
      <w:r>
        <w:t xml:space="preserve">02:25:27   (Speaker F)  Because if we, we can't keep them here. </w:t>
      </w:r>
    </w:p>
    <w:p>
      <w:r>
        <w:t xml:space="preserve">02:25:29   (Speaker B)  And I know that they're public and </w:t>
      </w:r>
    </w:p>
    <w:p>
      <w:r>
        <w:t xml:space="preserve">02:25:30   (Speaker F)  I know that's a whole thing, but you can't just. </w:t>
      </w:r>
    </w:p>
    <w:p>
      <w:r>
        <w:t xml:space="preserve">02:25:34   (Speaker E)  Do they want them. </w:t>
      </w:r>
    </w:p>
    <w:p>
      <w:r>
        <w:t xml:space="preserve">02:25:34   (Speaker F)  They've got batteries and stuff in them too. </w:t>
      </w:r>
    </w:p>
    <w:p>
      <w:r>
        <w:t xml:space="preserve">02:25:37   (Speaker B)  I didn't have that conversation when I </w:t>
      </w:r>
    </w:p>
    <w:p>
      <w:r>
        <w:t xml:space="preserve">02:25:38   (Speaker C)  was getting the quotes. </w:t>
      </w:r>
    </w:p>
    <w:p>
      <w:r>
        <w:t xml:space="preserve">02:25:39   (Speaker B)  But I wouldn't ask them because I wasn't sure if it was gonna be one or two. </w:t>
      </w:r>
    </w:p>
    <w:p>
      <w:r>
        <w:t xml:space="preserve">02:25:42   (Speaker A)  Right. </w:t>
      </w:r>
    </w:p>
    <w:p>
      <w:r>
        <w:t xml:space="preserve">02:25:42   (Speaker B)  But I can ask them if they'll take them. </w:t>
      </w:r>
    </w:p>
    <w:p>
      <w:r>
        <w:t xml:space="preserve">02:25:45   (Speaker E)  Give us some credit. </w:t>
      </w:r>
    </w:p>
    <w:p>
      <w:r>
        <w:t xml:space="preserve">02:25:49   (Speaker H)  If you do a trade in for </w:t>
      </w:r>
    </w:p>
    <w:p>
      <w:r>
        <w:t xml:space="preserve">02:25:52   (Speaker I)  this and get a credit off the purchase price, that's your process. </w:t>
      </w:r>
    </w:p>
    <w:p>
      <w:r>
        <w:t xml:space="preserve">02:25:56   (Speaker B)  Yeah. </w:t>
      </w:r>
    </w:p>
    <w:p>
      <w:r>
        <w:t xml:space="preserve">02:25:57   (Speaker I)  However, if you don't do that, you do have to adopt a resolution declaring surplus even. And then there certain people that you can, you know, donate it to their government entities and selling it, auctioning it. </w:t>
      </w:r>
    </w:p>
    <w:p>
      <w:r>
        <w:t xml:space="preserve">02:26:09   (Speaker C)  So the trader you can work at. </w:t>
      </w:r>
    </w:p>
    <w:p>
      <w:r>
        <w:t xml:space="preserve">02:26:12   (Speaker B)  It's work. </w:t>
      </w:r>
    </w:p>
    <w:p>
      <w:r>
        <w:t xml:space="preserve">02:26:15   (Speaker G)  Just take them off. </w:t>
      </w:r>
    </w:p>
    <w:p>
      <w:r>
        <w:t xml:space="preserve">02:26:17   (Speaker E)  Yeah, we want to trade ours in and they can refurbish them and sell them to us in 10 years. Five years. </w:t>
      </w:r>
    </w:p>
    <w:p>
      <w:r>
        <w:t xml:space="preserve">02:26:24   (Speaker F)  Yeah, </w:t>
      </w:r>
    </w:p>
    <w:p>
      <w:r>
        <w:t xml:space="preserve">02:26:26   (Speaker B)  I had a plan too. If we were gonna get both of them talk. </w:t>
      </w:r>
    </w:p>
    <w:p>
      <w:r>
        <w:t xml:space="preserve">02:26:29   (Speaker E)  Okay, so we need a motion for. </w:t>
      </w:r>
    </w:p>
    <w:p>
      <w:r>
        <w:t xml:space="preserve">02:26:32   (Speaker C)  So you do a motion to approve not to exceed of 10,000 with the discussion. Yeah, well, I mean again we're, we're buying. But that was also for one. So if you're doing a motion, you're just gonna. It doesn't matter what the not to exceed was before. We're essentially redoing it. So if you do the not to exceed to buy two. No, not to exceed a 10,000. But then have Clayton discuss the, the tail, you know, the two seater adjustments and about doing a trade in for the existing cost. </w:t>
      </w:r>
    </w:p>
    <w:p>
      <w:r>
        <w:t xml:space="preserve">02:27:08   (Speaker I)  Yeah. </w:t>
      </w:r>
    </w:p>
    <w:p>
      <w:r>
        <w:t xml:space="preserve">02:27:08   (Speaker C)  And then could potentially give money for the. The trade in. So that's why you do a 10,000. If you go, hey, they're like, yeah, that's great. We'll just do two for this amount. Boom, there you go. </w:t>
      </w:r>
    </w:p>
    <w:p>
      <w:r>
        <w:t xml:space="preserve">02:27:20   (Speaker E)  Okay, I'm mission to not too exceed 10,000. And you work on all of those details. With them. </w:t>
      </w:r>
    </w:p>
    <w:p>
      <w:r>
        <w:t xml:space="preserve">02:27:28   (Speaker C)  And that's for two. </w:t>
      </w:r>
    </w:p>
    <w:p>
      <w:r>
        <w:t xml:space="preserve">02:27:29   (Speaker B)  Correct. </w:t>
      </w:r>
    </w:p>
    <w:p>
      <w:r>
        <w:t xml:space="preserve">02:27:30   (Speaker F)  Two golf carts. </w:t>
      </w:r>
    </w:p>
    <w:p>
      <w:r>
        <w:t xml:space="preserve">02:27:31   (Speaker A)  Two golf carts. </w:t>
      </w:r>
    </w:p>
    <w:p>
      <w:r>
        <w:t xml:space="preserve">02:27:32   (Speaker B)  One of them you want to do </w:t>
      </w:r>
    </w:p>
    <w:p>
      <w:r>
        <w:t xml:space="preserve">02:27:33   (Speaker C)  coordination with the chair. </w:t>
      </w:r>
    </w:p>
    <w:p>
      <w:r>
        <w:t xml:space="preserve">02:27:34   (Speaker F)  One of them is asac. The other one we're seeking an optional fold down seat as the rear seat. </w:t>
      </w:r>
    </w:p>
    <w:p>
      <w:r>
        <w:t xml:space="preserve">02:27:41   (Speaker G)  Right? </w:t>
      </w:r>
    </w:p>
    <w:p>
      <w:r>
        <w:t xml:space="preserve">02:27:44   (Speaker C)  Yeah. </w:t>
      </w:r>
    </w:p>
    <w:p>
      <w:r>
        <w:t xml:space="preserve">02:27:45   (Speaker B)  The maintenance guys one and trade in on. </w:t>
      </w:r>
    </w:p>
    <w:p>
      <w:r>
        <w:t xml:space="preserve">02:27:50   (Speaker A)  Yeah they do. </w:t>
      </w:r>
    </w:p>
    <w:p>
      <w:r>
        <w:t xml:space="preserve">02:27:51   (Speaker E)  They got lights. </w:t>
      </w:r>
    </w:p>
    <w:p>
      <w:r>
        <w:t xml:space="preserve">02:27:53   (Speaker B)  They have headlights and tail lights but not all of them come with clippers. Actually they do have blinkers on there but like I said the tire aren't </w:t>
      </w:r>
    </w:p>
    <w:p>
      <w:r>
        <w:t xml:space="preserve">02:28:06   (Speaker C)  listed on something like. </w:t>
      </w:r>
    </w:p>
    <w:p>
      <w:r>
        <w:t xml:space="preserve">02:28:09   (Speaker E)  Are you sure? </w:t>
      </w:r>
    </w:p>
    <w:p>
      <w:r>
        <w:t xml:space="preserve">02:28:11   (Speaker B)  Okay. </w:t>
      </w:r>
    </w:p>
    <w:p>
      <w:r>
        <w:t xml:space="preserve">02:28:11   (Speaker C)  So </w:t>
      </w:r>
    </w:p>
    <w:p>
      <w:r>
        <w:t xml:space="preserve">02:28:14   (Speaker D)  okay. </w:t>
      </w:r>
    </w:p>
    <w:p>
      <w:r>
        <w:t xml:space="preserve">02:28:14   (Speaker E)  A motion to not to have you go over the two of them. </w:t>
      </w:r>
    </w:p>
    <w:p>
      <w:r>
        <w:t xml:space="preserve">02:28:18   (Speaker D)  Go ahead. </w:t>
      </w:r>
    </w:p>
    <w:p>
      <w:r>
        <w:t xml:space="preserve">02:28:19   (Speaker E)  You're going to read it? </w:t>
      </w:r>
    </w:p>
    <w:p>
      <w:r>
        <w:t xml:space="preserve">02:28:20   (Speaker C)  Yeah. So a motion to approve two golf carts. One with the option fold down seat and trade in on two existing golf carts. </w:t>
      </w:r>
    </w:p>
    <w:p>
      <w:r>
        <w:t xml:space="preserve">02:28:26   (Speaker B)  And we'll have a coordinator with the chair. </w:t>
      </w:r>
    </w:p>
    <w:p>
      <w:r>
        <w:t xml:space="preserve">02:28:31   (Speaker E)  I motion that second. I think we get 10 striping. </w:t>
      </w:r>
    </w:p>
    <w:p>
      <w:r>
        <w:t xml:space="preserve">02:28:44   (Speaker C)  So first from Tammy, second from Randy. </w:t>
      </w:r>
    </w:p>
    <w:p>
      <w:r>
        <w:t xml:space="preserve">02:28:46   (Speaker B)  All in favor has passed. That's why I really feel for it. And everyone talk about. </w:t>
      </w:r>
    </w:p>
    <w:p>
      <w:r>
        <w:t xml:space="preserve">02:28:56   (Speaker C)  You had something Randy. I was just going to say where </w:t>
      </w:r>
    </w:p>
    <w:p>
      <w:r>
        <w:t xml:space="preserve">02:28:58   (Speaker B)  they sitting these cards they go in </w:t>
      </w:r>
    </w:p>
    <w:p>
      <w:r>
        <w:t xml:space="preserve">02:29:03   (Speaker E)  the right now where. Where are the two at? Is one parked outside. </w:t>
      </w:r>
    </w:p>
    <w:p>
      <w:r>
        <w:t xml:space="preserve">02:29:10   (Speaker B)  That is definitely something to cover for one of them. </w:t>
      </w:r>
    </w:p>
    <w:p>
      <w:r>
        <w:t xml:space="preserve">02:29:14   (Speaker C)  Yeah but those are only. </w:t>
      </w:r>
    </w:p>
    <w:p>
      <w:r>
        <w:t xml:space="preserve">02:29:16   (Speaker B)  I'm just asking. Yeah, we're gonna be talking to them. I would suggest they cover and you know maybe down the line consider those storage shed for something. We have to find a good spot to put in both wheel lock. Yeah, they do have wheel locks. </w:t>
      </w:r>
    </w:p>
    <w:p>
      <w:r>
        <w:t xml:space="preserve">02:29:33   (Speaker D)  Yeah. </w:t>
      </w:r>
    </w:p>
    <w:p>
      <w:r>
        <w:t xml:space="preserve">02:29:36   (Speaker A)  Okay. </w:t>
      </w:r>
    </w:p>
    <w:p>
      <w:r>
        <w:t xml:space="preserve">02:29:39   (Speaker C)  Anything else field related other than we'll discuss the erosion. </w:t>
      </w:r>
    </w:p>
    <w:p>
      <w:r>
        <w:t xml:space="preserve">02:29:45   (Speaker B)  Okay, </w:t>
      </w:r>
    </w:p>
    <w:p>
      <w:r>
        <w:t xml:space="preserve">02:29:49   (Speaker F)  that's relaxed. </w:t>
      </w:r>
    </w:p>
    <w:p>
      <w:r>
        <w:t xml:space="preserve">02:29:53   (Speaker C)  So yeah so we do have a couple erosion discussions on Google. Turn it over to Clayton on that </w:t>
      </w:r>
    </w:p>
    <w:p>
      <w:r>
        <w:t xml:space="preserve">02:29:59   (Speaker B)  and Dave and we do have a </w:t>
      </w:r>
    </w:p>
    <w:p>
      <w:r>
        <w:t xml:space="preserve">02:30:01   (Speaker C)  few areas that are definitely needed some attention and just kind of how we need to proceed from here. </w:t>
      </w:r>
    </w:p>
    <w:p>
      <w:r>
        <w:t xml:space="preserve">02:30:09   (Speaker B)  Yeah I mean just to kind of tee off from our reviews and inspections. The work the design is on quant 31 and quantum 9. Now it used to not be quant 20 knots until the gazebo blowout that we had to go out Friday morning and carpet so that it won't continue into the gazebo. We had to close the gazebo so that one's pretty bad. The one here listed on the map on a Palm 31 map I think it's 100 and then H02 are the worst locations. I guess. I'm sorry, H0 is the northern one. That's the one with the control structure. That one's really bad. The rest of them are pond erosion. There's not control structures there that are really Bad So I know we have this conversation about structure versus not structured. It doesn't really matter whether they're in present or not. Some of them are more urgent regard. That is my review would say I would start with 31 and 29 and then move on to 28 and. And then you know there's some small spots on like 21 other places but none of those are super most rigid ones. Both of those residents out here that pull me outside, they live right next to H05 up. And I told him because of their concerns and their fears that I would target that this week wasn't really te that much to do. The one the one zero a lot </w:t>
      </w:r>
    </w:p>
    <w:p>
      <w:r>
        <w:t xml:space="preserve">02:31:51   (Speaker F)  of d. </w:t>
      </w:r>
    </w:p>
    <w:p>
      <w:r>
        <w:t xml:space="preserve">02:31:58   (Speaker B)  A trench up at the top. You bury the top of the farm and you kind of pan it all the way down. So that sort of flowing through the control sector just kind of flew over top of something. It worked really well at the. At the park over there. That's all still fully intact. Hasn't. Hasn't moved. I was out there Thursday. </w:t>
      </w:r>
    </w:p>
    <w:p>
      <w:r>
        <w:t xml:space="preserve">02:32:18   (Speaker F)  Is that the. The park one that you referred to? Is that. That's the H1 on 29, is that right? Sorry, I'm trying to complex. </w:t>
      </w:r>
    </w:p>
    <w:p>
      <w:r>
        <w:t xml:space="preserve">02:32:28   (Speaker B)  Yeah. </w:t>
      </w:r>
    </w:p>
    <w:p>
      <w:r>
        <w:t xml:space="preserve">02:32:28   (Speaker F)  H1 is the gazebo that you're talking about. </w:t>
      </w:r>
    </w:p>
    <w:p>
      <w:r>
        <w:t xml:space="preserve">02:32:31   (Speaker B)  Yep. </w:t>
      </w:r>
    </w:p>
    <w:p>
      <w:r>
        <w:t xml:space="preserve">02:32:32   (Speaker F)  Yes. </w:t>
      </w:r>
    </w:p>
    <w:p>
      <w:r>
        <w:t xml:space="preserve">02:32:32   (Speaker B)  Okay. </w:t>
      </w:r>
    </w:p>
    <w:p>
      <w:r>
        <w:t xml:space="preserve">02:32:34   (Speaker F)  And that became a problem recently, you said. </w:t>
      </w:r>
    </w:p>
    <w:p>
      <w:r>
        <w:t xml:space="preserve">02:32:38   (Speaker B)  Yeah, H1 is. It blew out like Wednesday last week. I looked at it Thursday and then by Friday it had even fallen out more. But Friday is when we showed up volunteer to target. So it did not eat the gazebo. It like didn't exist. And then all of a sudden it was just a got a resident who reached out about it, let me know about it. </w:t>
      </w:r>
    </w:p>
    <w:p>
      <w:r>
        <w:t xml:space="preserve">02:33:04   (Speaker A)  Okay. </w:t>
      </w:r>
    </w:p>
    <w:p>
      <w:r>
        <w:t xml:space="preserve">02:33:05   (Speaker B)  They even said that it basically just appeared overnight. </w:t>
      </w:r>
    </w:p>
    <w:p>
      <w:r>
        <w:t xml:space="preserve">02:33:08   (Speaker F)  Scary. </w:t>
      </w:r>
    </w:p>
    <w:p>
      <w:r>
        <w:t xml:space="preserve">02:33:15   (Speaker A)  Okay, </w:t>
      </w:r>
    </w:p>
    <w:p>
      <w:r>
        <w:t xml:space="preserve">02:33:18   (Speaker F)  so I think last time the </w:t>
      </w:r>
    </w:p>
    <w:p>
      <w:r>
        <w:t xml:space="preserve">02:33:20   (Speaker D)  teachers had two different trains of thought </w:t>
      </w:r>
    </w:p>
    <w:p>
      <w:r>
        <w:t xml:space="preserve">02:33:22   (Speaker F)  on how to address these. I don't the question is what you do to address them. I think the question is how to. </w:t>
      </w:r>
    </w:p>
    <w:p>
      <w:r>
        <w:t xml:space="preserve">02:33:26   (Speaker B)  How have we you coming up to </w:t>
      </w:r>
    </w:p>
    <w:p>
      <w:r>
        <w:t xml:space="preserve">02:33:29   (Speaker F)  the future on how to fix these. </w:t>
      </w:r>
    </w:p>
    <w:p>
      <w:r>
        <w:t xml:space="preserve">02:33:30   (Speaker A)  Yeah so I was going to go out. I got to lay down a few things. I was going out this Saturday look at his list plus the rest. I had start putting him in different categories. E and blankets versus RI rap and different things. And then give myself and and CL the opportunity at least for vendors so far as I said pass. I talked to Element and bar announcement are out here. We'll get a couple quotes and then we know we got a those to not to exceed 150. So my plan is after Saturday develop some sketches and scopes and give Them both vendors to get a price. </w:t>
      </w:r>
    </w:p>
    <w:p>
      <w:r>
        <w:t xml:space="preserve">02:34:06   (Speaker B)  Yeah, I did get a Polo for H1 and then also the CS13 around that on that same map. It was like $56. I think it's a little pricey. Personally. I do want to get some additional quotes. It's just. Yeah, with what method? </w:t>
      </w:r>
    </w:p>
    <w:p>
      <w:r>
        <w:t xml:space="preserve">02:34:25   (Speaker A)  Okay. The problem, I haven't said fast and I'll be honest, you need at least provide me a sketch in quantities. So that's why we have to develop a scope that Clayton and I can both use so everybody's fitting in the same sheet of music. Otherwise these big lump sum numbers, I have no idea. Zoom. So if I can do a sketch in the scope then Clayton, I can give them to whoever and get back a price that's on the same quantity and scope work. </w:t>
      </w:r>
    </w:p>
    <w:p>
      <w:r>
        <w:t xml:space="preserve">02:34:53   (Speaker G)  And David, if you could just. </w:t>
      </w:r>
    </w:p>
    <w:p>
      <w:r>
        <w:t xml:space="preserve">02:34:55   (Speaker B)  And </w:t>
      </w:r>
    </w:p>
    <w:p>
      <w:r>
        <w:t xml:space="preserve">02:34:57   (Speaker G)  I, I went out and took a look at found 28 today on a series of emails. And while there are no structures in the office, there's some severe erosion behind at least one of the homes and that whole pond bank all the way around looks like it needs to be at least regraded. The drop off behind Lot 5 is significant at this point. Yeah, almost right across the way from them is another one that has two troughs. There's some pretty nasty. There's a lot of other minor. </w:t>
      </w:r>
    </w:p>
    <w:p>
      <w:r>
        <w:t xml:space="preserve">02:35:34   (Speaker B)  But if you could look at that </w:t>
      </w:r>
    </w:p>
    <w:p>
      <w:r>
        <w:t xml:space="preserve">02:35:35   (Speaker G)  one also when you're out there. I took pictures of it and it's, it doesn't look good to me and I think, you know, and the other issue with that is the, the resident has already pitched a fit over it. Apparently they did call Swift Mud, but Swift Blood hasn't really acknowledged it. </w:t>
      </w:r>
    </w:p>
    <w:p>
      <w:r>
        <w:t xml:space="preserve">02:35:53   (Speaker A)  But they don't, they're not gonna, they're not gonna do anything with you guys. </w:t>
      </w:r>
    </w:p>
    <w:p>
      <w:r>
        <w:t xml:space="preserve">02:35:56   (Speaker G)  We don't want them coming out here. </w:t>
      </w:r>
    </w:p>
    <w:p>
      <w:r>
        <w:t xml:space="preserve">02:36:00   (Speaker B)  I have heard that on it is not nearly as bad as 31 and 29. Oh, I understand 31 have been complaining now for a while. </w:t>
      </w:r>
    </w:p>
    <w:p>
      <w:r>
        <w:t xml:space="preserve">02:36:08   (Speaker G)  Yeah, I mean this, this gentleman. Yeah, this gentleman feels he started complaining when he closed on the house a couple years ago. Whether he did or didn't. But when you get a homeowner that reaches out to council and when you get somebody that's a C level executive with a major builder that's complaining and knows the ropes, not good. So that's why I would ask David, you know, and just see what you think of that. I don't think it's probably going to need some of the work that the other two might. But at this stage I, I think ignoring it is to our own peril. Just again, just my thing. </w:t>
      </w:r>
    </w:p>
    <w:p>
      <w:r>
        <w:t xml:space="preserve">02:36:45   (Speaker C)  So. </w:t>
      </w:r>
    </w:p>
    <w:p>
      <w:r>
        <w:t xml:space="preserve">02:36:46   (Speaker B)  And to that point, there's a lot of places and there's a lot of places that are developing new erosion each day. And this is why my thinking is that we kind of have a general, established approach approach to how we do ponding erosion. And then we have maybe a general or maybe we have specific specs for when we need to fix a stormwater structure. But I think that to try and every time one of these erosions appear to go out, look at it, make a whole specific spec for that specific. I think that's going to delay us a lot when. When we need to start getting this fixed. You've got, you. You don't have an endless amount, but you do have a significant amount. And we haven't fixed a single one. </w:t>
      </w:r>
    </w:p>
    <w:p>
      <w:r>
        <w:t xml:space="preserve">02:37:28   (Speaker A)  All right, this just came up a couple months ago. The pond's been dropping for months. We know that the last couple months they've got bad. I will not, and I'll say it right now, I'm not going to spend money on socks. It's a big waste of money. </w:t>
      </w:r>
    </w:p>
    <w:p>
      <w:r>
        <w:t xml:space="preserve">02:37:39   (Speaker B)  For a very limited benefit, I'm going </w:t>
      </w:r>
    </w:p>
    <w:p>
      <w:r>
        <w:t xml:space="preserve">02:37:42   (Speaker A)  to push hard for what they call erosion control. Matting. You drape over the slope after you sod it, you stamp on the ground, you get a lot more area benefiting from it than one, you know, one or two areas behind the different houses. So I will be outside. I mean, I went out already last meeting. I gave you guys the party as well. Clayton, I agree on some of them. I'll just finish up on Saturday and then I'll give Clayton the sketches and scopes and we'll get some bits. I can't have vendors standing there throwing out a number because we're not going to have a. A vener. Understand what they're doing. And finished. For 40 years, I've been burnt too many times on a gentleman's handshake along some amounts. And then you have nothing to stand on. So. </w:t>
      </w:r>
    </w:p>
    <w:p>
      <w:r>
        <w:t xml:space="preserve">02:38:26   (Speaker G)  Well, and what we need to do needs to be consistent throughout. </w:t>
      </w:r>
    </w:p>
    <w:p>
      <w:r>
        <w:t xml:space="preserve">02:38:29   (Speaker B)  Yeah, I agree with the erosion mass and that that method is the preferred approach here for estancia. For pond bank erosion, that's perfectly fine. I think just we got to be able to. We just got to get it done. I think, you know, you guys know </w:t>
      </w:r>
    </w:p>
    <w:p>
      <w:r>
        <w:t xml:space="preserve">02:38:49   (Speaker F)  the neighborhood holistically, so everybody has their bond that has their problems. So again, you guys, I know I looked at these. You certainly know how to set the priorities based on property, private property, other properties. So priority </w:t>
      </w:r>
    </w:p>
    <w:p>
      <w:r>
        <w:t xml:space="preserve">02:39:06   (Speaker B)  to do something. </w:t>
      </w:r>
    </w:p>
    <w:p>
      <w:r>
        <w:t xml:space="preserve">02:39:08   (Speaker A)  And I Like the idea of running the drains from people's houses through our open space, through the slope into the pond. And I like to talk to Clayton about, or the group, whether I would tell the homeowners to stop it at their fence line, at the flat surface, not keep piping their private water through our open space, through our slopes. That's not a cost we should keep incur. </w:t>
      </w:r>
    </w:p>
    <w:p>
      <w:r>
        <w:t xml:space="preserve">02:39:28   (Speaker D)  So I agree. </w:t>
      </w:r>
    </w:p>
    <w:p>
      <w:r>
        <w:t xml:space="preserve">02:39:31   (Speaker I)  Yeah. </w:t>
      </w:r>
    </w:p>
    <w:p>
      <w:r>
        <w:t xml:space="preserve">02:39:32   (Speaker G)  I think the concept behind all of this technically should be that all water from that gets run through the front out to the street and into the stormwater drain, period. </w:t>
      </w:r>
    </w:p>
    <w:p>
      <w:r>
        <w:t xml:space="preserve">02:39:46   (Speaker A)  There's. </w:t>
      </w:r>
    </w:p>
    <w:p>
      <w:r>
        <w:t xml:space="preserve">02:39:47   (Speaker G)  There's that where this concept came up to allow people to start draining into the air. Some of them, I think, do it because they just think it's easy, but they don't ever get approval for that. And if they're going to be dumping off. Now, I, you know, I know there are some counties that if you did that, because without the filtering effect and the cleansing of the chlorine, they kill you for putting it directly into a pond, even if you ran the pipe into the pond. So, you know, I think we would need to air it in the side of auction to say, let's not give them direction to do anything like that. I think we need to direct them </w:t>
      </w:r>
    </w:p>
    <w:p>
      <w:r>
        <w:t xml:space="preserve">02:40:23   (Speaker B)  right back to the front of their house. </w:t>
      </w:r>
    </w:p>
    <w:p>
      <w:r>
        <w:t xml:space="preserve">02:40:25   (Speaker C)  Yeah. </w:t>
      </w:r>
    </w:p>
    <w:p>
      <w:r>
        <w:t xml:space="preserve">02:40:25   (Speaker B)  So we talk about the type C grade for a lot of. And it's to the back and. Yeah, it's much cheaper. That's why they do. </w:t>
      </w:r>
    </w:p>
    <w:p>
      <w:r>
        <w:t xml:space="preserve">02:40:34   (Speaker G)  No, absolutely. </w:t>
      </w:r>
    </w:p>
    <w:p>
      <w:r>
        <w:t xml:space="preserve">02:40:35   (Speaker B)  What I, What I run into is actually it's not even necessarily like the pipes that you see just in the erosion, like laying there is actually connected to their gutters a lot of the time. </w:t>
      </w:r>
    </w:p>
    <w:p>
      <w:r>
        <w:t xml:space="preserve">02:40:46   (Speaker D)  Yeah. </w:t>
      </w:r>
    </w:p>
    <w:p>
      <w:r>
        <w:t xml:space="preserve">02:40:47   (Speaker G)  And in some cases it is, and </w:t>
      </w:r>
    </w:p>
    <w:p>
      <w:r>
        <w:t xml:space="preserve">02:40:48   (Speaker B)  I think the developer did. It's unlikely that all of these different residents had a nutshell. Yeah. </w:t>
      </w:r>
    </w:p>
    <w:p>
      <w:r>
        <w:t xml:space="preserve">02:40:54   (Speaker G)  I mean, that could have very well </w:t>
      </w:r>
    </w:p>
    <w:p>
      <w:r>
        <w:t xml:space="preserve">02:40:55   (Speaker E)  been, you know, or they have French drains installed. Yeah. </w:t>
      </w:r>
    </w:p>
    <w:p>
      <w:r>
        <w:t xml:space="preserve">02:40:59   (Speaker B)  Yeah. I just. I feel like it's unlikely that many people have that type of French train installed in the same exact method. Unless, I mean, somebody big bank out here installing French drains. </w:t>
      </w:r>
    </w:p>
    <w:p>
      <w:r>
        <w:t xml:space="preserve">02:41:09   (Speaker E)  Well, you're right. You're right. On some of the. Some of the occasions the developer put them in. In this phase and that phase, or if you were on whatever lot size you were on, your house automatically came with those French drains. </w:t>
      </w:r>
    </w:p>
    <w:p>
      <w:r>
        <w:t xml:space="preserve">02:41:23   (Speaker G)  Yeah. </w:t>
      </w:r>
    </w:p>
    <w:p>
      <w:r>
        <w:t xml:space="preserve">02:41:24   (Speaker B)  So I think that's what David's talking about when he's saying, not let them go through our pond bank into the pond. </w:t>
      </w:r>
    </w:p>
    <w:p>
      <w:r>
        <w:t xml:space="preserve">02:41:29   (Speaker E)  I agree. </w:t>
      </w:r>
    </w:p>
    <w:p>
      <w:r>
        <w:t xml:space="preserve">02:41:30   (Speaker B)  They need to find ideally a solution where it goes to the front. So it's not gushing over a pond bank. </w:t>
      </w:r>
    </w:p>
    <w:p>
      <w:r>
        <w:t xml:space="preserve">02:41:36   (Speaker G)  Well, in the gutter. The gutter scenario is not nearly as problematic as the swimming pool discharge because that's killing turf that leads to the erosion. That's a different, you know, that's a different animal altogether together than the gutters. So, you know, it's just, you know, I think, I think we need to make a good recommendation but not give them definitive direction because that could prove to. </w:t>
      </w:r>
    </w:p>
    <w:p>
      <w:r>
        <w:t xml:space="preserve">02:42:02   (Speaker B)  To come back and be prob. </w:t>
      </w:r>
    </w:p>
    <w:p>
      <w:r>
        <w:t xml:space="preserve">02:42:03   (Speaker D)  Here. </w:t>
      </w:r>
    </w:p>
    <w:p>
      <w:r>
        <w:t xml:space="preserve">02:42:04   (Speaker A)  What we've done, Pete, we've made them stop at their fence line with what I call them a bubble up. </w:t>
      </w:r>
    </w:p>
    <w:p>
      <w:r>
        <w:t xml:space="preserve">02:42:09   (Speaker B)  Yeah. </w:t>
      </w:r>
    </w:p>
    <w:p>
      <w:r>
        <w:t xml:space="preserve">02:42:10   (Speaker A)  At the surface. And God forbid it rains. It's got 20ft of gra travel over flat grass and sodded before it goes down. It's not perfect. </w:t>
      </w:r>
    </w:p>
    <w:p>
      <w:r>
        <w:t xml:space="preserve">02:42:20   (Speaker B)  No, but. </w:t>
      </w:r>
    </w:p>
    <w:p>
      <w:r>
        <w:t xml:space="preserve">02:42:21   (Speaker G)  But other engineers have recommended that same thing in other communities where I've witnessed the same problem. And. And again, because you're getting part of that biological filtration of that chlorine before it gets into the pond. So we don't have an issue with dumping chlorinated water directly into the pond </w:t>
      </w:r>
    </w:p>
    <w:p>
      <w:r>
        <w:t xml:space="preserve">02:42:39   (Speaker A)  or your downspouts, either one. Yeah. </w:t>
      </w:r>
    </w:p>
    <w:p>
      <w:r>
        <w:t xml:space="preserve">02:42:40   (Speaker B)  So it's also not always clear what house they're connected to. No. Yeah, they're connected to each other. So it's. That's a tough thing to identify. I. I did a drive of basically the north west west of the property and I identified about 25 locations where there's erosion. </w:t>
      </w:r>
    </w:p>
    <w:p>
      <w:r>
        <w:t xml:space="preserve">02:43:00   (Speaker G)  And it was a couple years ago. </w:t>
      </w:r>
    </w:p>
    <w:p>
      <w:r>
        <w:t xml:space="preserve">02:43:01   (Speaker C)  Didn't you. </w:t>
      </w:r>
    </w:p>
    <w:p>
      <w:r>
        <w:t xml:space="preserve">02:43:02   (Speaker G)  I mean, did you do like the entire community </w:t>
      </w:r>
    </w:p>
    <w:p>
      <w:r>
        <w:t xml:space="preserve">02:43:06   (Speaker B)  that just that section where I know the erosion worse because other areas appear where. Right. There's no erosion. But I identified about 25 locations. One of them was very clearly full drain related. </w:t>
      </w:r>
    </w:p>
    <w:p>
      <w:r>
        <w:t xml:space="preserve">02:43:18   (Speaker A)  Yeah. </w:t>
      </w:r>
    </w:p>
    <w:p>
      <w:r>
        <w:t xml:space="preserve">02:43:19   (Speaker B)  But then there were a couple that had those corrugated pipes laying in them. But the corrugated pipe looked intact, slack. I don't know if they're the cause or if it's just kind of a weak point in the bank where they had dug it out. They, you know, eroded up if they didn't run it far enough out in the pond. But there are several with. Other than that. That was the 25 that identified kind of this region of the community over here that, you know, we're getting. I think in time there's probably 10 or so of them that probably need to address soon. </w:t>
      </w:r>
    </w:p>
    <w:p>
      <w:r>
        <w:t xml:space="preserve">02:43:50   (Speaker I)  Yeah. </w:t>
      </w:r>
    </w:p>
    <w:p>
      <w:r>
        <w:t xml:space="preserve">02:43:51   (Speaker B)  With the homeowners, et cetera. Two, you know, three, five that needed media. </w:t>
      </w:r>
    </w:p>
    <w:p>
      <w:r>
        <w:t xml:space="preserve">02:43:56   (Speaker E)  Well, and it's right here on our guidelines that no pipes, pumps or other devices used for irrigation or the withdrawal of water shall be placed in, in around the district lakes. </w:t>
      </w:r>
    </w:p>
    <w:p>
      <w:r>
        <w:t xml:space="preserve">02:44:08   (Speaker G)  And that's in the HOA guide. </w:t>
      </w:r>
    </w:p>
    <w:p>
      <w:r>
        <w:t xml:space="preserve">02:44:10   (Speaker A)  Right? </w:t>
      </w:r>
    </w:p>
    <w:p>
      <w:r>
        <w:t xml:space="preserve">02:44:11   (Speaker E)  Yeah. So if, if we had to send those people a letter. We already have this. This was the original. </w:t>
      </w:r>
    </w:p>
    <w:p>
      <w:r>
        <w:t xml:space="preserve">02:44:18   (Speaker D)  Right. </w:t>
      </w:r>
    </w:p>
    <w:p>
      <w:r>
        <w:t xml:space="preserve">02:44:19   (Speaker G)  They agree to live by those restrictions. Have a nice day. </w:t>
      </w:r>
    </w:p>
    <w:p>
      <w:r>
        <w:t xml:space="preserve">02:44:22   (Speaker B)  Yeah. I mean they don't technically have permission. </w:t>
      </w:r>
    </w:p>
    <w:p>
      <w:r>
        <w:t xml:space="preserve">02:44:27   (Speaker E)  Right. So I think we enforce it. And how. </w:t>
      </w:r>
    </w:p>
    <w:p>
      <w:r>
        <w:t xml:space="preserve">02:44:35   (Speaker G)  Well, I think we can deal with the problematic ones first. Let's, you know, get on it. </w:t>
      </w:r>
    </w:p>
    <w:p>
      <w:r>
        <w:t xml:space="preserve">02:44:41   (Speaker F)  Let's deal with the emergencies. </w:t>
      </w:r>
    </w:p>
    <w:p>
      <w:r>
        <w:t xml:space="preserve">02:44:43   (Speaker D)  Yeah. </w:t>
      </w:r>
    </w:p>
    <w:p>
      <w:r>
        <w:t xml:space="preserve">02:44:44   (Speaker E)  Now back to the emergencies. But the other, those other pipes are. That's an. If it's not an issue right now, it's going to be an issue eventually. </w:t>
      </w:r>
    </w:p>
    <w:p>
      <w:r>
        <w:t xml:space="preserve">02:44:53   (Speaker B)  We're going to do repair and respites. We don't want that air. We need to let that know that </w:t>
      </w:r>
    </w:p>
    <w:p>
      <w:r>
        <w:t xml:space="preserve">02:44:59   (Speaker E)  they have 60 days to rework it. </w:t>
      </w:r>
    </w:p>
    <w:p>
      <w:r>
        <w:t xml:space="preserve">02:45:02   (Speaker A)  Either we can take it to the top of the hill and camp it and they can put a bubble up structure later or we're going to rip it out into this. </w:t>
      </w:r>
    </w:p>
    <w:p>
      <w:r>
        <w:t xml:space="preserve">02:45:12   (Speaker B)  We're going to have to plug it. </w:t>
      </w:r>
    </w:p>
    <w:p>
      <w:r>
        <w:t xml:space="preserve">02:45:13   (Speaker A)  We can't have it open ended. So I don't want their stuff in our area. We're spending them. You're going to spend a lot of money. Needs to be terminated properly. </w:t>
      </w:r>
    </w:p>
    <w:p>
      <w:r>
        <w:t xml:space="preserve">02:45:24   (Speaker E)  We should be able to fall back on this. </w:t>
      </w:r>
    </w:p>
    <w:p>
      <w:r>
        <w:t xml:space="preserve">02:45:26   (Speaker G)  Yeah, we can use that. But I think the other scenario too is that right now we're trying to deal with an issue that in future years could be exacerbated and you may have different board members who are coming to the drawing board all over again rather than trying to deal with it all as best as we can now and set the procedure and the policies. I believe Mike actually sent letters out a couple of years ago on this. </w:t>
      </w:r>
    </w:p>
    <w:p>
      <w:r>
        <w:t xml:space="preserve">02:45:51   (Speaker I)  Yeah, I think we prepared a form letter. </w:t>
      </w:r>
    </w:p>
    <w:p>
      <w:r>
        <w:t xml:space="preserve">02:45:53   (Speaker G)  Yeah. And that was based on Clayton's inspection </w:t>
      </w:r>
    </w:p>
    <w:p>
      <w:r>
        <w:t xml:space="preserve">02:45:55   (Speaker B)  related to the pool. </w:t>
      </w:r>
    </w:p>
    <w:p>
      <w:r>
        <w:t xml:space="preserve">02:45:56   (Speaker I)  Correct? </w:t>
      </w:r>
    </w:p>
    <w:p>
      <w:r>
        <w:t xml:space="preserve">02:45:57   (Speaker B)  Right. </w:t>
      </w:r>
    </w:p>
    <w:p>
      <w:r>
        <w:t xml:space="preserve">02:45:57   (Speaker G)  The pool discharge. </w:t>
      </w:r>
    </w:p>
    <w:p>
      <w:r>
        <w:t xml:space="preserve">02:45:58   (Speaker B)  Yeah. </w:t>
      </w:r>
    </w:p>
    <w:p>
      <w:r>
        <w:t xml:space="preserve">02:45:58   (Speaker I)  Those were, those were about. So they, it's the same, it's the same issue. If they're doing something. </w:t>
      </w:r>
    </w:p>
    <w:p>
      <w:r>
        <w:t xml:space="preserve">02:46:04   (Speaker E)  Did they fix it? The, the one, the letters we sent, do we know if they fixed it? </w:t>
      </w:r>
    </w:p>
    <w:p>
      <w:r>
        <w:t xml:space="preserve">02:46:08   (Speaker B)  Most of them, yeah. Like I said, out of the 25 I identified, the only one I could very clearly say was due a pool was only one. </w:t>
      </w:r>
    </w:p>
    <w:p>
      <w:r>
        <w:t xml:space="preserve">02:46:18   (Speaker I)  What, what I'm, what I'm hearing is you already authorized under 50,000. Right. And so I just want to make sure that we're staying kind of on task here. And you're also hearing that when we go in and do this and fix this, that we're going to take a hard line with the residents who have piping and stuff that's damaging our bond bank and they're going to have to </w:t>
      </w:r>
    </w:p>
    <w:p>
      <w:r>
        <w:t xml:space="preserve">02:46:36   (Speaker B)  move back and everything. And we want. </w:t>
      </w:r>
    </w:p>
    <w:p>
      <w:r>
        <w:t xml:space="preserve">02:46:38   (Speaker I)  I think David wants you all to know then we're going to take that hard line and you might get some blowback from that. But here's the reason why. Other than that, I don't know that we have any other decision points on this issue. </w:t>
      </w:r>
    </w:p>
    <w:p>
      <w:r>
        <w:t xml:space="preserve">02:46:58   (Speaker E)  And determining the. There's two that are major or three that are major issues. We have to get. You guys are going to get on the same page this Saturday and come up with the best solution. </w:t>
      </w:r>
    </w:p>
    <w:p>
      <w:r>
        <w:t xml:space="preserve">02:47:12   (Speaker A)  I'll finish mine and I'm probably on Monday or Tuesday and give it to both because I'm. </w:t>
      </w:r>
    </w:p>
    <w:p>
      <w:r>
        <w:t xml:space="preserve">02:47:18   (Speaker E)  I'm. I'm real concerned about this for this gazebo, but I know we have. </w:t>
      </w:r>
    </w:p>
    <w:p>
      <w:r>
        <w:t xml:space="preserve">02:47:24   (Speaker B)  Yeah. H1, H5 and H2 are the ones I would say are the most immediate. You know. </w:t>
      </w:r>
    </w:p>
    <w:p>
      <w:r>
        <w:t xml:space="preserve">02:47:33   (Speaker E)  Is that that big section? I. I don't. One is the gazeboard. </w:t>
      </w:r>
    </w:p>
    <w:p>
      <w:r>
        <w:t xml:space="preserve">02:47:40   (Speaker I)  But you all delegated to your staff to pick the priorities. </w:t>
      </w:r>
    </w:p>
    <w:p>
      <w:r>
        <w:t xml:space="preserve">02:47:45   (Speaker F)  Yes. </w:t>
      </w:r>
    </w:p>
    <w:p>
      <w:r>
        <w:t xml:space="preserve">02:47:45   (Speaker E)  So we're good? </w:t>
      </w:r>
    </w:p>
    <w:p>
      <w:r>
        <w:t xml:space="preserve">02:47:46   (Speaker B)  Yeah. </w:t>
      </w:r>
    </w:p>
    <w:p>
      <w:r>
        <w:t xml:space="preserve">02:47:47   (Speaker C)  So moving forward from here, just as a final reiteration, Dave is going to look on Saturday, compare notes with Clayton and staff, and then we're going to go out and start addressing the biggest priority ones immediately and get that taken care of. Based off of that collaboration. </w:t>
      </w:r>
    </w:p>
    <w:p>
      <w:r>
        <w:t xml:space="preserve">02:48:09   (Speaker F)  We agree on the approach. </w:t>
      </w:r>
    </w:p>
    <w:p>
      <w:r>
        <w:t xml:space="preserve">02:48:11   (Speaker B)  Yeah, this is the priority at this point. </w:t>
      </w:r>
    </w:p>
    <w:p>
      <w:r>
        <w:t xml:space="preserve">02:48:13   (Speaker E)  But I will say we approved the 150,000 and that was to do as. Maybe that was grading, maybe that was. That was to do a lot of surface area. But this gazebo now has kind of shifted that. It's going to take a big chunk of it. </w:t>
      </w:r>
    </w:p>
    <w:p>
      <w:r>
        <w:t xml:space="preserve">02:48:31   (Speaker B)  My understanding was 100 dozen erosion repairs. </w:t>
      </w:r>
    </w:p>
    <w:p>
      <w:r>
        <w:t xml:space="preserve">02:48:35   (Speaker E)  Yeah, yeah. </w:t>
      </w:r>
    </w:p>
    <w:p>
      <w:r>
        <w:t xml:space="preserve">02:48:36   (Speaker B)  So whether it's around a structure, whether it's on. </w:t>
      </w:r>
    </w:p>
    <w:p>
      <w:r>
        <w:t xml:space="preserve">02:48:38   (Speaker E)  Because that was before we had a structural issue with the. With the gazebo. </w:t>
      </w:r>
    </w:p>
    <w:p>
      <w:r>
        <w:t xml:space="preserve">02:48:50   (Speaker A)  Clayton, it's not a. It's not somebody's phone. I don't want to fall apart in the pond, trust me. But it's not knocking on somebody's back door. </w:t>
      </w:r>
    </w:p>
    <w:p>
      <w:r>
        <w:t xml:space="preserve">02:48:59   (Speaker B)  It is technically secure. </w:t>
      </w:r>
    </w:p>
    <w:p>
      <w:r>
        <w:t xml:space="preserve">02:49:01   (Speaker A)  Let me look at it. </w:t>
      </w:r>
    </w:p>
    <w:p>
      <w:r>
        <w:t xml:space="preserve">02:49:04   (Speaker G)  But, you know, why don't we just. As a matter of practice, I'd recommend the board. You were at 150. Let's bump it to 200 and give the extra. You don't. You don't you want to be able to get started? </w:t>
      </w:r>
    </w:p>
    <w:p>
      <w:r>
        <w:t xml:space="preserve">02:49:16   (Speaker E)  We weren't expecting it. And if we'd already done all of this other. And then it came up. Right. That's what I'm saying. We. Yeah, we. We propose the 150 without having this in play. </w:t>
      </w:r>
    </w:p>
    <w:p>
      <w:r>
        <w:t xml:space="preserve">02:49:35   (Speaker F)  So the Zebo is fine at the moment, though, right? There's no. </w:t>
      </w:r>
    </w:p>
    <w:p>
      <w:r>
        <w:t xml:space="preserve">02:49:38   (Speaker E)  Yeah, but is it $50,000 to fix the it if it's not? </w:t>
      </w:r>
    </w:p>
    <w:p>
      <w:r>
        <w:t xml:space="preserve">02:49:42   (Speaker B)  Yes, because even when it's not, is. Is fine. The erosion is the erosion four, four, five feet up. </w:t>
      </w:r>
    </w:p>
    <w:p>
      <w:r>
        <w:t xml:space="preserve">02:49:50   (Speaker G)  And then you shorted up with your guys, didn't you? </w:t>
      </w:r>
    </w:p>
    <w:p>
      <w:r>
        <w:t xml:space="preserve">02:49:53   (Speaker B)  We dug a tree, covered it. Say we start. </w:t>
      </w:r>
    </w:p>
    <w:p>
      <w:r>
        <w:t xml:space="preserve">02:49:58   (Speaker F)  Let's just get the erosion figured out </w:t>
      </w:r>
    </w:p>
    <w:p>
      <w:r>
        <w:t xml:space="preserve">02:50:00   (Speaker B)  with the money that we've got. </w:t>
      </w:r>
    </w:p>
    <w:p>
      <w:r>
        <w:t xml:space="preserve">02:50:01   (Speaker F)  If they come back and say </w:t>
      </w:r>
    </w:p>
    <w:p>
      <w:r>
        <w:t xml:space="preserve">02:50:05   (Speaker C)  the </w:t>
      </w:r>
    </w:p>
    <w:p>
      <w:r>
        <w:t xml:space="preserve">02:50:05   (Speaker F)  foundation of the gazebo is a jeopardy, we can figure it out then. But I don't. </w:t>
      </w:r>
    </w:p>
    <w:p>
      <w:r>
        <w:t xml:space="preserve">02:50:09   (Speaker B)  I think the gazebo is fine. </w:t>
      </w:r>
    </w:p>
    <w:p>
      <w:r>
        <w:t xml:space="preserve">02:50:11   (Speaker C)  Yeah, it's. </w:t>
      </w:r>
    </w:p>
    <w:p>
      <w:r>
        <w:t xml:space="preserve">02:50:12   (Speaker F)  It's not a problem at the moment. </w:t>
      </w:r>
    </w:p>
    <w:p>
      <w:r>
        <w:t xml:space="preserve">02:50:13   (Speaker C)  At the moment, the gazebo itself is not the issue. It's just that the erosion got increasingly bad very quickly right by it and is approaching it. So that is something that's been added to the list. So I think within this 150, or if you bump it up to 200, 000, they give us the ability to address the pond one specifically, and then potentially this one, too, so that we can have that squared away and then we can go. </w:t>
      </w:r>
    </w:p>
    <w:p>
      <w:r>
        <w:t xml:space="preserve">02:50:39   (Speaker B)  I feel pretty comfortable going. I don't know if David feels comfortable. </w:t>
      </w:r>
    </w:p>
    <w:p>
      <w:r>
        <w:t xml:space="preserve">02:50:43   (Speaker E)  Okay. </w:t>
      </w:r>
    </w:p>
    <w:p>
      <w:r>
        <w:t xml:space="preserve">02:50:43   (Speaker B)  But hope you don't hear from me. </w:t>
      </w:r>
    </w:p>
    <w:p>
      <w:r>
        <w:t xml:space="preserve">02:50:45   (Speaker E)  You don't want more money. </w:t>
      </w:r>
    </w:p>
    <w:p>
      <w:r>
        <w:t xml:space="preserve">02:50:52   (Speaker B)  Yeah, I mean, I'm not entirely opposed to it. </w:t>
      </w:r>
    </w:p>
    <w:p>
      <w:r>
        <w:t xml:space="preserve">02:50:56   (Speaker E)  I'm just saying it wasn't in our purview last month when we agreed on the 150. And now we're looking what I could </w:t>
      </w:r>
    </w:p>
    <w:p>
      <w:r>
        <w:t xml:space="preserve">02:51:04   (Speaker B)  that you came here. </w:t>
      </w:r>
    </w:p>
    <w:p>
      <w:r>
        <w:t xml:space="preserve">02:51:05   (Speaker E)  I mean, it's hurricane season. </w:t>
      </w:r>
    </w:p>
    <w:p>
      <w:r>
        <w:t xml:space="preserve">02:51:08   (Speaker G)  Yeah. </w:t>
      </w:r>
    </w:p>
    <w:p>
      <w:r>
        <w:t xml:space="preserve">02:51:08   (Speaker F)  Let's get in front of the hurricanes. </w:t>
      </w:r>
    </w:p>
    <w:p>
      <w:r>
        <w:t xml:space="preserve">02:51:09   (Speaker B)  You're right. It was enough to where Friday, Clayton </w:t>
      </w:r>
    </w:p>
    <w:p>
      <w:r>
        <w:t xml:space="preserve">02:51:14   (Speaker C)  and I talked and he was like, we have to do something to this. Try and short us up. </w:t>
      </w:r>
    </w:p>
    <w:p>
      <w:r>
        <w:t xml:space="preserve">02:51:20   (Speaker B)  We literally spread the plans out. Everything we did not want. I did not want to. </w:t>
      </w:r>
    </w:p>
    <w:p>
      <w:r>
        <w:t xml:space="preserve">02:51:25   (Speaker C)  Okay, so are we good with 150 or do we want to adjust to 200? </w:t>
      </w:r>
    </w:p>
    <w:p>
      <w:r>
        <w:t xml:space="preserve">02:51:30   (Speaker F)  I think these two are going to be honored. </w:t>
      </w:r>
    </w:p>
    <w:p>
      <w:r>
        <w:t xml:space="preserve">02:51:33   (Speaker B)  Follow their lead. Okay. But so then we're good with the </w:t>
      </w:r>
    </w:p>
    <w:p>
      <w:r>
        <w:t xml:space="preserve">02:51:39   (Speaker C)  150 </w:t>
      </w:r>
    </w:p>
    <w:p>
      <w:r>
        <w:t xml:space="preserve">02:51:42   (Speaker E)  and we're 31 the gazebo and that 20, 29. 29. </w:t>
      </w:r>
    </w:p>
    <w:p>
      <w:r>
        <w:t xml:space="preserve">02:51:49   (Speaker B)  29 is the gazebo, and 31 is the other. Is that 150 going to be by the next meeting? </w:t>
      </w:r>
    </w:p>
    <w:p>
      <w:r>
        <w:t xml:space="preserve">02:51:56   (Speaker C)  Potentially, I mean. </w:t>
      </w:r>
    </w:p>
    <w:p>
      <w:r>
        <w:t xml:space="preserve">02:51:57   (Speaker A)  Yeah. </w:t>
      </w:r>
    </w:p>
    <w:p>
      <w:r>
        <w:t xml:space="preserve">02:51:59   (Speaker B)  Well, the goal would be to consume it, but to get it as far as possible. Yeah, yeah, definitely get the emergency. </w:t>
      </w:r>
    </w:p>
    <w:p>
      <w:r>
        <w:t xml:space="preserve">02:52:06   (Speaker F)  Get the emergencies handled. </w:t>
      </w:r>
    </w:p>
    <w:p>
      <w:r>
        <w:t xml:space="preserve">02:52:07   (Speaker B)  Yeah. So that come back to them. </w:t>
      </w:r>
    </w:p>
    <w:p>
      <w:r>
        <w:t xml:space="preserve">02:52:09   (Speaker E)  That Pecana Lane one, that other one is that which pond is that. Oh wait, 28. So that one they're going to definitely look at. </w:t>
      </w:r>
    </w:p>
    <w:p>
      <w:r>
        <w:t xml:space="preserve">02:52:17   (Speaker B)  28 is like next level priority is. </w:t>
      </w:r>
    </w:p>
    <w:p>
      <w:r>
        <w:t xml:space="preserve">02:52:21   (Speaker E)  But it's not even. It's not starred over here because it's this corner. </w:t>
      </w:r>
    </w:p>
    <w:p>
      <w:r>
        <w:t xml:space="preserve">02:52:27   (Speaker A)  All the red stars are the hot ones. So we'll try to get as many of the hot stars that are original. </w:t>
      </w:r>
    </w:p>
    <w:p>
      <w:r>
        <w:t xml:space="preserve">02:52:34   (Speaker E)  But the other, the gentleman that's has voice the concerns he's not starred here. </w:t>
      </w:r>
    </w:p>
    <w:p>
      <w:r>
        <w:t xml:space="preserve">02:52:41   (Speaker A)  Well, I'll. I'll look at it and we can sneak that in for the money. </w:t>
      </w:r>
    </w:p>
    <w:p>
      <w:r>
        <w:t xml:space="preserve">02:52:46   (Speaker B)  So Frank the behind his house is fine because he was his pond. </w:t>
      </w:r>
    </w:p>
    <w:p>
      <w:r>
        <w:t xml:space="preserve">02:52:50   (Speaker A)  The pond can use. </w:t>
      </w:r>
    </w:p>
    <w:p>
      <w:r>
        <w:t xml:space="preserve">02:52:51   (Speaker B)  But the pond can. Yeah, the pond does have a road. Absolutely. </w:t>
      </w:r>
    </w:p>
    <w:p>
      <w:r>
        <w:t xml:space="preserve">02:52:56   (Speaker A)  Okay. </w:t>
      </w:r>
    </w:p>
    <w:p>
      <w:r>
        <w:t xml:space="preserve">02:52:56   (Speaker D)  Okay. </w:t>
      </w:r>
    </w:p>
    <w:p>
      <w:r>
        <w:t xml:space="preserve">02:53:00   (Speaker A)  Don't be worried. If you call sm. You guys are not out of compliance. </w:t>
      </w:r>
    </w:p>
    <w:p>
      <w:r>
        <w:t xml:space="preserve">02:53:03   (Speaker B)  This is all weather related. </w:t>
      </w:r>
    </w:p>
    <w:p>
      <w:r>
        <w:t xml:space="preserve">02:53:04   (Speaker A)  It's not like you guys have neglected your duties. And every pond out here looks like you know what? </w:t>
      </w:r>
    </w:p>
    <w:p>
      <w:r>
        <w:t xml:space="preserve">02:53:10   (Speaker B)  So I think his main concern because I have talked to him before. The last time I talked to him like May of last year. He just doesn't like the way the pond looks. And I don't blame the ponds because it's just. But it's just like on the team. It's just like the other ones where you got all these things all cracky. You know, it's just. I can't believe that they build a pond like that. </w:t>
      </w:r>
    </w:p>
    <w:p>
      <w:r>
        <w:t xml:space="preserve">02:53:34   (Speaker E)  So. So where are we with the money that we've expended today? Are we. Are we skipping the striping or are we a good. </w:t>
      </w:r>
    </w:p>
    <w:p>
      <w:r>
        <w:t xml:space="preserve">02:53:43   (Speaker B)  So we're gonna talk about next meeting. I thought. </w:t>
      </w:r>
    </w:p>
    <w:p>
      <w:r>
        <w:t xml:space="preserve">02:53:45   (Speaker D)  Okay. </w:t>
      </w:r>
    </w:p>
    <w:p>
      <w:r>
        <w:t xml:space="preserve">02:53:46   (Speaker C)  Yeah, yeah. Nothing is approved. </w:t>
      </w:r>
    </w:p>
    <w:p>
      <w:r>
        <w:t xml:space="preserve">02:53:49   (Speaker E)  Okay. </w:t>
      </w:r>
    </w:p>
    <w:p>
      <w:r>
        <w:t xml:space="preserve">02:53:51   (Speaker B)  Okay. Thank you. </w:t>
      </w:r>
    </w:p>
    <w:p>
      <w:r>
        <w:t xml:space="preserve">02:53:53   (Speaker C)  So we're good to move on. </w:t>
      </w:r>
    </w:p>
    <w:p>
      <w:r>
        <w:t xml:space="preserve">02:53:55   (Speaker F)  I just have two things. I've admitted emailing it and I'm sorry, I have it on Chancy. If you are driving west before we entrance to a sen. So between three downs, maybe just before the entrance to Estania, there are three trees all leaning toward the road. Can we get those more vertical, please? </w:t>
      </w:r>
    </w:p>
    <w:p>
      <w:r>
        <w:t xml:space="preserve">02:54:19   (Speaker B)  You're saying in the east of the Estancia entrance. </w:t>
      </w:r>
    </w:p>
    <w:p>
      <w:r>
        <w:t xml:space="preserve">02:54:25   (Speaker F)  West of the Estancia entrance on the eastbound side. </w:t>
      </w:r>
    </w:p>
    <w:p>
      <w:r>
        <w:t xml:space="preserve">02:54:30   (Speaker E)  So in the meeting. </w:t>
      </w:r>
    </w:p>
    <w:p>
      <w:r>
        <w:t xml:space="preserve">02:54:33   (Speaker F)  So if you're driving east on Chansey west of the entrance to a stadium before you get in. </w:t>
      </w:r>
    </w:p>
    <w:p>
      <w:r>
        <w:t xml:space="preserve">02:54:41   (Speaker E)  I'll take a look before you get to Estancia Boulevard. </w:t>
      </w:r>
    </w:p>
    <w:p>
      <w:r>
        <w:t xml:space="preserve">02:54:43   (Speaker F)  And there's a black Trans Am and </w:t>
      </w:r>
    </w:p>
    <w:p>
      <w:r>
        <w:t xml:space="preserve">02:54:45   (Speaker E)  a red one before you get to Estancia Boulevard. They're in the median and they're leaning towards the road. </w:t>
      </w:r>
    </w:p>
    <w:p>
      <w:r>
        <w:t xml:space="preserve">02:54:54   (Speaker B)  Okay. </w:t>
      </w:r>
    </w:p>
    <w:p>
      <w:r>
        <w:t xml:space="preserve">02:54:56   (Speaker E)  Pictures, Keith, pictures. </w:t>
      </w:r>
    </w:p>
    <w:p>
      <w:r>
        <w:t xml:space="preserve">02:54:58   (Speaker F)  I'll get it when I'm light bulb, but yeah. </w:t>
      </w:r>
    </w:p>
    <w:p>
      <w:r>
        <w:t xml:space="preserve">02:55:00   (Speaker B)  Right. </w:t>
      </w:r>
    </w:p>
    <w:p>
      <w:r>
        <w:t xml:space="preserve">02:55:01   (Speaker E)  Well, there's no Lights out there, so you're going to need a flash. </w:t>
      </w:r>
    </w:p>
    <w:p>
      <w:r>
        <w:t xml:space="preserve">02:55:06   (Speaker D)  I know. </w:t>
      </w:r>
    </w:p>
    <w:p>
      <w:r>
        <w:t xml:space="preserve">02:55:06   (Speaker F)  I just don't want to end up in the road. </w:t>
      </w:r>
    </w:p>
    <w:p>
      <w:r>
        <w:t xml:space="preserve">02:55:08   (Speaker A)  They're going. </w:t>
      </w:r>
    </w:p>
    <w:p>
      <w:r>
        <w:t xml:space="preserve">02:55:08   (Speaker F)  They seem to be getting further and further over the more it rains, so </w:t>
      </w:r>
    </w:p>
    <w:p>
      <w:r>
        <w:t xml:space="preserve">02:55:12   (Speaker A)  I just don't want them to end </w:t>
      </w:r>
    </w:p>
    <w:p>
      <w:r>
        <w:t xml:space="preserve">02:55:13   (Speaker I)  up in the road. </w:t>
      </w:r>
    </w:p>
    <w:p>
      <w:r>
        <w:t xml:space="preserve">02:55:14   (Speaker A)  So. </w:t>
      </w:r>
    </w:p>
    <w:p>
      <w:r>
        <w:t xml:space="preserve">02:55:14   (Speaker F)  Thank you, sir. If I do need to get pictures, I'm happy to. </w:t>
      </w:r>
    </w:p>
    <w:p>
      <w:r>
        <w:t xml:space="preserve">02:55:18   (Speaker C)  Speed bumps. </w:t>
      </w:r>
    </w:p>
    <w:p>
      <w:r>
        <w:t xml:space="preserve">02:55:19   (Speaker A)  Yes. </w:t>
      </w:r>
    </w:p>
    <w:p>
      <w:r>
        <w:t xml:space="preserve">02:55:20   (Speaker F)  And speaking of speed bumps, are we </w:t>
      </w:r>
    </w:p>
    <w:p>
      <w:r>
        <w:t xml:space="preserve">02:55:22   (Speaker B)  at a point where we can turn </w:t>
      </w:r>
    </w:p>
    <w:p>
      <w:r>
        <w:t xml:space="preserve">02:55:23   (Speaker F)  these lights on at the crosswalk after five years? </w:t>
      </w:r>
    </w:p>
    <w:p>
      <w:r>
        <w:t xml:space="preserve">02:55:29   (Speaker E)  Yeah, I thought so. </w:t>
      </w:r>
    </w:p>
    <w:p>
      <w:r>
        <w:t xml:space="preserve">02:55:32   (Speaker C)  We signed it. We did send it over. </w:t>
      </w:r>
    </w:p>
    <w:p>
      <w:r>
        <w:t xml:space="preserve">02:55:35   (Speaker B)  I don't think we've gotten that one back yet. Yeah, we've not gotten that back. </w:t>
      </w:r>
    </w:p>
    <w:p>
      <w:r>
        <w:t xml:space="preserve">02:55:40   (Speaker C)  But actually if I remember right, they have to take it to the council meeting and I don't think that's still maybe even beginning of next month maybe. But we signed it on our side </w:t>
      </w:r>
    </w:p>
    <w:p>
      <w:r>
        <w:t xml:space="preserve">02:55:51   (Speaker E)  and county may have shut him down, so. </w:t>
      </w:r>
    </w:p>
    <w:p>
      <w:r>
        <w:t xml:space="preserve">02:56:04   (Speaker B)  Yeah. </w:t>
      </w:r>
    </w:p>
    <w:p>
      <w:r>
        <w:t xml:space="preserve">02:56:05   (Speaker E)  Weren't allowed to. </w:t>
      </w:r>
    </w:p>
    <w:p>
      <w:r>
        <w:t xml:space="preserve">02:56:06   (Speaker G)  Yeah. </w:t>
      </w:r>
    </w:p>
    <w:p>
      <w:r>
        <w:t xml:space="preserve">02:56:06   (Speaker F)  Because of the jt. </w:t>
      </w:r>
    </w:p>
    <w:p>
      <w:r>
        <w:t xml:space="preserve">02:56:07   (Speaker B)  I didn't know where we were at on that. </w:t>
      </w:r>
    </w:p>
    <w:p>
      <w:r>
        <w:t xml:space="preserve">02:56:08   (Speaker F)  All right. </w:t>
      </w:r>
    </w:p>
    <w:p>
      <w:r>
        <w:t xml:space="preserve">02:56:09   (Speaker C)  Hopefully by the next meeting because I. </w:t>
      </w:r>
    </w:p>
    <w:p>
      <w:r>
        <w:t xml:space="preserve">02:56:11   (Speaker F)  We'll probably have to replace the batteries by then, so. </w:t>
      </w:r>
    </w:p>
    <w:p>
      <w:r>
        <w:t xml:space="preserve">02:56:14   (Speaker B)  All right. </w:t>
      </w:r>
    </w:p>
    <w:p>
      <w:r>
        <w:t xml:space="preserve">02:56:15   (Speaker F)  Thank you. </w:t>
      </w:r>
    </w:p>
    <w:p>
      <w:r>
        <w:t xml:space="preserve">02:56:16   (Speaker C)  All right. </w:t>
      </w:r>
    </w:p>
    <w:p>
      <w:r>
        <w:t xml:space="preserve">02:56:16   (Speaker B)  We're not very expensive kits. I don't an o. </w:t>
      </w:r>
    </w:p>
    <w:p>
      <w:r>
        <w:t xml:space="preserve">02:56:21   (Speaker A)  Remind me often about the extra sign in your neighborhood. </w:t>
      </w:r>
    </w:p>
    <w:p>
      <w:r>
        <w:t xml:space="preserve">02:56:26   (Speaker G)  Oh, somebody start. </w:t>
      </w:r>
    </w:p>
    <w:p>
      <w:r>
        <w:t xml:space="preserve">02:56:27   (Speaker E)  You got to go hit that button over there. You're closest. </w:t>
      </w:r>
    </w:p>
    <w:p>
      <w:r>
        <w:t xml:space="preserve">02:56:31   (Speaker F)  The extra sign. </w:t>
      </w:r>
    </w:p>
    <w:p>
      <w:r>
        <w:t xml:space="preserve">02:56:35   (Speaker B)  Help me out. </w:t>
      </w:r>
    </w:p>
    <w:p>
      <w:r>
        <w:t xml:space="preserve">02:56:36   (Speaker E)  I don't know which button it is. </w:t>
      </w:r>
    </w:p>
    <w:p>
      <w:r>
        <w:t xml:space="preserve">02:56:37   (Speaker D)  Just start pushing them sign there's not needed. </w:t>
      </w:r>
    </w:p>
    <w:p>
      <w:r>
        <w:t xml:space="preserve">02:56:40   (Speaker A)  It's like. No. </w:t>
      </w:r>
    </w:p>
    <w:p>
      <w:r>
        <w:t xml:space="preserve">02:56:41   (Speaker B)  Yeah, yeah. Well, you go through the gate. </w:t>
      </w:r>
    </w:p>
    <w:p>
      <w:r>
        <w:t xml:space="preserve">02:56:43   (Speaker A)  Yeah. </w:t>
      </w:r>
    </w:p>
    <w:p>
      <w:r>
        <w:t xml:space="preserve">02:56:43   (Speaker F)  So as soon as it's in and </w:t>
      </w:r>
    </w:p>
    <w:p>
      <w:r>
        <w:t xml:space="preserve">02:56:45   (Speaker B)  then there's a sign on the right and the sign on the left and both of them say no outlet. But you're already through the gate. </w:t>
      </w:r>
    </w:p>
    <w:p>
      <w:r>
        <w:t xml:space="preserve">02:56:50   (Speaker A)  Yeah. </w:t>
      </w:r>
    </w:p>
    <w:p>
      <w:r>
        <w:t xml:space="preserve">02:56:51   (Speaker B)  It's like if you go to the front in the first. You don't know out here. The no outlet sign is outside the gate. </w:t>
      </w:r>
    </w:p>
    <w:p>
      <w:r>
        <w:t xml:space="preserve">02:57:03   (Speaker F)  That's fine. And it's. It's the least of our problems right now. But I appreciate you keeping it in mind. Battery is getting ready to die. </w:t>
      </w:r>
    </w:p>
    <w:p>
      <w:r>
        <w:t xml:space="preserve">02:57:13   (Speaker I)  Yeah. </w:t>
      </w:r>
    </w:p>
    <w:p>
      <w:r>
        <w:t xml:space="preserve">02:57:14   (Speaker F)  I said we need to. Let's get through this. </w:t>
      </w:r>
    </w:p>
    <w:p>
      <w:r>
        <w:t xml:space="preserve">02:57:16   (Speaker B)  Okay. </w:t>
      </w:r>
    </w:p>
    <w:p>
      <w:r>
        <w:t xml:space="preserve">02:57:16   (Speaker C)  So anything else field related? </w:t>
      </w:r>
    </w:p>
    <w:p>
      <w:r>
        <w:t xml:space="preserve">02:57:19   (Speaker B)  Not. We can let Dave and Clayton. Thank you. Head out. Yeah. </w:t>
      </w:r>
    </w:p>
    <w:p>
      <w:r>
        <w:t xml:space="preserve">02:57:25   (Speaker C)  We finish up. </w:t>
      </w:r>
    </w:p>
    <w:p>
      <w:r>
        <w:t xml:space="preserve">02:57:27   (Speaker A)  All right. </w:t>
      </w:r>
    </w:p>
    <w:p>
      <w:r>
        <w:t xml:space="preserve">02:57:28   (Speaker C)  Thanks, guys. Appreciate it. </w:t>
      </w:r>
    </w:p>
    <w:p>
      <w:r>
        <w:t xml:space="preserve">02:57:31   (Speaker H)  Thank you. </w:t>
      </w:r>
    </w:p>
    <w:p>
      <w:r>
        <w:t xml:space="preserve">02:57:32   (Speaker C)  Business matters. So we do have consideration. Resolution 2026 10. So this is setting a public hearing to adopt rules of procedure. This is something for district council. I'll let Mike touch on a little bit here. </w:t>
      </w:r>
    </w:p>
    <w:p>
      <w:r>
        <w:t xml:space="preserve">02:57:43   (Speaker I)  These are just updates for changes in the statute. We do this about every two years. You already have these Rules. The main changes are one, the Florida legislature completely rewrote how people have to go through the process to adopt rules. So we've got to incorporate that into our rules, which sounds kind of silly, but we do have to do that. We also, you know, provide a little bit more flexibility to the board, you know, by saying that if we announce in an RFP that we're going to announce the results on our website the day after the meeting, then we can do that rather than have to go through sending out letters to every. </w:t>
      </w:r>
    </w:p>
    <w:p>
      <w:r>
        <w:t xml:space="preserve">02:58:21   (Speaker B)  They can just check the website and </w:t>
      </w:r>
    </w:p>
    <w:p>
      <w:r>
        <w:t xml:space="preserve">02:58:23   (Speaker I)  then that will start their appeal period </w:t>
      </w:r>
    </w:p>
    <w:p>
      <w:r>
        <w:t xml:space="preserve">02:58:26   (Speaker B)  or the protest period. </w:t>
      </w:r>
    </w:p>
    <w:p>
      <w:r>
        <w:t xml:space="preserve">02:58:28   (Speaker I)  Those are the main changes. But we've got time between now and </w:t>
      </w:r>
    </w:p>
    <w:p>
      <w:r>
        <w:t xml:space="preserve">02:58:30   (Speaker B)  we have the hearing if we review the rules. If you have any questions on know </w:t>
      </w:r>
    </w:p>
    <w:p>
      <w:r>
        <w:t xml:space="preserve">02:58:35   (Speaker I)  also we have a red line of the changes. If anybody is interested, we can send that red line out to me. Just, just send me an email and </w:t>
      </w:r>
    </w:p>
    <w:p>
      <w:r>
        <w:t xml:space="preserve">02:58:42   (Speaker B)  ask me for it. </w:t>
      </w:r>
    </w:p>
    <w:p>
      <w:r>
        <w:t xml:space="preserve">02:58:43   (Speaker I)  We'll send it out to you. But that's kind of summarized the main, the main changes. </w:t>
      </w:r>
    </w:p>
    <w:p>
      <w:r>
        <w:t xml:space="preserve">02:58:49   (Speaker B)  Okay. </w:t>
      </w:r>
    </w:p>
    <w:p>
      <w:r>
        <w:t xml:space="preserve">02:58:49   (Speaker A)  Right. </w:t>
      </w:r>
    </w:p>
    <w:p>
      <w:r>
        <w:t xml:space="preserve">02:58:50   (Speaker C)  So yeah, so this resolution, it does require public hearing. So the public hearing would be September 15, 2026. So the September 15 meeting, because of the advertising for public hearing and everything and the what's required, you do have another public hearing as a reminder next month. </w:t>
      </w:r>
    </w:p>
    <w:p>
      <w:r>
        <w:t xml:space="preserve">02:59:05   (Speaker B)  But we'll touch on that at the </w:t>
      </w:r>
    </w:p>
    <w:p>
      <w:r>
        <w:t xml:space="preserve">02:59:06   (Speaker C)  very end as a last minute, a reminder as well. But so with this it would just be a motion to approve Resolution 202610 setting a public hearing to adopt rules of procedure for September 15, 2026 at 6:00pm at the Estancia Wiregrass clubhouse. </w:t>
      </w:r>
    </w:p>
    <w:p>
      <w:r>
        <w:t xml:space="preserve">02:59:23   (Speaker B)  So moved. </w:t>
      </w:r>
    </w:p>
    <w:p>
      <w:r>
        <w:t xml:space="preserve">02:59:24   (Speaker C)  Okay, so we got a verse from Luke. </w:t>
      </w:r>
    </w:p>
    <w:p>
      <w:r>
        <w:t xml:space="preserve">02:59:27   (Speaker A)  Second. </w:t>
      </w:r>
    </w:p>
    <w:p>
      <w:r>
        <w:t xml:space="preserve">02:59:28   (Speaker C)  Second for sheath. </w:t>
      </w:r>
    </w:p>
    <w:p>
      <w:r>
        <w:t xml:space="preserve">02:59:31   (Speaker B)  All in favor. </w:t>
      </w:r>
    </w:p>
    <w:p>
      <w:r>
        <w:t xml:space="preserve">02:59:33   (Speaker C)  Okay, so motion has passed. Next is your acceptance of your. This will be your 2025 audit report. Any comments questions on that? </w:t>
      </w:r>
    </w:p>
    <w:p>
      <w:r>
        <w:t xml:space="preserve">02:59:45   (Speaker B)  Again, looks good. </w:t>
      </w:r>
    </w:p>
    <w:p>
      <w:r>
        <w:t xml:space="preserve">02:59:47   (Speaker C)  Comments were soon. </w:t>
      </w:r>
    </w:p>
    <w:p>
      <w:r>
        <w:t xml:space="preserve">02:59:48   (Speaker I)  Yeah, I'll have eight. </w:t>
      </w:r>
    </w:p>
    <w:p>
      <w:r>
        <w:t xml:space="preserve">02:59:50   (Speaker C)  So with that we would just be looking for motion to approve. </w:t>
      </w:r>
    </w:p>
    <w:p>
      <w:r>
        <w:t xml:space="preserve">02:59:54   (Speaker B)  Motion to approve. </w:t>
      </w:r>
    </w:p>
    <w:p>
      <w:r>
        <w:t xml:space="preserve">02:59:56   (Speaker C)  Okay so I've got a commercial Tammy or motion to accept. Either way. </w:t>
      </w:r>
    </w:p>
    <w:p>
      <w:r>
        <w:t xml:space="preserve">03:00:00   (Speaker H)  Second. </w:t>
      </w:r>
    </w:p>
    <w:p>
      <w:r>
        <w:t xml:space="preserve">03:00:01   (Speaker C)  Second from Luke. </w:t>
      </w:r>
    </w:p>
    <w:p>
      <w:r>
        <w:t xml:space="preserve">03:00:03   (Speaker B)  All in favor. Right. </w:t>
      </w:r>
    </w:p>
    <w:p>
      <w:r>
        <w:t xml:space="preserve">03:00:09   (Speaker C)  Next is your approval of the consent agenda. So you do have your minutes from June 16, 2026. You also have the check run summary with invoices and you your financial reports. There's any comments or questions on any of that, please let me know. </w:t>
      </w:r>
    </w:p>
    <w:p>
      <w:r>
        <w:t xml:space="preserve">03:00:22   (Speaker I)  I know we did have a couple </w:t>
      </w:r>
    </w:p>
    <w:p>
      <w:r>
        <w:t xml:space="preserve">03:00:23   (Speaker C)  earlier but I did take notes of those. So if there aren't we just be looking for a motion to approve motion. </w:t>
      </w:r>
    </w:p>
    <w:p>
      <w:r>
        <w:t xml:space="preserve">03:00:33   (Speaker B)  Okay, got a first. </w:t>
      </w:r>
    </w:p>
    <w:p>
      <w:r>
        <w:t xml:space="preserve">03:00:41   (Speaker C)  Second from L. </w:t>
      </w:r>
    </w:p>
    <w:p>
      <w:r>
        <w:t xml:space="preserve">03:00:45   (Speaker B)  All in favor has passed. </w:t>
      </w:r>
    </w:p>
    <w:p>
      <w:r>
        <w:t xml:space="preserve">03:00:51   (Speaker C)  So supervisor requests. You can also do audience comments. We do have an audience member still with us. </w:t>
      </w:r>
    </w:p>
    <w:p>
      <w:r>
        <w:t xml:space="preserve">03:01:00   (Speaker E)  He's here by default. </w:t>
      </w:r>
    </w:p>
    <w:p>
      <w:r>
        <w:t xml:space="preserve">03:01:02   (Speaker C)  Do you have an audience member on the phone too? If you want to use the raise your hand feature, give you an opportunity to speak to the board. Otherwise supervisor requests. Any supervisor requests at this time? No, I'm not seeing the hand raise. As always, you can reach out to us directly. </w:t>
      </w:r>
    </w:p>
    <w:p>
      <w:r>
        <w:t xml:space="preserve">03:01:20   (Speaker B)  Feel free. </w:t>
      </w:r>
    </w:p>
    <w:p>
      <w:r>
        <w:t xml:space="preserve">03:01:20   (Speaker C)  If there's any anything to do with the district, my email's on the website. </w:t>
      </w:r>
    </w:p>
    <w:p>
      <w:r>
        <w:t xml:space="preserve">03:01:26   (Speaker B)  Happy to help. </w:t>
      </w:r>
    </w:p>
    <w:p>
      <w:r>
        <w:t xml:space="preserve">03:01:29   (Speaker C)  So with that, let's do this. So reminder, next board meeting is scheduled for Tuesday, August 18, 2026, 6pm here at the Estancia Wirecrafts Clubhouse. That is your budget meeting. So that is the public hearing for the budgets and the assessment roles. So please let us know if you can't attend. We want to make sure we have </w:t>
      </w:r>
    </w:p>
    <w:p>
      <w:r>
        <w:t xml:space="preserve">03:01:49   (Speaker B)  a quorum for that. You guys are very good about making </w:t>
      </w:r>
    </w:p>
    <w:p>
      <w:r>
        <w:t xml:space="preserve">03:01:53   (Speaker C)  sure we have a quorum, but just want to say that because that is obviously very important. So unless there's any other business or questions, we'd be looking for a motion to adjourn all. </w:t>
      </w:r>
    </w:p>
    <w:p>
      <w:r>
        <w:t xml:space="preserve">03:02:03   (Speaker E)  Motion to adjourn. </w:t>
      </w:r>
    </w:p>
    <w:p>
      <w:r>
        <w:t xml:space="preserve">03:02:04   (Speaker C)  Okay, I've got a first from Tammy. </w:t>
      </w:r>
    </w:p>
    <w:p>
      <w:r>
        <w:t xml:space="preserve">03:02:06   (Speaker B)  Second Randy on that one. </w:t>
      </w:r>
    </w:p>
    <w:p>
      <w:r>
        <w:t xml:space="preserve">03:02:13   (Speaker C)  All in favor? Okay, so the motion has passed. Time is 9:05pm thanks, everyone. </w:t>
      </w:r>
    </w:p>
    <w:p>
      <w:r>
        <w:t xml:space="preserve">03:02:22   (Speaker B)  Have a great evening and week. </w:t>
      </w:r>
    </w:p>
    <w:p>
      <w:r>
        <w:t xml:space="preserve">03:02:24   (Speaker D)  Thank you.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