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Cory_Lakes_9-17-26.m4a</w:t>
      </w:r>
      <w:r>
        <w:rPr>
          <w:b/>
          <w:color w:val="FF0000"/>
        </w:rPr>
        <w:br/>
        <w:tab/>
        <w:tab/>
        <w:tab/>
        <w:tab/>
        <w:t xml:space="preserve"> 117564330</w:t>
        <w:br/>
        <w:br/>
        <w:br/>
      </w:r>
    </w:p>
    <w:p>
      <w:r>
        <w:t>DATE AUDIO FILE SUBMITTED TO THE GAT SYSTEM:</w:t>
      </w:r>
      <w:r>
        <w:rPr>
          <w:b/>
          <w:color w:val="FF0000"/>
        </w:rPr>
        <w:br/>
        <w:tab/>
        <w:tab/>
        <w:tab/>
        <w:tab/>
        <w:t xml:space="preserve"> September 30, 2026 at 04:28 PM</w:t>
        <w:br/>
        <w:br/>
        <w:br/>
      </w:r>
    </w:p>
    <w:p>
      <w:r>
        <w:t>DATE AUDIO FILE COMPLETED BY THE GAT SYSTEM:</w:t>
      </w:r>
      <w:r>
        <w:rPr>
          <w:b/>
          <w:color w:val="FF0000"/>
        </w:rPr>
        <w:br/>
        <w:tab/>
        <w:tab/>
        <w:tab/>
        <w:tab/>
        <w:t xml:space="preserve"> September 30, 2026 at 04:30 PM</w:t>
      </w:r>
      <w:r>
        <w:rPr>
          <w:b/>
          <w:color w:val="FF0000"/>
        </w:rPr>
        <w:br/>
        <w:tab/>
        <w:tab/>
        <w:tab/>
        <w:tab/>
        <w:t xml:space="preserve"> 02:26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00:29      (Speaker A)  Daniel, facilities manager, Microsoft clubhouse manager. Anthony Charles Reed, history engineer. Awesome. We also have Christian mom with engineering and BC Bavar, srb. Is that correct? </w:t>
      </w:r>
    </w:p>
    <w:p>
      <w:r>
        <w:t xml:space="preserve">00:45      (Speaker B)  Yes. </w:t>
      </w:r>
    </w:p>
    <w:p>
      <w:r>
        <w:t xml:space="preserve">00:45      (Speaker C)  Yes, sir. </w:t>
      </w:r>
    </w:p>
    <w:p>
      <w:r>
        <w:t xml:space="preserve">00:47      (Speaker A)  Awesome. Moving on. We do have the Pledge of Allegiance, The United States of America and to the Republic, which stands one nation under God, indivisible liberty. </w:t>
      </w:r>
    </w:p>
    <w:p>
      <w:r>
        <w:t xml:space="preserve">01:04      (Speaker D)  And. </w:t>
      </w:r>
    </w:p>
    <w:p>
      <w:r>
        <w:t xml:space="preserve">01:09      (Speaker A)  Next up, if you have chairman's comment and anything today. </w:t>
      </w:r>
    </w:p>
    <w:p>
      <w:r>
        <w:t xml:space="preserve">01:14      (Speaker E)  Welcome everybody. Glad you could all join us tonight and we look forward to a speeding. </w:t>
      </w:r>
    </w:p>
    <w:p>
      <w:r>
        <w:t xml:space="preserve">01:21      (Speaker F)  Awesome. </w:t>
      </w:r>
    </w:p>
    <w:p>
      <w:r>
        <w:t xml:space="preserve">01:22      (Speaker A)  All right, next up, we do have any supervisor requests. Any supervisor requests at this time? </w:t>
      </w:r>
    </w:p>
    <w:p>
      <w:r>
        <w:t xml:space="preserve">01:28      (Speaker F)  No. </w:t>
      </w:r>
    </w:p>
    <w:p>
      <w:r>
        <w:t xml:space="preserve">01:29      (Speaker A)  Anything come around. </w:t>
      </w:r>
    </w:p>
    <w:p>
      <w:r>
        <w:t xml:space="preserve">01:31      (Speaker F)  I will. I'll say mine today. </w:t>
      </w:r>
    </w:p>
    <w:p>
      <w:r>
        <w:t xml:space="preserve">01:33      (Speaker B)  All right. </w:t>
      </w:r>
    </w:p>
    <w:p>
      <w:r>
        <w:t xml:space="preserve">01:34      (Speaker F)  I'm tempted, but I'll let it go. </w:t>
      </w:r>
    </w:p>
    <w:p>
      <w:r>
        <w:t xml:space="preserve">01:35      (Speaker A)  All right, all right, all right. Moving on. We do have audience comments. A reminder, this is for specific agenda items only. So please, our agendas up at the front there. If you don't have one. Yes, if someone could grab me the. Listen, do you mind go grab me the list real quick? Thank you, sir. All right. So first on the list, we do have a rich carpenter. </w:t>
      </w:r>
    </w:p>
    <w:p>
      <w:r>
        <w:t xml:space="preserve">02:14      (Speaker D)  I respectfully request that you reconsider putting speed bumps or speed humps over along my Cross Creek. Not Cross Creek early drive in front of the lanai area there with only </w:t>
      </w:r>
    </w:p>
    <w:p>
      <w:r>
        <w:t xml:space="preserve">02:30      (Speaker F)  putting two of them in, it's only </w:t>
      </w:r>
    </w:p>
    <w:p>
      <w:r>
        <w:t xml:space="preserve">02:32      (Speaker D)  going to mitigate the speeding between those two. Every study shows that you have to have a series of them in order for them to work to keep the speeding down. Putting in only two means that people </w:t>
      </w:r>
    </w:p>
    <w:p>
      <w:r>
        <w:t xml:space="preserve">02:46      (Speaker A)  are going to come up to it, </w:t>
      </w:r>
    </w:p>
    <w:p>
      <w:r>
        <w:t xml:space="preserve">02:47      (Speaker F)  they're going to go over it, go </w:t>
      </w:r>
    </w:p>
    <w:p>
      <w:r>
        <w:t xml:space="preserve">02:48      (Speaker D)  nice and slow for a little bit </w:t>
      </w:r>
    </w:p>
    <w:p>
      <w:r>
        <w:t xml:space="preserve">02:49      (Speaker G)  until they get to the second one, </w:t>
      </w:r>
    </w:p>
    <w:p>
      <w:r>
        <w:t xml:space="preserve">02:50      (Speaker D)  and then they're going to speed after that, which means in front of my house, people are going to start speeding faster than what they would have if they had just not had the speed bumps there. So I'd ask that you reconsider peeling them there. Unless you put in several more along that old roadway all the way up to the maybe the, the brus, down the mor. Do that whole stretch. </w:t>
      </w:r>
    </w:p>
    <w:p>
      <w:r>
        <w:t xml:space="preserve">03:17      (Speaker F)  Go for it. If you don't, then please don't fit in. </w:t>
      </w:r>
    </w:p>
    <w:p>
      <w:r>
        <w:t xml:space="preserve">03:20      (Speaker D)  Just. Thank you so much. </w:t>
      </w:r>
    </w:p>
    <w:p>
      <w:r>
        <w:t xml:space="preserve">03:22      (Speaker A)  Thank you, sir. All right, next up we have Gupta, his name and address for the record. And I'll go ahead. </w:t>
      </w:r>
    </w:p>
    <w:p>
      <w:r>
        <w:t xml:space="preserve">03:31      (Speaker E)  1926 CA. Good evening, supervisors. My first topic is landscape. I do want to say that there are a lot of weeds out there, especially down the Horse Bridge road and in the playgrounds, making that very susceptible to snakes and other critters. When you come out on the sidewalk, I come across one. </w:t>
      </w:r>
    </w:p>
    <w:p>
      <w:r>
        <w:t xml:space="preserve">03:51      (Speaker H)  That's why I'm Saying so. </w:t>
      </w:r>
    </w:p>
    <w:p>
      <w:r>
        <w:t xml:space="preserve">03:53      (Speaker E)  All right. So weeds is one. Secondly, this is from. On behalf of a resident from Canary. He basically lives right behind the CLD on Canary and he says those pine trees are so tall that if there's a hurricane and high winds that is going to fall on his house. If we can get that trimmed, please. So that's on that. I'm going to go with this one. Capri wants to know the status of the fountains and cache gate needs to be repaired. So I hope there's a vote on that one. And lastly, the amenities form has not been updated to from the 100 people to the 250 side. Six people yet it was voted on on in July of 2024. And when I sign paperwork, it still says 100 people, not 256. If that can be fixed at least the numbers right behind you. What is the National. </w:t>
      </w:r>
    </w:p>
    <w:p>
      <w:r>
        <w:t xml:space="preserve">04:48      (Speaker A)  So that's. That's not. That's not what you guys have. So your rentals have a limit of 100 people. You're standing events which would be your community events would. Would pertain to that number. </w:t>
      </w:r>
    </w:p>
    <w:p>
      <w:r>
        <w:t xml:space="preserve">04:58      (Speaker E)  Yes. 68. </w:t>
      </w:r>
    </w:p>
    <w:p>
      <w:r>
        <w:t xml:space="preserve">05:02      (Speaker A)  We're not to discuss that right now. Yeah. Thank you very much. All right, next up. I'm so sorry. Jean or Jean. </w:t>
      </w:r>
    </w:p>
    <w:p>
      <w:r>
        <w:t xml:space="preserve">05:14      (Speaker I)  Jean. </w:t>
      </w:r>
    </w:p>
    <w:p>
      <w:r>
        <w:t xml:space="preserve">05:14      (Speaker A)  So sorry. </w:t>
      </w:r>
    </w:p>
    <w:p>
      <w:r>
        <w:t xml:space="preserve">05:18      (Speaker H)  Next month I have two riches. </w:t>
      </w:r>
    </w:p>
    <w:p>
      <w:r>
        <w:t xml:space="preserve">05:20      (Speaker A)  Just name. Just name an address for the record, please. </w:t>
      </w:r>
    </w:p>
    <w:p>
      <w:r>
        <w:t xml:space="preserve">05:24      (Speaker H)  26 years resident, 10509, Bermuda, Ohio. </w:t>
      </w:r>
    </w:p>
    <w:p>
      <w:r>
        <w:t xml:space="preserve">05:30      (Speaker A)  Beautiful. Thank you very much. </w:t>
      </w:r>
    </w:p>
    <w:p>
      <w:r>
        <w:t xml:space="preserve">05:31      (Speaker F)  Go ahead. </w:t>
      </w:r>
    </w:p>
    <w:p>
      <w:r>
        <w:t xml:space="preserve">05:32      (Speaker H)  Two issues. Last month I was here for the same issue. The court are correlated to us off across creek. If any of you had sat there at that light, here's the light, here's </w:t>
      </w:r>
    </w:p>
    <w:p>
      <w:r>
        <w:t xml:space="preserve">05:47      (Speaker E)  the area that looks like for the </w:t>
      </w:r>
    </w:p>
    <w:p>
      <w:r>
        <w:t xml:space="preserve">05:51      (Speaker H)  letter words, they're wood chips and weeds. Now I have been tempted to go to Dollar store and plant some flowers just so it looks better. So don't be surprised if you all drive in and see a row of flowers because it's going to be me. No one has taken any action. I know her landscaping. It's down and you're addressing it. But I wish you could maybe have the transplant plant rotate some around. But that area looks as bad as the fine Folgers Moisturiz roadway. Second area is the roadways. I see that you were talking about speed bumps which you talked about last month. No action was taken. But now you have an engineer here talking tonight. It seems to me like you would have taught and approved the room tables or whatever before you called an engineer. Am I wrong? </w:t>
      </w:r>
    </w:p>
    <w:p>
      <w:r>
        <w:t xml:space="preserve">07:00      (Speaker D)  Yes. </w:t>
      </w:r>
    </w:p>
    <w:p>
      <w:r>
        <w:t xml:space="preserve">07:04      (Speaker H)  I read that this is a public roadway. So who are we stopping? Why do we have gates? Why do we pay so much for security? And to bring us your speed bu drive through live boats. It's a next every 8ft is speed buff. That's all I have to say tonight. I'll see you next month. </w:t>
      </w:r>
    </w:p>
    <w:p>
      <w:r>
        <w:t xml:space="preserve">07:29      (Speaker A)  Thank you very much. Thank you very much. All right, before we close, resident comment. </w:t>
      </w:r>
    </w:p>
    <w:p>
      <w:r>
        <w:t xml:space="preserve">07:34      (Speaker E)  Anyone? </w:t>
      </w:r>
    </w:p>
    <w:p>
      <w:r>
        <w:t xml:space="preserve">07:35      (Speaker A)  Anyone else? </w:t>
      </w:r>
    </w:p>
    <w:p>
      <w:r>
        <w:t xml:space="preserve">07:35      (Speaker G)  Go ahead. </w:t>
      </w:r>
    </w:p>
    <w:p>
      <w:r>
        <w:t xml:space="preserve">07:36      (Speaker A)  May I'm just name and I just for the record, please. </w:t>
      </w:r>
    </w:p>
    <w:p>
      <w:r>
        <w:t xml:space="preserve">07:38      (Speaker H)  Oh, I'm Molly from MJS tenants. </w:t>
      </w:r>
    </w:p>
    <w:p>
      <w:r>
        <w:t xml:space="preserve">07:40      (Speaker E)  Excuse me, not Brian. Would you remind residents that it has to be an agenda item? </w:t>
      </w:r>
    </w:p>
    <w:p>
      <w:r>
        <w:t xml:space="preserve">07:44      (Speaker H)  Well, I was coming with the rules and regs today, and I came for a request for using court one because you guys have seen me out there with. I work with very small children and I wanted to make sure. I called Michael today, but I just wanted to make sure. I'm advocating because you guys have all seen me with me 4 year olds, 5 year olds, 6 year olds, and with the heat in the extent. The best court that has a little bit of shade, this court one over here. Starting next month, I'll be starting at 3:15 with twins that live in here that are in the kindergarten. And so if I put them on fourth three, there is zero shade. And it's brutal for the children. </w:t>
      </w:r>
    </w:p>
    <w:p>
      <w:r>
        <w:t xml:space="preserve">08:23      (Speaker A)  Just so you know, the. They did that already. It'll be one. </w:t>
      </w:r>
    </w:p>
    <w:p>
      <w:r>
        <w:t xml:space="preserve">08:26      (Speaker E)  Okay. I wasn't sure. </w:t>
      </w:r>
    </w:p>
    <w:p>
      <w:r>
        <w:t xml:space="preserve">08:27      (Speaker H)  I spoke to Mike. I just wanted to make sure that the court went on. To make sure because we're all getting used to the numbers. </w:t>
      </w:r>
    </w:p>
    <w:p>
      <w:r>
        <w:t xml:space="preserve">08:32      (Speaker A)  Yes, we're going to be discussing all of that here, actually. It's probably the next sucker. </w:t>
      </w:r>
    </w:p>
    <w:p>
      <w:r>
        <w:t xml:space="preserve">08:38      (Speaker H)  Okay. </w:t>
      </w:r>
    </w:p>
    <w:p>
      <w:r>
        <w:t xml:space="preserve">08:38      (Speaker A)  All right, thank you very much. </w:t>
      </w:r>
    </w:p>
    <w:p>
      <w:r>
        <w:t xml:space="preserve">08:40      (Speaker F)  All right. </w:t>
      </w:r>
    </w:p>
    <w:p>
      <w:r>
        <w:t xml:space="preserve">08:40      (Speaker A)  Any other thing? </w:t>
      </w:r>
    </w:p>
    <w:p>
      <w:r>
        <w:t xml:space="preserve">08:43      (Speaker H)  I also, I have a parent, bunch of parents, and they're going to be writing in. I spoke to Michael about it today, but today, yesterday we witnessed almost a fist fight on the tennis courts. I just wanted the board to know that There was over 40 people on the courts last night in the pickle ball on courts one and two. And a lot of the people don't live here. And last night the big incident occurred. I have gotten my third call today with no phone for two to three hours with parents. They are all requesting that I bring the children to Heritage Isles because they feel it's too intimidating and too aggressive for the kids over there. It's getting really contentious. </w:t>
      </w:r>
    </w:p>
    <w:p>
      <w:r>
        <w:t xml:space="preserve">09:23      (Speaker A)  Thank you very much. We appreciate that. All right, Any other resident comments in the room? All right, I'll open it up to the zoom. If you are on Zoom and have a resident comment pertaining to the agenda, please use the raise your hand feature. You can find it in the react button located at the bottom of the screen, it looks like a heart. You'll see the raise your hand button. I'll give everyone a few seconds to find it. </w:t>
      </w:r>
    </w:p>
    <w:p>
      <w:r>
        <w:t xml:space="preserve">09:50      (Speaker F)  Okay. </w:t>
      </w:r>
    </w:p>
    <w:p>
      <w:r>
        <w:t xml:space="preserve">09:50      (Speaker A)  Seeing none, we'll go ahead and move on. So first, next up, we do have vendor reports. First up, we do have District Council, B.C. you're still with us, right? </w:t>
      </w:r>
    </w:p>
    <w:p>
      <w:r>
        <w:t xml:space="preserve">09:59      (Speaker B)  Yes, I'm still with you. </w:t>
      </w:r>
    </w:p>
    <w:p>
      <w:r>
        <w:t xml:space="preserve">10:01      (Speaker A)  All right, perfect. So we have a couple of the stuff that we wanted Vivek here to come talk about. First, obviously, was the policies that are. Sorry. The rules and regulations that we've been going over the past, for the past couple of months. We did incorporate a lot of the most. I'm sorry, all of the changes that you guys set from last month. I know there was still a question whether the board wanted to set a guest limit for each patient when they come. So we can decide that now or you guys can go as is whatever you guys preferences. And also we wanted Vivek to speak on. I'm sorry, Discussion of the public roads. We want to talk about the public roads, get Legal's opinion on that. And then also discussion of community events. We wanted to get his opinion on some of that. </w:t>
      </w:r>
    </w:p>
    <w:p>
      <w:r>
        <w:t xml:space="preserve">10:43      (Speaker E)  So. In which area I thought we did. Guess who Events. </w:t>
      </w:r>
    </w:p>
    <w:p>
      <w:r>
        <w:t xml:space="preserve">10:46      (Speaker A)  I'm so sorry. Did you guys, you guys said you wanted to have guest limits, but we never actually said what the guest limit </w:t>
      </w:r>
    </w:p>
    <w:p>
      <w:r>
        <w:t xml:space="preserve">10:52      (Speaker I)  you wanted to be. </w:t>
      </w:r>
    </w:p>
    <w:p>
      <w:r>
        <w:t xml:space="preserve">10:52      (Speaker A)  So I think we're all going to talk about it or think about it over the last month and we're going </w:t>
      </w:r>
    </w:p>
    <w:p>
      <w:r>
        <w:t xml:space="preserve">10:56      (Speaker E)  to decide that guest limits in the community as a whole or at the pool. </w:t>
      </w:r>
    </w:p>
    <w:p>
      <w:r>
        <w:t xml:space="preserve">11:00      (Speaker A)  So when you, when you come up to the pool, how many guests are you allowed to bring? We're not talking about like actually age, just age. We've got a million. </w:t>
      </w:r>
    </w:p>
    <w:p>
      <w:r>
        <w:t xml:space="preserve">11:08      (Speaker E)  Yeah, there is a. Yeah, we covered this in detail, especially certain ages can bring in certain number and other ages </w:t>
      </w:r>
    </w:p>
    <w:p>
      <w:r>
        <w:t xml:space="preserve">11:16      (Speaker H)  can bring in a different number. We've limited them. We have not limited the number of guests at the tents for it. I, I personally can't think of possibly. </w:t>
      </w:r>
    </w:p>
    <w:p>
      <w:r>
        <w:t xml:space="preserve">11:26      (Speaker A)  Well, the guest limit would pertain to all amenities. So you accept one guest limit and it would go for your pool, your tennis courts, your. </w:t>
      </w:r>
    </w:p>
    <w:p>
      <w:r>
        <w:t xml:space="preserve">11:32      (Speaker D)  Not the way we've got it written today. We've got guest limits per section, per amenity. </w:t>
      </w:r>
    </w:p>
    <w:p>
      <w:r>
        <w:t xml:space="preserve">11:36      (Speaker A)  Right, got it. Okay, so then, yeah, if that's the case, if you guys want to move forward with it like that, then yeah, we would probably want to go through all those sections and set those appropriately. If you guys think that they need </w:t>
      </w:r>
    </w:p>
    <w:p>
      <w:r>
        <w:t xml:space="preserve">11:45      (Speaker H)  to be adjusted there with the exception of tennis court. And we can't. Personally, I don't think we can do a basketball court because if you want to get together, see your friends to play basketball, I think that's fine. You know, one person, whatever. It's just the tennis courts are issue. Soccer, you know, it's fine if there's a group of people out there, so long as there's at least one residential. </w:t>
      </w:r>
    </w:p>
    <w:p>
      <w:r>
        <w:t xml:space="preserve">12:06      (Speaker E)  Thank you. We value your opinion, but I don't </w:t>
      </w:r>
    </w:p>
    <w:p>
      <w:r>
        <w:t xml:space="preserve">12:08      (Speaker H)  think it's that you get to stop </w:t>
      </w:r>
    </w:p>
    <w:p>
      <w:r>
        <w:t xml:space="preserve">12:10      (Speaker E)  to accept the regulation. </w:t>
      </w:r>
    </w:p>
    <w:p>
      <w:r>
        <w:t xml:space="preserve">12:11      (Speaker H)  I think we get to vote. </w:t>
      </w:r>
    </w:p>
    <w:p>
      <w:r>
        <w:t xml:space="preserve">12:12      (Speaker E)  I'm expressing my opinion. Spell. Yeah. </w:t>
      </w:r>
    </w:p>
    <w:p>
      <w:r>
        <w:t xml:space="preserve">12:15      (Speaker H)  And that's what we do here. We all express our opinions and then we come together on a decision. And my opinion regarding guest limits is that I believe we have already set guess limits at the various. Like we've done it for the pool, we've done it for other things. We have not done it for the tennis court, nor have we done it for the. Wait for those. The only two areas. We did not send it. But I think perhaps we should consider. </w:t>
      </w:r>
    </w:p>
    <w:p>
      <w:r>
        <w:t xml:space="preserve">12:38      (Speaker F)  Madam Chair, can we have a more </w:t>
      </w:r>
    </w:p>
    <w:p>
      <w:r>
        <w:t xml:space="preserve">12:41      (Speaker D)  structured approach to getting these results than </w:t>
      </w:r>
    </w:p>
    <w:p>
      <w:r>
        <w:t xml:space="preserve">12:45      (Speaker F)  just speaking out loud in terms of. We can get a different structure and then identify those sections. I think would be. </w:t>
      </w:r>
    </w:p>
    <w:p>
      <w:r>
        <w:t xml:space="preserve">12:53      (Speaker E)  And I. Correct me if I'm wrong, but weren't you one of the people that were </w:t>
      </w:r>
    </w:p>
    <w:p>
      <w:r>
        <w:t xml:space="preserve">12:58      (Speaker H)  pretty helpful about the number of guests for the channel? </w:t>
      </w:r>
    </w:p>
    <w:p>
      <w:r>
        <w:t xml:space="preserve">13:00      (Speaker E)  I remember that. </w:t>
      </w:r>
    </w:p>
    <w:p>
      <w:r>
        <w:t xml:space="preserve">13:01      (Speaker H)  To sleep with that. </w:t>
      </w:r>
    </w:p>
    <w:p>
      <w:r>
        <w:t xml:space="preserve">13:06      (Speaker E)  It's. </w:t>
      </w:r>
    </w:p>
    <w:p>
      <w:r>
        <w:t xml:space="preserve">13:06      (Speaker A)  It's in there, right? It's in there. We're just seeing if you guys want to adjust that upward now back. </w:t>
      </w:r>
    </w:p>
    <w:p>
      <w:r>
        <w:t xml:space="preserve">13:12      (Speaker H)  Yes, I just that today maybe we talk. </w:t>
      </w:r>
    </w:p>
    <w:p>
      <w:r>
        <w:t xml:space="preserve">13:18      (Speaker D)  Well, we said yes or left. </w:t>
      </w:r>
    </w:p>
    <w:p>
      <w:r>
        <w:t xml:space="preserve">13:20      (Speaker F)  Madam Chair, is it possible we could move this to the tail end of the meeting and. And then deal with the other manager. Say that are very pressing as well in terms of getting through those and just. </w:t>
      </w:r>
    </w:p>
    <w:p>
      <w:r>
        <w:t xml:space="preserve">13:33      (Speaker E)  I think it's a wonderful idea. Are we all in agreement? </w:t>
      </w:r>
    </w:p>
    <w:p>
      <w:r>
        <w:t xml:space="preserve">13:35      (Speaker A)  Well, I think we need to. Yeah. </w:t>
      </w:r>
    </w:p>
    <w:p>
      <w:r>
        <w:t xml:space="preserve">13:38      (Speaker D)  Legal issues at the brawl so we can get him. </w:t>
      </w:r>
    </w:p>
    <w:p>
      <w:r>
        <w:t xml:space="preserve">13:41      (Speaker A)  Get him off the clock. </w:t>
      </w:r>
    </w:p>
    <w:p>
      <w:r>
        <w:t xml:space="preserve">13:42      (Speaker J)  Right. </w:t>
      </w:r>
    </w:p>
    <w:p>
      <w:r>
        <w:t xml:space="preserve">13:42      (Speaker H)  Yeah. </w:t>
      </w:r>
    </w:p>
    <w:p>
      <w:r>
        <w:t xml:space="preserve">13:43      (Speaker E)  Yes. </w:t>
      </w:r>
    </w:p>
    <w:p>
      <w:r>
        <w:t xml:space="preserve">13:45      (Speaker A)  So did you guys have any questions regarding the policies regarding legalities? </w:t>
      </w:r>
    </w:p>
    <w:p>
      <w:r>
        <w:t xml:space="preserve">13:50      (Speaker F)  I'm not with policies. I don't even worry about the. The speed bumps and all of that. I'm really concerned about those legalities with that and the liabilities of what that's going to cause from insurance? </w:t>
      </w:r>
    </w:p>
    <w:p>
      <w:r>
        <w:t xml:space="preserve">14:06      (Speaker A)  I just get a statement from your insurance on that as well. </w:t>
      </w:r>
    </w:p>
    <w:p>
      <w:r>
        <w:t xml:space="preserve">14:08      (Speaker H)  Yeah. </w:t>
      </w:r>
    </w:p>
    <w:p>
      <w:r>
        <w:t xml:space="preserve">14:09      (Speaker F)  So I would, you know, I mean we. We started in January discussion on these policies. We still kicking them around. </w:t>
      </w:r>
    </w:p>
    <w:p>
      <w:r>
        <w:t xml:space="preserve">14:17      (Speaker H)  Sure. </w:t>
      </w:r>
    </w:p>
    <w:p>
      <w:r>
        <w:t xml:space="preserve">14:18      (Speaker F)  But I think the more pressing issues right now or right now to get through this and try to get him, give some definition, something defended on how do we proceed? Always say, is that even a viable option? We talked about we take on liabilities. We shouldn't take on those type. </w:t>
      </w:r>
    </w:p>
    <w:p>
      <w:r>
        <w:t xml:space="preserve">14:35      (Speaker H)  Okay. </w:t>
      </w:r>
    </w:p>
    <w:p>
      <w:r>
        <w:t xml:space="preserve">14:35      (Speaker E)  Yeah, I do think as well, Mr. Aboff, we also last, at the last meeting asked the facility manager to look into alternative ways to regulate speeding as is. You know, just the feasibility of maybe speed cameras or other options that are not as expensive or as. We've gotten a lot of blowback from residents on how they're. They're concerned about property values with how the speed bumps are going to look. So, I mean, there's. This is not a resolved issue. We have certainly not decided to go ahead with speed bumps at this point. I mean, it's, it's what, it's totally up in there. </w:t>
      </w:r>
    </w:p>
    <w:p>
      <w:r>
        <w:t xml:space="preserve">15:15      (Speaker F)  Madam Chair, we get back when you want you. We're doing the research in all the legwork to make sure that we are coming up with the viable alternative. </w:t>
      </w:r>
    </w:p>
    <w:p>
      <w:r>
        <w:t xml:space="preserve">15:30      (Speaker H)  Right. </w:t>
      </w:r>
    </w:p>
    <w:p>
      <w:r>
        <w:t xml:space="preserve">15:30      (Speaker F)  We're looking at every avenue. We're making sure we cover from the engineering's perspective, from the legal perspective. We're looking at all the options out there. We're doing our due diligence so that when we sit in front of the homeowners here and they decide which way we're going to go, we can propose here the different alternatives you can select. But by no means are we going to go say that this is what we're going to do. We're just doing the homework and getting you the information so that when everybody sits down, this is what we know, this is what we're looking at. How do we want to proceed as a community at large. </w:t>
      </w:r>
    </w:p>
    <w:p>
      <w:r>
        <w:t xml:space="preserve">16:09      (Speaker A)  Yeah. </w:t>
      </w:r>
    </w:p>
    <w:p>
      <w:r>
        <w:t xml:space="preserve">16:09      (Speaker F)  And I think we're doing the right thing. </w:t>
      </w:r>
    </w:p>
    <w:p>
      <w:r>
        <w:t xml:space="preserve">16:11      (Speaker E)  Yes, I do, too. </w:t>
      </w:r>
    </w:p>
    <w:p>
      <w:r>
        <w:t xml:space="preserve">16:12      (Speaker A)  So I think with that, I think it's okay. I mean, Todd, I think you had a question for just a couple administrative </w:t>
      </w:r>
    </w:p>
    <w:p>
      <w:r>
        <w:t xml:space="preserve">16:19      (Speaker D)  things legally, like the notice again, we still have Larry Krause listed. So take care of all those administrative items there are. </w:t>
      </w:r>
    </w:p>
    <w:p>
      <w:r>
        <w:t xml:space="preserve">16:27      (Speaker B)  Well, I could address that because we have our old policies, the old suspension policy. And then section two is what the proposed revised policies are. So the notice about Larry, that's actually your old suspension policy that was shown to you to show you the changes as to what we're proposing in the revised policy. That's in section two. So we're not asking the board to consider adopting that separate suspension policy. The only thing that we are asking the board to consider is section two that incorporates all of your policies into one document. </w:t>
      </w:r>
    </w:p>
    <w:p>
      <w:r>
        <w:t xml:space="preserve">17:03      (Speaker D)  Okay. So Those, those notice letters are. There's no examples of the notice letters that would be sent out in compliance with Section 2, is that correct? </w:t>
      </w:r>
    </w:p>
    <w:p>
      <w:r>
        <w:t xml:space="preserve">17:15      (Speaker B)  That's correct. We can provide those if that's requested by the board. But again, the original form letters were. Because you had a 1, 2, 3 policy versus the more streamlined version that we are suggesting to the board. And I apologize. I know at the last meeting the board had agreed with me making the streamline policy about providing notice after the board, you know, considers a longer termination. And I forgot to make that change. That's on agenda page 52. So we would make that change to streamline that process as well. </w:t>
      </w:r>
    </w:p>
    <w:p>
      <w:r>
        <w:t xml:space="preserve">17:50      (Speaker F)  Okay. </w:t>
      </w:r>
    </w:p>
    <w:p>
      <w:r>
        <w:t xml:space="preserve">17:51      (Speaker D)  And are there any other obvious. Any other legal ramifications of the policies and procedures that you feel like we should be aware of at this time with that know? </w:t>
      </w:r>
    </w:p>
    <w:p>
      <w:r>
        <w:t xml:space="preserve">18:00      (Speaker B)  Brian had kind of informed me of all the other changes the board wanted. I had made some of them. He made the remainder ones. So all of those changes I'm comfortable with. Unless the board has any questions about that or, or any. Anything regarding that, I'm happy to address that. But there, there's concerns at this point with the policies that are in front of you. </w:t>
      </w:r>
    </w:p>
    <w:p>
      <w:r>
        <w:t xml:space="preserve">18:22      (Speaker A)  Great. </w:t>
      </w:r>
    </w:p>
    <w:p>
      <w:r>
        <w:t xml:space="preserve">18:22      (Speaker G)  To, to, to. </w:t>
      </w:r>
    </w:p>
    <w:p>
      <w:r>
        <w:t xml:space="preserve">18:23      (Speaker D)  To Ron an comments around legal. Legal thoughts that we should consider around speed bump or speed reduction strategies. Any, any guidance or wisdom that you want to share with us on council on that? </w:t>
      </w:r>
    </w:p>
    <w:p>
      <w:r>
        <w:t xml:space="preserve">18:41      (Speaker B)  Yeah, we've already done what I would have recommended. I do know back at the. The June meeting, the city of Tampa had indicated that they have no objection to the CDD doing anything or really they're not going to require the CDD to go through any per. I don't know if we ever got that in writing. That's something I think that we recommended. I don't know if the city of Tampa was willing to do that. And then the second item would have been checking with your insurance carrier. And it sounds like Brian's got an update on that as well. As long as you follow those processes and you hire contract, you know, licensed insured vendors to do the work, there's really nothing more. From that perspective, I will say that there will be probably a higher chance of folks making claims that, you know, the speed hump damaged their bumper or undercarriage or things of that nature. But again, that's something that can be handled through insurance and is more of a business decision rather than a legal issue or prohibition. </w:t>
      </w:r>
    </w:p>
    <w:p>
      <w:r>
        <w:t xml:space="preserve">19:39      (Speaker D)  Is there any issue on a potential alternative strategy of the speed cameras and taking photographs of license plates and having the HOA then issue a non Compliance, you know, fine to the homeowner that </w:t>
      </w:r>
    </w:p>
    <w:p>
      <w:r>
        <w:t xml:space="preserve">19:54      (Speaker A)  was guilty of that. </w:t>
      </w:r>
    </w:p>
    <w:p>
      <w:r>
        <w:t xml:space="preserve">19:54      (Speaker D)  Is there any anything that we should be aware of that is the bad idea, a good idea? Neutralize it? </w:t>
      </w:r>
    </w:p>
    <w:p>
      <w:r>
        <w:t xml:space="preserve">20:00      (Speaker F)  No. </w:t>
      </w:r>
    </w:p>
    <w:p>
      <w:r>
        <w:t xml:space="preserve">20:00      (Speaker B)  So actually that's something that this board has done in the past. We actually had a cooperation agreement. I don't know if it was ever terminated because that's really not anything related to the security system vulnerability or anything like that. So it's. If the hoa, the poa has the ability to do those fines on their own rights, or they need some sort of authorization from CD with respect to the CD roadways, we can do that. We can't authorize them to issue the fines because we don't have that power ourselves. But there's no issue with respect to installation of speed cameras. Obviously, some residents may contest it, saying that the equipment was not properly calibrated or, or maintained. Those are all things that the POA may have to kind of check with their attorney as far as if that would be a hindrance for their enforcement. But there's no issues with CD putting or allowing the POA to put cameras on city property. </w:t>
      </w:r>
    </w:p>
    <w:p>
      <w:r>
        <w:t xml:space="preserve">21:00      (Speaker H)  I have a couple questions for Vivek as well. Vivek, does the poa, could they possibly pay for the cameras? </w:t>
      </w:r>
    </w:p>
    <w:p>
      <w:r>
        <w:t xml:space="preserve">21:09      (Speaker B)  Oh, absolutely. </w:t>
      </w:r>
    </w:p>
    <w:p>
      <w:r>
        <w:t xml:space="preserve">21:10      (Speaker G)  Yep. </w:t>
      </w:r>
    </w:p>
    <w:p>
      <w:r>
        <w:t xml:space="preserve">21:10      (Speaker B)  Yep. A resident could pay for the cameras or it could be a donation or. Yeah. So the district does not have to pay for it on its own dime if someone else is willing to do so. </w:t>
      </w:r>
    </w:p>
    <w:p>
      <w:r>
        <w:t xml:space="preserve">21:20      (Speaker H)  Okay. And if they collect the fines, would they be able to give that money to us to reimburse us for buying the cameras? </w:t>
      </w:r>
    </w:p>
    <w:p>
      <w:r>
        <w:t xml:space="preserve">21:29      (Speaker B)  I wouldn't structure it that way. If they want to make a donation, certainly, again, we don't have the same rights that the city or county has with respect to those flock cameras. That is a, a, a cost share or kind of reimbursement type arrangement that we don't have the ability to find. So I wouldn't want to formalize that in any sort of documentation. If the POA was willing to, you know, provide donations for. And they said, you know, we want you to use for security purposes, or you can just put this in your piggy bank, that's certainly fine. We can accept donations, but I wouldn't want to structure it where someone can argue that, hey, we, we really don't have the authority to authorize them to issue fines and then re, you know, reimburse the district for, for expenses. So I think we can get to the same place. But I just wouldn't tie those two together necessarily. </w:t>
      </w:r>
    </w:p>
    <w:p>
      <w:r>
        <w:t xml:space="preserve">22:24      (Speaker A)  Thank you very Much so I know we kind of talk about policy. We're getting into speed bumps too. We do have these graph policies with the board interested in approving these as is. And we can go ahead and make the gas limit changes if necessary later. I just want to make sure that you guys have some good, strong policies somewhere approved so that we can move forward. It's. Rebecca said he seems to be pretty comfortable with what. What's in front of you today. We can make any other changes down the road. </w:t>
      </w:r>
    </w:p>
    <w:p>
      <w:r>
        <w:t xml:space="preserve">22:52      (Speaker F)  I think we need to improve them with the rationale that we would go back and modify the complete. The limits, the number of people on the properties. I think we kicked it pretty hard. </w:t>
      </w:r>
    </w:p>
    <w:p>
      <w:r>
        <w:t xml:space="preserve">23:08      (Speaker E)  I'm in agreement. Only I would say one thing. If the only outline question is how many guests that we recommend for homeowner for the tennis football court, is that something we don't think we could resolve quickly? </w:t>
      </w:r>
    </w:p>
    <w:p>
      <w:r>
        <w:t xml:space="preserve">23:20      (Speaker F)  I think we just need to look at the entire. Look at it in totality and then make sure that everything's there and then at that point bring that back to the group. I would like to look at it one more time because we kicked about a thousand thoughts around and I'm not sure where you are because we back and forth. </w:t>
      </w:r>
    </w:p>
    <w:p>
      <w:r>
        <w:t xml:space="preserve">23:38      (Speaker D)  So. And Cynthia's right. </w:t>
      </w:r>
    </w:p>
    <w:p>
      <w:r>
        <w:t xml:space="preserve">23:40      (Speaker A)  There is. </w:t>
      </w:r>
    </w:p>
    <w:p>
      <w:r>
        <w:t xml:space="preserve">23:40      (Speaker D)  He said guests can be allowed in fitness, but there is no number. </w:t>
      </w:r>
    </w:p>
    <w:p>
      <w:r>
        <w:t xml:space="preserve">23:45      (Speaker E)  Okay. So at this point then I would like to make a motion to proceed to ratify the revised policies before they dials. With the caveat that we will have some amendments in the future for a number of guests. </w:t>
      </w:r>
    </w:p>
    <w:p>
      <w:r>
        <w:t xml:space="preserve">23:59      (Speaker F)  I would if the second. Well, we got discussion yet. </w:t>
      </w:r>
    </w:p>
    <w:p>
      <w:r>
        <w:t xml:space="preserve">24:05      (Speaker A)  There would be a second and then discuss. </w:t>
      </w:r>
    </w:p>
    <w:p>
      <w:r>
        <w:t xml:space="preserve">24:07      (Speaker F)  Seconded discussion. </w:t>
      </w:r>
    </w:p>
    <w:p>
      <w:r>
        <w:t xml:space="preserve">24:08      (Speaker C)  Right. </w:t>
      </w:r>
    </w:p>
    <w:p>
      <w:r>
        <w:t xml:space="preserve">24:08      (Speaker F)  So I'd like to have that. That tailored by the next meeting if we can not at some further date. I'd like it more undefended. </w:t>
      </w:r>
    </w:p>
    <w:p>
      <w:r>
        <w:t xml:space="preserve">24:17      (Speaker E)  And then I'd like to amend my motion to address at the meeting. </w:t>
      </w:r>
    </w:p>
    <w:p>
      <w:r>
        <w:t xml:space="preserve">24:20      (Speaker D)  Thank you, Madam Chair. Question. I do see like an inaccuracy on </w:t>
      </w:r>
    </w:p>
    <w:p>
      <w:r>
        <w:t xml:space="preserve">24:27      (Speaker A)  a couple of things. </w:t>
      </w:r>
    </w:p>
    <w:p>
      <w:r>
        <w:t xml:space="preserve">24:28      (Speaker D)  You need to be taken out. Do we need to do that now? I think that we can do that administratively. </w:t>
      </w:r>
    </w:p>
    <w:p>
      <w:r>
        <w:t xml:space="preserve">24:36      (Speaker E)  We'll do that administrative. </w:t>
      </w:r>
    </w:p>
    <w:p>
      <w:r>
        <w:t xml:space="preserve">24:38      (Speaker D)  Yeah. </w:t>
      </w:r>
    </w:p>
    <w:p>
      <w:r>
        <w:t xml:space="preserve">24:38      (Speaker A)  I mean, are they quick ones? You want to just shout them out real quick and I can write them down. </w:t>
      </w:r>
    </w:p>
    <w:p>
      <w:r>
        <w:t xml:space="preserve">24:43      (Speaker D)  So I'm on page. Page 47 of the meeting document. Page 14 of 20 of the policies under tennis court policy. And it's number 17. It says the patient reserving the court for pickle ball. Well, we don't. That was when we were contemplating a reservation. </w:t>
      </w:r>
    </w:p>
    <w:p>
      <w:r>
        <w:t xml:space="preserve">25:03      (Speaker A)  Take it out. </w:t>
      </w:r>
    </w:p>
    <w:p>
      <w:r>
        <w:t xml:space="preserve">25:03      (Speaker D)  So I think you can you can take the front half of that down, but it's. I think it's the pickle ball. Folks are responsible for taking down and. And moving the portable nets to the side. </w:t>
      </w:r>
    </w:p>
    <w:p>
      <w:r>
        <w:t xml:space="preserve">25:14      (Speaker A)  Take out the reserve. Okay. </w:t>
      </w:r>
    </w:p>
    <w:p>
      <w:r>
        <w:t xml:space="preserve">25:17      (Speaker E)  I thought we did that last time. I think we just missed it. </w:t>
      </w:r>
    </w:p>
    <w:p>
      <w:r>
        <w:t xml:space="preserve">25:21      (Speaker H)  Fine. Item number four, under the cell. </w:t>
      </w:r>
    </w:p>
    <w:p>
      <w:r>
        <w:t xml:space="preserve">25:24      (Speaker G)  Missing. </w:t>
      </w:r>
    </w:p>
    <w:p>
      <w:r>
        <w:t xml:space="preserve">25:25      (Speaker A)  Let me get this one first before. I don't want to lose track of these. Sorry. Go ahead. Sorry. </w:t>
      </w:r>
    </w:p>
    <w:p>
      <w:r>
        <w:t xml:space="preserve">25:31      (Speaker H)  Item number four. On the same page, it says court number three in the original fourth enclosure will be the primary training court. And then down below, it says Court 3 and 4 adjacent to the soccer field are considered the lesson courts. Mrs. Schwartz. </w:t>
      </w:r>
    </w:p>
    <w:p>
      <w:r>
        <w:t xml:space="preserve">25:49      (Speaker J)  Yeah. </w:t>
      </w:r>
    </w:p>
    <w:p>
      <w:r>
        <w:t xml:space="preserve">25:49      (Speaker A)  I thought I had changed that. Yes, I did. </w:t>
      </w:r>
    </w:p>
    <w:p>
      <w:r>
        <w:t xml:space="preserve">25:53      (Speaker H)  And then tell me. Oh, let me, let me. There's another error regarding the volleyball. </w:t>
      </w:r>
    </w:p>
    <w:p>
      <w:r>
        <w:t xml:space="preserve">25:59      (Speaker D)  Before you leave that section, I have </w:t>
      </w:r>
    </w:p>
    <w:p>
      <w:r>
        <w:t xml:space="preserve">26:00      (Speaker A)  one more in that section. </w:t>
      </w:r>
    </w:p>
    <w:p>
      <w:r>
        <w:t xml:space="preserve">26:02      (Speaker H)  Okay. </w:t>
      </w:r>
    </w:p>
    <w:p>
      <w:r>
        <w:t xml:space="preserve">26:02      (Speaker D)  And it's item number 12. Brian. And again, it says tennis courts are for the play of tennis only. There should be a qualifier in there, except those line for pickleball. </w:t>
      </w:r>
    </w:p>
    <w:p>
      <w:r>
        <w:t xml:space="preserve">26:18      (Speaker E)  Good point. </w:t>
      </w:r>
    </w:p>
    <w:p>
      <w:r>
        <w:t xml:space="preserve">26:22      (Speaker H)  And then item number six. Let me know when you're in. </w:t>
      </w:r>
    </w:p>
    <w:p>
      <w:r>
        <w:t xml:space="preserve">26:26      (Speaker A)  Yep. </w:t>
      </w:r>
    </w:p>
    <w:p>
      <w:r>
        <w:t xml:space="preserve">26:26      (Speaker H)  Under basketball, volleyball. Anyone found to be removing sand, I suggest we take off the words or damaging the netting under the sand. The old volleyball court had netting underneath it. We no longer have. </w:t>
      </w:r>
    </w:p>
    <w:p>
      <w:r>
        <w:t xml:space="preserve">26:44      (Speaker A)  Oh, page 14. So remove it right from page 41. </w:t>
      </w:r>
    </w:p>
    <w:p>
      <w:r>
        <w:t xml:space="preserve">26:52      (Speaker H)  There's something about accepting checks and bank orders. I don't have that number. Oh, number 12. All checks and money orders are to be cable. Cash is not accepted. We. We only take credit cards. Is that correct, Michael? </w:t>
      </w:r>
    </w:p>
    <w:p>
      <w:r>
        <w:t xml:space="preserve">27:06      (Speaker A)  Okay, well, we have to. We have to say that we can take. Great. I'm sorry. I'm sorry. Cash, money orders or checks. </w:t>
      </w:r>
    </w:p>
    <w:p>
      <w:r>
        <w:t xml:space="preserve">27:12      (Speaker E)  Oh, okay. </w:t>
      </w:r>
    </w:p>
    <w:p>
      <w:r>
        <w:t xml:space="preserve">27:13      (Speaker A)  Yeah, we have to. Yeah, we have to take multiple. </w:t>
      </w:r>
    </w:p>
    <w:p>
      <w:r>
        <w:t xml:space="preserve">27:16      (Speaker H)  Okay, </w:t>
      </w:r>
    </w:p>
    <w:p>
      <w:r>
        <w:t xml:space="preserve">27:20      (Speaker A)  I'm right when I say that, right? I don't want to. Sorry. The district has to offer money order to check as a payment method, I believe. </w:t>
      </w:r>
    </w:p>
    <w:p>
      <w:r>
        <w:t xml:space="preserve">27:28      (Speaker B)  So. I. I can check on that. If that's something the board wants to take out, we can do that administratively, but it's minor. </w:t>
      </w:r>
    </w:p>
    <w:p>
      <w:r>
        <w:t xml:space="preserve">27:37      (Speaker D)  Yeah. </w:t>
      </w:r>
    </w:p>
    <w:p>
      <w:r>
        <w:t xml:space="preserve">27:38      (Speaker F)  Okay. </w:t>
      </w:r>
    </w:p>
    <w:p>
      <w:r>
        <w:t xml:space="preserve">27:39      (Speaker H)  Item on page 43. This is just a really picky thing. Number 16. It only lists bicycle skateboards, rollerblades and scooters. And we know that people like to. You know, we all tend to go around the rules. So it's not just those things. It's any vehicles, wheeled recreational devices or. And motorized devices of any kind of person. So it's not just like. It's e. Bikes, hoverboards, mopeds, golf carts. They can't bring anything in the Deck area. </w:t>
      </w:r>
    </w:p>
    <w:p>
      <w:r>
        <w:t xml:space="preserve">28:10      (Speaker A)  So I think we can just generalize that and say no recreational vehicles. Vehicles or devices. Devices, yeah. </w:t>
      </w:r>
    </w:p>
    <w:p>
      <w:r>
        <w:t xml:space="preserve">28:19      (Speaker H)  And then do we need to say anything? Prohibit this prohibited. This prohibition does not apply to wheelchairs or other mobility devices. </w:t>
      </w:r>
    </w:p>
    <w:p>
      <w:r>
        <w:t xml:space="preserve">28:27      (Speaker A)  Devices. </w:t>
      </w:r>
    </w:p>
    <w:p>
      <w:r>
        <w:t xml:space="preserve">28:28      (Speaker E)  Is that necessary? </w:t>
      </w:r>
    </w:p>
    <w:p>
      <w:r>
        <w:t xml:space="preserve">28:29      (Speaker A)  I don't think so. You guys have to be ADA compliant, so that would fall under that. </w:t>
      </w:r>
    </w:p>
    <w:p>
      <w:r>
        <w:t xml:space="preserve">28:33      (Speaker H)  So baby strollers would be included. </w:t>
      </w:r>
    </w:p>
    <w:p>
      <w:r>
        <w:t xml:space="preserve">28:37      (Speaker A)  Any other revisions? </w:t>
      </w:r>
    </w:p>
    <w:p>
      <w:r>
        <w:t xml:space="preserve">28:38      (Speaker H)  That's it. </w:t>
      </w:r>
    </w:p>
    <w:p>
      <w:r>
        <w:t xml:space="preserve">28:39      (Speaker A)  So I had a first from Ann, a second from Ron. Do I have all in favor? All right, motion passes. 5. </w:t>
      </w:r>
    </w:p>
    <w:p>
      <w:r>
        <w:t xml:space="preserve">28:45      (Speaker F)  0. </w:t>
      </w:r>
    </w:p>
    <w:p>
      <w:r>
        <w:t xml:space="preserve">28:45      (Speaker A)  All right, Vivek, I know we've had a couple of questions regarding the public road status of Corey Lakes. Did you kind of want to go over that a little bit, Just kind of give a statement. And then I think the request from us at this point, board members would be that you allow us to put some sort of statement on the website kind of covering this topic because we have gotten a lot of questions on it. </w:t>
      </w:r>
    </w:p>
    <w:p>
      <w:r>
        <w:t xml:space="preserve">29:08      (Speaker B)  Yeah, that is my recommendation, Brian, because we've had this come up, you know, over a decade now at this point. I've provided it in emails and provided statements on the record, but I think providing some sort of written memorandum and it doesn't have to be super long but comprehensive enough that it'll address all the, the normal questions that residents and others may have. Yeah, I'd envision it to be probably three or four pages long. That goes into a detailed explanation and if anyone wants to follow up, you know, they can look at the citations. But essentially our roadways were funded with tax exempt bond proceeds in Chapter 190. The CDD is specifically authorized to construct and maintain public improvement improvements. Nowhere in our chapter 19 does it say that we're authorized to provide a secure gated facility. That's, that's that we can restrict the general public from. From visiting. There is a specific provision in the special powers and 190 that does say that CDs can have gates and fences and guard houses and provide for security of, you know, common area. But that does not mean that we have the ability to restrict the general public. There is case law that there was a special act district that specifically was authorized by the legislature to restrict the general public and maintain and construct improvements just for their residents. If that language was included in 190, certainly we would have that ability. So it's not to say that that could never happen. With respect to a change in chapter 190, I would recommend that you contact your legislature in the. For the Flora legislature if anyone's interested in pursuing that. But the other main hurdle is the fact that they were funded with tax exempt bond proceeds. And one of the covenants that we made to the bondholders, because they're the ones who benefit from the tax exempt nature, is that we will allow the general public to use the roadways. </w:t>
      </w:r>
    </w:p>
    <w:p>
      <w:r>
        <w:t xml:space="preserve">31:23      (Speaker D)  So how do you square the. These are public roadways. And then how would you answer the question then why are we responsible for spending CDD dollars to maintain them? </w:t>
      </w:r>
    </w:p>
    <w:p>
      <w:r>
        <w:t xml:space="preserve">31:35      (Speaker B)  Good question. And that's because in chapter 190, the CAD is authorized to maintain public roadways, just like we're authorized to maintain the amenity center, the stormwater ponds, things of that nature. So the, the developer had the option to potentially request the city of Tampa to accept the roadways for maintenance, but they chose to develop this community this way and have obviously the, the paver roads rather than the typical asphalt roads. And many cities actually prefer it where they own the roadways. And some have requested cities and counties to convey the roadways to them. And because they provide a higher level of service and they can answer directly to the residents by owning the roadway, being responsible for its maintenance, you don't have to wait until the city or the county has a budget for it. You know, obviously you, as elected officials can say this is going to be a priority and we're going to want it to get done. </w:t>
      </w:r>
    </w:p>
    <w:p>
      <w:r>
        <w:t xml:space="preserve">32:35      (Speaker D)  It says that we're authorized to maintain. The statute says we're authorized to maintain our own. Does that mean that are required to maintain the road and, and that the city is absolved from their responsibility at this point? </w:t>
      </w:r>
    </w:p>
    <w:p>
      <w:r>
        <w:t xml:space="preserve">32:48      (Speaker B)  When the developer filed the permits, when they did the construction, they made that choice. So it, it was not constructed to city of Tampa standards, and the city of Tampa was never requested to accept the roadway for maintenance. So it's not just because we were authorized in our statute. It was at the time of the development. How did the developer want to design the community and who do they want to be responsible for the maintenance? </w:t>
      </w:r>
    </w:p>
    <w:p>
      <w:r>
        <w:t xml:space="preserve">33:14      (Speaker E)  So the second one point, when I started researching this, I was told that if we turned it over to city of Tampa to maintain the roads, that they would, if they chose, they could remove our bricks and just give us asphalt roads instead. </w:t>
      </w:r>
    </w:p>
    <w:p>
      <w:r>
        <w:t xml:space="preserve">33:31      (Speaker B)  If they were ever willing to accept the roadways, that is 100% what they would do. But that point again, it's just like, are you going to be, or is the community going to be happy with the level of maintenance that the city is going to do? The fact that there's going to be, you can't dictate to the City, we want you to maintain it and we also want you to maintain our, our paver road system. </w:t>
      </w:r>
    </w:p>
    <w:p>
      <w:r>
        <w:t xml:space="preserve">33:55      (Speaker F)  Well, I mean I guess you were saying you want to classification. </w:t>
      </w:r>
    </w:p>
    <w:p>
      <w:r>
        <w:t xml:space="preserve">34:00      (Speaker D)  Why would that be different? </w:t>
      </w:r>
    </w:p>
    <w:p>
      <w:r>
        <w:t xml:space="preserve">34:03      (Speaker F)  Just bring it up. </w:t>
      </w:r>
    </w:p>
    <w:p>
      <w:r>
        <w:t xml:space="preserve">34:03      (Speaker D)  I mean, I mean why is he board. I mean those are brick roads that the city has responsibility for. </w:t>
      </w:r>
    </w:p>
    <w:p>
      <w:r>
        <w:t xml:space="preserve">34:11      (Speaker E)  Yeah, but I think what in Ybor City, what their city is trying to do is to, to make a, to revitalize a center downtown. It's actually a very small area that's </w:t>
      </w:r>
    </w:p>
    <w:p>
      <w:r>
        <w:t xml:space="preserve">34:22      (Speaker F)  got the performance city of Tampa as well. But I'm more concerned with placing. I noticed the notification out there. I, I, I think it would do more harm than it would. I, I, I don't, I mean fellow supervisors, I don't think that's a wild idea. I think I'd rather explain it. Yes than I want to put that in writing because at that point you forfeit all the opportunity there to, to have some semblance of security. I wouldn't do that. </w:t>
      </w:r>
    </w:p>
    <w:p>
      <w:r>
        <w:t xml:space="preserve">34:59      (Speaker E)  I'm in complete agreement. That's, that's when I first heard about this. That's what I stated is it may serve a certain purpose, but at the same time that it would give anybody in the outside world that complete freedom to just blow by our gate guards </w:t>
      </w:r>
    </w:p>
    <w:p>
      <w:r>
        <w:t xml:space="preserve">35:15      (Speaker H)  and just enter our community. </w:t>
      </w:r>
    </w:p>
    <w:p>
      <w:r>
        <w:t xml:space="preserve">35:17      (Speaker E)  At least now we have the semblance of a deterrent. </w:t>
      </w:r>
    </w:p>
    <w:p>
      <w:r>
        <w:t xml:space="preserve">35:21      (Speaker D)  Well to that point in fact, are we from a deterrent? We are legal. I hope we're legally allowed to stop vehicles and register the vehicles that are actually coming into the roads that we maintain. That's correct. </w:t>
      </w:r>
    </w:p>
    <w:p>
      <w:r>
        <w:t xml:space="preserve">35:36      (Speaker F)  Right? </w:t>
      </w:r>
    </w:p>
    <w:p>
      <w:r>
        <w:t xml:space="preserve">35:37      (Speaker B)  Yes. You're allowed to have soft gates, but you're not allowed to if they refuse to provide identification or explain who they're here to visit. You're not allowed to is say that you have to turn around we that a little bit. </w:t>
      </w:r>
    </w:p>
    <w:p>
      <w:r>
        <w:t xml:space="preserve">35:52      (Speaker E)  When we were they were doing the construction on Morris Bridge Road and when we had actually when we had the cross creek entrance closed, there were a lot of people that, you know, got into arguments with our guards and we did have to let them through. But for the most part it does </w:t>
      </w:r>
    </w:p>
    <w:p>
      <w:r>
        <w:t xml:space="preserve">36:08      (Speaker H)  act as a deter. </w:t>
      </w:r>
    </w:p>
    <w:p>
      <w:r>
        <w:t xml:space="preserve">36:09      (Speaker A)  I was really good. </w:t>
      </w:r>
    </w:p>
    <w:p>
      <w:r>
        <w:t xml:space="preserve">36:10      (Speaker F)  You know, I think we're taking the paths of least resistance when it comes to appropriate city with these roadways. It makes absolutely no sense to me that they can put any traffic they want on on the roads, yet we pay for all of that every for the maintenance of the roads and yet we don't have any minimum contribution from the city and it makes absolutely no sense. </w:t>
      </w:r>
    </w:p>
    <w:p>
      <w:r>
        <w:t xml:space="preserve">36:39      (Speaker D)  What would you say to that Vivek I mean, should they not have some type of compensation to us to help offset the cost of the maintenance of these roads that they deem public? </w:t>
      </w:r>
    </w:p>
    <w:p>
      <w:r>
        <w:t xml:space="preserve">36:51      (Speaker B)  No. Again, I think this is something we've talked about in the past as well. It's not. I've unheard of. I've never seen that happen in any community. And be careful what you ask for when you open up that door, because what I've seen in some other jurisdictions is, well, they in instead re evaluate how they assess the roadway for other subdivisions that they maintain rather than doing it by a subdivision, by subdivision basis. They basically make it. All the taxpayers have to pay for all the roadways that, you know, the city or the county has to maintain. So that's something that, you know, I, I would recommend that you exercise caution for because they have that discretion as to how they determine the methodology for their budgets and for their maintenance responsibilities. Again, this was a decision made by the developer with respect to how they want this community to be maintained. And the fact that it's a public roadway, there's no leverage, there's no mechanism to say, hey, city and county, if you're rerouting traffic through our roads, we, you know, demand some sort of payment compensation because at the end of the day the roads are public. </w:t>
      </w:r>
    </w:p>
    <w:p>
      <w:r>
        <w:t xml:space="preserve">38:04      (Speaker F)  I think the constitution gets amended so I don't get hung up on something that's been in 30 some years. I get what you're saying, but the constitution got a minute and it's been here hundreds of years. So I, I think the question is that is there a, a pathway you suggest we, that we can sit down and find out how they, they, they allocate the money? If there's, is that something we do through the city council person, we, we've got to ask these questions just to say no. And it's been that way. This, you know, I don't, I, I can't. I don't live like that. I don't, don't think that's a adequate pathway or a way to resolve anything. </w:t>
      </w:r>
    </w:p>
    <w:p>
      <w:r>
        <w:t xml:space="preserve">38:52      (Speaker B)  Yeah, you can certainly make that request. </w:t>
      </w:r>
    </w:p>
    <w:p>
      <w:r>
        <w:t xml:space="preserve">38:55      (Speaker E)  Initiates conversation with our representative. </w:t>
      </w:r>
    </w:p>
    <w:p>
      <w:r>
        <w:t xml:space="preserve">39:00      (Speaker H)  I thought we brought that up when Louis Vieira was here. I thought we talked to him about that. </w:t>
      </w:r>
    </w:p>
    <w:p>
      <w:r>
        <w:t xml:space="preserve">39:05      (Speaker E)  Yeah, he did. Yeah. I think it might actually be a conversation that requires an appointment with the office. </w:t>
      </w:r>
    </w:p>
    <w:p>
      <w:r>
        <w:t xml:space="preserve">39:15      (Speaker H)  And I've spoken to him about it the past and he said it's nothing they've ever paid for before, but they would consider it. You know, maybe we could, maybe there were grant monies available. And I know, I talked to Ken Hagan about it as well, and he said there might be grant, there might be grant monies available. But considering whatever that new statute is coming up where they're going to take all the tax dollars away from them if they're not going to pay home, I don't think this is a good time to ask them to spend money here. It's just my personal opinion. </w:t>
      </w:r>
    </w:p>
    <w:p>
      <w:r>
        <w:t xml:space="preserve">39:43      (Speaker D)  I think the odds of success may be low. But that doesn't mean that we shouldn't do our due diligence and at least ask the question and bring it up to. </w:t>
      </w:r>
    </w:p>
    <w:p>
      <w:r>
        <w:t xml:space="preserve">39:51      (Speaker E)  Okay, so who, who would like to volunteer to take lead on this with our local representative, Mr. Apple? Are you the sure there. Do we need a vote on it? </w:t>
      </w:r>
    </w:p>
    <w:p>
      <w:r>
        <w:t xml:space="preserve">40:01      (Speaker F)  I would think so. </w:t>
      </w:r>
    </w:p>
    <w:p>
      <w:r>
        <w:t xml:space="preserve">40:02      (Speaker A)  He's coming out. Yeah, but if you guys are. Are wanting a board member to represent the CBD in a matter like that, I would probably vi going to defer to you, but I think a motion's probably appropriate or absolutely that way. </w:t>
      </w:r>
    </w:p>
    <w:p>
      <w:r>
        <w:t xml:space="preserve">40:13      (Speaker B)  Again, Todd can make that representation that I've been. </w:t>
      </w:r>
    </w:p>
    <w:p>
      <w:r>
        <w:t xml:space="preserve">40:15      (Speaker E)  I would like to make a motion to appoint Mr. Todd Apple, our CBD supervisor to take the lead with working with our local congressman on what our options are for funds for our </w:t>
      </w:r>
    </w:p>
    <w:p>
      <w:r>
        <w:t xml:space="preserve">40:30      (Speaker H)  discussion. Congressman? Are, are you talking about the congressman? Are you talking about House? You know, are you talking. Okay, that's. I want to differ. </w:t>
      </w:r>
    </w:p>
    <w:p>
      <w:r>
        <w:t xml:space="preserve">40:44      (Speaker E)  Second from Mr. A favor if you </w:t>
      </w:r>
    </w:p>
    <w:p>
      <w:r>
        <w:t xml:space="preserve">40:48      (Speaker A)  can let me get through that part because I was still writing it out. So I had a first from Anne, a second from Ron. All in favor? That's right. To zero. Very much. All right, so I think we got a good understanding of that. The next thing I had on my list for back and I don't know if this is something we want to talk about the discussion of community events. I know there was one discussion about event coming up to Wally if I remember correctly. </w:t>
      </w:r>
    </w:p>
    <w:p>
      <w:r>
        <w:t xml:space="preserve">41:11      (Speaker E)  Yes. </w:t>
      </w:r>
    </w:p>
    <w:p>
      <w:r>
        <w:t xml:space="preserve">41:12      (Speaker A)  And then also another event I heard something about some volunteers for a Halloween event. That's what I'm understanding. So one I think we want to ask Vivek about the Diwali one is I don't know and correct me if I'm wrong, I know we spoke about this about the, the limit, the guest limit in here during that type of event if the CDD can kind of run it itself or if it's an open ending event and then for the Halloween event, whether or not we can even have volunteers. I don't think you guys have volunteer insurance, if I remember correct. We could do it if you have volunteer insurance. Do you know the district doesn't have volunteer insurance, correct? </w:t>
      </w:r>
    </w:p>
    <w:p>
      <w:r>
        <w:t xml:space="preserve">41:49      (Speaker B)  Not to my knowledge. I remember it was brought up, I think maybe last year, a couple years ago, and at that point it was declined. So unless they went ahead and purchased it after the meeting that I attended, I don't think they have it. </w:t>
      </w:r>
    </w:p>
    <w:p>
      <w:r>
        <w:t xml:space="preserve">42:01      (Speaker E)  That was for the school bus meeting program up at North Bridge entrance. </w:t>
      </w:r>
    </w:p>
    <w:p>
      <w:r>
        <w:t xml:space="preserve">42:05      (Speaker I)  Right. </w:t>
      </w:r>
    </w:p>
    <w:p>
      <w:r>
        <w:t xml:space="preserve">42:06      (Speaker B)  And again, the volunteer insurance is kind of a blanket. It's technically. I think they call it workers comp. The way the statute is written. But it would apply for any volunteers, not necessarily specific to any specific project. And it's done on an annualized basis. </w:t>
      </w:r>
    </w:p>
    <w:p>
      <w:r>
        <w:t xml:space="preserve">42:23      (Speaker A)  Something the district could explore in the future if they wanted to. Just right now, you don't currently have. </w:t>
      </w:r>
    </w:p>
    <w:p>
      <w:r>
        <w:t xml:space="preserve">42:27      (Speaker G)  So what's the question on the table? </w:t>
      </w:r>
    </w:p>
    <w:p>
      <w:r>
        <w:t xml:space="preserve">42:29      (Speaker A)  One, if this came up to me outside of the meeting, whether the district is able to have volunteers for an event like Halloween. I know there was a. A Halloween event coming up that I believe there's some. Some minor details getting switched around. And then 2 d. W. There was a question on how many residents could be within. I think Ann had a good question about that. I don't know. Ann, if you want to cover it real quick. </w:t>
      </w:r>
    </w:p>
    <w:p>
      <w:r>
        <w:t xml:space="preserve">42:49      (Speaker E)  Okay. So we've had a vote in the past because the number of residents allowed in our. In our actual reservation agreement is 100. But our. Actually our farm marshal limit on the space is I think, 268. But over and above that, Diwali is something. It's the festival of Lights. And there's a very large percentage of our neighborhood that residents that actually come to celebrate this event. It's not the kind of thing where you come in and you just stay. You actually come and go. It's a reception kind of thing. And what I'd like to see for our community, for the health of our community, is that are we able to put that date on our calendar for years going forward so that we don't lose that date because there's so many residents that actually participate in that event. And is there. I mean, should it mean, should it remain an event that is actually run by, you know, a resident that resources the space, or could it ever become a CDT sponsored event? </w:t>
      </w:r>
    </w:p>
    <w:p>
      <w:r>
        <w:t xml:space="preserve">43:54      (Speaker F)  I. </w:t>
      </w:r>
    </w:p>
    <w:p>
      <w:r>
        <w:t xml:space="preserve">43:55      (Speaker E)  My. </w:t>
      </w:r>
    </w:p>
    <w:p>
      <w:r>
        <w:t xml:space="preserve">43:56      (Speaker F)  My thing is we got to fully support it because we do the lights. </w:t>
      </w:r>
    </w:p>
    <w:p>
      <w:r>
        <w:t xml:space="preserve">44:00      (Speaker A)  We do everything. </w:t>
      </w:r>
    </w:p>
    <w:p>
      <w:r>
        <w:t xml:space="preserve">44:00      (Speaker H)  Exactly. </w:t>
      </w:r>
    </w:p>
    <w:p>
      <w:r>
        <w:t xml:space="preserve">44:01      (Speaker F)  I'm not certain we open up a can of orange for some events that you might not be supported in the community. So I think with. Given the support it has, is. I think we stay with what we're doing and make sure we get it and updates quietly. But I don't think when you start that you're going to open up too. And if you say no, there's something </w:t>
      </w:r>
    </w:p>
    <w:p>
      <w:r>
        <w:t xml:space="preserve">44:26      (Speaker A)  here, </w:t>
      </w:r>
    </w:p>
    <w:p>
      <w:r>
        <w:t xml:space="preserve">44:30      (Speaker E)  we are able to reserve for years going forward. </w:t>
      </w:r>
    </w:p>
    <w:p>
      <w:r>
        <w:t xml:space="preserve">44:33      (Speaker A)  So I think the issue there is if you guys are keeping it as a rental is that there is that 100% limit you guys have on your renters. Right. </w:t>
      </w:r>
    </w:p>
    <w:p>
      <w:r>
        <w:t xml:space="preserve">44:40      (Speaker E)  So that's for a sit down with them. This is a receipt. </w:t>
      </w:r>
    </w:p>
    <w:p>
      <w:r>
        <w:t xml:space="preserve">44:43      (Speaker A)  Well, you're requiring them to rent, Rent the area. Correct. So that would fall under the rental policy. </w:t>
      </w:r>
    </w:p>
    <w:p>
      <w:r>
        <w:t xml:space="preserve">44:49      (Speaker E)  Are they paying for. Is it. </w:t>
      </w:r>
    </w:p>
    <w:p>
      <w:r>
        <w:t xml:space="preserve">44:50      (Speaker A)  I, I don't know. </w:t>
      </w:r>
    </w:p>
    <w:p>
      <w:r>
        <w:t xml:space="preserve">44:53      (Speaker H)  Well, if it's a free event, I think if you have no more than 100 and even then if it's free, free. I don't, I don't think you can have 100 because if it's free you have to allow other people to come in and use the facility. So if there are 100 people here, you can't have a card game going on and a book club meeting going on. So it's got 100 people are going to take up the whole thing. I, I personally think the best thing would be if somebody is going to hold this event, they should just come </w:t>
      </w:r>
    </w:p>
    <w:p>
      <w:r>
        <w:t xml:space="preserve">45:20      (Speaker E)  to us and ask us and I </w:t>
      </w:r>
    </w:p>
    <w:p>
      <w:r>
        <w:t xml:space="preserve">45:22      (Speaker H)  let them have it for six hours. </w:t>
      </w:r>
    </w:p>
    <w:p>
      <w:r>
        <w:t xml:space="preserve">45:24      (Speaker E)  I think </w:t>
      </w:r>
    </w:p>
    <w:p>
      <w:r>
        <w:t xml:space="preserve">45:27      (Speaker F)  everyone respects Diwali. I mean that's been, it's just, that's. What have we got to do? Let's do that. </w:t>
      </w:r>
    </w:p>
    <w:p>
      <w:r>
        <w:t xml:space="preserve">45:35      (Speaker E)  We just put it on the calendar. </w:t>
      </w:r>
    </w:p>
    <w:p>
      <w:r>
        <w:t xml:space="preserve">45:40      (Speaker B)  Things with respect to this one. Diwali is not always on the same day. So it's. There's a lot of things that go involved, depending on, again, it's a cultural event, but it's also, you know, some people view it as a religious event as well. So for that reason I would recommend that CD does not get involved in hosting the Diwali event because then you're going to be asked to host various other events that might be religious, cultural, meaningful to certain individuals. And then you'll have people saying why are we spending our CD tax money assessments on events that benefit a portion of the community or that have certain beliefs. So I would never recommend that the city get involved with respect to that level of involvement. I understand that we do the, the lights. That's something that came up over a decade ago, I think when Mark was, Mark Straley was representing the cd. And that's something that's done really on a first come, first serve basis because we do it for, I believe for July 4th, for the holidays, for Halloween. And if there are other groups that say, hey, could you put the lights in this color. If it's already, you know, we have those colors in place, that's something that would be okay because you're not necessarily spending additional money on an event. With respect to could we waive the, the rental requirement, you'd want to have some rational purpose that if a different community, if a different renter came and said, hey, we're doing this because it's part of our cultural heritage, that it would be a of part applicable, you'd be applying the same standards. Not just because, you know, so many people have asked us for it. It's what's the reason for us having this 100 person limit and you know, this one scenario versus waiving it for these few scenarios. As long as you come up with some objective criteria and you treat everybody making that request the same way, you're not going to have an issue. But you would have. </w:t>
      </w:r>
    </w:p>
    <w:p>
      <w:r>
        <w:t xml:space="preserve">47:47      (Speaker A)  Go ahead, Revek. </w:t>
      </w:r>
    </w:p>
    <w:p>
      <w:r>
        <w:t xml:space="preserve">47:47      (Speaker D)  How do you manage the people question? So I think you're saying you should have an agreement that the organizer sign, right? That should be. </w:t>
      </w:r>
    </w:p>
    <w:p>
      <w:r>
        <w:t xml:space="preserve">47:57      (Speaker A)  Yes, consistent. </w:t>
      </w:r>
    </w:p>
    <w:p>
      <w:r>
        <w:t xml:space="preserve">47:59      (Speaker D)  It needs to be consistent with the other parameters that you use for any other private events that are held here. Are you correct? </w:t>
      </w:r>
    </w:p>
    <w:p>
      <w:r>
        <w:t xml:space="preserve">48:07      (Speaker B)  Or you create a whole different category of events. You call them, know, cultural or community event or something where it's open to everybody, but again, they have the exclusive use of the facility to I think Cynthia's point, you wouldn't want someone with a card game or a chess club to try and, you know, hold an event the same night. But you basically find that these events, because of the way, you know, the presenter or the organizer has told you, represents a desire for unity for, you know, people to learn, an opportunity to learn about different cultures, things of that nature, where it's not just we're hosting a private birthday party or you know, our 50th anniversary of marriage or things of that nature where it's really a private celebration. If we create a category where it's really a, a community wide celebration, that way you have this separate category that they don't have to go through the formal rental process and you could waive the rental fees for everybody who falls into that category. </w:t>
      </w:r>
    </w:p>
    <w:p>
      <w:r>
        <w:t xml:space="preserve">49:14      (Speaker H)  We have that system in place where and, and in the past people have come to us to do a Diwali event and I believe we allowed it. I don't remember if we gave two, four, six hours, but they came to us. </w:t>
      </w:r>
    </w:p>
    <w:p>
      <w:r>
        <w:t xml:space="preserve">49:25      (Speaker E)  There's a form. </w:t>
      </w:r>
    </w:p>
    <w:p>
      <w:r>
        <w:t xml:space="preserve">49:26      (Speaker H)  Mr. Acoff developed the form years ago. There's a form they fill out. They have to answer specific questions. And then we vote on it. It sounds like that would be ejected an objective way to handle it. Every year they come to us and that we would then allow that. Another example is Ramadan. I know that there's Muslims that have a frequently have a big party here at the end of Ramadan. </w:t>
      </w:r>
    </w:p>
    <w:p>
      <w:r>
        <w:t xml:space="preserve">49:47      (Speaker D)  So are you saying the fact that you can change the. If you created a new category for these cultural events, you could change the number of people allowed at the event. </w:t>
      </w:r>
    </w:p>
    <w:p>
      <w:r>
        <w:t xml:space="preserve">49:59      (Speaker H)  You'd give them the whole facility just and structure and. </w:t>
      </w:r>
    </w:p>
    <w:p>
      <w:r>
        <w:t xml:space="preserve">50:02      (Speaker D)  And maximus of whatever the fire marshal says it is do 68. </w:t>
      </w:r>
    </w:p>
    <w:p>
      <w:r>
        <w:t xml:space="preserve">50:06      (Speaker E)  It would be like a six hour event. </w:t>
      </w:r>
    </w:p>
    <w:p>
      <w:r>
        <w:t xml:space="preserve">50:08      (Speaker H)  They could have for six hours but they wouldn't have to pull you. </w:t>
      </w:r>
    </w:p>
    <w:p>
      <w:r>
        <w:t xml:space="preserve">50:12      (Speaker B)  And you could have theoretically a different limit on the number of guests that could be attending that event. And again rationale would be a little bit different that this is the, the. The expectation is this is more of a community wide celebration and there hopefully there'd be less kind of risk of know damage to district property, things of that nature as well. That would be kind of the public policy behind creating a separate policy. And it. If that Cynthia, if that policy or paperwork was already existed, that's something that we should kind of add to our revised policies. You know that category. </w:t>
      </w:r>
    </w:p>
    <w:p>
      <w:r>
        <w:t xml:space="preserve">50:51      (Speaker H)  That's true. That format Ron that I referenced, that form that Ron developed is very flexible. And so you can use that for anything. You use it for a nonprofit event, you can use it for a cultural religious event. But the rule is you have to have it open to everybody. The entire community has to provide it. I believe that's a rule. Am I right Mr. Aob? </w:t>
      </w:r>
    </w:p>
    <w:p>
      <w:r>
        <w:t xml:space="preserve">51:14      (Speaker F)  Yeah, I. I think you just. Yeah, you. Not necessarily. You just have to go through the details of what exactly what you. Your intentions are, the security, any risk I think can go through it from those standpoints and. </w:t>
      </w:r>
    </w:p>
    <w:p>
      <w:r>
        <w:t xml:space="preserve">51:27      (Speaker E)  Yeah. </w:t>
      </w:r>
    </w:p>
    <w:p>
      <w:r>
        <w:t xml:space="preserve">51:27      (Speaker F)  And the requirements. What's required from the CDD to support it and all that. </w:t>
      </w:r>
    </w:p>
    <w:p>
      <w:r>
        <w:t xml:space="preserve">51:33      (Speaker H)  So that's been in place for four </w:t>
      </w:r>
    </w:p>
    <w:p>
      <w:r>
        <w:t xml:space="preserve">51:34      (Speaker A)  years, I think maybe longer. </w:t>
      </w:r>
    </w:p>
    <w:p>
      <w:r>
        <w:t xml:space="preserve">51:36      (Speaker F)  But yeah, </w:t>
      </w:r>
    </w:p>
    <w:p>
      <w:r>
        <w:t xml:space="preserve">51:40      (Speaker E)  for some reason not, not everybody's familiar with it. </w:t>
      </w:r>
    </w:p>
    <w:p>
      <w:r>
        <w:t xml:space="preserve">51:43      (Speaker H)  Maybe if we could. </w:t>
      </w:r>
    </w:p>
    <w:p>
      <w:r>
        <w:t xml:space="preserve">51:47      (Speaker A)  Is that the facility usage form? </w:t>
      </w:r>
    </w:p>
    <w:p>
      <w:r>
        <w:t xml:space="preserve">51:50      (Speaker F)  I don't think it's called the one that we've been using. </w:t>
      </w:r>
    </w:p>
    <w:p>
      <w:r>
        <w:t xml:space="preserve">51:53      (Speaker H)  It's the one that Mrs. Schwartz filled out to do but can't. </w:t>
      </w:r>
    </w:p>
    <w:p>
      <w:r>
        <w:t xml:space="preserve">51:57      (Speaker A)  So do you. </w:t>
      </w:r>
    </w:p>
    <w:p>
      <w:r>
        <w:t xml:space="preserve">52:00      (Speaker F)  Okay. </w:t>
      </w:r>
    </w:p>
    <w:p>
      <w:r>
        <w:t xml:space="preserve">52:01      (Speaker A)  So I think. I think we got the direction of how the board wants to handle this going forward. Rebecc Is that something that we can create and kind of put on to the next with these new policies, especially with the guest limit. We can include it during that Time. Yep. </w:t>
      </w:r>
    </w:p>
    <w:p>
      <w:r>
        <w:t xml:space="preserve">52:15      (Speaker B)  Absolutely. </w:t>
      </w:r>
    </w:p>
    <w:p>
      <w:r>
        <w:t xml:space="preserve">52:18      (Speaker F)  Beautiful. </w:t>
      </w:r>
    </w:p>
    <w:p>
      <w:r>
        <w:t xml:space="preserve">52:18      (Speaker E)  Are we allowed to have anyone? </w:t>
      </w:r>
    </w:p>
    <w:p>
      <w:r>
        <w:t xml:space="preserve">52:20      (Speaker A)  That's up to you guys at the end. </w:t>
      </w:r>
    </w:p>
    <w:p>
      <w:r>
        <w:t xml:space="preserve">52:25      (Speaker E)  Excuse me. Is this about this. It's about this community event that you guys are talking about? Yes. Okay, number one, I have so. </w:t>
      </w:r>
    </w:p>
    <w:p>
      <w:r>
        <w:t xml:space="preserve">52:35      (Speaker A)  Sorry, hold on. Is the rest of the board. Is the rest of the board okay with having her? There's two. Okay, go ahead. </w:t>
      </w:r>
    </w:p>
    <w:p>
      <w:r>
        <w:t xml:space="preserve">52:41      (Speaker E)  Now, just quickly. I'm the one who organizes the Diwali event. Number one, it's for the whole community. All right. It's basically for the community to come together to unite ourselves and just celebrate a festival which is of a particular culture. So that is the one thing. It's for the whole community. Number two, the date is not set because Diwali is on a different date, but we generally end up doing it on a Sunday for about two hours. Give us half an hour here, half an hour over at the back to clean up and set up. Three hours is all that's needed for the Diwali, at least for the Diwali event. The third thing is something else that Vivek said was the third thing he </w:t>
      </w:r>
    </w:p>
    <w:p>
      <w:r>
        <w:t xml:space="preserve">53:32      (Speaker H)  said that completely fixed my mind. </w:t>
      </w:r>
    </w:p>
    <w:p>
      <w:r>
        <w:t xml:space="preserve">53:36      (Speaker E)  So if you guys want to. I mean, if you want to vote on it, and I have never seen this form that you are talking about, Ron. I've never seen it unless I fill it out. If you guys want to vote on it as a community event, as a walk, as a, you know, like a rolling reception type of a thing, and it's open to the whole community with the limit of 268people at one time. That's what we're trying to accomplish. Yes, that would be. And I mean, my next. My event, we're planning it for November 8, which all here in Wyoming, too, by the way. So that is the goal for that one. </w:t>
      </w:r>
    </w:p>
    <w:p>
      <w:r>
        <w:t xml:space="preserve">54:17      (Speaker H)  Thanks. All right. </w:t>
      </w:r>
    </w:p>
    <w:p>
      <w:r>
        <w:t xml:space="preserve">54:18      (Speaker G)  Thank you. </w:t>
      </w:r>
    </w:p>
    <w:p>
      <w:r>
        <w:t xml:space="preserve">54:19      (Speaker A)  Thank you. </w:t>
      </w:r>
    </w:p>
    <w:p>
      <w:r>
        <w:t xml:space="preserve">54:20      (Speaker H)  All right. </w:t>
      </w:r>
    </w:p>
    <w:p>
      <w:r>
        <w:t xml:space="preserve">54:21      (Speaker A)  I think we have good direction. Vivek has anything else for the board or the board members have anything else before we let them leave? </w:t>
      </w:r>
    </w:p>
    <w:p>
      <w:r>
        <w:t xml:space="preserve">54:31      (Speaker D)  I just have one on speed bumps to limit our liability. If we indeed did go with speed bumps. What's the recommendation on. I guess our best defense to a homeowner saying that their vehicle was damaged? Are there certain standards? I mean, we'll put it all on Charles, obviously. </w:t>
      </w:r>
    </w:p>
    <w:p>
      <w:r>
        <w:t xml:space="preserve">54:55      (Speaker B)  Yeah. As Charles mentioned, I think it was at the June meeting, because I was there as well. He'd recommended following the MUTCD standards. That's. I don't remember all what it stands for, but it's kind of the Uniform Traffic Control recommendations for. For the entire US that Way you're following kind of the accepted industry best guidelines with respect to the height, the design, the installation and obviously you know, the goal is to address a speeding issue which is a life safety concern. So not only for the drivers but also pedestrians. So from that standpoint it would just be an insurance issue. But again the COD enjoys sovereign immunity as well as the board is making a decision that they feel is in the best interest of the community. So the board, the DNO or public officials insurance policy also would be applicable. So there's really nothing you can do. Unfortunately we live in a very litigious where anyone can file a lawsuit for any reason and there's attorneys that you know will, will file it and just try and get some sort of settlement. So there's nothing else realist realistically that you can do that would mitigate any exposure. </w:t>
      </w:r>
    </w:p>
    <w:p>
      <w:r>
        <w:t xml:space="preserve">56:13      (Speaker A)  Okay, thank you. Thank you. </w:t>
      </w:r>
    </w:p>
    <w:p>
      <w:r>
        <w:t xml:space="preserve">56:17      (Speaker G)  Appreciate it. </w:t>
      </w:r>
    </w:p>
    <w:p>
      <w:r>
        <w:t xml:space="preserve">56:18      (Speaker A)  We hope you have a great night. Thanks for joining us. </w:t>
      </w:r>
    </w:p>
    <w:p>
      <w:r>
        <w:t xml:space="preserve">56:20      (Speaker C)  Yep. </w:t>
      </w:r>
    </w:p>
    <w:p>
      <w:r>
        <w:t xml:space="preserve">56:20      (Speaker B)  Thanks everybody. Good night. </w:t>
      </w:r>
    </w:p>
    <w:p>
      <w:r>
        <w:t xml:space="preserve">56:22      (Speaker H)  Good night. </w:t>
      </w:r>
    </w:p>
    <w:p>
      <w:r>
        <w:t xml:space="preserve">56:23      (Speaker I)  Thanks. </w:t>
      </w:r>
    </w:p>
    <w:p>
      <w:r>
        <w:t xml:space="preserve">56:23      (Speaker A)  Just before we get into the engineer Charles, you can stay right there. It's real quick just with the insurance and what they said about your speed humps. It's a long email so I'm not going to read the whole thing. But basically they gave us some stipulations of what you guys should be looking for and then they, we. They reviewed the materials in the meeting you had and there it appears that the district has incorporated many of these considerations to its approach based on the process reflected in those materials. We do not, we do not see a risk management reason for the district not to proceed provided the final proposal conforms to the engineers plans of recommendations. So they're pretty much saying you guys are in the clear. </w:t>
      </w:r>
    </w:p>
    <w:p>
      <w:r>
        <w:t xml:space="preserve">56:56      (Speaker E)  So it's not automatically assumed that if somebody damages their car they're speeding? </w:t>
      </w:r>
    </w:p>
    <w:p>
      <w:r>
        <w:t xml:space="preserve">57:01      (Speaker A)  No. </w:t>
      </w:r>
    </w:p>
    <w:p>
      <w:r>
        <w:t xml:space="preserve">57:02      (Speaker D)  Yeah. </w:t>
      </w:r>
    </w:p>
    <w:p>
      <w:r>
        <w:t xml:space="preserve">57:02      (Speaker A)  Unfortunately not. I mean there's always liability. That's what basically said there's always little liability. But you guys are pretty safe just based on the process that you guys have gone through to get to this point. So of course with that. Charles, take it away. Sorry. Just give me a thunder man. Good evening everybody. Referenced the manual for Uniform Traffic Control Devices. That was the MUTC that he ran reference a few minutes ago. I didn't know if you needed that for record. </w:t>
      </w:r>
    </w:p>
    <w:p>
      <w:r>
        <w:t xml:space="preserve">57:28      (Speaker H)  Perfect. </w:t>
      </w:r>
    </w:p>
    <w:p>
      <w:r>
        <w:t xml:space="preserve">57:29      (Speaker A)  So I do, I do have Christian on the line as well. He's not unmuted but I'll ask him to unmute just so you know. And we also have our water expert Mike Aler on live. Oh, I will ask him to unmute as well. I Didn't realize. If you don't mind, I would like for him to speak first again. His name is Mike Al Fury. He's our water expert. He put the email together. Oh, beautiful. Oh, yes. </w:t>
      </w:r>
    </w:p>
    <w:p>
      <w:r>
        <w:t xml:space="preserve">57:49      (Speaker G)  Awesome. </w:t>
      </w:r>
    </w:p>
    <w:p>
      <w:r>
        <w:t xml:space="preserve">57:50      (Speaker A)  All right. That was really helpful. All right. Michael, how are you? </w:t>
      </w:r>
    </w:p>
    <w:p>
      <w:r>
        <w:t xml:space="preserve">57:53      (Speaker I)  I'm doing all right. How's everybody doing there? Can you hear me okay? </w:t>
      </w:r>
    </w:p>
    <w:p>
      <w:r>
        <w:t xml:space="preserve">57:57      (Speaker A)  Good, good. L I E R I. All right, go ahead, sir. </w:t>
      </w:r>
    </w:p>
    <w:p>
      <w:r>
        <w:t xml:space="preserve">58:15      (Speaker I)  Well, I was tasked to take a look at what is going on with your low water at the lake system. So a couple things to put out there. First of all, we're in a phase three water restriction. This is the most extreme, that the Southwest Florida Water Management District will put the air. The whole district in. This is due to the lack of precipitation. And I know we had probably almost a month now of decent rains. We're still under where we need to be. The phase three restrictions will last until about October, and scuttlebutt that I've heard through my district contacts is that it might get reduced to a phase two. Difference being between the two is phase three is a lot more aggressive. For example, there's a set time frame where you can water when you can water. You can only water one day a week. Decorative fountains, things of that nature are prohibited. If you're doing pressure washing for aesthetic purposes, you know, cleaning up sidewalks, driveways, that's prohibited. Under the phase two, those are reduced slightly so you can pressure wash and things of that nature. So this is the big reason why the lake system is as low as it is. This is an aligned lake system. Looking at the erp, the Environmental Resource Permit that was issued by the district prior to construction, sometimes ponds and developments, what they'll do is they'll line it with clay or a geotextile to reduce the infiltration of the water in the lake to the water table. With the reduced water levels that we have during this drought, that's also drawing water out of the system. One of the things I looked at here as well was neighboring water use permits to see if people are over pumping. So I look to water use permits to the west and as well to the north. And in both cases they are following the phase three restrictions to a T. And in fact, we're seeing a significant drop in their water use relative to what they're permitted for. This is a good sign. You know, it's showing that they are following what is in the permit and what the district is requiring. Now there was an idea of, can we augment this pond system? And long story short on that is the district does not allow any aesthetic augmentation, nor will they issue permits for augmentation in that case. The main reason is they're looking for beneficial use out there. Now, if we were going to get a permit to do like, let's say you wanted to use your ponds for irrigation and want to offset the reduction in the pond levels due to the withdrawals for irrigation you can augment. At that point, it'd be in a one to one ratio groundwater to what's pulled out of the ponds. The problem that we have is the location of the development is locates Mac Dab and what's referred to as the Hillsborough river groundwater Basin. And this, this groundwater basin is the, the best way to describe it is this, this, this basin is what feeds the Hillsboro River. And any reduction in Hillsborough river flow that will trigger the city of Tampa to reach out to the Southwest Florida Water Management District because that impacts their drinking water source. So big picture here, </w:t>
      </w:r>
    </w:p>
    <w:p>
      <w:r>
        <w:t xml:space="preserve">01:02:19   (Speaker A)  if we use </w:t>
      </w:r>
    </w:p>
    <w:p>
      <w:r>
        <w:t xml:space="preserve">01:02:20   (Speaker D)  some wells that we own on the property to augment the water levels, is that, does that, is that restricted? Is that. </w:t>
      </w:r>
    </w:p>
    <w:p>
      <w:r>
        <w:t xml:space="preserve">01:02:30   (Speaker I)  Yeah, it's not. Yeah, I wouldn't even, I wouldn't even try to venture in that during this phase three restriction because Swift Mud has been visiting developments and as part of the phase three, if you have a water use permit for irrigation, they require you to police your. During the phase three, police your development to the point where they want to know how many violations you found, how many people were fined and so on, and they want that reported to them as well. I have several developments right now. </w:t>
      </w:r>
    </w:p>
    <w:p>
      <w:r>
        <w:t xml:space="preserve">01:03:05   (Speaker D)  If you're not using city water resources but your own tap in the aquifer, that's still their jurisdiction. </w:t>
      </w:r>
    </w:p>
    <w:p>
      <w:r>
        <w:t xml:space="preserve">01:03:13   (Speaker I)  Yeah. Yes, it is. Yes. Because the good water that you would use here would be Upper Floridan water and that's the feed the connection there to the Hillsborough River. You do have a shallow water table out there, but if you use that for irrigation, the iron content in that is pretty high. So you'll start staining everything and just everything will be orange and you really don't want that either. Big picture here, you know, is, you know, we are dealing with a drought. You know, one thing we can do is, you know, even though it doesn't say it in the erp, we can go out, go out to the property, we can do some hand auger borings in the banks of the pond itself and into the pond bottom to see if there's any clay rich sediment there that could retain it. Because if it's there, you know, it should reduce it. But seeing what we have going on right now with the drought, lack of precipitation, this is really. We're dealing with mother nature more than anything else, you know, and. And the idea of getting an augmentation, it's possible, but it is. Would be extremely difficult right now, to be honest with you. </w:t>
      </w:r>
    </w:p>
    <w:p>
      <w:r>
        <w:t xml:space="preserve">01:04:35   (Speaker H)  It's difficult to get the permits to do it. </w:t>
      </w:r>
    </w:p>
    <w:p>
      <w:r>
        <w:t xml:space="preserve">01:04:37   (Speaker A)  Is that what you're saying, was that. </w:t>
      </w:r>
    </w:p>
    <w:p>
      <w:r>
        <w:t xml:space="preserve">01:04:39   (Speaker H)  Sorry, it'd be difficult to get the permits or permission to do it? That you're saying. </w:t>
      </w:r>
    </w:p>
    <w:p>
      <w:r>
        <w:t xml:space="preserve">01:04:43   (Speaker I)  That's exactly right. Exactly right. This just based on the location, there's two. There's two gauge stations on the Hillsborough that are actually two directly east of you. And if what you'd have to do as part of the permitting process is simulate that use and the withdrawal from the Florida in this case, and if in that model, the district's regulatory model, you see a decrease in flow, they throw the red flag, and that's it. Because right now, the Hillsborough river basin, just so everybody knows, is very similar to what's called the most impacted area, the southern water use caution area. So the area around southern Hillsborough, Manatee, Sarasota county, is in this area called the most impacted area. So during the 60s 70s, the water in the aquifer was pumped to the point that it was detrimental to the environment. So the district put in restrictions in the 90s to allow that water level to rise. Well, right now, with all development within the Hillsborough river groundwater basin, we're kind of at that point as well. And to. To get water, it's extremely difficult. Sometimes you have to do some water swapping, trading with folks that may have excess capacity in their permit. But even then, how that works is you're not allowed to sell water because that's water of the state. You usually come up with an arrangement with another water use permit user that has excess, they transfer a portion of theirs to yours, and that's the. The quickest way to do it. The problem is those deals tend to be pretty expensive when people are doing horse trading. For example, in the most impacted area, waters at $6 a gallon. So you're talking diesel fuel prices for water. </w:t>
      </w:r>
    </w:p>
    <w:p>
      <w:r>
        <w:t xml:space="preserve">01:06:46   (Speaker A)  So. </w:t>
      </w:r>
    </w:p>
    <w:p>
      <w:r>
        <w:t xml:space="preserve">01:06:47   (Speaker D)  Hey, Mike, one last crazy idea. </w:t>
      </w:r>
    </w:p>
    <w:p>
      <w:r>
        <w:t xml:space="preserve">01:06:50   (Speaker A)  Yeah. </w:t>
      </w:r>
    </w:p>
    <w:p>
      <w:r>
        <w:t xml:space="preserve">01:06:51   (Speaker D)  Our neighborhood has, if I'm reading the permits right, and I was told about 70% of the stormwater drainage from the roads are going onto our detention ponds inside the lake. </w:t>
      </w:r>
    </w:p>
    <w:p>
      <w:r>
        <w:t xml:space="preserve">01:07:08   (Speaker I)  Correct. </w:t>
      </w:r>
    </w:p>
    <w:p>
      <w:r>
        <w:t xml:space="preserve">01:07:09   (Speaker D)  Is there any way to, in the short term, and I'm sure this is not going, but divert that stormwater directly into the lake instead of feeding into those detention Ponds direct. </w:t>
      </w:r>
    </w:p>
    <w:p>
      <w:r>
        <w:t xml:space="preserve">01:07:23   (Speaker I)  Now I wish you could that that would go. What you'd have to do is you'd need a new environmental resource permit to do that. And as part of that you'd have to show inputs minus outputs going in don't change and that you don't impact environmental features like wetlands or bugs and bunny types of things. </w:t>
      </w:r>
    </w:p>
    <w:p>
      <w:r>
        <w:t xml:space="preserve">01:07:46   (Speaker A)  So it's a bit of. </w:t>
      </w:r>
    </w:p>
    <w:p>
      <w:r>
        <w:t xml:space="preserve">01:07:48   (Speaker I)  Yeah, you're in. </w:t>
      </w:r>
    </w:p>
    <w:p>
      <w:r>
        <w:t xml:space="preserve">01:07:49   (Speaker A)  You're in a bit of a rock </w:t>
      </w:r>
    </w:p>
    <w:p>
      <w:r>
        <w:t xml:space="preserve">01:07:50   (Speaker I)  and a hard place right now. But I guess the big picture, everybody is dealing with it right now. That's. That's part of the problem. You know, </w:t>
      </w:r>
    </w:p>
    <w:p>
      <w:r>
        <w:t xml:space="preserve">01:08:03   (Speaker F)  if we can move forward in the conversation is once the rain comes back or is there. Are there any measures that we can take if and when he comes back, we can get additional flow into our area at that point, upstream, within the tributaries or anything like that. </w:t>
      </w:r>
    </w:p>
    <w:p>
      <w:r>
        <w:t xml:space="preserve">01:08:24   (Speaker A)  Is any. </w:t>
      </w:r>
    </w:p>
    <w:p>
      <w:r>
        <w:t xml:space="preserve">01:08:25   (Speaker F)  Is that conversation. Is that doable at all? </w:t>
      </w:r>
    </w:p>
    <w:p>
      <w:r>
        <w:t xml:space="preserve">01:08:30   (Speaker I)  To a degree. Problem is it pro. It's wouldn't be that successful based on the location of the development relative to the Hillsborough River. </w:t>
      </w:r>
    </w:p>
    <w:p>
      <w:r>
        <w:t xml:space="preserve">01:08:43   (Speaker F)  That's. </w:t>
      </w:r>
    </w:p>
    <w:p>
      <w:r>
        <w:t xml:space="preserve">01:08:43   (Speaker I)  That's the big problem there. </w:t>
      </w:r>
    </w:p>
    <w:p>
      <w:r>
        <w:t xml:space="preserve">01:08:46   (Speaker H)  This question is from. For you, Michael. We have six weirs all together. </w:t>
      </w:r>
    </w:p>
    <w:p>
      <w:r>
        <w:t xml:space="preserve">01:08:54   (Speaker A)  Yes. </w:t>
      </w:r>
    </w:p>
    <w:p>
      <w:r>
        <w:t xml:space="preserve">01:08:55   (Speaker H)  And Mr. Carpenter was kind enough to take me around and look at them a couple years ago. I think several of them are just completely destroyed and they're not working anyway to pull back the detention concept. Am I right? </w:t>
      </w:r>
    </w:p>
    <w:p>
      <w:r>
        <w:t xml:space="preserve">01:09:08   (Speaker A)  We have pictures of those and you know, we got a plan for replacing those. </w:t>
      </w:r>
    </w:p>
    <w:p>
      <w:r>
        <w:t xml:space="preserve">01:09:11   (Speaker H)  I understand that, but right now they're really not working. Like they're just letting the water in the lake, aren't they? </w:t>
      </w:r>
    </w:p>
    <w:p>
      <w:r>
        <w:t xml:space="preserve">01:09:18   (Speaker A)  Few of them might be, but they're not. Some of them still operational. </w:t>
      </w:r>
    </w:p>
    <w:p>
      <w:r>
        <w:t xml:space="preserve">01:09:21   (Speaker H)  No, I know that, but there's. There's one or two that is not working to a point to. To our benefit in this case putting water in the lake. </w:t>
      </w:r>
    </w:p>
    <w:p>
      <w:r>
        <w:t xml:space="preserve">01:09:28   (Speaker E)  Thank you. </w:t>
      </w:r>
    </w:p>
    <w:p>
      <w:r>
        <w:t xml:space="preserve">01:09:28   (Speaker H)  Thank you. </w:t>
      </w:r>
    </w:p>
    <w:p>
      <w:r>
        <w:t xml:space="preserve">01:09:30   (Speaker A)  Just for the record, we do have Kevin with us from Steadfast as well. I. I didn't recognize the number on here. </w:t>
      </w:r>
    </w:p>
    <w:p>
      <w:r>
        <w:t xml:space="preserve">01:09:35   (Speaker D)  Can we move on I guess to that on the lake? </w:t>
      </w:r>
    </w:p>
    <w:p>
      <w:r>
        <w:t xml:space="preserve">01:09:42   (Speaker A)  Sorry, Ron. </w:t>
      </w:r>
    </w:p>
    <w:p>
      <w:r>
        <w:t xml:space="preserve">01:09:43   (Speaker D)  Is there any reason. Kevin, as far as the low water levels and all of the grasses and foliage and crap growing are along the edges, is there a reason that we should try to go extra efforts to kill all of that on the edges? </w:t>
      </w:r>
    </w:p>
    <w:p>
      <w:r>
        <w:t xml:space="preserve">01:10:05   (Speaker J)  I'm sorry, you broke up a little. Can you repeat that? </w:t>
      </w:r>
    </w:p>
    <w:p>
      <w:r>
        <w:t xml:space="preserve">01:10:09   (Speaker A)  Yes. </w:t>
      </w:r>
    </w:p>
    <w:p>
      <w:r>
        <w:t xml:space="preserve">01:10:10   (Speaker D)  You know, the water level is so low around, around the lake that on the edges we're getting a lot of vegetation that's growing on the new beach front property and so is there is There a strategy that we should take some action on that from a water level, you know, while the water's low, or let it ride or maintenance level. Yeah, I mean, like, should we talk about. </w:t>
      </w:r>
    </w:p>
    <w:p>
      <w:r>
        <w:t xml:space="preserve">01:10:32   (Speaker J)  The technicians have been. Yeah, the technicians have been targeting those weeds. I don't really advise to let them grow. There's really two camps of thought. One is like, oh, well, the weeds will help hold the bank, but while the roots grow, they're going to disrupt soil. So it's really just better to have the technicians target those weeds as they grow. </w:t>
      </w:r>
    </w:p>
    <w:p>
      <w:r>
        <w:t xml:space="preserve">01:10:57   (Speaker F)  Good. </w:t>
      </w:r>
    </w:p>
    <w:p>
      <w:r>
        <w:t xml:space="preserve">01:10:57   (Speaker E)  Okay, Charles, please. </w:t>
      </w:r>
    </w:p>
    <w:p>
      <w:r>
        <w:t xml:space="preserve">01:11:02   (Speaker A)  Thank you, Michael, for anything else. No, Mike, thank you very much. </w:t>
      </w:r>
    </w:p>
    <w:p>
      <w:r>
        <w:t xml:space="preserve">01:11:07   (Speaker H)  Excellent. </w:t>
      </w:r>
    </w:p>
    <w:p>
      <w:r>
        <w:t xml:space="preserve">01:11:07   (Speaker A)  Yeah, thank you, Michael. Appreciate your time. Not a problem. </w:t>
      </w:r>
    </w:p>
    <w:p>
      <w:r>
        <w:t xml:space="preserve">01:11:14   (Speaker F)  Thank you. </w:t>
      </w:r>
    </w:p>
    <w:p>
      <w:r>
        <w:t xml:space="preserve">01:11:17   (Speaker A)  All right, Charles, take it. Take it away. All right, so consideration of proposals for ehon installation is next. I've got Christian on the line for that one. </w:t>
      </w:r>
    </w:p>
    <w:p>
      <w:r>
        <w:t xml:space="preserve">01:11:31   (Speaker C)  So I was. I was looking at that agenda that. I think that's incorrect. That's what I presented at the last meeting. The board wanted speed tables to take a look at speed tables for this meeting. </w:t>
      </w:r>
    </w:p>
    <w:p>
      <w:r>
        <w:t xml:space="preserve">01:11:50   (Speaker H)  We don't have. </w:t>
      </w:r>
    </w:p>
    <w:p>
      <w:r>
        <w:t xml:space="preserve">01:11:51   (Speaker D)  Yeah, what you got, Christian? </w:t>
      </w:r>
    </w:p>
    <w:p>
      <w:r>
        <w:t xml:space="preserve">01:11:52   (Speaker A)  Yeah, you got. </w:t>
      </w:r>
    </w:p>
    <w:p>
      <w:r>
        <w:t xml:space="preserve">01:11:53   (Speaker D)  You got three. </w:t>
      </w:r>
    </w:p>
    <w:p>
      <w:r>
        <w:t xml:space="preserve">01:11:54   (Speaker A)  You got three proposals in there. One confirmed foundation, one from Site Masters of Florida, and one from Apex. </w:t>
      </w:r>
    </w:p>
    <w:p>
      <w:r>
        <w:t xml:space="preserve">01:11:59   (Speaker C)  No, that's this. That's the speed humps from last meeting. I was a little confused when I saw that because I did not. We didn't get enough bids back for me to submit something on the speed tables. We only got one bid back. And so I didn't. I just want to let the board know I didn't have anything to present on the speed tables because when we did the speed humps, it was at the. The board wanting to look at the speed tables because the. Some of the residents didn't feel comfortable with the speed humps. </w:t>
      </w:r>
    </w:p>
    <w:p>
      <w:r>
        <w:t xml:space="preserve">01:12:32   (Speaker A)  Okay, so what the. We. We're going to pass on this then? Is that what I can bring it back? Okay, so next. So next meeting, we'll have something for speed tables. </w:t>
      </w:r>
    </w:p>
    <w:p>
      <w:r>
        <w:t xml:space="preserve">01:12:40   (Speaker H)  Yes. Okay. </w:t>
      </w:r>
    </w:p>
    <w:p>
      <w:r>
        <w:t xml:space="preserve">01:12:41   (Speaker C)  And I did want to put out there that I did receive in writing from the city of Tampa, and I did forward this to Brian on June 25. Of the roadways within Quarry Lake Isle community are privately owned. Therefore, the CDD may install speed tables without obtaining a permit from the city of Tampa. I did get that in writing from Brian Knipe, who's a transportation technician over at city of Tampa. </w:t>
      </w:r>
    </w:p>
    <w:p>
      <w:r>
        <w:t xml:space="preserve">01:13:15   (Speaker A)  Might have a different opinion. </w:t>
      </w:r>
    </w:p>
    <w:p>
      <w:r>
        <w:t xml:space="preserve">01:13:17   (Speaker F)  He said. </w:t>
      </w:r>
    </w:p>
    <w:p>
      <w:r>
        <w:t xml:space="preserve">01:13:20   (Speaker D)  He did say private. </w:t>
      </w:r>
    </w:p>
    <w:p>
      <w:r>
        <w:t xml:space="preserve">01:13:21   (Speaker F)  He said private broke. </w:t>
      </w:r>
    </w:p>
    <w:p>
      <w:r>
        <w:t xml:space="preserve">01:13:23   (Speaker A)  Right. </w:t>
      </w:r>
    </w:p>
    <w:p>
      <w:r>
        <w:t xml:space="preserve">01:13:25   (Speaker C)  I. I will say that again because it is in writing from the city of Tampa. The Correlation. </w:t>
      </w:r>
    </w:p>
    <w:p>
      <w:r>
        <w:t xml:space="preserve">01:13:36   (Speaker A)  We got it in private. </w:t>
      </w:r>
    </w:p>
    <w:p>
      <w:r>
        <w:t xml:space="preserve">01:13:37   (Speaker C)  Yeah, yeah. </w:t>
      </w:r>
    </w:p>
    <w:p>
      <w:r>
        <w:t xml:space="preserve">01:13:38   (Speaker A)  They're always going to link your. Your roads to private because they don't maintain. Right. So there to that your roads are private. </w:t>
      </w:r>
    </w:p>
    <w:p>
      <w:r>
        <w:t xml:space="preserve">01:13:45   (Speaker D)  Privately maintained, not privately owned. </w:t>
      </w:r>
    </w:p>
    <w:p>
      <w:r>
        <w:t xml:space="preserve">01:13:48   (Speaker A)  Exactly. </w:t>
      </w:r>
    </w:p>
    <w:p>
      <w:r>
        <w:t xml:space="preserve">01:13:49   (Speaker D)  But maybe the transportation lawyer didn't review that. </w:t>
      </w:r>
    </w:p>
    <w:p>
      <w:r>
        <w:t xml:space="preserve">01:13:55   (Speaker A)  Let's put it out. </w:t>
      </w:r>
    </w:p>
    <w:p>
      <w:r>
        <w:t xml:space="preserve">01:13:58   (Speaker J)  All right. </w:t>
      </w:r>
    </w:p>
    <w:p>
      <w:r>
        <w:t xml:space="preserve">01:13:58   (Speaker A)  Our last, our last discussion is the erosion concern. </w:t>
      </w:r>
    </w:p>
    <w:p>
      <w:r>
        <w:t xml:space="preserve">01:14:02   (Speaker H)  Oh, what a question, Charles. Anything about the signs? We did discuss that last, the speed signs that would capture the speed. </w:t>
      </w:r>
    </w:p>
    <w:p>
      <w:r>
        <w:t xml:space="preserve">01:14:11   (Speaker A)  And did you want to speak on those speed signs? </w:t>
      </w:r>
    </w:p>
    <w:p>
      <w:r>
        <w:t xml:space="preserve">01:14:16   (Speaker C)  So there are digital signs that, that the board can install that do capture, basically, I'll let you know where the speedings happened, where you put those signs. So if you put a sign in a certain location, it's going to capture the speed and document that. And I did get quotes of around 3,000 to $3,300 per sign. And then to maintain the. The cloud, like with the information that pulls the data, it's about $500 per year per sign. </w:t>
      </w:r>
    </w:p>
    <w:p>
      <w:r>
        <w:t xml:space="preserve">01:14:48   (Speaker H)  3300 per sign. And then the cloud would be an additional 500. So I heard. </w:t>
      </w:r>
    </w:p>
    <w:p>
      <w:r>
        <w:t xml:space="preserve">01:14:55   (Speaker C)  Yes, ma'. </w:t>
      </w:r>
    </w:p>
    <w:p>
      <w:r>
        <w:t xml:space="preserve">01:14:56   (Speaker G)  Am. </w:t>
      </w:r>
    </w:p>
    <w:p>
      <w:r>
        <w:t xml:space="preserve">01:14:56   (Speaker C)  Yeah. Per year to keep those, those signs giving you the data. </w:t>
      </w:r>
    </w:p>
    <w:p>
      <w:r>
        <w:t xml:space="preserve">01:15:01   (Speaker D)  And what that gives you is, is a snapshot, a camera that's activated by speed violations. Does it give you a snapshot of the license plate? </w:t>
      </w:r>
    </w:p>
    <w:p>
      <w:r>
        <w:t xml:space="preserve">01:15:11   (Speaker A)  I don't think it's a camera. Right, Chris. No, no, that's. </w:t>
      </w:r>
    </w:p>
    <w:p>
      <w:r>
        <w:t xml:space="preserve">01:15:14   (Speaker C)  That's just the signs. </w:t>
      </w:r>
    </w:p>
    <w:p>
      <w:r>
        <w:t xml:space="preserve">01:15:19   (Speaker A)  So we just know how many people are speed. </w:t>
      </w:r>
    </w:p>
    <w:p>
      <w:r>
        <w:t xml:space="preserve">01:15:25   (Speaker H)  Michael, did you get that information? Did you get some information? </w:t>
      </w:r>
    </w:p>
    <w:p>
      <w:r>
        <w:t xml:space="preserve">01:15:28   (Speaker A)  I haven't got this, but we're looking into it. We're hoping at the October meeting we could have something a little more concrete that includes a camera as well. </w:t>
      </w:r>
    </w:p>
    <w:p>
      <w:r>
        <w:t xml:space="preserve">01:15:34   (Speaker F)  Okay, Madam Chair, if I may, my question to is this, you having a difficult time receiving bids. So how realistic is it to have an expectation that you will have an additional one for the tables at the next meeting? </w:t>
      </w:r>
    </w:p>
    <w:p>
      <w:r>
        <w:t xml:space="preserve">01:15:54   (Speaker C)  I was in communication with another bidder that just couldn't get me their bid in time. And so I will be in communication with them after this meeting if they would be able to have something by the next meeting. Because. But I do not want to make any promises if they can't follow through. </w:t>
      </w:r>
    </w:p>
    <w:p>
      <w:r>
        <w:t xml:space="preserve">01:16:13   (Speaker D)  Just. </w:t>
      </w:r>
    </w:p>
    <w:p>
      <w:r>
        <w:t xml:space="preserve">01:16:13   (Speaker F)  I mean, just listen to what you said. So I would just ask, if I may, Madam Chair, that if you relay that information to Michael, because if that's not, you can't receive those. And we really don't have an alternative or anything to Compare Africa. There's 74,000 right now that they're projecting. So it kind of ties our hand with strategy moving forward until we can get a another billion more sell there comparison. </w:t>
      </w:r>
    </w:p>
    <w:p>
      <w:r>
        <w:t xml:space="preserve">01:16:44   (Speaker H)  I. Mike, you're good with that? </w:t>
      </w:r>
    </w:p>
    <w:p>
      <w:r>
        <w:t xml:space="preserve">01:16:46   (Speaker D)  Yeah. </w:t>
      </w:r>
    </w:p>
    <w:p>
      <w:r>
        <w:t xml:space="preserve">01:16:48   (Speaker H)  I want to express my opinion which has changed about speed bumps since the last meeting. I've been supporting speed bumps or speed tables for over a year now. And I was talking to some residents this week and Mrs. Bell, you mentioned it too that they're concerned about affecting the value of your home. And I found that peer reviewed study that was peer reviewed study that was done in 2018 that says that it does affect the value of our homes. Putting in speedback bumps has reduced residential property values. And then Mr. Carpenter has been very vocal with regard to emergency vehicles and the fact that it could affect that. I didn't know how it could. How speed bumps or speed tables could affect them. And it, what happens is it delays their response time. And they've been actually done actually studies where it could take an additional 10 to 20 seconds per speed bump which would delay their ability to actually respond to a fire. So for these reasons, I am no longer in support of speed bumps or speed table. </w:t>
      </w:r>
    </w:p>
    <w:p>
      <w:r>
        <w:t xml:space="preserve">01:17:47   (Speaker F)  But I don't think that's what we're doing. I think right now we put a lot of icing on it as if that's what we formulated the first alternative on any project, any castra needs to do nothing, do let things remain the way they are. But there's a large contingency of homeowners in this neighborhood that's asking. What we're doing is if you're going to put this to rest, let's do our homework and put it in front of them and say this is why we can't do this. This is here on pros and this is why we like to not to do this. And I think we get it over otherwise this thing's going to keep bubbling up every time you turn around. I think we, we owe it to them to tell them why we are not going to put them there and, or why we chose a certain alternative if that is to do nothing. And let's just say every meeting to get beat up and clobbery about speeding and, and I don't want this. I don't want that. At some point we've got to do something right? </w:t>
      </w:r>
    </w:p>
    <w:p>
      <w:r>
        <w:t xml:space="preserve">01:18:45   (Speaker E)  So we're exploring our alternatives. </w:t>
      </w:r>
    </w:p>
    <w:p>
      <w:r>
        <w:t xml:space="preserve">01:18:46   (Speaker A)  That's all we're doing. </w:t>
      </w:r>
    </w:p>
    <w:p>
      <w:r>
        <w:t xml:space="preserve">01:18:47   (Speaker E)  Exactly. </w:t>
      </w:r>
    </w:p>
    <w:p>
      <w:r>
        <w:t xml:space="preserve">01:18:48   (Speaker F)  No one's made any commitment to anything. But this is how the rest of the world works when we do it right. Because otherwise we'll get accused of acting from the seat of our finger. So we're doing it the right way. It me it's and I'm glad to hear people speaking out, owners speaking out, but let's just finish and give them a report and be done with at </w:t>
      </w:r>
    </w:p>
    <w:p>
      <w:r>
        <w:t xml:space="preserve">01:19:11   (Speaker H)  what point they know that we finished. Mr. What, what are the steps that involved and what is the. </w:t>
      </w:r>
    </w:p>
    <w:p>
      <w:r>
        <w:t xml:space="preserve">01:19:17   (Speaker F)  Well, the step one is we know what we have to do. Nothing. Step two is to get the information of show the show the pros and cons with the speed tables shows the ugliness of the speed bumps because I think they are unfortunately. But again, we got to go through the process, put those out there and look at it and say this is </w:t>
      </w:r>
    </w:p>
    <w:p>
      <w:r>
        <w:t xml:space="preserve">01:19:40   (Speaker E)  what we are and we have to look at other alternatives as well. </w:t>
      </w:r>
    </w:p>
    <w:p>
      <w:r>
        <w:t xml:space="preserve">01:19:44   (Speaker A)  Okay. </w:t>
      </w:r>
    </w:p>
    <w:p>
      <w:r>
        <w:t xml:space="preserve">01:19:45   (Speaker E)  And that's the road we're going in. Okay. Can we move to the next item, Mr. Charles? </w:t>
      </w:r>
    </w:p>
    <w:p>
      <w:r>
        <w:t xml:space="preserve">01:19:49   (Speaker A)  Yes. </w:t>
      </w:r>
    </w:p>
    <w:p>
      <w:r>
        <w:t xml:space="preserve">01:19:49   (Speaker F)  Our last one is the erosion control </w:t>
      </w:r>
    </w:p>
    <w:p>
      <w:r>
        <w:t xml:space="preserve">01:19:53   (Speaker A)  at 15 to 11 BGI Place. Christian, go ahead with that report. </w:t>
      </w:r>
    </w:p>
    <w:p>
      <w:r>
        <w:t xml:space="preserve">01:19:59   (Speaker C)  Yeah, so what I presented to the board was the original photos from when Charles, please. Oh, yes, my apologies. Can, can you hear me better? </w:t>
      </w:r>
    </w:p>
    <w:p>
      <w:r>
        <w:t xml:space="preserve">01:20:11   (Speaker F)  Illusion Engineer Horson. </w:t>
      </w:r>
    </w:p>
    <w:p>
      <w:r>
        <w:t xml:space="preserve">01:20:16   (Speaker H)  Yes, sir. </w:t>
      </w:r>
    </w:p>
    <w:p>
      <w:r>
        <w:t xml:space="preserve">01:20:17   (Speaker C)  Can you, can you hear me better? </w:t>
      </w:r>
    </w:p>
    <w:p>
      <w:r>
        <w:t xml:space="preserve">01:20:19   (Speaker A)  No, it got worse, actually. </w:t>
      </w:r>
    </w:p>
    <w:p>
      <w:r>
        <w:t xml:space="preserve">01:20:21   (Speaker C)  Oh, I'm sorry. Hold on, let me, let me go to. </w:t>
      </w:r>
    </w:p>
    <w:p>
      <w:r>
        <w:t xml:space="preserve">01:20:32   (Speaker A)  We can bring it closer together. </w:t>
      </w:r>
    </w:p>
    <w:p>
      <w:r>
        <w:t xml:space="preserve">01:20:39   (Speaker C)  Can you hear me? </w:t>
      </w:r>
    </w:p>
    <w:p>
      <w:r>
        <w:t xml:space="preserve">01:20:40   (Speaker A)  There we go. </w:t>
      </w:r>
    </w:p>
    <w:p>
      <w:r>
        <w:t xml:space="preserve">01:20:41   (Speaker C)  All right. I'm, I'm raising the top of my voice right now. So the first few pages are the original photos that we took when we went out there just to kind of refresh the board's memory of what this area looks like. And then the few page, the couple pages after that are your approved plans in that area. And on the bottom right of the actual plans where it says wetlands Conservation Area 14, that's where the the area is. And on the last page is the actual survey that was completed by W.C. cheryl of the area. And they took a bunch of elevations out there. And just kind of to sum it up, the difference in the bottom elevation, the low point is about 3ft. So about 3 foot of sediment has washed through that pipe and filled up that pond or that retention area. And so it would definitely be the recommendation to restore that retention area back to its original permitted conditions, which we do have those, those plans and those elevations to provide to a contractor who would come out to restore the area. But it would all </w:t>
      </w:r>
    </w:p>
    <w:p>
      <w:r>
        <w:t xml:space="preserve">01:22:08   (Speaker F)  area I can't see it, it's so tiny. So you're saying we've got to go down three feet from the door and what distance? </w:t>
      </w:r>
    </w:p>
    <w:p>
      <w:r>
        <w:t xml:space="preserve">01:22:19   (Speaker C)  All right, well, go ahead, Charles. I'm sorry. </w:t>
      </w:r>
    </w:p>
    <w:p>
      <w:r>
        <w:t xml:space="preserve">01:22:23   (Speaker A)  No, no, I was making sure you Heard the question about how wide and how deep. </w:t>
      </w:r>
    </w:p>
    <w:p>
      <w:r>
        <w:t xml:space="preserve">01:22:29   (Speaker C)  So that three foot is depth from. Because the plans from your do plans are in ngvd. So I had to convert it because they. They took their elevations in navd. So I had to convert the. The elevations. And basically the low point on the plans was 34.7 NGVD or 33.66 NAVD. And then the low point on the survey was 36.6 NAVD. So to compare that, it's about 3 foot in elevation that needs to be excavated out of there to restore that. That retention area and restore its volume. </w:t>
      </w:r>
    </w:p>
    <w:p>
      <w:r>
        <w:t xml:space="preserve">01:23:15   (Speaker D)  How wide is the circle? 10ft, 20ft? </w:t>
      </w:r>
    </w:p>
    <w:p>
      <w:r>
        <w:t xml:space="preserve">01:23:20   (Speaker C)  No, it's. </w:t>
      </w:r>
    </w:p>
    <w:p>
      <w:r>
        <w:t xml:space="preserve">01:23:20   (Speaker E)  It's. </w:t>
      </w:r>
    </w:p>
    <w:p>
      <w:r>
        <w:t xml:space="preserve">01:23:21   (Speaker C)  It's closer to 30 to 50ft. It's pretty. It's pretty wide. </w:t>
      </w:r>
    </w:p>
    <w:p>
      <w:r>
        <w:t xml:space="preserve">01:23:27   (Speaker F)  We've got a pretty big deal here. </w:t>
      </w:r>
    </w:p>
    <w:p>
      <w:r>
        <w:t xml:space="preserve">01:23:29   (Speaker A)  Yeah. </w:t>
      </w:r>
    </w:p>
    <w:p>
      <w:r>
        <w:t xml:space="preserve">01:23:30   (Speaker F)  Yeah, that's a pretty big deal if you run out 50ft in an area. </w:t>
      </w:r>
    </w:p>
    <w:p>
      <w:r>
        <w:t xml:space="preserve">01:23:37   (Speaker A)  So this is the case where the board would like for Charles and Christian to go ahead and get some quotes for the next game to review. I think that's. </w:t>
      </w:r>
    </w:p>
    <w:p>
      <w:r>
        <w:t xml:space="preserve">01:23:44   (Speaker D)  So if I understood it correctly, the engineering's recommendation to the board is that the CDD hasn't. It was permitted that there should be a pond. The sediment has come through that culvert and changed the topography of. Of that property. And it needs to be restored to </w:t>
      </w:r>
    </w:p>
    <w:p>
      <w:r>
        <w:t xml:space="preserve">01:24:00   (Speaker A)  the original, original permitted conditions. </w:t>
      </w:r>
    </w:p>
    <w:p>
      <w:r>
        <w:t xml:space="preserve">01:24:10   (Speaker F)  Here. So to do this fixes the fixes just that problem. What is the problem upstream that's causing this? So I get it. What we got to do there. Trench it out and dredge it out and all. </w:t>
      </w:r>
    </w:p>
    <w:p>
      <w:r>
        <w:t xml:space="preserve">01:24:24   (Speaker D)  So. </w:t>
      </w:r>
    </w:p>
    <w:p>
      <w:r>
        <w:t xml:space="preserve">01:24:24   (Speaker F)  But upstream, is there any activity that has to take up place upstream? So we're not back here in two years. Yes. Having the same problem. </w:t>
      </w:r>
    </w:p>
    <w:p>
      <w:r>
        <w:t xml:space="preserve">01:24:33   (Speaker A)  I agree. What is the cause of the erosion? </w:t>
      </w:r>
    </w:p>
    <w:p>
      <w:r>
        <w:t xml:space="preserve">01:24:38   (Speaker B)  So it's. </w:t>
      </w:r>
    </w:p>
    <w:p>
      <w:r>
        <w:t xml:space="preserve">01:24:42   (Speaker C)  It's hard to necessarily say what. What the cause is since it's dry at the moment. But portions of the erosion are coming from downspouts. Washing and getting into a concentrated area around that culvert and is washing out the soil around the. The COVID concrete. And so. </w:t>
      </w:r>
    </w:p>
    <w:p>
      <w:r>
        <w:t xml:space="preserve">01:25:02   (Speaker F)  And that's clearly visible from houses. I mean, is it a single dwelling or is it multiple D. I mean, what do we. What do we have to do if that's the case? I mean, because I'm not clear on what you've seen. </w:t>
      </w:r>
    </w:p>
    <w:p>
      <w:r>
        <w:t xml:space="preserve">01:25:15   (Speaker C)  So. Because what, what. What we've seen of a portion of the. Of the erosion that's happening around that culvert is the downspouts are above ground. And so when an excess amount of water is coming through that area it's getting concentrated into that swale and being directed towards that culvert through the. The surface and so just need to </w:t>
      </w:r>
    </w:p>
    <w:p>
      <w:r>
        <w:t xml:space="preserve">01:25:40   (Speaker D)  be directed beyond that culvert. I mean so it's a. It's a private property. Homeowners downspouts that are contributing to the erosion. </w:t>
      </w:r>
    </w:p>
    <w:p>
      <w:r>
        <w:t xml:space="preserve">01:25:49   (Speaker G)  So. </w:t>
      </w:r>
    </w:p>
    <w:p>
      <w:r>
        <w:t xml:space="preserve">01:25:49   (Speaker A)  Yeah, I mean just, just Chris, just looking at some of these photos, it looks like the. The swell leading up to that pond, it looks like it's going downward from all the houses. So I think the downspouts are absolutely contributing to that. But I think natural rain is actually contributing to that as well. Just with. With the pitch of that. So I don't think that we can confidently say that it's the downspouts that are causing that exclusively. I think it's exclusive. </w:t>
      </w:r>
    </w:p>
    <w:p>
      <w:r>
        <w:t xml:space="preserve">01:26:15   (Speaker I)  Yeah, that's. </w:t>
      </w:r>
    </w:p>
    <w:p>
      <w:r>
        <w:t xml:space="preserve">01:26:15   (Speaker F)  I was going to say. </w:t>
      </w:r>
    </w:p>
    <w:p>
      <w:r>
        <w:t xml:space="preserve">01:26:16   (Speaker C)  No, no. Yeah. It's just one thing causing the erosion. </w:t>
      </w:r>
    </w:p>
    <w:p>
      <w:r>
        <w:t xml:space="preserve">01:26:22   (Speaker D)  Yeah. </w:t>
      </w:r>
    </w:p>
    <w:p>
      <w:r>
        <w:t xml:space="preserve">01:26:22   (Speaker F)  You've got a multiple swells in there. You got the drain here, but you also have a swell just looks like on the slope coming off the back the home. Well, it's naturally chilling water that way. So if you don't address what's causing </w:t>
      </w:r>
    </w:p>
    <w:p>
      <w:r>
        <w:t xml:space="preserve">01:26:36   (Speaker A)  that, it's going to keep doing that. </w:t>
      </w:r>
    </w:p>
    <w:p>
      <w:r>
        <w:t xml:space="preserve">01:26:38   (Speaker F)  The downspout's not going to give you enough force to do that. No, it's not going to have the grass that that lawn is going to gonna be. </w:t>
      </w:r>
    </w:p>
    <w:p>
      <w:r>
        <w:t xml:space="preserve">01:26:45   (Speaker A)  So is part of this. Part of this repair is. I mean you guys tell us obviously is that gonna be going to have to fix that whole area, make it level a little bit, slow down that focus? Yeah, we're going to have to add. Yeah, that's a bigger project then I think we're. We're kind of looking at. There's. </w:t>
      </w:r>
    </w:p>
    <w:p>
      <w:r>
        <w:t xml:space="preserve">01:27:02   (Speaker G)  There's. </w:t>
      </w:r>
    </w:p>
    <w:p>
      <w:r>
        <w:t xml:space="preserve">01:27:04   (Speaker A)  There's things you can do without cost effective. It slow down. </w:t>
      </w:r>
    </w:p>
    <w:p>
      <w:r>
        <w:t xml:space="preserve">01:27:07   (Speaker F)  The R is always an option. </w:t>
      </w:r>
    </w:p>
    <w:p>
      <w:r>
        <w:t xml:space="preserve">01:27:10   (Speaker A)  Always a quick option. </w:t>
      </w:r>
    </w:p>
    <w:p>
      <w:r>
        <w:t xml:space="preserve">01:27:11   (Speaker F)  Yep. </w:t>
      </w:r>
    </w:p>
    <w:p>
      <w:r>
        <w:t xml:space="preserve">01:27:12   (Speaker A)  So that's why to catch it as it's running down that. That sw. You be careful with ri </w:t>
      </w:r>
    </w:p>
    <w:p>
      <w:r>
        <w:t xml:space="preserve">01:27:20   (Speaker F)  with in this area being out someone's backyard because you don't want to give a short term lake out there when it rains. </w:t>
      </w:r>
    </w:p>
    <w:p>
      <w:r>
        <w:t xml:space="preserve">01:27:28   (Speaker H)  Right. </w:t>
      </w:r>
    </w:p>
    <w:p>
      <w:r>
        <w:t xml:space="preserve">01:27:28   (Speaker F)  You got to be very careful with </w:t>
      </w:r>
    </w:p>
    <w:p>
      <w:r>
        <w:t xml:space="preserve">01:27:30   (Speaker A)  how you handle that back there. </w:t>
      </w:r>
    </w:p>
    <w:p>
      <w:r>
        <w:t xml:space="preserve">01:27:32   (Speaker C)  Well, well, actually a part of the permanent conditions it does call for having RIPRA in that retention in that detention area. </w:t>
      </w:r>
    </w:p>
    <w:p>
      <w:r>
        <w:t xml:space="preserve">01:27:40   (Speaker A)  Oh wow. So we're required to have RIP wrap there, but it might have to go a little further too. Got it. </w:t>
      </w:r>
    </w:p>
    <w:p>
      <w:r>
        <w:t xml:space="preserve">01:27:47   (Speaker H)  Does the storm drain empty into that also </w:t>
      </w:r>
    </w:p>
    <w:p>
      <w:r>
        <w:t xml:space="preserve">01:27:51   (Speaker A)  off the street? </w:t>
      </w:r>
    </w:p>
    <w:p>
      <w:r>
        <w:t xml:space="preserve">01:27:52   (Speaker F)  No, that didn't. </w:t>
      </w:r>
    </w:p>
    <w:p>
      <w:r>
        <w:t xml:space="preserve">01:27:54   (Speaker A)  It's a swell coming down beside someone's house. </w:t>
      </w:r>
    </w:p>
    <w:p>
      <w:r>
        <w:t xml:space="preserve">01:27:57   (Speaker H)  Okay. </w:t>
      </w:r>
    </w:p>
    <w:p>
      <w:r>
        <w:t xml:space="preserve">01:27:58   (Speaker A)  And it's. It's really coming. Oh yeah, it's coming pretty fast. When it's probably. </w:t>
      </w:r>
    </w:p>
    <w:p>
      <w:r>
        <w:t xml:space="preserve">01:28:03   (Speaker F)  Well, maybe have a. If we go and take a look at it, will we get. Do we have access to take a look at it or. I like to look at it firstly. You don't mind if I do it </w:t>
      </w:r>
    </w:p>
    <w:p>
      <w:r>
        <w:t xml:space="preserve">01:28:16   (Speaker A)  to get there though. </w:t>
      </w:r>
    </w:p>
    <w:p>
      <w:r>
        <w:t xml:space="preserve">01:28:17   (Speaker F)  I know that's information. </w:t>
      </w:r>
    </w:p>
    <w:p>
      <w:r>
        <w:t xml:space="preserve">01:28:19   (Speaker H)  There is an E gate, </w:t>
      </w:r>
    </w:p>
    <w:p>
      <w:r>
        <w:t xml:space="preserve">01:28:24   (Speaker E)  but there. But there is in correlate in correlates. There is an already an existing easement to access any kind of cdd. There shouldn't be any if it's possible in order to maintain in a perfect world. </w:t>
      </w:r>
    </w:p>
    <w:p>
      <w:r>
        <w:t xml:space="preserve">01:28:50   (Speaker A)  All right. So I think. I think we've got a good direction. I think the board wants to get some quotes, see what that looks like at our next meeting and then we're. That what. I'm good to go. Any other questions for. </w:t>
      </w:r>
    </w:p>
    <w:p>
      <w:r>
        <w:t xml:space="preserve">01:29:02   (Speaker C)  I do want to. I do want to include a. </w:t>
      </w:r>
    </w:p>
    <w:p>
      <w:r>
        <w:t xml:space="preserve">01:29:06   (Speaker A)  Sorry, go ahead. </w:t>
      </w:r>
    </w:p>
    <w:p>
      <w:r>
        <w:t xml:space="preserve">01:29:07   (Speaker C)  I said I do want to include. On top of. Our recommendation would be to clean the pipe as well. Because that is a 42 inch pipe that is significantly filled with sediment that. </w:t>
      </w:r>
    </w:p>
    <w:p>
      <w:r>
        <w:t xml:space="preserve">01:29:17   (Speaker A)  Oh yeah, we can see that it looks half filled just in the pictures here. So yeah, I think that's. That's expected. </w:t>
      </w:r>
    </w:p>
    <w:p>
      <w:r>
        <w:t xml:space="preserve">01:29:24   (Speaker F)  That's another problem that I see right here. That pipe is filling up and if that pipe sloped like that, why is it filling up? </w:t>
      </w:r>
    </w:p>
    <w:p>
      <w:r>
        <w:t xml:space="preserve">01:29:33   (Speaker H)  Where does water come from that's going to the pipe. </w:t>
      </w:r>
    </w:p>
    <w:p>
      <w:r>
        <w:t xml:space="preserve">01:29:41   (Speaker C)  It's actually coming from a main road. I think it. Morris Bridge. I want to say it is coming from a main road to where that's runoff from the road to prevent the roads from flooding. So it kind of catches and drains through there. It is a long pipe. I mean I. I can show that it is a very long pipe that goes and connects all the way through there. It is not coming from. </w:t>
      </w:r>
    </w:p>
    <w:p>
      <w:r>
        <w:t xml:space="preserve">01:30:11   (Speaker E)  I have an additional question. Is there any. Is there any danger to the property or to the. To the physical existing a joining from property to this culprit at this point? Do we have time to investigate this </w:t>
      </w:r>
    </w:p>
    <w:p>
      <w:r>
        <w:t xml:space="preserve">01:30:29   (Speaker H)  and address it and. </w:t>
      </w:r>
    </w:p>
    <w:p>
      <w:r>
        <w:t xml:space="preserve">01:30:31   (Speaker E)  And come up with a plan? </w:t>
      </w:r>
    </w:p>
    <w:p>
      <w:r>
        <w:t xml:space="preserve">01:30:33   (Speaker C)  I. I believe. </w:t>
      </w:r>
    </w:p>
    <w:p>
      <w:r>
        <w:t xml:space="preserve">01:30:35   (Speaker A)  Go ahead. </w:t>
      </w:r>
    </w:p>
    <w:p>
      <w:r>
        <w:t xml:space="preserve">01:30:36   (Speaker C)  Go ahead, Charles. I was going to say I do </w:t>
      </w:r>
    </w:p>
    <w:p>
      <w:r>
        <w:t xml:space="preserve">01:30:38   (Speaker A)  believe you have time. We're going to get these quotes. So it's going to take time to get the quotes. So. </w:t>
      </w:r>
    </w:p>
    <w:p>
      <w:r>
        <w:t xml:space="preserve">01:30:44   (Speaker F)  Well, first of all, you got to get the scope of work because right now you don't have to scope work. </w:t>
      </w:r>
    </w:p>
    <w:p>
      <w:r>
        <w:t xml:space="preserve">01:30:48   (Speaker A)  Yeah, we got to put scope to together. I think the question. Is there an emergency here that we need to take care of this faster than any other situation that we might be. Is there any damage that's going to happen to the the. The resident homes from this specific. </w:t>
      </w:r>
    </w:p>
    <w:p>
      <w:r>
        <w:t xml:space="preserve">01:31:02   (Speaker E)  Is the. Is the retaining wall that holds up the residence pool going to collapse? </w:t>
      </w:r>
    </w:p>
    <w:p>
      <w:r>
        <w:t xml:space="preserve">01:31:07   (Speaker A)  Because this culver is going to collapse pretty. </w:t>
      </w:r>
    </w:p>
    <w:p>
      <w:r>
        <w:t xml:space="preserve">01:31:10   (Speaker C)  Not any. Not. Not anytime soon. But if left unattended then yes, it's going to eventually erode up to the residence wall. </w:t>
      </w:r>
    </w:p>
    <w:p>
      <w:r>
        <w:t xml:space="preserve">01:31:20   (Speaker H)  Okay. </w:t>
      </w:r>
    </w:p>
    <w:p>
      <w:r>
        <w:t xml:space="preserve">01:31:20   (Speaker E)  So. All right. So we are going to formulate some thing. Mr. Is going to do it alongside business. </w:t>
      </w:r>
    </w:p>
    <w:p>
      <w:r>
        <w:t xml:space="preserve">01:31:27   (Speaker F)  I'd like to meet the charge. </w:t>
      </w:r>
    </w:p>
    <w:p>
      <w:r>
        <w:t xml:space="preserve">01:31:29   (Speaker E)  Okay. </w:t>
      </w:r>
    </w:p>
    <w:p>
      <w:r>
        <w:t xml:space="preserve">01:31:30   (Speaker F)  You have to give me approval. </w:t>
      </w:r>
    </w:p>
    <w:p>
      <w:r>
        <w:t xml:space="preserve">01:31:32   (Speaker E)  I. I hereby give you approval. </w:t>
      </w:r>
    </w:p>
    <w:p>
      <w:r>
        <w:t xml:space="preserve">01:31:34   (Speaker F)  No, no no. </w:t>
      </w:r>
    </w:p>
    <w:p>
      <w:r>
        <w:t xml:space="preserve">01:31:35   (Speaker E)  Okay. Motion to appoint Mr. A as in liaison with Charles to evaluate the situation in 1-5211-PG outlet. </w:t>
      </w:r>
    </w:p>
    <w:p>
      <w:r>
        <w:t xml:space="preserve">01:31:46   (Speaker A)  First from an second from Todd favor. </w:t>
      </w:r>
    </w:p>
    <w:p>
      <w:r>
        <w:t xml:space="preserve">01:31:50   (Speaker H)  Okay. </w:t>
      </w:r>
    </w:p>
    <w:p>
      <w:r>
        <w:t xml:space="preserve">01:31:50   (Speaker A)  We'll proceed for the record. </w:t>
      </w:r>
    </w:p>
    <w:p>
      <w:r>
        <w:t xml:space="preserve">01:31:53   (Speaker H)  Okay, </w:t>
      </w:r>
    </w:p>
    <w:p>
      <w:r>
        <w:t xml:space="preserve">01:31:57   (Speaker E)  thank you Charles. </w:t>
      </w:r>
    </w:p>
    <w:p>
      <w:r>
        <w:t xml:space="preserve">01:31:58   (Speaker A)  Thank you. Thanks Charles. Appreciate your time. </w:t>
      </w:r>
    </w:p>
    <w:p>
      <w:r>
        <w:t xml:space="preserve">01:32:00   (Speaker E)  Okay. Landscape manager. </w:t>
      </w:r>
    </w:p>
    <w:p>
      <w:r>
        <w:t xml:space="preserve">01:32:25   (Speaker G)  We have a few few items to talk about. I heard some of the concerns about we control and some efficiencies that are obviously so lately we realized that you know we have some inefficiencies with the theme forming so on that in the past two weeks we have made some efforts extra efforts and arrangements with some new vision out here. Another supervised room overseeing things A PM if you say that helping me out. I've been a little bit more involved with the team as things were not getting done to certain expectations. And it took a minute to realize because we thought that you know what we had about seven or eight years of experience on site was working. But in reality I think in my perspective and within the. </w:t>
      </w:r>
    </w:p>
    <w:p>
      <w:r>
        <w:t xml:space="preserve">01:33:28   (Speaker E)  Excuse me. </w:t>
      </w:r>
    </w:p>
    <w:p>
      <w:r>
        <w:t xml:space="preserve">01:33:30   (Speaker H)  Thank you. </w:t>
      </w:r>
    </w:p>
    <w:p>
      <w:r>
        <w:t xml:space="preserve">01:33:32   (Speaker G)  My perspective as your account manager it took a minute to realize because of the time of s interviews being here that long and speaking with property management, you know we come to realize that certain messages were being sent and given so in case we're not we done properly. So we put to the test some new eyes on site in the last seven or eight days. I would say extra effort this person has improved certain areas that we spoke about. Prospect Boulevard, all the photo sex, the little monuments clubhouse area. We put down about 175 gallons of Roundup Quick Pro started here at the clubhouse of beach area. </w:t>
      </w:r>
    </w:p>
    <w:p>
      <w:r>
        <w:t xml:space="preserve">01:34:22   (Speaker J)  I heard that they were talking about </w:t>
      </w:r>
    </w:p>
    <w:p>
      <w:r>
        <w:t xml:space="preserve">01:34:24   (Speaker G)  you know why we have erosion happen. Sometimes erosion happens because droughts and you know round cats go past it and then we get hit with a few weeks of straight up rain hitting. And then you know you see Roche Gap beach which you know I was in the talks with with the guys about it provide certain things to rearrange, regrade and addition of certain solos. So we have put new eyes on site, helping me out and in my view certain things have gotten quite a bit better within the past seven or eight days and we're looking forward to, you know, everything, you know, between that consistency that we have seen recently within the past few days. </w:t>
      </w:r>
    </w:p>
    <w:p>
      <w:r>
        <w:t xml:space="preserve">01:35:13   (Speaker A)  I'll do that. </w:t>
      </w:r>
    </w:p>
    <w:p>
      <w:r>
        <w:t xml:space="preserve">01:35:17   (Speaker G)  If, you know, if there's any questions about certain other matters, I hear the answer. </w:t>
      </w:r>
    </w:p>
    <w:p>
      <w:r>
        <w:t xml:space="preserve">01:35:24   (Speaker H)  How many guys do you have working here right now? </w:t>
      </w:r>
    </w:p>
    <w:p>
      <w:r>
        <w:t xml:space="preserve">01:35:27   (Speaker G)  Consistently? The team is of three to four individuals and the new individual that I have put on site that, you know, carries this new vision and more, I would say more wider broad view of things. That team will consist of four individuals and at times when it's needed, there's going to be five or six people. </w:t>
      </w:r>
    </w:p>
    <w:p>
      <w:r>
        <w:t xml:space="preserve">01:35:49   (Speaker F)  I'm sorry, no, how many? It was like five, six years when you guys took over. </w:t>
      </w:r>
    </w:p>
    <w:p>
      <w:r>
        <w:t xml:space="preserve">01:35:58   (Speaker G)  When I, when I took over as your accountant, there was only three in the physical and then that one of the interviews retired. </w:t>
      </w:r>
    </w:p>
    <w:p>
      <w:r>
        <w:t xml:space="preserve">01:36:09   (Speaker H)  Steve was here, right, Alexa? </w:t>
      </w:r>
    </w:p>
    <w:p>
      <w:r>
        <w:t xml:space="preserve">01:36:10   (Speaker F)  Yeah, </w:t>
      </w:r>
    </w:p>
    <w:p>
      <w:r>
        <w:t xml:space="preserve">01:36:14   (Speaker G)  four, four, three. Three or four years ago. I do remember because I was with LMP back then. I've been working with LMP for about 10 years and now we're doing two years. There was five in the legacy who </w:t>
      </w:r>
    </w:p>
    <w:p>
      <w:r>
        <w:t xml:space="preserve">01:36:28   (Speaker F)  did have time and so, and just doing the mathematics, it's even right now you're at a shortfall compared to where you standards. So how do you, how do you catch up when you already behind? </w:t>
      </w:r>
    </w:p>
    <w:p>
      <w:r>
        <w:t xml:space="preserve">01:36:43   (Speaker G)  So based on my experience, if you have three good individual side at all times and they're performing to what it's expected of them. I'm working at gone through it where I have two, three images just with me. If you're doing what you're supposed to be doing and tracking, then we wouldn't have certain of the issues that, that we now moving forward, you know, with the right people, the right, the right view of things, you will notice, you will see improvements. </w:t>
      </w:r>
    </w:p>
    <w:p>
      <w:r>
        <w:t xml:space="preserve">01:37:21   (Speaker D)  Anthony, this, this individually talking about with a view, are they the supervisor for these, for this crew and will they be here full time? </w:t>
      </w:r>
    </w:p>
    <w:p>
      <w:r>
        <w:t xml:space="preserve">01:37:30   (Speaker G)  Yes, they'll be here five days a week. The team will have a wider variety of health, if you would say so. And it's going to be more involved directly with them coming in, checking me every day. </w:t>
      </w:r>
    </w:p>
    <w:p>
      <w:r>
        <w:t xml:space="preserve">01:37:47   (Speaker A)  You know, I don't know how many </w:t>
      </w:r>
    </w:p>
    <w:p>
      <w:r>
        <w:t xml:space="preserve">01:37:48   (Speaker G)  times I've requested for that to happen. It doesn't happen. But within the past few days I could say from as we are putting the effort, we want to continue to be here, we want to get this place Back to you when you know, good old days, about six, seven years ago. I remember. I want to be about it to </w:t>
      </w:r>
    </w:p>
    <w:p>
      <w:r>
        <w:t xml:space="preserve">01:38:10   (Speaker A)  get it back there. </w:t>
      </w:r>
    </w:p>
    <w:p>
      <w:r>
        <w:t xml:space="preserve">01:38:12   (Speaker D)  Is it your intention to compete with the new rs? </w:t>
      </w:r>
    </w:p>
    <w:p>
      <w:r>
        <w:t xml:space="preserve">01:38:15   (Speaker G)  Yes, we. We're going to show. We are going to, you know, show you and prove to you that they're the right people with the right experience and the right scope of work for the property. We know the property. We've been here. I haven't been a manager here a long time, but I've certainly years back I've come to help when help was necessarily cutbacks. I was one of the cool leaders back then. I know the property ins and outs and in the past two weeks I've been more involved and you can see that progress. If I don't know if they have some input that they want to share, they. They share the same view that I had. </w:t>
      </w:r>
    </w:p>
    <w:p>
      <w:r>
        <w:t xml:space="preserve">01:38:59   (Speaker A)  What I don't know. It's boardex. </w:t>
      </w:r>
    </w:p>
    <w:p>
      <w:r>
        <w:t xml:space="preserve">01:39:01   (Speaker G)  You know, it's. </w:t>
      </w:r>
    </w:p>
    <w:p>
      <w:r>
        <w:t xml:space="preserve">01:39:02   (Speaker D)  It bugs me as well. The island there at the red light going out to cross. </w:t>
      </w:r>
    </w:p>
    <w:p>
      <w:r>
        <w:t xml:space="preserve">01:39:06   (Speaker G)  So a couple months ago, maybe almost three months ago I provided. I can't remember about nine, ten proposals and that center medium was one of the ones I proposal to kind of revamp, you know, tear out, clean up and get back in shape. But it was decided to table these, these proposals back then and then, you know, we never heard back on it. And last month I couldn't attend because I was out on my kitchen sending a personal van. I did revise the proposal and I sent it with a new idea with new plants for it and whatnot for that particular item. </w:t>
      </w:r>
    </w:p>
    <w:p>
      <w:r>
        <w:t xml:space="preserve">01:39:44   (Speaker H)  If we plant annuals there because we're in a drought situation, could you water them? </w:t>
      </w:r>
    </w:p>
    <w:p>
      <w:r>
        <w:t xml:space="preserve">01:39:51   (Speaker G)  So I didn't see for the annual. Somebody suggest annual flowers. </w:t>
      </w:r>
    </w:p>
    <w:p>
      <w:r>
        <w:t xml:space="preserve">01:39:57   (Speaker H)  That's why do we usually put there. </w:t>
      </w:r>
    </w:p>
    <w:p>
      <w:r>
        <w:t xml:space="preserve">01:39:59   (Speaker G)  No, you used to have like some sort of hibiscus with varieties and it got. Yeah, those k are not too sturdy when the cold hits them. I suggested yellow alamander or golden trumpeting. They do good throughout the winter. They do good. They don't need that much of water. You know, it's 330. They have them at battle point two clubhouse and they throughout all those pieces never got bang. They perfect good. They're bright in colors and they're all flowering all year round. </w:t>
      </w:r>
    </w:p>
    <w:p>
      <w:r>
        <w:t xml:space="preserve">01:40:39   (Speaker H)  Very prolific and they're beautiful and they pick up quickly. </w:t>
      </w:r>
    </w:p>
    <w:p>
      <w:r>
        <w:t xml:space="preserve">01:40:42   (Speaker G)  Yes. I suggest 3G 3 gallon for it. You know they're going to look a bit small in the beginning but they. They'll grow decently size and we'll keep on My face and I create some nice yellow actions and like this. </w:t>
      </w:r>
    </w:p>
    <w:p>
      <w:r>
        <w:t xml:space="preserve">01:40:56   (Speaker D)  Do you know if the sprinkler system working there now? </w:t>
      </w:r>
    </w:p>
    <w:p>
      <w:r>
        <w:t xml:space="preserve">01:40:59   (Speaker G)  I have the, the irrigation team go </w:t>
      </w:r>
    </w:p>
    <w:p>
      <w:r>
        <w:t xml:space="preserve">01:41:02   (Speaker H)  before we do anything. </w:t>
      </w:r>
    </w:p>
    <w:p>
      <w:r>
        <w:t xml:space="preserve">01:41:03   (Speaker F)  Okay, but the question asking right now, it has for a fact that that </w:t>
      </w:r>
    </w:p>
    <w:p>
      <w:r>
        <w:t xml:space="preserve">01:41:07   (Speaker A)  sprinkler system is working. </w:t>
      </w:r>
    </w:p>
    <w:p>
      <w:r>
        <w:t xml:space="preserve">01:41:09   (Speaker G)  It has irrigation. I don't know 100% that it works, but I know that it is there. And if the plant material that was there before the trees was, you know, doing good, proficiently, I assume so that the radiation. But before we go ahead and plant anything, we're gonna go do our inspection. I'm gonna report it back to Dan, Mike. And didn't you guys not, did you </w:t>
      </w:r>
    </w:p>
    <w:p>
      <w:r>
        <w:t xml:space="preserve">01:41:33   (Speaker F)  guys not do it in about two months ago? You guys went through a pretty intense reading on the sprinkler system in that community, right? </w:t>
      </w:r>
    </w:p>
    <w:p>
      <w:r>
        <w:t xml:space="preserve">01:41:43   (Speaker G)  Yes. Every month we do a wet check report and always provided detail. </w:t>
      </w:r>
    </w:p>
    <w:p>
      <w:r>
        <w:t xml:space="preserve">01:41:50   (Speaker D)  But you don't know if this work right now? </w:t>
      </w:r>
    </w:p>
    <w:p>
      <w:r>
        <w:t xml:space="preserve">01:41:52   (Speaker A)  100. </w:t>
      </w:r>
    </w:p>
    <w:p>
      <w:r>
        <w:t xml:space="preserve">01:41:53   (Speaker G)  I don't, but I do know that I went there. I see those gray hats right there. It's got about six of them, three on each side. And before the freezes, I remember driving from the community to the Prospect county line for Heritage, because I managed Heritage as well. And I would see that the plant </w:t>
      </w:r>
    </w:p>
    <w:p>
      <w:r>
        <w:t xml:space="preserve">01:42:11   (Speaker F)  material is going good, but you're going </w:t>
      </w:r>
    </w:p>
    <w:p>
      <w:r>
        <w:t xml:space="preserve">01:42:13   (Speaker H)  to make sure that it's working. </w:t>
      </w:r>
    </w:p>
    <w:p>
      <w:r>
        <w:t xml:space="preserve">01:42:14   (Speaker G)  100%. Okay, 100%. </w:t>
      </w:r>
    </w:p>
    <w:p>
      <w:r>
        <w:t xml:space="preserve">01:42:16   (Speaker H)  Madam Chairman, do we want to consider this proposal? </w:t>
      </w:r>
    </w:p>
    <w:p>
      <w:r>
        <w:t xml:space="preserve">01:42:19   (Speaker F)  You got two proposals here. </w:t>
      </w:r>
    </w:p>
    <w:p>
      <w:r>
        <w:t xml:space="preserve">01:42:21   (Speaker A)  You got one for. </w:t>
      </w:r>
    </w:p>
    <w:p>
      <w:r>
        <w:t xml:space="preserve">01:42:22   (Speaker F)  I'm trying to tell the difference between 1 CDD fall annual flowers. </w:t>
      </w:r>
    </w:p>
    <w:p>
      <w:r>
        <w:t xml:space="preserve">01:42:27   (Speaker D)  Oh, those. </w:t>
      </w:r>
    </w:p>
    <w:p>
      <w:r>
        <w:t xml:space="preserve">01:42:28   (Speaker G)  The annual flowers are for the main beds, like the monuments, like the left and right side as you come into cross, and then left, the right side over here, and then the stop sign when you turn into a 40 Lake Drive. </w:t>
      </w:r>
    </w:p>
    <w:p>
      <w:r>
        <w:t xml:space="preserve">01:42:44   (Speaker D)  I, I, I would say that we </w:t>
      </w:r>
    </w:p>
    <w:p>
      <w:r>
        <w:t xml:space="preserve">01:42:46   (Speaker A)  approve both of these proposals. </w:t>
      </w:r>
    </w:p>
    <w:p>
      <w:r>
        <w:t xml:space="preserve">01:42:48   (Speaker E)  Okay, so we're talking about the $1200.68 to. </w:t>
      </w:r>
    </w:p>
    <w:p>
      <w:r>
        <w:t xml:space="preserve">01:42:52   (Speaker F)  No, that's still 1200. What I'm seeing is 1800. </w:t>
      </w:r>
    </w:p>
    <w:p>
      <w:r>
        <w:t xml:space="preserve">01:42:57   (Speaker A)  1870. </w:t>
      </w:r>
    </w:p>
    <w:p>
      <w:r>
        <w:t xml:space="preserve">01:42:58   (Speaker H)  350 is for the cross treatment and </w:t>
      </w:r>
    </w:p>
    <w:p>
      <w:r>
        <w:t xml:space="preserve">01:43:01   (Speaker F)  then 2000 for the other. </w:t>
      </w:r>
    </w:p>
    <w:p>
      <w:r>
        <w:t xml:space="preserve">01:43:03   (Speaker E)  What about the sprinkler for the, the valve replacement for the </w:t>
      </w:r>
    </w:p>
    <w:p>
      <w:r>
        <w:t xml:space="preserve">01:43:09   (Speaker F)  chair? Can you stay with these two for. </w:t>
      </w:r>
    </w:p>
    <w:p>
      <w:r>
        <w:t xml:space="preserve">01:43:12   (Speaker E)  Well, we have to consider the whole </w:t>
      </w:r>
    </w:p>
    <w:p>
      <w:r>
        <w:t xml:space="preserve">01:43:13   (Speaker H)  c. Okay, </w:t>
      </w:r>
    </w:p>
    <w:p>
      <w:r>
        <w:t xml:space="preserve">01:43:22   (Speaker E)  We have 1873, 50. </w:t>
      </w:r>
    </w:p>
    <w:p>
      <w:r>
        <w:t xml:space="preserve">01:43:24   (Speaker G)  I got that. </w:t>
      </w:r>
    </w:p>
    <w:p>
      <w:r>
        <w:t xml:space="preserve">01:43:25   (Speaker F)  And the two. </w:t>
      </w:r>
    </w:p>
    <w:p>
      <w:r>
        <w:t xml:space="preserve">01:43:35   (Speaker E)  Okay, so the 2000 is for the fall season, the annual floor. </w:t>
      </w:r>
    </w:p>
    <w:p>
      <w:r>
        <w:t xml:space="preserve">01:43:40   (Speaker H)  All right. </w:t>
      </w:r>
    </w:p>
    <w:p>
      <w:r>
        <w:t xml:space="preserve">01:43:42   (Speaker E)  Yeah. </w:t>
      </w:r>
    </w:p>
    <w:p>
      <w:r>
        <w:t xml:space="preserve">01:43:43   (Speaker D)  You want to make a motion? </w:t>
      </w:r>
    </w:p>
    <w:p>
      <w:r>
        <w:t xml:space="preserve">01:43:45   (Speaker E)  This is the email. All right, so also in our books, </w:t>
      </w:r>
    </w:p>
    <w:p>
      <w:r>
        <w:t xml:space="preserve">01:43:51   (Speaker H)  there's also a proposal for 12, $3 </w:t>
      </w:r>
    </w:p>
    <w:p>
      <w:r>
        <w:t xml:space="preserve">01:43:55   (Speaker E)  for the sprinkler valve book. </w:t>
      </w:r>
    </w:p>
    <w:p>
      <w:r>
        <w:t xml:space="preserve">01:43:58   (Speaker F)  Let's See if we, if we could </w:t>
      </w:r>
    </w:p>
    <w:p>
      <w:r>
        <w:t xml:space="preserve">01:44:01   (Speaker A)  go through these one at a time so I can just make sure everything is good. For the record, I'm writing these down. So the first one I have is a motion to approve juniper proposal for Cross Creek inference median for $1,873.60. Does someone want to make a motion for that motion? Second from an. All in favor. All right. Motion T5 to 0. The second one I have is motion to approve fall seasonal annual flower rotation for $2,000. </w:t>
      </w:r>
    </w:p>
    <w:p>
      <w:r>
        <w:t xml:space="preserve">01:44:29   (Speaker E)  I make the motion. </w:t>
      </w:r>
    </w:p>
    <w:p>
      <w:r>
        <w:t xml:space="preserve">01:44:31   (Speaker A)  Okay. </w:t>
      </w:r>
    </w:p>
    <w:p>
      <w:r>
        <w:t xml:space="preserve">01:44:33   (Speaker E)  I'm making the motion. </w:t>
      </w:r>
    </w:p>
    <w:p>
      <w:r>
        <w:t xml:space="preserve">01:44:35   (Speaker A)  Just need a motion. So first from hand. </w:t>
      </w:r>
    </w:p>
    <w:p>
      <w:r>
        <w:t xml:space="preserve">01:44:37   (Speaker H)  Yes. </w:t>
      </w:r>
    </w:p>
    <w:p>
      <w:r>
        <w:t xml:space="preserve">01:44:38   (Speaker A)  Second from Juan. All in favor. Motion passes. Five zero. </w:t>
      </w:r>
    </w:p>
    <w:p>
      <w:r>
        <w:t xml:space="preserve">01:44:44   (Speaker E)  Then I want to have a question about the, the, the item in our books about the sprinkler irrigation. Irrigation valve at the clubhouse. Tell me about that. </w:t>
      </w:r>
    </w:p>
    <w:p>
      <w:r>
        <w:t xml:space="preserve">01:44:57   (Speaker G)  So the valve itself, when the tech came in, the check on that particular valve, you took it apart, he worked with it, he cleaned it out to see if it would perform correctly. But it's not. It's not performing up to what it needs to be. So it was recommended to. </w:t>
      </w:r>
    </w:p>
    <w:p>
      <w:r>
        <w:t xml:space="preserve">01:45:16   (Speaker F)  So it's not working. </w:t>
      </w:r>
    </w:p>
    <w:p>
      <w:r>
        <w:t xml:space="preserve">01:45:17   (Speaker E)  And this would be. </w:t>
      </w:r>
    </w:p>
    <w:p>
      <w:r>
        <w:t xml:space="preserve">01:45:21   (Speaker F)  We have to fix that. </w:t>
      </w:r>
    </w:p>
    <w:p>
      <w:r>
        <w:t xml:space="preserve">01:45:22   (Speaker A)  Yeah. </w:t>
      </w:r>
    </w:p>
    <w:p>
      <w:r>
        <w:t xml:space="preserve">01:45:23   (Speaker E)  This would irrigate the area where we're going to be putting in the new flower. </w:t>
      </w:r>
    </w:p>
    <w:p>
      <w:r>
        <w:t xml:space="preserve">01:45:27   (Speaker G)  It controls certain of the areas where the flowers are at. Yes. </w:t>
      </w:r>
    </w:p>
    <w:p>
      <w:r>
        <w:t xml:space="preserve">01:45:31   (Speaker E)  Okay. Migra, do you have an alpha? </w:t>
      </w:r>
    </w:p>
    <w:p>
      <w:r>
        <w:t xml:space="preserve">01:45:33   (Speaker A)  Wait a minute. </w:t>
      </w:r>
    </w:p>
    <w:p>
      <w:r>
        <w:t xml:space="preserve">01:45:34   (Speaker F)  This is not. This is clubhouse for the 1203. That's his clubhouse. This says right here. This is adding flowers rotation. </w:t>
      </w:r>
    </w:p>
    <w:p>
      <w:r>
        <w:t xml:space="preserve">01:45:45   (Speaker E)  And that would be the flowers in </w:t>
      </w:r>
    </w:p>
    <w:p>
      <w:r>
        <w:t xml:space="preserve">01:45:46   (Speaker H)  front of the club. </w:t>
      </w:r>
    </w:p>
    <w:p>
      <w:r>
        <w:t xml:space="preserve">01:45:47   (Speaker F)  This is the only L product. </w:t>
      </w:r>
    </w:p>
    <w:p>
      <w:r>
        <w:t xml:space="preserve">01:45:54   (Speaker A)  I was reading it totally different. I apologize. </w:t>
      </w:r>
    </w:p>
    <w:p>
      <w:r>
        <w:t xml:space="preserve">01:45:56   (Speaker F)  So, okay, we have to make sure before you put those plans right here, which is everything will have to be working properly. And then we put the plan. </w:t>
      </w:r>
    </w:p>
    <w:p>
      <w:r>
        <w:t xml:space="preserve">01:46:07   (Speaker H)  Yes. </w:t>
      </w:r>
    </w:p>
    <w:p>
      <w:r>
        <w:t xml:space="preserve">01:46:07   (Speaker A)  So that we will know right now </w:t>
      </w:r>
    </w:p>
    <w:p>
      <w:r>
        <w:t xml:space="preserve">01:46:09   (Speaker G)  when I leave tonight before I get on the road. I was mentioned before all the approvals to all the departments. Irrigation being one of those, enhancement being the second one. You know, the needs that need to happen before I get all these things in. So my turnaround approval is coming. It's about two weeks to get everything done. So within the next week you'll see the text out here going to town on the irrigation. And then the following week you'll be seeing bed prep work on the flower beds. Center medium is going to be torn out, prepped. Some new soil is going to be added. I didn't put soil on the proposal because we're going to. I have some soil at the shop and I'm going to Put a jab. </w:t>
      </w:r>
    </w:p>
    <w:p>
      <w:r>
        <w:t xml:space="preserve">01:46:55   (Speaker D)  I would make a proposal that we we approve proposal 416. Make a motion 416159. </w:t>
      </w:r>
    </w:p>
    <w:p>
      <w:r>
        <w:t xml:space="preserve">01:47:03   (Speaker A)  Second second from an all in favor. </w:t>
      </w:r>
    </w:p>
    <w:p>
      <w:r>
        <w:t xml:space="preserve">01:47:07   (Speaker E)  Now in conjunction with this we also have. We had budgeted mulch for the fall. </w:t>
      </w:r>
    </w:p>
    <w:p>
      <w:r>
        <w:t xml:space="preserve">01:47:18   (Speaker A)  Yes, you have a mult proposal right here. </w:t>
      </w:r>
    </w:p>
    <w:p>
      <w:r>
        <w:t xml:space="preserve">01:47:23   (Speaker E)  That's quite an increase. </w:t>
      </w:r>
    </w:p>
    <w:p>
      <w:r>
        <w:t xml:space="preserve">01:47:26   (Speaker I)  Yeah. </w:t>
      </w:r>
    </w:p>
    <w:p>
      <w:r>
        <w:t xml:space="preserve">01:47:26   (Speaker A)  And Anthony can speak to it a little bit as well. So there's a couple things here. So our last metric change job that was done when Steve was Here was first 960 cubic yards the property received. Yeah, we played so. So that is what we budgeted based off of what the community has installed previously. What we have since learned is that I guess before the last couple installs of 960 cubic yards. I guess in the past or contractually it's been measured out to be about 1,320 20 cubic yards worth of mulch. So Anthony, if you want to talk about what's kind of the plans and things that we talked about. </w:t>
      </w:r>
    </w:p>
    <w:p>
      <w:r>
        <w:t xml:space="preserve">01:48:10   (Speaker G)  So the reason that I had to post that. So I went and looked at the contract of the problem and I saw that it's 1320. I did load into the password in the past had been 860something yards and then they had come back and added an extra 100 yards on top of that. The reason for me putting the 1300 down as a at the pro was you know 1300 cubic yards is going to give you the proper </w:t>
      </w:r>
    </w:p>
    <w:p>
      <w:r>
        <w:t xml:space="preserve">01:48:44   (Speaker J)  death of </w:t>
      </w:r>
    </w:p>
    <w:p>
      <w:r>
        <w:t xml:space="preserve">01:48:45   (Speaker G)  mulch which is 2.53 inches. What normally should be going down versus using less blind will give you a thinner base and it won't last as long as what contractually should be added. But with that being said, I was not aware about the budgeting and work so that we can revise it. Those will go back to the number that you were expecting. And then you know we would do our best to get the areas of more concerned properly molds and then the areas do a little bit about one inch each and a half. And then maybe in April or May we can do some touch ups. </w:t>
      </w:r>
    </w:p>
    <w:p>
      <w:r>
        <w:t xml:space="preserve">01:49:30   (Speaker F)  So one of the issues we had </w:t>
      </w:r>
    </w:p>
    <w:p>
      <w:r>
        <w:t xml:space="preserve">01:49:32   (Speaker A)  in the past </w:t>
      </w:r>
    </w:p>
    <w:p>
      <w:r>
        <w:t xml:space="preserve">01:49:35   (Speaker F)  that we had two months. Two months molten ARR that that we were just putting mult. So therefore from a static line you'll find what humor a life cycle for the plants. It was damaging the plants. </w:t>
      </w:r>
    </w:p>
    <w:p>
      <w:r>
        <w:t xml:space="preserve">01:49:51   (Speaker G)  Yes. </w:t>
      </w:r>
    </w:p>
    <w:p>
      <w:r>
        <w:t xml:space="preserve">01:49:52   (Speaker F)  So for what I'm seeing here with 1320 are we going to go back into that state where the over mulching and we recreate a condition that we eliminated back sometimes last year. So that's my concern coupled with the fact that we have all the weeds on here that you're covering up. I mean are we. Is that what is a threat with this? Let me ask the question first before you answer it. What is the prep that's going to be done to ensure that we're not covering up. We're covering up weeds with mulch. </w:t>
      </w:r>
    </w:p>
    <w:p>
      <w:r>
        <w:t xml:space="preserve">01:50:34   (Speaker G)  So in my other report that I sent out I explained what the plan was for. For the. Very short. We will be treating every single aspect of Brown's Beds before not only with just a regular type of herbicide, we'll be putting any pre emergence herbicide on so that when the mulch does come in and in place it'll help suppress even for a one more time. And then with the right, with the right program which you know I'm developing right now the program of three parts of the property a month divided into three we're going to be spraying consistently. </w:t>
      </w:r>
    </w:p>
    <w:p>
      <w:r>
        <w:t xml:space="preserve">01:51:27   (Speaker F)  And I want to say something else to you. This is not personal for me. This is the way. So I know some people may think my direct list and that's question and personal. It's not personal. </w:t>
      </w:r>
    </w:p>
    <w:p>
      <w:r>
        <w:t xml:space="preserve">01:51:38   (Speaker A)  This. </w:t>
      </w:r>
    </w:p>
    <w:p>
      <w:r>
        <w:t xml:space="preserve">01:51:39   (Speaker F)  It's my responsibility. </w:t>
      </w:r>
    </w:p>
    <w:p>
      <w:r>
        <w:t xml:space="preserve">01:51:40   (Speaker G)  I spent 20 years in the army. I do not look like it but at this point straight up using the arms and I know. </w:t>
      </w:r>
    </w:p>
    <w:p>
      <w:r>
        <w:t xml:space="preserve">01:51:46   (Speaker H)  Thank you. </w:t>
      </w:r>
    </w:p>
    <w:p>
      <w:r>
        <w:t xml:space="preserve">01:51:47   (Speaker G)  And I don't take nothing personal. I take this as an experience. I always learn new things every. Every day as I go. And I truthfully tell you with this community and all the other communities that I maintain which are other five committees, I. I try and get my. My best. I work 16 hour days every day. I have an hour and 45 minute drive after this. But I do it because I care and I'm here because I care and my boss was here recently because we care about. About giving you the service that, that the community serves. </w:t>
      </w:r>
    </w:p>
    <w:p>
      <w:r>
        <w:t xml:space="preserve">01:52:17   (Speaker D)  Anthony, I have a question for you. If we approve the mulch proposal tonight, when would you. When would you have that laid out? </w:t>
      </w:r>
    </w:p>
    <w:p>
      <w:r>
        <w:t xml:space="preserve">01:52:25   (Speaker G)  So I would revise it before because we got to meet the budget expectancy. </w:t>
      </w:r>
    </w:p>
    <w:p>
      <w:r>
        <w:t xml:space="preserve">01:52:30   (Speaker D)  Well, we'll see. We'll see. Just, just even if you had this, what would you. How long would it take you to get it down? </w:t>
      </w:r>
    </w:p>
    <w:p>
      <w:r>
        <w:t xml:space="preserve">01:52:35   (Speaker G)  One month? </w:t>
      </w:r>
    </w:p>
    <w:p>
      <w:r>
        <w:t xml:space="preserve">01:52:36   (Speaker F)  One. </w:t>
      </w:r>
    </w:p>
    <w:p>
      <w:r>
        <w:t xml:space="preserve">01:52:37   (Speaker A)  I. I wait a little bit longer too if you guys can. I wouldn't recommend putting the mulch down until the calendar at least turns in November. That's my recommendation. Let's get out of storm season in October </w:t>
      </w:r>
    </w:p>
    <w:p>
      <w:r>
        <w:t xml:space="preserve">01:52:51   (Speaker F)  right before. </w:t>
      </w:r>
    </w:p>
    <w:p>
      <w:r>
        <w:t xml:space="preserve">01:52:52   (Speaker A)  Thanks hearing sometimes </w:t>
      </w:r>
    </w:p>
    <w:p>
      <w:r>
        <w:t xml:space="preserve">01:52:54   (Speaker G)  we're going to do it. </w:t>
      </w:r>
    </w:p>
    <w:p>
      <w:r>
        <w:t xml:space="preserve">01:52:55   (Speaker J)  I. </w:t>
      </w:r>
    </w:p>
    <w:p>
      <w:r>
        <w:t xml:space="preserve">01:52:57   (Speaker G)  Sorry. </w:t>
      </w:r>
    </w:p>
    <w:p>
      <w:r>
        <w:t xml:space="preserve">01:52:58   (Speaker A)  No. </w:t>
      </w:r>
    </w:p>
    <w:p>
      <w:r>
        <w:t xml:space="preserve">01:52:59   (Speaker E)  So Anthony, I'm sorry, I have a question that's very specific to mulch. We did change the mulch types in. I know the pool area, remember? </w:t>
      </w:r>
    </w:p>
    <w:p>
      <w:r>
        <w:t xml:space="preserve">01:53:09   (Speaker D)  Yes. </w:t>
      </w:r>
    </w:p>
    <w:p>
      <w:r>
        <w:t xml:space="preserve">01:53:10   (Speaker G)  Expensive. </w:t>
      </w:r>
    </w:p>
    <w:p>
      <w:r>
        <w:t xml:space="preserve">01:53:10   (Speaker E)  Yeah. </w:t>
      </w:r>
    </w:p>
    <w:p>
      <w:r>
        <w:t xml:space="preserve">01:53:11   (Speaker H)  I know the shredded mulch, the immovable </w:t>
      </w:r>
    </w:p>
    <w:p>
      <w:r>
        <w:t xml:space="preserve">01:53:15   (Speaker E)  mulch so it doesn't go into the pool. </w:t>
      </w:r>
    </w:p>
    <w:p>
      <w:r>
        <w:t xml:space="preserve">01:53:17   (Speaker H)  Oh, didn't we spray that? </w:t>
      </w:r>
    </w:p>
    <w:p>
      <w:r>
        <w:t xml:space="preserve">01:53:18   (Speaker E)  Yeah. Oh, and I, I did. I. There was some thought about expanding that mulch to the, around the parking area to, to prevent the mulch coming into the parking area when we have heavy rain. I think we need to have more discussion about the mulch. But I, I agree that I am in favor of getting our mulching done and before the holidays. </w:t>
      </w:r>
    </w:p>
    <w:p>
      <w:r>
        <w:t xml:space="preserve">01:53:45   (Speaker H)  Months. </w:t>
      </w:r>
    </w:p>
    <w:p>
      <w:r>
        <w:t xml:space="preserve">01:53:45   (Speaker F)  Yes. </w:t>
      </w:r>
    </w:p>
    <w:p>
      <w:r>
        <w:t xml:space="preserve">01:53:46   (Speaker A)  So it's doable. </w:t>
      </w:r>
    </w:p>
    <w:p>
      <w:r>
        <w:t xml:space="preserve">01:53:47   (Speaker G)  We got this space right now and if we move on it be. </w:t>
      </w:r>
    </w:p>
    <w:p>
      <w:r>
        <w:t xml:space="preserve">01:53:50   (Speaker E)  So I think we need a little more discussion now. Michael and Anthony need to talk about this and talk about the slice of mulch. And I. I'm in favor of proceeding with. Can we, could we set a. A dollar limit that we don't want to exceed? </w:t>
      </w:r>
    </w:p>
    <w:p>
      <w:r>
        <w:t xml:space="preserve">01:54:06   (Speaker F)  I'm going to be the devil's advocate here because my concern. We're talking $74,000. </w:t>
      </w:r>
    </w:p>
    <w:p>
      <w:r>
        <w:t xml:space="preserve">01:54:11   (Speaker G)  Yes, you are. </w:t>
      </w:r>
    </w:p>
    <w:p>
      <w:r>
        <w:t xml:space="preserve">01:54:12   (Speaker F)  So my question is, is this the best price, market price we've got out here? 74. I mean, if I spend $74,000, I'm going to take more than. </w:t>
      </w:r>
    </w:p>
    <w:p>
      <w:r>
        <w:t xml:space="preserve">01:54:22   (Speaker E)  I have no problem with that. Remember, we did not mulch in the school. </w:t>
      </w:r>
    </w:p>
    <w:p>
      <w:r>
        <w:t xml:space="preserve">01:54:25   (Speaker F)  I understand. I know. I understand that wholeheartely. </w:t>
      </w:r>
    </w:p>
    <w:p>
      <w:r>
        <w:t xml:space="preserve">01:54:29   (Speaker E)  And I think that is keeping with widening up as bad as we did. </w:t>
      </w:r>
    </w:p>
    <w:p>
      <w:r>
        <w:t xml:space="preserve">01:54:34   (Speaker F)  Mine is I don't want to just go out and throw away 15, $20,000. </w:t>
      </w:r>
    </w:p>
    <w:p>
      <w:r>
        <w:t xml:space="preserve">01:54:40   (Speaker E)  I agree. I think that needs a little more study. But I am certainly in favor of. Of getting our fresh mills before the holiday. </w:t>
      </w:r>
    </w:p>
    <w:p>
      <w:r>
        <w:t xml:space="preserve">01:54:47   (Speaker D)  Should we, should we so direct staff to get multiple, multiple proposals? </w:t>
      </w:r>
    </w:p>
    <w:p>
      <w:r>
        <w:t xml:space="preserve">01:54:53   (Speaker A)  If we wait to approve in October, is that going to be okay? If we get the approval in October to install before I have to. </w:t>
      </w:r>
    </w:p>
    <w:p>
      <w:r>
        <w:t xml:space="preserve">01:55:01   (Speaker G)  As soon as I get out of here, I'll talk to my, my supplier and, and see. I spoke to him earlier today just to confirm that we still have the openings that, that we agreed upon. Because when I start talking to him about L, I start talking to him about L for this time of year, about four or five months ago. So I, I separated dates not, not just for this community, but for o CDD for medical inheritance for all the other communities. </w:t>
      </w:r>
    </w:p>
    <w:p>
      <w:r>
        <w:t xml:space="preserve">01:55:27   (Speaker F)  Madam. I'm sorry, Madam Chair, can we maybe approach significant if we appoint someone here to order Michael, to get these questions asked and given. Given a dollar amount or something to work with. What timeline do you think you can get something. </w:t>
      </w:r>
    </w:p>
    <w:p>
      <w:r>
        <w:t xml:space="preserve">01:55:43   (Speaker A)  We've already. Full disclosure. We've already bid out to four other companies. The mulch bid. Thinking that's not, you know, a plant installed. So we're not worried about warranties or anything like that. We just. We've heard back from them. We just haven't gotten the actual written proposals yet. </w:t>
      </w:r>
    </w:p>
    <w:p>
      <w:r>
        <w:t xml:space="preserve">01:56:00   (Speaker H)  So you suggest. </w:t>
      </w:r>
    </w:p>
    <w:p>
      <w:r>
        <w:t xml:space="preserve">01:56:02   (Speaker F)  So if. </w:t>
      </w:r>
    </w:p>
    <w:p>
      <w:r>
        <w:t xml:space="preserve">01:56:02   (Speaker A)  If we can wait or. I think what Braun may have suggested was great to have a license on there the not to exceed and see what it comes in at. And if something happens and we can get on schedule with them they're the best price quicker then we could just get on schedule to make sure. Do we even have the money right? </w:t>
      </w:r>
    </w:p>
    <w:p>
      <w:r>
        <w:t xml:space="preserve">01:56:18   (Speaker D)  We do. </w:t>
      </w:r>
    </w:p>
    <w:p>
      <w:r>
        <w:t xml:space="preserve">01:56:19   (Speaker E)  Yeah. </w:t>
      </w:r>
    </w:p>
    <w:p>
      <w:r>
        <w:t xml:space="preserve">01:56:22   (Speaker I)  Yeah. </w:t>
      </w:r>
    </w:p>
    <w:p>
      <w:r>
        <w:t xml:space="preserve">01:56:22   (Speaker F)  And. </w:t>
      </w:r>
    </w:p>
    <w:p>
      <w:r>
        <w:t xml:space="preserve">01:56:22   (Speaker A)  And the install is not going to happen until November. So our billing cycle is going to be. </w:t>
      </w:r>
    </w:p>
    <w:p>
      <w:r>
        <w:t xml:space="preserve">01:56:26   (Speaker F)  I understand all that. See, that's how you get in trouble up. That's how you get in trouble. </w:t>
      </w:r>
    </w:p>
    <w:p>
      <w:r>
        <w:t xml:space="preserve">01:56:32   (Speaker H)  You. </w:t>
      </w:r>
    </w:p>
    <w:p>
      <w:r>
        <w:t xml:space="preserve">01:56:32   (Speaker F)  You got to make sure the money's in the bank. </w:t>
      </w:r>
    </w:p>
    <w:p>
      <w:r>
        <w:t xml:space="preserve">01:56:34   (Speaker E)  We have the money. </w:t>
      </w:r>
    </w:p>
    <w:p>
      <w:r>
        <w:t xml:space="preserve">01:56:35   (Speaker A)  Yeah. </w:t>
      </w:r>
    </w:p>
    <w:p>
      <w:r>
        <w:t xml:space="preserve">01:56:36   (Speaker F)  Until. Until the final bail tolls on September 30th. And we know at that point I feel pretty good about it right now. I don't know that. </w:t>
      </w:r>
    </w:p>
    <w:p>
      <w:r>
        <w:t xml:space="preserve">01:56:47   (Speaker A)  So let's just remember your Q1 expenses are going to be expended from your last fiscal year budget. You guys don't actually get any money until probably December 15th. We get money in November. </w:t>
      </w:r>
    </w:p>
    <w:p>
      <w:r>
        <w:t xml:space="preserve">01:56:59   (Speaker D)  Last year we got about a half </w:t>
      </w:r>
    </w:p>
    <w:p>
      <w:r>
        <w:t xml:space="preserve">01:57:00   (Speaker A)  a million dollars in November that usually it's around December. </w:t>
      </w:r>
    </w:p>
    <w:p>
      <w:r>
        <w:t xml:space="preserve">01:57:09   (Speaker F)  If you don't have the money. We have the money. You don't. </w:t>
      </w:r>
    </w:p>
    <w:p>
      <w:r>
        <w:t xml:space="preserve">01:57:13   (Speaker H)  Please. Okay. </w:t>
      </w:r>
    </w:p>
    <w:p>
      <w:r>
        <w:t xml:space="preserve">01:57:14   (Speaker E)  So. So, Mr. Alaga, ladies and gentlemen. Okay, so what we have here is an amount that is under $100,000 in which we are well within our means to. For that we have this money in cash. We also are looking at a. A neighborhood community that is very concerned about how our neighborhood looks. </w:t>
      </w:r>
    </w:p>
    <w:p>
      <w:r>
        <w:t xml:space="preserve">01:57:37   (Speaker F)  Madam Chair, with all due respect. I get that. I get that better than you do. </w:t>
      </w:r>
    </w:p>
    <w:p>
      <w:r>
        <w:t xml:space="preserve">01:57:43   (Speaker A)  I get that. </w:t>
      </w:r>
    </w:p>
    <w:p>
      <w:r>
        <w:t xml:space="preserve">01:57:43   (Speaker F)  I understand that. My question is we cannot operate on the premise that the money's going to drop. </w:t>
      </w:r>
    </w:p>
    <w:p>
      <w:r>
        <w:t xml:space="preserve">01:57:50   (Speaker D)  And no. </w:t>
      </w:r>
    </w:p>
    <w:p>
      <w:r>
        <w:t xml:space="preserve">01:57:51   (Speaker F)  Now if we know who that money is and let's. Let's look at it, we get there because I've always been opponent of a proponent of having discussed the budget before we approve invoices. So we've proven invoices right now that we haven't looked at the budget and clarified all this stuff. So I get it. I just don't like the way it's operating and you know. So Western one. </w:t>
      </w:r>
    </w:p>
    <w:p>
      <w:r>
        <w:t xml:space="preserve">01:58:17   (Speaker E)  But I track the budget. </w:t>
      </w:r>
    </w:p>
    <w:p>
      <w:r>
        <w:t xml:space="preserve">01:58:19   (Speaker F)  You're not the only Person under your Madam Chair, with all respect, again, this is a body of five. And it's a discussion for five. Not two, not three. It's a discussion for five. </w:t>
      </w:r>
    </w:p>
    <w:p>
      <w:r>
        <w:t xml:space="preserve">01:58:32   (Speaker H)  I would like to suggest that we wait until the October CDD meeting and then make the decision what we're going to do. Okay. The other concern that I have is are we talking about farm mulch or shredded mulch? Because we in the. When we switched, it shredded around the beach club. My understanding is it didn't wash away as quickly. So is it going to be more expensive and be shredded throughout the whole community? It may be well worth it. It's something we need to talk about. How we can talk about that at the October meeting. Our staff can look into that. Dan and Michael can look into that. Get back with us if you have. </w:t>
      </w:r>
    </w:p>
    <w:p>
      <w:r>
        <w:t xml:space="preserve">01:59:03   (Speaker F)  I am. I am not against putting the most power. I just need to go. Want to go to the budget and make sure the money's there. We don't have to prove it at this very moment. </w:t>
      </w:r>
    </w:p>
    <w:p>
      <w:r>
        <w:t xml:space="preserve">01:59:14   (Speaker D)  True. </w:t>
      </w:r>
    </w:p>
    <w:p>
      <w:r>
        <w:t xml:space="preserve">01:59:15   (Speaker F)  Let's go through the budget and at that point we can bring it up and improve. That's all I'm asking. </w:t>
      </w:r>
    </w:p>
    <w:p>
      <w:r>
        <w:t xml:space="preserve">01:59:20   (Speaker H)  I agree with Mr. Acom. </w:t>
      </w:r>
    </w:p>
    <w:p>
      <w:r>
        <w:t xml:space="preserve">01:59:22   (Speaker F)  You're right. </w:t>
      </w:r>
    </w:p>
    <w:p>
      <w:r>
        <w:t xml:space="preserve">01:59:22   (Speaker H)  Spend the money. Unless we use part three. </w:t>
      </w:r>
    </w:p>
    <w:p>
      <w:r>
        <w:t xml:space="preserve">01:59:24   (Speaker F)  You're right. And we can walk through that budget </w:t>
      </w:r>
    </w:p>
    <w:p>
      <w:r>
        <w:t xml:space="preserve">01:59:27   (Speaker D)  in detail a little bit. </w:t>
      </w:r>
    </w:p>
    <w:p>
      <w:r>
        <w:t xml:space="preserve">01:59:35   (Speaker E)  Okay. </w:t>
      </w:r>
    </w:p>
    <w:p>
      <w:r>
        <w:t xml:space="preserve">01:59:36   (Speaker H)  It's okay. </w:t>
      </w:r>
    </w:p>
    <w:p>
      <w:r>
        <w:t xml:space="preserve">01:59:37   (Speaker F)  The Phoenix will be okay. I have a question for you before you. </w:t>
      </w:r>
    </w:p>
    <w:p>
      <w:r>
        <w:t xml:space="preserve">01:59:40   (Speaker G)  Yeah. I have a comment, if I may, about the, you know, if you. If, if you go with us on the launching one, we're gonna make. We're gonna make sure that I'm here and my team leader is going to be here supervising and you know, on a daily basis. Takes three days. Takes three days. Takes four days. Takes four days. </w:t>
      </w:r>
    </w:p>
    <w:p>
      <w:r>
        <w:t xml:space="preserve">02:00:01   (Speaker E)  New. </w:t>
      </w:r>
    </w:p>
    <w:p>
      <w:r>
        <w:t xml:space="preserve">02:00:02   (Speaker G)  We're gonna be here and make sure. If anything gets damaged, if anything gets, you know, messed up, we're gonna be here. We're gonna hold these people accountable. </w:t>
      </w:r>
    </w:p>
    <w:p>
      <w:r>
        <w:t xml:space="preserve">02:00:11   (Speaker F)  Right. </w:t>
      </w:r>
    </w:p>
    <w:p>
      <w:r>
        <w:t xml:space="preserve">02:00:13   (Speaker G)  Let's say you get somebody else to do it and then they come in. I'm not going to be supervising them and my team is not going to be supervising. Right. Doing their job right. And they mess up things, it's on them if they want to report it or not. If we mess things up. Going to report it and we're going to handle it and we're going to take care of it right then and there. You know, that's one of the perks of having us do it. We gave you the contractual pricing, which is 58 right now. 58. That's the pricing that most companies gave about maybe three, four years ago. Right now, the regular pricing across the board is about 65 to 75 cubic feet. You know, so I think that, you know, the. The smarter way to go is allowing us to do it and, you know, we will make sure that we take care of it the way that is handled. </w:t>
      </w:r>
    </w:p>
    <w:p>
      <w:r>
        <w:t xml:space="preserve">02:01:04   (Speaker A)  Okay. </w:t>
      </w:r>
    </w:p>
    <w:p>
      <w:r>
        <w:t xml:space="preserve">02:01:06   (Speaker F)  I have a question for you if you. Madam Chair, let me. We have a situation. This community with a curve. Okay. Are you capable or your company capable to take care the curbs? Who doesn't have a house on an owner meaning over. So right here on the Horny Lane drive, there are certain areas who are CBD property with no houses. But the curve is there. Can you take care of the cleanness of Dr. By the power washing Observe something to clean it. </w:t>
      </w:r>
    </w:p>
    <w:p>
      <w:r>
        <w:t xml:space="preserve">02:01:58   (Speaker E)  I will be doing a. I'm sorry, Mr. Alia, but that's not. That's not on the agenda right now. </w:t>
      </w:r>
    </w:p>
    <w:p>
      <w:r>
        <w:t xml:space="preserve">02:02:04   (Speaker A)  It is not. </w:t>
      </w:r>
    </w:p>
    <w:p>
      <w:r>
        <w:t xml:space="preserve">02:02:05   (Speaker F)  It's just a question. </w:t>
      </w:r>
    </w:p>
    <w:p>
      <w:r>
        <w:t xml:space="preserve">02:02:06   (Speaker A)  Yeah, I think honestly, I'm just gonna answer this one for you. We probably want a different type of vendor to do the power washing. I think these guys are responsible for the landscaping. I think that's their niche. </w:t>
      </w:r>
    </w:p>
    <w:p>
      <w:r>
        <w:t xml:space="preserve">02:02:15   (Speaker F)  So it's not respect. It's not about my question to ask him to see if they can. If they can take care. </w:t>
      </w:r>
    </w:p>
    <w:p>
      <w:r>
        <w:t xml:space="preserve">02:02:22   (Speaker A)  Anthony. Is that something your company is willing to do? </w:t>
      </w:r>
    </w:p>
    <w:p>
      <w:r>
        <w:t xml:space="preserve">02:02:24   (Speaker G)  I'm going to drive with Dan and Mike through the areas and then I can get back to him on. On. On that. </w:t>
      </w:r>
    </w:p>
    <w:p>
      <w:r>
        <w:t xml:space="preserve">02:02:30   (Speaker A)  Do you guys perform power washing in any other. </w:t>
      </w:r>
    </w:p>
    <w:p>
      <w:r>
        <w:t xml:space="preserve">02:02:36   (Speaker G)  I've heard, But I'm not 100% sure. </w:t>
      </w:r>
    </w:p>
    <w:p>
      <w:r>
        <w:t xml:space="preserve">02:02:38   (Speaker A)  Okay. </w:t>
      </w:r>
    </w:p>
    <w:p>
      <w:r>
        <w:t xml:space="preserve">02:02:38   (Speaker E)  Okay. So that's something that would go through our facility management and Anthony on. On the. </w:t>
      </w:r>
    </w:p>
    <w:p>
      <w:r>
        <w:t xml:space="preserve">02:02:44   (Speaker H)  On any. </w:t>
      </w:r>
    </w:p>
    <w:p>
      <w:r>
        <w:t xml:space="preserve">02:02:45   (Speaker E)  Any on the bid for the mulch. I think that you need to coordinate with our facility management because like I said, we did use different types of mulch and we want to make sure that we're getting our proposal for the right kind of mulch for the areas. Okay. I think you need to coordinate with our facilities. </w:t>
      </w:r>
    </w:p>
    <w:p>
      <w:r>
        <w:t xml:space="preserve">02:03:04   (Speaker G)  I will look more to the older post that had been provided. And the one that I looked at was about a year and a half or two years ago. </w:t>
      </w:r>
    </w:p>
    <w:p>
      <w:r>
        <w:t xml:space="preserve">02:03:13   (Speaker E)  Yeah. We do not bel. In fisals what he said. </w:t>
      </w:r>
    </w:p>
    <w:p>
      <w:r>
        <w:t xml:space="preserve">02:03:16   (Speaker G)  Right. And all said mini pine bark. So that's what I proposed. I will look back, revise it. </w:t>
      </w:r>
    </w:p>
    <w:p>
      <w:r>
        <w:t xml:space="preserve">02:03:22   (Speaker E)  If you could work with our facility management staff. </w:t>
      </w:r>
    </w:p>
    <w:p>
      <w:r>
        <w:t xml:space="preserve">02:03:26   (Speaker A)  All right. So I think we got good direction. Anything else for Anthony at this time? Board members? Anthony, anything else for the board? </w:t>
      </w:r>
    </w:p>
    <w:p>
      <w:r>
        <w:t xml:space="preserve">02:03:31   (Speaker G)  No. We'll be trenching key areas like the Pool area, it will be trenched. The little CX will be trenched. Anything that might be liberty of kind of like washing over because of heavy rains. All those sections we have the equipment, we're going to be trenching. So it's part of our work scope. </w:t>
      </w:r>
    </w:p>
    <w:p>
      <w:r>
        <w:t xml:space="preserve">02:03:50   (Speaker E)  Thank you. </w:t>
      </w:r>
    </w:p>
    <w:p>
      <w:r>
        <w:t xml:space="preserve">02:03:51   (Speaker A)  Thank you, sir. </w:t>
      </w:r>
    </w:p>
    <w:p>
      <w:r>
        <w:t xml:space="preserve">02:03:52   (Speaker F)  Thanks very much. </w:t>
      </w:r>
    </w:p>
    <w:p>
      <w:r>
        <w:t xml:space="preserve">02:03:53   (Speaker A)  Appreciate it. All right, next up, we do have the aquatics report. Kevin, thank you so much for being patient with us. I know it took us a little bit to get here. I'm going to go ahead and ask you to unmute. </w:t>
      </w:r>
    </w:p>
    <w:p>
      <w:r>
        <w:t xml:space="preserve">02:04:07   (Speaker J)  Can you hear me? </w:t>
      </w:r>
    </w:p>
    <w:p>
      <w:r>
        <w:t xml:space="preserve">02:04:08   (Speaker A)  Yes, sir. </w:t>
      </w:r>
    </w:p>
    <w:p>
      <w:r>
        <w:t xml:space="preserve">02:04:10   (Speaker J)  Wonderful. Okay. Okay. Aquatics, we are finally getting rain. I know. I think we're technically still in a drought. Matt checked a little while ago. I haven't kept up recently with it with, you know, all. Everything that's been going on, but we are finally getting rain. Some of the pond levels are finally starting to rise. I know. Major concern on the main pond. It's still very low. We just have to, you know, cross our fingers and hope that. That we get, you know, even more in terms of weed growth. I think the technician hasn't. Technician hasn't reported anything crazy to me. I know we're getting a lot of weed growth on the. On the exposed bank areas, but we've been targeting that, as I said earlier, this time of year, it's really just trash collection and, you know, weed growth on those exposed beach areas and making sure that the hydrilla doesn't grow out of control in the main lake, which I don't think anyone has noticed any major, you know, areas of growth, if they are, you know, I'd be happy to report that to the technician and target those on the next visit, but I think, by and large, we pretty much have it under control right now. </w:t>
      </w:r>
    </w:p>
    <w:p>
      <w:r>
        <w:t xml:space="preserve">02:05:26   (Speaker G)  Awesome. </w:t>
      </w:r>
    </w:p>
    <w:p>
      <w:r>
        <w:t xml:space="preserve">02:05:26   (Speaker A)  Any questions for Kevin? </w:t>
      </w:r>
    </w:p>
    <w:p>
      <w:r>
        <w:t xml:space="preserve">02:05:27   (Speaker E)  No, no questions. </w:t>
      </w:r>
    </w:p>
    <w:p>
      <w:r>
        <w:t xml:space="preserve">02:05:30   (Speaker A)  Thank you again, Kevin, for your help with the. The late question. I know that was a very detailed response you gave me, so I really appreciate it. </w:t>
      </w:r>
    </w:p>
    <w:p>
      <w:r>
        <w:t xml:space="preserve">02:05:38   (Speaker E)  Oh, yeah, no problem. </w:t>
      </w:r>
    </w:p>
    <w:p>
      <w:r>
        <w:t xml:space="preserve">02:05:39   (Speaker J)  I thought it was an interesting query. </w:t>
      </w:r>
    </w:p>
    <w:p>
      <w:r>
        <w:t xml:space="preserve">02:05:41   (Speaker A)  So, yeah, definitely was so glad. Glad to partner up with you on that one. So. All right, Kevin, enjoy the rest of your night. We appreciate your time. </w:t>
      </w:r>
    </w:p>
    <w:p>
      <w:r>
        <w:t xml:space="preserve">02:05:50   (Speaker E)  Yes. </w:t>
      </w:r>
    </w:p>
    <w:p>
      <w:r>
        <w:t xml:space="preserve">02:05:51   (Speaker I)  Yeah. </w:t>
      </w:r>
    </w:p>
    <w:p>
      <w:r>
        <w:t xml:space="preserve">02:05:51   (Speaker J)  You all have a wonderful evening. </w:t>
      </w:r>
    </w:p>
    <w:p>
      <w:r>
        <w:t xml:space="preserve">02:05:53   (Speaker A)  Thank you, sir. Next up, we did have the poa. No one here is here from the poa. Doesn't appear so. We would move on to staff reports. And first up, we did have security. Vinnie Take. Take it away, my man. All right. Good evening, everyone. I was able to get you guys this report a couple days early so that we had days to review it as Mrs. Mc requested. What I did want to just put out on there, which was on the front page of this report, was the trending and parking violations that have went down over the past X amount of months. This past month, we've only had 15, which means that people are coming in, they're getting their parking permits, people are learning. Out of the 15, we had seven, you know, tows. So that's almost 50% we're getting there. So I think it's made a huge difference as far as compliance and stuff in the neighborhood. Other than that, we have our typical lecture reports soliciting some disturbances. We did have a report of a fight that was happening on the roadway, however, and we contacted Tampa pd. However, when the rover got there, there was no one in sight. Tampa PD was canceled, so there were no parties observed. </w:t>
      </w:r>
    </w:p>
    <w:p>
      <w:r>
        <w:t xml:space="preserve">02:07:02   (Speaker F)  Can I ask a question? Did anyone call you? Were you notified about this almost fight at the tennis court from last. </w:t>
      </w:r>
    </w:p>
    <w:p>
      <w:r>
        <w:t xml:space="preserve">02:07:12   (Speaker A)  From what, yesterday? No. So here's the thing about that. Since or since February, we have. We have two numbers on each booth, right? We have a alert system. We have a QR code, we have email, we have dispatch number. If there's anything going on in real time, we have the ability to take action right down there. So we would appreciate, obviously, if that was reported in real time. So you could just hear. Also from the perspective of security, if everything looks like it's going good over there and everybody's having a good time, we don't need to interfere. Unless we hear loud music, cussing, people are complaining or getting called. </w:t>
      </w:r>
    </w:p>
    <w:p>
      <w:r>
        <w:t xml:space="preserve">02:07:47   (Speaker F)  Right? </w:t>
      </w:r>
    </w:p>
    <w:p>
      <w:r>
        <w:t xml:space="preserve">02:07:48   (Speaker A)  So we do go in there, but we also want to make sure that people are enjoying that night, you know, so we have to observe and make sure we're doing our jobs. </w:t>
      </w:r>
    </w:p>
    <w:p>
      <w:r>
        <w:t xml:space="preserve">02:07:56   (Speaker E)  What about this complaint about. Said the other night, there were 40 people on yesterday. </w:t>
      </w:r>
    </w:p>
    <w:p>
      <w:r>
        <w:t xml:space="preserve">02:08:01   (Speaker D)  That's what he's talking to you? </w:t>
      </w:r>
    </w:p>
    <w:p>
      <w:r>
        <w:t xml:space="preserve">02:08:02   (Speaker A)  Yeah, he. Is that accurate? Do you guys know? Is that accurate? We. We have received in the office. This is our first tennis court complaint or issue we've received in. In two or three months. Our last one was about the individuals that were drinking back in May or June. We received nothing from any residents. We have spoken a few times to Molly today about what happened last night, and that's all that we have. We received no other. </w:t>
      </w:r>
    </w:p>
    <w:p>
      <w:r>
        <w:t xml:space="preserve">02:08:33   (Speaker F)  So no resident, no homeowners or any of them. And. </w:t>
      </w:r>
    </w:p>
    <w:p>
      <w:r>
        <w:t xml:space="preserve">02:08:37   (Speaker A)  And we advised Molly, like, shoot us. Quick note. Reach out to security. Reach out to a booth, something about this. And it was advised that they didn't feel comfortable calling security, I guess. </w:t>
      </w:r>
    </w:p>
    <w:p>
      <w:r>
        <w:t xml:space="preserve">02:08:52   (Speaker E)  What is Time frame for Molly's. </w:t>
      </w:r>
    </w:p>
    <w:p>
      <w:r>
        <w:t xml:space="preserve">02:08:56   (Speaker A)  She's got a few times. I don't know the exact. </w:t>
      </w:r>
    </w:p>
    <w:p>
      <w:r>
        <w:t xml:space="preserve">02:08:59   (Speaker E)  It's not. It doesn't go late in the evening. It's not after Rover's here, though. </w:t>
      </w:r>
    </w:p>
    <w:p>
      <w:r>
        <w:t xml:space="preserve">02:09:02   (Speaker H)  It's fire. </w:t>
      </w:r>
    </w:p>
    <w:p>
      <w:r>
        <w:t xml:space="preserve">02:09:03   (Speaker A)  Does she care? When the rover she needs, we're happy to provide it. She wants somebody over there to help verify their fee. If it seems like it's getting out of hand. That's why we're here. Just trying to use the resources. Follow our advent of the care most. Sorry to interrupt. </w:t>
      </w:r>
    </w:p>
    <w:p>
      <w:r>
        <w:t xml:space="preserve">02:09:19   (Speaker F)  Most likely money would be in the afternoon before the Rover y. And another day would be. I think we match it up with the robber car. </w:t>
      </w:r>
    </w:p>
    <w:p>
      <w:r>
        <w:t xml:space="preserve">02:09:28   (Speaker A)  Yeah, she has a few times. She comes in the morning some days as well. So it all. </w:t>
      </w:r>
    </w:p>
    <w:p>
      <w:r>
        <w:t xml:space="preserve">02:09:32   (Speaker I)  It all. </w:t>
      </w:r>
    </w:p>
    <w:p>
      <w:r>
        <w:t xml:space="preserve">02:09:32   (Speaker A)  It all depends which day. She's definitely here before the. Before the Rover, but she's also here after. </w:t>
      </w:r>
    </w:p>
    <w:p>
      <w:r>
        <w:t xml:space="preserve">02:09:40   (Speaker H)  During the day. You can call when it hasn't come over. </w:t>
      </w:r>
    </w:p>
    <w:p>
      <w:r>
        <w:t xml:space="preserve">02:09:42   (Speaker J)  Right. </w:t>
      </w:r>
    </w:p>
    <w:p>
      <w:r>
        <w:t xml:space="preserve">02:09:45   (Speaker F)  I think she would be okay on the core number one, even with the. Even the spirit is not here. I think it would be okay as long as people start to get more educated and start to. </w:t>
      </w:r>
    </w:p>
    <w:p>
      <w:r>
        <w:t xml:space="preserve">02:09:56   (Speaker E)  When are the numbers going up on the court? </w:t>
      </w:r>
    </w:p>
    <w:p>
      <w:r>
        <w:t xml:space="preserve">02:09:59   (Speaker A)  When were the numbers going up? </w:t>
      </w:r>
    </w:p>
    <w:p>
      <w:r>
        <w:t xml:space="preserve">02:10:00   (Speaker H)  Yeah. </w:t>
      </w:r>
    </w:p>
    <w:p>
      <w:r>
        <w:t xml:space="preserve">02:10:02   (Speaker E)  Are they up now? </w:t>
      </w:r>
    </w:p>
    <w:p>
      <w:r>
        <w:t xml:space="preserve">02:10:03   (Speaker A)  That was around the turn of the new year. Yeah, that was that. That. That was an item we did earlier. </w:t>
      </w:r>
    </w:p>
    <w:p>
      <w:r>
        <w:t xml:space="preserve">02:10:09   (Speaker G)  What was that? </w:t>
      </w:r>
    </w:p>
    <w:p>
      <w:r>
        <w:t xml:space="preserve">02:10:09   (Speaker E)  I still. I'm confused about why there's still confusion since we numbered the courts. </w:t>
      </w:r>
    </w:p>
    <w:p>
      <w:r>
        <w:t xml:space="preserve">02:10:14   (Speaker A)  That offsets me too. That's why we numbered it to try and get rid of the confusion. </w:t>
      </w:r>
    </w:p>
    <w:p>
      <w:r>
        <w:t xml:space="preserve">02:10:18   (Speaker E)  So. </w:t>
      </w:r>
    </w:p>
    <w:p>
      <w:r>
        <w:t xml:space="preserve">02:10:19   (Speaker H)  But you change the numbers. You know that this used to be 1 and 2 and that's 3 and 4. </w:t>
      </w:r>
    </w:p>
    <w:p>
      <w:r>
        <w:t xml:space="preserve">02:10:23   (Speaker E)  No, that's not true. The older ones. </w:t>
      </w:r>
    </w:p>
    <w:p>
      <w:r>
        <w:t xml:space="preserve">02:10:25   (Speaker H)  Yeah, it was one and two. </w:t>
      </w:r>
    </w:p>
    <w:p>
      <w:r>
        <w:t xml:space="preserve">02:10:26   (Speaker J)  Yeah. </w:t>
      </w:r>
    </w:p>
    <w:p>
      <w:r>
        <w:t xml:space="preserve">02:10:27   (Speaker A)  That's something we weren't aware of. </w:t>
      </w:r>
    </w:p>
    <w:p>
      <w:r>
        <w:t xml:space="preserve">02:10:28   (Speaker H)  That's what I'm saying. The old ones were 1 and 2 and the new ones were 3 and 4. And now you've switched it to say that the new ones are 1 and 2 and the old ones are 3 and 4. Yeah. </w:t>
      </w:r>
    </w:p>
    <w:p>
      <w:r>
        <w:t xml:space="preserve">02:10:36   (Speaker F)  But of course, you were using just next. Next to the volume one. </w:t>
      </w:r>
    </w:p>
    <w:p>
      <w:r>
        <w:t xml:space="preserve">02:10:39   (Speaker H)  Yep. </w:t>
      </w:r>
    </w:p>
    <w:p>
      <w:r>
        <w:t xml:space="preserve">02:10:40   (Speaker F)  That's a cor. </w:t>
      </w:r>
    </w:p>
    <w:p>
      <w:r>
        <w:t xml:space="preserve">02:10:41   (Speaker A)  That's it. </w:t>
      </w:r>
    </w:p>
    <w:p>
      <w:r>
        <w:t xml:space="preserve">02:10:41   (Speaker H)  Yes. To the old ones. </w:t>
      </w:r>
    </w:p>
    <w:p>
      <w:r>
        <w:t xml:space="preserve">02:10:43   (Speaker F)  It's got a number up here, right. </w:t>
      </w:r>
    </w:p>
    <w:p>
      <w:r>
        <w:t xml:space="preserve">02:10:46   (Speaker A)  It's a sign now. Yes, it's worked. </w:t>
      </w:r>
    </w:p>
    <w:p>
      <w:r>
        <w:t xml:space="preserve">02:10:49   (Speaker F)  I'm more concerned about why if. If the ordeal was at fake while we were security notified. </w:t>
      </w:r>
    </w:p>
    <w:p>
      <w:r>
        <w:t xml:space="preserve">02:10:55   (Speaker E)  Yeah. </w:t>
      </w:r>
    </w:p>
    <w:p>
      <w:r>
        <w:t xml:space="preserve">02:10:56   (Speaker F)  I mean, I don't. I get it. People gonna, you know, everywhere. People gonna get a little upset. </w:t>
      </w:r>
    </w:p>
    <w:p>
      <w:r>
        <w:t xml:space="preserve">02:11:03   (Speaker D)  Yeah. </w:t>
      </w:r>
    </w:p>
    <w:p>
      <w:r>
        <w:t xml:space="preserve">02:11:03   (Speaker F)  I know it challenges. But I mean, you've got numbers out there, as you said, we got all these methods of means to get security involved in it and then we hear about it. They don't. </w:t>
      </w:r>
    </w:p>
    <w:p>
      <w:r>
        <w:t xml:space="preserve">02:11:15   (Speaker A)  They're not even notified. </w:t>
      </w:r>
    </w:p>
    <w:p>
      <w:r>
        <w:t xml:space="preserve">02:11:20   (Speaker F)  That's. That's TR made and then we can learn about it. We're going to get it done. </w:t>
      </w:r>
    </w:p>
    <w:p>
      <w:r>
        <w:t xml:space="preserve">02:11:26   (Speaker A)  Technically, no. </w:t>
      </w:r>
    </w:p>
    <w:p>
      <w:r>
        <w:t xml:space="preserve">02:11:27   (Speaker D)  No resident has complained about. </w:t>
      </w:r>
    </w:p>
    <w:p>
      <w:r>
        <w:t xml:space="preserve">02:11:31   (Speaker F)  That is very true. That's why I asked the question. Would it be I very Resident. </w:t>
      </w:r>
    </w:p>
    <w:p>
      <w:r>
        <w:t xml:space="preserve">02:11:36   (Speaker A)  Residents are encouraged to use the resources they have available to them. You know, you guys do a good job of giving them those resources. They should be using them. </w:t>
      </w:r>
    </w:p>
    <w:p>
      <w:r>
        <w:t xml:space="preserve">02:11:42   (Speaker J)  Yeah. </w:t>
      </w:r>
    </w:p>
    <w:p>
      <w:r>
        <w:t xml:space="preserve">02:11:42   (Speaker A)  And just so you know, resident wise, in this community we get the most alerts, we get the most QR codes, we get the most emails. So like whether it's the dog that was going around the neighborhood, the solicitor in the neighborhood or whatever the case may be, we get a lot of those in the majority of this. So they are utilizing. They have increased and I think that's why our reporting is a little bit lower on some things because now we're able to just go handle it. There's nothing there for it. And we were advised earlier that the residents, I guess that were there don't want to put their name to a complaint or something. We advise just let them know. I mean, you guys know we've come before you guys with resident complaints and we just tell you we receive, you know, this many compliments, this many issues. Like </w:t>
      </w:r>
    </w:p>
    <w:p>
      <w:r>
        <w:t xml:space="preserve">02:12:27   (Speaker F)  you got that from a resident or from Molly. </w:t>
      </w:r>
    </w:p>
    <w:p>
      <w:r>
        <w:t xml:space="preserve">02:12:30   (Speaker A)  That was. Molly had advised us that from. </w:t>
      </w:r>
    </w:p>
    <w:p>
      <w:r>
        <w:t xml:space="preserve">02:12:32   (Speaker F)  Okay, so we're still. We haven't heard from the resident. Yeah. </w:t>
      </w:r>
    </w:p>
    <w:p>
      <w:r>
        <w:t xml:space="preserve">02:12:35   (Speaker A)  Anyone can report anything anonymously. We don't have to take names. Exactly. That kind of stuff. Anything else? This is the rest of the report. If I can just go really quickly. </w:t>
      </w:r>
    </w:p>
    <w:p>
      <w:r>
        <w:t xml:space="preserve">02:12:45   (Speaker D)  I don't want to. </w:t>
      </w:r>
    </w:p>
    <w:p>
      <w:r>
        <w:t xml:space="preserve">02:12:45   (Speaker A)  I don't want to waste time. Obviously we still have tailgate as an issue. We had some suspicious vehicle complaints which </w:t>
      </w:r>
    </w:p>
    <w:p>
      <w:r>
        <w:t xml:space="preserve">02:12:51   (Speaker I)  we handled </w:t>
      </w:r>
    </w:p>
    <w:p>
      <w:r>
        <w:t xml:space="preserve">02:12:54   (Speaker D)  full rule enforcement. </w:t>
      </w:r>
    </w:p>
    <w:p>
      <w:r>
        <w:t xml:space="preserve">02:12:55   (Speaker A)  We've had some loudspeakers and things over there. Some things going on in the gym. Shirt, shoes, you know, we're trying to make sure everybody's compliant for safety reasons. Inclement weather, remote controlled vehicles in the roadway was new one. These kids got these really cool cars, but they're kind of dangerous. Not that if they get ran over it's dangerous, but if so many beers out of the way and it's, you know, to get away from those. So we try to get them to stay out of the streets and stuff like that in a polite manner. And you had one property damage issue with the U ball which I believe was from a resident that came in. Luckily they hit the the yellow beam and they didn't actually cause damage I think to the actual overhang. </w:t>
      </w:r>
    </w:p>
    <w:p>
      <w:r>
        <w:t xml:space="preserve">02:13:32   (Speaker H)  So. </w:t>
      </w:r>
    </w:p>
    <w:p>
      <w:r>
        <w:t xml:space="preserve">02:13:32   (Speaker A)  So there was a. There was a plus there and then the typical maintenance reports which these guys all know about the gates and those types of issues are constantly recurring in every community. It is what it is. And so other than that crime wise we haven't really had any calls except for that fight that was alleged. We didn't observe anything and everything else has just been resident service. It was almost fight. Possibly almost right. </w:t>
      </w:r>
    </w:p>
    <w:p>
      <w:r>
        <w:t xml:space="preserve">02:13:57   (Speaker F)  It didn't say we fight. He was almost. </w:t>
      </w:r>
    </w:p>
    <w:p>
      <w:r>
        <w:t xml:space="preserve">02:14:00   (Speaker A)  There was a resident that was trying to kill under the resident land. I believe it was Cross Creek and there was a rear end collision and </w:t>
      </w:r>
    </w:p>
    <w:p>
      <w:r>
        <w:t xml:space="preserve">02:14:08   (Speaker F)  then they handled it between the two of them. </w:t>
      </w:r>
    </w:p>
    <w:p>
      <w:r>
        <w:t xml:space="preserve">02:14:10   (Speaker A)  We didn't really get involved. It's a civil matter. But that just goes to show you that everybody tries to get in when they can. </w:t>
      </w:r>
    </w:p>
    <w:p>
      <w:r>
        <w:t xml:space="preserve">02:14:18   (Speaker F)  There was a kid going yesterday I had grandson own a electric bike or whatever along Cross Creek that got started pretty badly. Got some looks like some guys that a guy in the neighborhood residence here in his Scrooge and all that was looking. They had. Did anybody notify. No notification on that? </w:t>
      </w:r>
    </w:p>
    <w:p>
      <w:r>
        <w:t xml:space="preserve">02:14:46   (Speaker C)  No. </w:t>
      </w:r>
    </w:p>
    <w:p>
      <w:r>
        <w:t xml:space="preserve">02:14:47   (Speaker F)  It's an accident. </w:t>
      </w:r>
    </w:p>
    <w:p>
      <w:r>
        <w:t xml:space="preserve">02:14:50   (Speaker A)  I didn't see any word about it. If somebody ever comes up to the booth and they notify what we will report about about it. But some things we don't. </w:t>
      </w:r>
    </w:p>
    <w:p>
      <w:r>
        <w:t xml:space="preserve">02:14:57   (Speaker F)  I thought the. The guard would have had visibility on it maybe I. Well they can't. Yeah yeah I thought he would. </w:t>
      </w:r>
    </w:p>
    <w:p>
      <w:r>
        <w:t xml:space="preserve">02:15:05   (Speaker H)  There's a kid that comes in through the Cross Creek entrance and he does wheelies on the floor block and then I've seen him do wheelies. </w:t>
      </w:r>
    </w:p>
    <w:p>
      <w:r>
        <w:t xml:space="preserve">02:15:12   (Speaker A)  He goes all the way down from the Cross Creek gate all the way down to the road and I don't </w:t>
      </w:r>
    </w:p>
    <w:p>
      <w:r>
        <w:t xml:space="preserve">02:15:18   (Speaker H)  think he lives or I would be coming through the Cross Creek. </w:t>
      </w:r>
    </w:p>
    <w:p>
      <w:r>
        <w:t xml:space="preserve">02:15:24   (Speaker A)  They do the kids come through elephants </w:t>
      </w:r>
    </w:p>
    <w:p>
      <w:r>
        <w:t xml:space="preserve">02:15:26   (Speaker F)  from schools and everything. </w:t>
      </w:r>
    </w:p>
    <w:p>
      <w:r>
        <w:t xml:space="preserve">02:15:27   (Speaker D)  Martinique there was a police and presence police you what. </w:t>
      </w:r>
    </w:p>
    <w:p>
      <w:r>
        <w:t xml:space="preserve">02:15:40   (Speaker F)  You. </w:t>
      </w:r>
    </w:p>
    <w:p>
      <w:r>
        <w:t xml:space="preserve">02:15:41   (Speaker H)  There was no crime. </w:t>
      </w:r>
    </w:p>
    <w:p>
      <w:r>
        <w:t xml:space="preserve">02:15:42   (Speaker A)  There's no crime. Just ensure that when you guys have issues that they're reported. Follow the channels and that way we have open communication. No communication, no resolution. So more we can do. We just need the information so we can act on. </w:t>
      </w:r>
    </w:p>
    <w:p>
      <w:r>
        <w:t xml:space="preserve">02:15:57   (Speaker G)  Keep up. </w:t>
      </w:r>
    </w:p>
    <w:p>
      <w:r>
        <w:t xml:space="preserve">02:15:57   (Speaker D)  Good work man. </w:t>
      </w:r>
    </w:p>
    <w:p>
      <w:r>
        <w:t xml:space="preserve">02:15:58   (Speaker A)  You guys are doing a good job. All right next up we do have the facility manager take it away. </w:t>
      </w:r>
    </w:p>
    <w:p>
      <w:r>
        <w:t xml:space="preserve">02:16:08   (Speaker E)  We expect it concise. </w:t>
      </w:r>
    </w:p>
    <w:p>
      <w:r>
        <w:t xml:space="preserve">02:16:10   (Speaker A)  We will go where we have like five bullets for fun board everybody okay if we send out the engineer and aquatics sent out a really Great email. I know we all saw a lot of details about the lake level and whatnot. We know we're getting a lot of questions from the residents and not many people are called in or here tonight. Is everybody okay if we schedule a constant contact out with all this? Okay, so. So we'll plan to do that. Event schedule wise. We're already scheduled out for the next four or five months for takeout Tuesdays for the end of the month, the last Tuesdays of the month. So we've been getting pretty good feedback on it. People that are excited for it and some of the trucks have been having a good time as well. </w:t>
      </w:r>
    </w:p>
    <w:p>
      <w:r>
        <w:t xml:space="preserve">02:16:59   (Speaker H)  So they're making enough money, but it makes it. </w:t>
      </w:r>
    </w:p>
    <w:p>
      <w:r>
        <w:t xml:space="preserve">02:17:01   (Speaker A)  Yeah, there are a couple that were a little iffy, but there are some that really enjoyed it out here. So. So we'll be back on schedule. We'll have another email sent out about it here this next week. Events wise, I believe it's one of our following exhibits, but we have a little events calendar that we have together that we can all go over, make sure everybody's okay with it. If anybody wants changes, there is a. So this kind of goes with, I guess the discussion earlier about the facility usage form for Diwali that's going to get filled out. We were asked just earlier today from the neighborhood watch game. They want to do a event here for the community for cybercrime and domestic violence awareness and all that. They were actually looking to see if they can try and squeeze it in a day in October. I know those facility usage forms we like to typically put on the agendas for the. Do you want us to push them to see if they can schedule it for November and bring it on next month's agenda? </w:t>
      </w:r>
    </w:p>
    <w:p>
      <w:r>
        <w:t xml:space="preserve">02:18:03   (Speaker H)  They need to come before us and ask permission. And I think it's not a reason to expect them to come early two weeks before and say we should do it. So I think they need go through the same process that everybody else does for a community event. We're asking Hu to fill out the form for her Diwali event. Why wouldn't we ask DA to fill </w:t>
      </w:r>
    </w:p>
    <w:p>
      <w:r>
        <w:t xml:space="preserve">02:18:24   (Speaker E)  up the form for his community event? Same thing. </w:t>
      </w:r>
    </w:p>
    <w:p>
      <w:r>
        <w:t xml:space="preserve">02:18:27   (Speaker H)  He needs to fill out that form as facility usage form, bring it to the October meeting and then we'll go sign. Plain, simple. We have to be fair to everybody, as Mr. Coffin pointed out earlier. </w:t>
      </w:r>
    </w:p>
    <w:p>
      <w:r>
        <w:t xml:space="preserve">02:18:40   (Speaker A)  Yeah, I don't see how I would agree with that. </w:t>
      </w:r>
    </w:p>
    <w:p>
      <w:r>
        <w:t xml:space="preserve">02:18:43   (Speaker D)  Yeah, how do you make an exception </w:t>
      </w:r>
    </w:p>
    <w:p>
      <w:r>
        <w:t xml:space="preserve">02:18:46   (Speaker H)  but when you got a big exception for all. </w:t>
      </w:r>
    </w:p>
    <w:p>
      <w:r>
        <w:t xml:space="preserve">02:18:47   (Speaker A)  Yeah, we'll communicate back with him on that. Some of the tree removals that we approved last month are going to be happening here in the next couple of meets. </w:t>
      </w:r>
    </w:p>
    <w:p>
      <w:r>
        <w:t xml:space="preserve">02:18:57   (Speaker E)  The. </w:t>
      </w:r>
    </w:p>
    <w:p>
      <w:r>
        <w:t xml:space="preserve">02:18:58   (Speaker A)  The team who we approve, they're finishing up a 1000 palm trimming job for one of their contracted clients who they do the maintenance service on site and everything for. So we're just next up as soon as that gets completed. So we're coming up for those palm removals for what we approved last month. </w:t>
      </w:r>
    </w:p>
    <w:p>
      <w:r>
        <w:t xml:space="preserve">02:19:17   (Speaker H)  So we're not having juniper do it. We have another. </w:t>
      </w:r>
    </w:p>
    <w:p>
      <w:r>
        <w:t xml:space="preserve">02:19:19   (Speaker A)  Yep. Yeah, we beat their price by almost half, so. </w:t>
      </w:r>
    </w:p>
    <w:p>
      <w:r>
        <w:t xml:space="preserve">02:19:22   (Speaker H)  Yeah, thought so. </w:t>
      </w:r>
    </w:p>
    <w:p>
      <w:r>
        <w:t xml:space="preserve">02:19:23   (Speaker D)  Yep. </w:t>
      </w:r>
    </w:p>
    <w:p>
      <w:r>
        <w:t xml:space="preserve">02:19:24   (Speaker A)  We already talked about tennis, so I think we're good to go There. The lake. We have only one update on the lake. That's additional from discussions earlier today. We've spoken with previous staff here on site. We've also read some publicly available articles on the district. We found out a few things. So there are historically a few wells that were installed on site to help maintain the lake water levels. However, those were not permitted, those were not approved and those were very quickly and aggressively sealed off by swift month. They haven't been in action in over a couple of decades, it appears. So there's, there's nothing we should do that way. But just wanted to note that because I know we got a question about it, so. </w:t>
      </w:r>
    </w:p>
    <w:p>
      <w:r>
        <w:t xml:space="preserve">02:20:10   (Speaker D)  And then. </w:t>
      </w:r>
    </w:p>
    <w:p>
      <w:r>
        <w:t xml:space="preserve">02:20:12   (Speaker E)  Are you following the. </w:t>
      </w:r>
    </w:p>
    <w:p>
      <w:r>
        <w:t xml:space="preserve">02:20:14   (Speaker A)  Nope. No, we're just going over a couple of highlights. We're not going. </w:t>
      </w:r>
    </w:p>
    <w:p>
      <w:r>
        <w:t xml:space="preserve">02:20:18   (Speaker H)  Okay. </w:t>
      </w:r>
    </w:p>
    <w:p>
      <w:r>
        <w:t xml:space="preserve">02:20:19   (Speaker E)  Because I. I wanted to know about the. The dog waste. </w:t>
      </w:r>
    </w:p>
    <w:p>
      <w:r>
        <w:t xml:space="preserve">02:20:24   (Speaker A)  Yeah. </w:t>
      </w:r>
    </w:p>
    <w:p>
      <w:r>
        <w:t xml:space="preserve">02:20:24   (Speaker G)  So. </w:t>
      </w:r>
    </w:p>
    <w:p>
      <w:r>
        <w:t xml:space="preserve">02:20:24   (Speaker A)  So that was your report. Yeah. Okay. So next up, we do have the landscape quality inspection report. Do you guys go over that yet? We haven't gone over that. Is there any questions? </w:t>
      </w:r>
    </w:p>
    <w:p>
      <w:r>
        <w:t xml:space="preserve">02:20:32   (Speaker H)  You guys have question about page 117. </w:t>
      </w:r>
    </w:p>
    <w:p>
      <w:r>
        <w:t xml:space="preserve">02:20:37   (Speaker F)  The beach. </w:t>
      </w:r>
    </w:p>
    <w:p>
      <w:r>
        <w:t xml:space="preserve">02:20:38   (Speaker D)  The beach. Look forward. </w:t>
      </w:r>
    </w:p>
    <w:p>
      <w:r>
        <w:t xml:space="preserve">02:20:39   (Speaker E)  Yeah. </w:t>
      </w:r>
    </w:p>
    <w:p>
      <w:r>
        <w:t xml:space="preserve">02:20:39   (Speaker H)  What's up with that? </w:t>
      </w:r>
    </w:p>
    <w:p>
      <w:r>
        <w:t xml:space="preserve">02:20:41   (Speaker F)  What? </w:t>
      </w:r>
    </w:p>
    <w:p>
      <w:r>
        <w:t xml:space="preserve">02:20:42   (Speaker H)  Page 117. </w:t>
      </w:r>
    </w:p>
    <w:p>
      <w:r>
        <w:t xml:space="preserve">02:20:47   (Speaker A)  No. So there's a couple of areas that have been damaged. There's one section that's over here, one section that's back by the door. There's shift marks over here that we tried to repair ourselves, but unfortunately there's nothing that worked. So there's two options that are the pricing that you see there. They can take each panel out the wall all the way to that section, basically, and that's the larger amount. Or they can just cut out the sections and replace those pieces. Those panels itself. </w:t>
      </w:r>
    </w:p>
    <w:p>
      <w:r>
        <w:t xml:space="preserve">02:21:18   (Speaker H)  How did it get damaged? </w:t>
      </w:r>
    </w:p>
    <w:p>
      <w:r>
        <w:t xml:space="preserve">02:21:20   (Speaker A)  There was for these ones right here. It was during a dead period for us when we closed up at 5 o' clock on Friday and additional staff didn't get on until a little bit later that evening. And we had a group of four teenagers with one E scooter that came into this facility and ripped around real quick. And that's how they spell. </w:t>
      </w:r>
    </w:p>
    <w:p>
      <w:r>
        <w:t xml:space="preserve">02:21:49   (Speaker H)  We need to identify who they are in charge. </w:t>
      </w:r>
    </w:p>
    <w:p>
      <w:r>
        <w:t xml:space="preserve">02:21:51   (Speaker A)  We haven't been able to identify that well. So we have the photos and everything of them. We are keeping an eye out for them because we know what they look like, but we have not seen them return yet. </w:t>
      </w:r>
    </w:p>
    <w:p>
      <w:r>
        <w:t xml:space="preserve">02:22:05   (Speaker H)  And then where's the other one? What's the cost of the other one? Did they do both of those? </w:t>
      </w:r>
    </w:p>
    <w:p>
      <w:r>
        <w:t xml:space="preserve">02:22:09   (Speaker A)  Yeah. </w:t>
      </w:r>
    </w:p>
    <w:p>
      <w:r>
        <w:t xml:space="preserve">02:22:10   (Speaker D)  This is not a warranty claim. </w:t>
      </w:r>
    </w:p>
    <w:p>
      <w:r>
        <w:t xml:space="preserve">02:22:14   (Speaker E)  No, it's absolutely. </w:t>
      </w:r>
    </w:p>
    <w:p>
      <w:r>
        <w:t xml:space="preserve">02:22:18   (Speaker H)  Sometimes the warranty stand. </w:t>
      </w:r>
    </w:p>
    <w:p>
      <w:r>
        <w:t xml:space="preserve">02:22:26   (Speaker E)  They've already talked to the voter. </w:t>
      </w:r>
    </w:p>
    <w:p>
      <w:r>
        <w:t xml:space="preserve">02:22:28   (Speaker H)  Oh, you did talk to. How do you think about the price Y. We were just asking them. </w:t>
      </w:r>
    </w:p>
    <w:p>
      <w:r>
        <w:t xml:space="preserve">02:22:33   (Speaker A)  Yeah, this is. This is who it came back from. So we talk to them about. See what we can do. Are you looking for a PR in high. No, no, I don't think we necessarily. </w:t>
      </w:r>
    </w:p>
    <w:p>
      <w:r>
        <w:t xml:space="preserve">02:22:44   (Speaker E)  I think the temporary fix will hold us off for a little while and then let's just. Let's just get through this fiscal year </w:t>
      </w:r>
    </w:p>
    <w:p>
      <w:r>
        <w:t xml:space="preserve">02:22:50   (Speaker A)  and we're going to see the temporary fix and holidays. </w:t>
      </w:r>
    </w:p>
    <w:p>
      <w:r>
        <w:t xml:space="preserve">02:22:57   (Speaker E)  It's probably a good idea to do annual maintenance on floor like this anyway. </w:t>
      </w:r>
    </w:p>
    <w:p>
      <w:r>
        <w:t xml:space="preserve">02:23:01   (Speaker G)  So steam cleaning, stuff like that. </w:t>
      </w:r>
    </w:p>
    <w:p>
      <w:r>
        <w:t xml:space="preserve">02:23:05   (Speaker A)  Looking at the floor, it is. To me it looks purely aesthetic. The. The infrastructure looks just fine. So I don't know if you guys want to spend that money right now. You could probably just wait on it. I had to look for it. They had to point it out to me. They had to just realize. </w:t>
      </w:r>
    </w:p>
    <w:p>
      <w:r>
        <w:t xml:space="preserve">02:23:25   (Speaker H)  Floor all night and there's like a greasy spot there. I don't know what it is. It's right in front of you guys. </w:t>
      </w:r>
    </w:p>
    <w:p>
      <w:r>
        <w:t xml:space="preserve">02:23:34   (Speaker A)  So anyway, landscape inspect, quality inspection report. You guys want to go over that? Do you guys have any questions on it? </w:t>
      </w:r>
    </w:p>
    <w:p>
      <w:r>
        <w:t xml:space="preserve">02:23:41   (Speaker F)  Big landscaping man. I mean, okay, who. Who doesn't know what's going on page </w:t>
      </w:r>
    </w:p>
    <w:p>
      <w:r>
        <w:t xml:space="preserve">02:23:46   (Speaker H)  118 sidewalks on what sidewalks are. What are you. Are you finished doing all the sidewalks? </w:t>
      </w:r>
    </w:p>
    <w:p>
      <w:r>
        <w:t xml:space="preserve">02:23:53   (Speaker A)  I guess that's. No. So not finished with all sidewalks. We've walked with a vendor who's come here previously who did. Did some work with last year. We've already. We already kind of have a plan where if you guys remember the past year and a half, it's almost been now we kind of phased out a lot of our sidewalk work because it's a lot that's going on here. We kind of have our next phase plan with all of our urgent needs outside of ADA standard and everything else. He's actually planning to come back and Attend the meeting here this next month and present his proposal as well on our findings. We've also given him kind of like a cap to try and stay within right now too, just so we can kind of be responsible with it. </w:t>
      </w:r>
    </w:p>
    <w:p>
      <w:r>
        <w:t xml:space="preserve">02:24:38   (Speaker H)  Canary Island. </w:t>
      </w:r>
    </w:p>
    <w:p>
      <w:r>
        <w:t xml:space="preserve">02:24:39   (Speaker A)  Yes. </w:t>
      </w:r>
    </w:p>
    <w:p>
      <w:r>
        <w:t xml:space="preserve">02:24:41   (Speaker H)  Literally tripped. </w:t>
      </w:r>
    </w:p>
    <w:p>
      <w:r>
        <w:t xml:space="preserve">02:24:42   (Speaker A)  That's part of. And just, just so you guys are all aware, you guys do have a trip and fall claim right now. Just came across our desk last week. We. We've been working with your insurance, getting pictures of the area, identifying stuff. So once we get a little bit more information, probably by the next meeting I'll have something more concrete for you. But as of right now, we're just working with your insurance, getting the photos and working through that stuff. </w:t>
      </w:r>
    </w:p>
    <w:p>
      <w:r>
        <w:t xml:space="preserve">02:25:05   (Speaker D)  Okay. </w:t>
      </w:r>
    </w:p>
    <w:p>
      <w:r>
        <w:t xml:space="preserve">02:25:05   (Speaker F)  I guess the nice point to the or. Mike. Michael, are they looking at you looked at whether trips and failure. </w:t>
      </w:r>
    </w:p>
    <w:p>
      <w:r>
        <w:t xml:space="preserve">02:25:13   (Speaker A)  Yes. Yeah, sure. </w:t>
      </w:r>
    </w:p>
    <w:p>
      <w:r>
        <w:t xml:space="preserve">02:25:15   (Speaker F)  Are you. Have you taken any action yet? </w:t>
      </w:r>
    </w:p>
    <w:p>
      <w:r>
        <w:t xml:space="preserve">02:25:19   (Speaker D)  We need to take corrective action if we. </w:t>
      </w:r>
    </w:p>
    <w:p>
      <w:r>
        <w:t xml:space="preserve">02:25:21   (Speaker A)  Sure. So the first, the, the first step is considering where we need to take action. Yeah. So what we're trying to figure out is if the depth between the. Is necessary for you guys to have to make. So right now I think what it was was a couple centimeters. It didn't, it didn't even look bad. So we're evaluating whether you guys need to do anything in that specific area first before we bring you guys a </w:t>
      </w:r>
    </w:p>
    <w:p>
      <w:r>
        <w:t xml:space="preserve">02:25:45   (Speaker D)  proposal for any three quarters of an inch. And I think 88. </w:t>
      </w:r>
    </w:p>
    <w:p>
      <w:r>
        <w:t xml:space="preserve">02:25:49   (Speaker A)  That's about the right. Yeah, it's about the right. </w:t>
      </w:r>
    </w:p>
    <w:p>
      <w:r>
        <w:t xml:space="preserve">02:25:51   (Speaker F)  Yeah. </w:t>
      </w:r>
    </w:p>
    <w:p>
      <w:r>
        <w:t xml:space="preserve">02:25:54   (Speaker A)  No, they, they contacted a lawyer who contacted our insurance. </w:t>
      </w:r>
    </w:p>
    <w:p>
      <w:r>
        <w:t xml:space="preserve">02:25:57   (Speaker F)  The police updates. The DPD has been contact with us for us. </w:t>
      </w:r>
    </w:p>
    <w:p>
      <w:r>
        <w:t xml:space="preserve">02:26:01   (Speaker A)  We wouldn't make a report. I have no clue what he actually took. I just got contacted by the lawyer. All we know is that this apparently happened in April. We just got a notification about it two weeks ago. </w:t>
      </w:r>
    </w:p>
    <w:p>
      <w:r>
        <w:t xml:space="preserve">02:26:14   (Speaker J)  Yeah. </w:t>
      </w:r>
    </w:p>
    <w:p>
      <w:r>
        <w:t xml:space="preserve">02:26:15   (Speaker A)  Like it's literally at the very end of August. And then we got. </w:t>
      </w:r>
    </w:p>
    <w:p>
      <w:r>
        <w:t xml:space="preserve">02:26:18   (Speaker F)  The person you have to see is the PPG police report to start. </w:t>
      </w:r>
    </w:p>
    <w:p>
      <w:r>
        <w:t xml:space="preserve">02:26:23   (Speaker A)  Yeah. That's not going to be on us. Right. So your insurance. </w:t>
      </w:r>
    </w:p>
    <w:p>
      <w:r>
        <w:t xml:space="preserve">02:26:25   (Speaker I)  Yeah. </w:t>
      </w:r>
    </w:p>
    <w:p>
      <w:r>
        <w:t xml:space="preserve">02:26:25   (Speaker A)  Your insurance company takes care of it. We put everything in their hands. We give them a. The information they're going to take care of. </w:t>
      </w:r>
    </w:p>
    <w:p>
      <w:r>
        <w:t xml:space="preserve">02:26:30   (Speaker F)  Everything would be blow a little bit, right. I'm sorry, the insurance policy money would </w:t>
      </w:r>
    </w:p>
    <w:p>
      <w:r>
        <w:t xml:space="preserve">02:26:34   (Speaker A)  be blow a little bit, right. </w:t>
      </w:r>
    </w:p>
    <w:p>
      <w:r>
        <w:t xml:space="preserve">02:26:35   (Speaker F)  Blow up would be ra. </w:t>
      </w:r>
    </w:p>
    <w:p>
      <w:r>
        <w:t xml:space="preserve">02:26:37   (Speaker A)  No, not for something like that. No. I don't know if this person actually really has a sufficient claim from the information. Yeah, we. We'll see what comes of it. But I just wanted to give you guys the information. </w:t>
      </w:r>
    </w:p>
    <w:p>
      <w:r>
        <w:t xml:space="preserve">02:26:48   (Speaker E)  Additional question does does any of the sidewalk that continuing sidewalk issues do they include any of the. The handicap moran on the sidewalks that have deteriorated? </w:t>
      </w:r>
    </w:p>
    <w:p>
      <w:r>
        <w:t xml:space="preserve">02:27:01   (Speaker A)  They were doing some work on. We did some warranty work on those already. A couple of the ones we identified, they came out, they warrantied them everything. So we're okay. </w:t>
      </w:r>
    </w:p>
    <w:p>
      <w:r>
        <w:t xml:space="preserve">02:27:09   (Speaker H)  Good job. </w:t>
      </w:r>
    </w:p>
    <w:p>
      <w:r>
        <w:t xml:space="preserve">02:27:10   (Speaker G)  Thank you. </w:t>
      </w:r>
    </w:p>
    <w:p>
      <w:r>
        <w:t xml:space="preserve">02:27:10   (Speaker D)  Awesome. </w:t>
      </w:r>
    </w:p>
    <w:p>
      <w:r>
        <w:t xml:space="preserve">02:27:11   (Speaker A)  So with that we're going to move on to the consideration of the dog waste station pricing. So as you can see in your agenda packages they have provided looks like a can along with a post with a housing unit for the bags. This would be uniform of what we have out there. There was a resident at the end of the meeting last month who requested see if we could put an extra dog way station near their property. Across from their property there is common space that we estimate that we can put a station if we'd like. </w:t>
      </w:r>
    </w:p>
    <w:p>
      <w:r>
        <w:t xml:space="preserve">02:27:43   (Speaker E)  You tell them where it is? </w:t>
      </w:r>
    </w:p>
    <w:p>
      <w:r>
        <w:t xml:space="preserve">02:27:44   (Speaker A)  Yeah, it's up by. Towards the front of the community north of Maui where. Where that first flight or second flight </w:t>
      </w:r>
    </w:p>
    <w:p>
      <w:r>
        <w:t xml:space="preserve">02:27:52   (Speaker F)  is what a dog station is? </w:t>
      </w:r>
    </w:p>
    <w:p>
      <w:r>
        <w:t xml:space="preserve">02:27:55   (Speaker A)  Yeah. Is there a dog station within 500 yards of that area? </w:t>
      </w:r>
    </w:p>
    <w:p>
      <w:r>
        <w:t xml:space="preserve">02:27:58   (Speaker E)  There's already one left. </w:t>
      </w:r>
    </w:p>
    <w:p>
      <w:r>
        <w:t xml:space="preserve">02:28:00   (Speaker F)  One on both sides of the street. </w:t>
      </w:r>
    </w:p>
    <w:p>
      <w:r>
        <w:t xml:space="preserve">02:28:01   (Speaker E)  Yeah. </w:t>
      </w:r>
    </w:p>
    <w:p>
      <w:r>
        <w:t xml:space="preserve">02:28:02   (Speaker H)  Yeah. Bring bags with you when you on both sides. </w:t>
      </w:r>
    </w:p>
    <w:p>
      <w:r>
        <w:t xml:space="preserve">02:28:06   (Speaker F)  I know it's the one by the natural. I don't know about the lake side but I know the one only there's one on the right. I go look. </w:t>
      </w:r>
    </w:p>
    <w:p>
      <w:r>
        <w:t xml:space="preserve">02:28:16   (Speaker E)  It's a little bit. It's a little bit to the left. It's like where the housing ends before you get to the lift station and then the playground and it's kind of hidden behind a. </w:t>
      </w:r>
    </w:p>
    <w:p>
      <w:r>
        <w:t xml:space="preserve">02:28:25   (Speaker H)  A bush. </w:t>
      </w:r>
    </w:p>
    <w:p>
      <w:r>
        <w:t xml:space="preserve">02:28:28   (Speaker A)  So I think, I think what we can do is evaluate if we actually need one in that area first. At least you guys know the pricing now. So next month if we decide that there is something that needs to be done, you got to know the pricing. Okay. </w:t>
      </w:r>
    </w:p>
    <w:p>
      <w:r>
        <w:t xml:space="preserve">02:28:38   (Speaker E)  I mean I'm not walking my dog all the time. I'm pretty familiar with where they all are and they're there. There is a lot of. And there's definitely one on each side of the street. </w:t>
      </w:r>
    </w:p>
    <w:p>
      <w:r>
        <w:t xml:space="preserve">02:28:47   (Speaker A)  Where Perfect. So I think we got a good direction there. So next up we would have a consideration of S S Masters of Florida Propola for pedestrian path repairs. So this one is an earlier one. This isn't just like a small like where it's lipping up. This is a fully broken down five walk piece. This one's over. Can you put photos in the future? What was that? </w:t>
      </w:r>
    </w:p>
    <w:p>
      <w:r>
        <w:t xml:space="preserve">02:29:13   (Speaker I)  Photos? </w:t>
      </w:r>
    </w:p>
    <w:p>
      <w:r>
        <w:t xml:space="preserve">02:29:14   (Speaker A)  Yeah, we can. I mean it's a large broken, chopped up panel. </w:t>
      </w:r>
    </w:p>
    <w:p>
      <w:r>
        <w:t xml:space="preserve">02:29:20   (Speaker F)  It's 10 by 8. </w:t>
      </w:r>
    </w:p>
    <w:p>
      <w:r>
        <w:t xml:space="preserve">02:29:21   (Speaker A)  Yeah, yeah. It's at the intersection right up here on Corey Lake Drive. Corey Lake Boulevard. On that walking trail? </w:t>
      </w:r>
    </w:p>
    <w:p>
      <w:r>
        <w:t xml:space="preserve">02:29:28   (Speaker F)  Not walking. </w:t>
      </w:r>
    </w:p>
    <w:p>
      <w:r>
        <w:t xml:space="preserve">02:29:28   (Speaker H)  What page are we on? </w:t>
      </w:r>
    </w:p>
    <w:p>
      <w:r>
        <w:t xml:space="preserve">02:29:29   (Speaker A)  This is on page 122, 3 or 133. You're right. </w:t>
      </w:r>
    </w:p>
    <w:p>
      <w:r>
        <w:t xml:space="preserve">02:29:32   (Speaker E)  I'm sorry. I can't even picture it. And I'm around all the time. Where is it or like Boulevard? </w:t>
      </w:r>
    </w:p>
    <w:p>
      <w:r>
        <w:t xml:space="preserve">02:29:38   (Speaker A)  The intersection right up there. Yeah. </w:t>
      </w:r>
    </w:p>
    <w:p>
      <w:r>
        <w:t xml:space="preserve">02:29:40   (Speaker D)  Going down towards Orange Bridge. </w:t>
      </w:r>
    </w:p>
    <w:p>
      <w:r>
        <w:t xml:space="preserve">02:29:42   (Speaker G)  Yeah. </w:t>
      </w:r>
    </w:p>
    <w:p>
      <w:r>
        <w:t xml:space="preserve">02:29:43   (Speaker A)  Going down towards Morris. </w:t>
      </w:r>
    </w:p>
    <w:p>
      <w:r>
        <w:t xml:space="preserve">02:29:45   (Speaker F)  So it's right where everybody sits out there every day. </w:t>
      </w:r>
    </w:p>
    <w:p>
      <w:r>
        <w:t xml:space="preserve">02:29:49   (Speaker A)  Yeah, More or less. </w:t>
      </w:r>
    </w:p>
    <w:p>
      <w:r>
        <w:t xml:space="preserve">02:29:50   (Speaker F)  Right where they like right there. </w:t>
      </w:r>
    </w:p>
    <w:p>
      <w:r>
        <w:t xml:space="preserve">02:29:51   (Speaker A)  It's just a little bit in from that intersection. Yeah. </w:t>
      </w:r>
    </w:p>
    <w:p>
      <w:r>
        <w:t xml:space="preserve">02:29:54   (Speaker F)  Yeah. You got a lot of traffic through that makes it fast. </w:t>
      </w:r>
    </w:p>
    <w:p>
      <w:r>
        <w:t xml:space="preserve">02:29:56   (Speaker A)  It's high foot traffic. Yeah. </w:t>
      </w:r>
    </w:p>
    <w:p>
      <w:r>
        <w:t xml:space="preserve">02:29:57   (Speaker F)  So it's a lot of people go through that. </w:t>
      </w:r>
    </w:p>
    <w:p>
      <w:r>
        <w:t xml:space="preserve">02:29:59   (Speaker D)  It's just for Brian. Did you guys quote on some grinding you got GMS with? </w:t>
      </w:r>
    </w:p>
    <w:p>
      <w:r>
        <w:t xml:space="preserve">02:30:05   (Speaker A)  Is this something GMS would do or is this. Yeah. Is it a single panel? It's just one more experience. Yeah. We could probably do it. I don't want to speak. What I'll say is we're not concrete professionals. We could get it done, but it's probably not going to look as good as what they're gonna do. </w:t>
      </w:r>
    </w:p>
    <w:p>
      <w:r>
        <w:t xml:space="preserve">02:30:28   (Speaker F)  Yeah. I mean by the time. </w:t>
      </w:r>
    </w:p>
    <w:p>
      <w:r>
        <w:t xml:space="preserve">02:30:31   (Speaker A)  Yeah. </w:t>
      </w:r>
    </w:p>
    <w:p>
      <w:r>
        <w:t xml:space="preserve">02:30:33   (Speaker F)  If they don't do it right and put a join in, it's going to break. </w:t>
      </w:r>
    </w:p>
    <w:p>
      <w:r>
        <w:t xml:space="preserve">02:30:36   (Speaker A)  We're. We're like the middlemen. We're coming if you guys want to save some money. </w:t>
      </w:r>
    </w:p>
    <w:p>
      <w:r>
        <w:t xml:space="preserve">02:30:39   (Speaker F)  No, won't say that. </w:t>
      </w:r>
    </w:p>
    <w:p>
      <w:r>
        <w:t xml:space="preserve">02:30:40   (Speaker A)  So again. Yeah, this is definitely so first from second. Second from Ann. All in favor? All right, Most capacity is 5 to 0. Next up, we have consideration of YKG Living proposal for amenity and field services. This is just in line with the budget. What we did so just to continue service with what we talked about during. </w:t>
      </w:r>
    </w:p>
    <w:p>
      <w:r>
        <w:t xml:space="preserve">02:31:00   (Speaker E)  So this. </w:t>
      </w:r>
    </w:p>
    <w:p>
      <w:r>
        <w:t xml:space="preserve">02:31:02   (Speaker G)  Yep. </w:t>
      </w:r>
    </w:p>
    <w:p>
      <w:r>
        <w:t xml:space="preserve">02:31:03   (Speaker H)  So </w:t>
      </w:r>
    </w:p>
    <w:p>
      <w:r>
        <w:t xml:space="preserve">02:31:06   (Speaker F)  motion we accept this proposal. </w:t>
      </w:r>
    </w:p>
    <w:p>
      <w:r>
        <w:t xml:space="preserve">02:31:09   (Speaker H)  Second. </w:t>
      </w:r>
    </w:p>
    <w:p>
      <w:r>
        <w:t xml:space="preserve">02:31:10   (Speaker A)  Second from Cynthia. All in favor? Passes. Five zero. Next up, we have discussion of community events. I think we covered this when VIVEC was on a little bit. So does the board want to continue that conversation or are we good to move on? </w:t>
      </w:r>
    </w:p>
    <w:p>
      <w:r>
        <w:t xml:space="preserve">02:31:23   (Speaker E)  I think we can move on. </w:t>
      </w:r>
    </w:p>
    <w:p>
      <w:r>
        <w:t xml:space="preserve">02:31:24   (Speaker F)  Yeah. Only thing I ask is the next meeting. Just have the calls. Projected calls you're going to put on them. The only thing I saw projected amount that want to spend. I like the events and all, but </w:t>
      </w:r>
    </w:p>
    <w:p>
      <w:r>
        <w:t xml:space="preserve">02:31:35   (Speaker A)  if you just kind of project the budget. I'm not going inside of it. </w:t>
      </w:r>
    </w:p>
    <w:p>
      <w:r>
        <w:t xml:space="preserve">02:31:38   (Speaker F)  What just write down no, we'll know where what you're planning on spending money. </w:t>
      </w:r>
    </w:p>
    <w:p>
      <w:r>
        <w:t xml:space="preserve">02:31:43   (Speaker H)  I do not suggest that we do the Independence Day Celebration Summer Bash. People are gone during that time and I think it's going to fail. That's my opinion, my personal opinion. </w:t>
      </w:r>
    </w:p>
    <w:p>
      <w:r>
        <w:t xml:space="preserve">02:31:51   (Speaker F)  What about the vote for a. Are we able to do that? </w:t>
      </w:r>
    </w:p>
    <w:p>
      <w:r>
        <w:t xml:space="preserve">02:31:55   (Speaker E)  Excuse me, Michael Ardain, were these on the list of eorti approved? These were on the list we already approved before the budget. </w:t>
      </w:r>
    </w:p>
    <w:p>
      <w:r>
        <w:t xml:space="preserve">02:32:03   (Speaker H)  Right. </w:t>
      </w:r>
    </w:p>
    <w:p>
      <w:r>
        <w:t xml:space="preserve">02:32:03   (Speaker A)  For which one? </w:t>
      </w:r>
    </w:p>
    <w:p>
      <w:r>
        <w:t xml:space="preserve">02:32:07   (Speaker E)  Already on the approved list. </w:t>
      </w:r>
    </w:p>
    <w:p>
      <w:r>
        <w:t xml:space="preserve">02:32:08   (Speaker A)  Yeah, these are. These are events that we have traditionally </w:t>
      </w:r>
    </w:p>
    <w:p>
      <w:r>
        <w:t xml:space="preserve">02:32:11   (Speaker E)  done, but we approved for the budget and you gave us a budget. </w:t>
      </w:r>
    </w:p>
    <w:p>
      <w:r>
        <w:t xml:space="preserve">02:32:15   (Speaker A)  Yeah, these were all in the budget. </w:t>
      </w:r>
    </w:p>
    <w:p>
      <w:r>
        <w:t xml:space="preserve">02:32:17   (Speaker E)  So this is just an announcement. It's not approved. </w:t>
      </w:r>
    </w:p>
    <w:p>
      <w:r>
        <w:t xml:space="preserve">02:32:20   (Speaker A)  Yeah. And it's more of a. Exactly. More of a discussion. So what we did this past year, it's basically a continuance of what we did last year for these events. Last year, I believe what we did was a. Not to exceed of $3,000 for all of our large events. </w:t>
      </w:r>
    </w:p>
    <w:p>
      <w:r>
        <w:t xml:space="preserve">02:32:35   (Speaker F)  These ones. </w:t>
      </w:r>
    </w:p>
    <w:p>
      <w:r>
        <w:t xml:space="preserve">02:32:36   (Speaker A)  So for these ones, it's basically uniform. We just want to rehost these events and have the uniform budget that we've been using. </w:t>
      </w:r>
    </w:p>
    <w:p>
      <w:r>
        <w:t xml:space="preserve">02:32:43   (Speaker H)  What about the Back to School Bash and end of School Bash? Are you going to be doing that? </w:t>
      </w:r>
    </w:p>
    <w:p>
      <w:r>
        <w:t xml:space="preserve">02:32:47   (Speaker A)  So that's something that we want to talk to about with you guys. Because Even with our $3,000 budget for these large events, we will still have a balance. We'll still be able to host something like that. As we get to that next spring, next summer, we want to see if maybe those events are typically pretty small. There's not a lot of turning to it. So those events are typically pretty small. There's not too much turnout to it. So. So before we commit to anything with that, we want to try and reconfigure those with what our balance would be after the budget. </w:t>
      </w:r>
    </w:p>
    <w:p>
      <w:r>
        <w:t xml:space="preserve">02:33:17   (Speaker H)  So they're not popular. </w:t>
      </w:r>
    </w:p>
    <w:p>
      <w:r>
        <w:t xml:space="preserve">02:33:19   (Speaker J)  Yeah. </w:t>
      </w:r>
    </w:p>
    <w:p>
      <w:r>
        <w:t xml:space="preserve">02:33:19   (Speaker F)  Are we able to do the parade? </w:t>
      </w:r>
    </w:p>
    <w:p>
      <w:r>
        <w:t xml:space="preserve">02:33:24   (Speaker A)  We're gonna hope that this thing rises here over the next few months, if not. So that night we're planning on, just for now, it's going to be our boat parade night and a, you know, just a holiday party night. So no matter what, we plan on still having something that evening in that day, whether the boats can go in the water or not. We still want to have something that's </w:t>
      </w:r>
    </w:p>
    <w:p>
      <w:r>
        <w:t xml:space="preserve">02:33:45   (Speaker F)  just rebranded at the event. </w:t>
      </w:r>
    </w:p>
    <w:p>
      <w:r>
        <w:t xml:space="preserve">02:33:47   (Speaker A)  Hope for the best for, for the </w:t>
      </w:r>
    </w:p>
    <w:p>
      <w:r>
        <w:t xml:space="preserve">02:33:48   (Speaker H)  exact cookies with Santa, I believe was always very popular. </w:t>
      </w:r>
    </w:p>
    <w:p>
      <w:r>
        <w:t xml:space="preserve">02:33:52   (Speaker A)  And that's going to. That's what we're planning to have part of it, like the whole. </w:t>
      </w:r>
    </w:p>
    <w:p>
      <w:r>
        <w:t xml:space="preserve">02:33:56   (Speaker F)  All that stuff. </w:t>
      </w:r>
    </w:p>
    <w:p>
      <w:r>
        <w:t xml:space="preserve">02:33:56   (Speaker H)  So you're going to have a separate. </w:t>
      </w:r>
    </w:p>
    <w:p>
      <w:r>
        <w:t xml:space="preserve">02:33:58   (Speaker E)  So you're going to have that. </w:t>
      </w:r>
    </w:p>
    <w:p>
      <w:r>
        <w:t xml:space="preserve">02:33:59   (Speaker A)  So just, just, just based on our Previous conversation with Levec earlier, I might make the suggestion that we change the name of the boat parade to holiday party instead of Christmas. Just, just to kind of stay in line with that. So just, just a reference there. </w:t>
      </w:r>
    </w:p>
    <w:p>
      <w:r>
        <w:t xml:space="preserve">02:34:17   (Speaker H)  Will there be a book parade if the water goes up? </w:t>
      </w:r>
    </w:p>
    <w:p>
      <w:r>
        <w:t xml:space="preserve">02:34:20   (Speaker A)  I don't want to </w:t>
      </w:r>
    </w:p>
    <w:p>
      <w:r>
        <w:t xml:space="preserve">02:34:24   (Speaker E)  say this, but </w:t>
      </w:r>
    </w:p>
    <w:p>
      <w:r>
        <w:t xml:space="preserve">02:34:25   (Speaker H)  I just heard yesterday that we are in an El Nino. </w:t>
      </w:r>
    </w:p>
    <w:p>
      <w:r>
        <w:t xml:space="preserve">02:34:27   (Speaker A)  Oh yes. </w:t>
      </w:r>
    </w:p>
    <w:p>
      <w:r>
        <w:t xml:space="preserve">02:34:28   (Speaker H)  Exceptionally wet winter. And it's supposed to be a cooler winter, so. And a gentleman told me the other day he's been measured. Like he said, the lake has gone up 6 inches the past two weeks. </w:t>
      </w:r>
    </w:p>
    <w:p>
      <w:r>
        <w:t xml:space="preserve">02:34:38   (Speaker A)  Beautiful. </w:t>
      </w:r>
    </w:p>
    <w:p>
      <w:r>
        <w:t xml:space="preserve">02:34:39   (Speaker H)  So, you know, maybe by. We know it's better. Cool. </w:t>
      </w:r>
    </w:p>
    <w:p>
      <w:r>
        <w:t xml:space="preserve">02:34:44   (Speaker F)  Anything else to keep moving guys? </w:t>
      </w:r>
    </w:p>
    <w:p>
      <w:r>
        <w:t xml:space="preserve">02:34:45   (Speaker A)  Yeah, these guys have a walk on that they brought. Looks like a gate, correct? </w:t>
      </w:r>
    </w:p>
    <w:p>
      <w:r>
        <w:t xml:space="preserve">02:34:49   (Speaker D)  Yes. </w:t>
      </w:r>
    </w:p>
    <w:p>
      <w:r>
        <w:t xml:space="preserve">02:34:50   (Speaker A)  You guys have an extra copy of that? I can take a look. Oh, okay, perfect. Everybody keep going. So it's for the Cache island gate that was mentioned earlier. </w:t>
      </w:r>
    </w:p>
    <w:p>
      <w:r>
        <w:t xml:space="preserve">02:35:02   (Speaker D)  What. </w:t>
      </w:r>
    </w:p>
    <w:p>
      <w:r>
        <w:t xml:space="preserve">02:35:03   (Speaker F)  What's wrong with it? </w:t>
      </w:r>
    </w:p>
    <w:p>
      <w:r>
        <w:t xml:space="preserve">02:35:04   (Speaker A)  It's still acting up. This is replace the. The sensor itself that's over there. </w:t>
      </w:r>
    </w:p>
    <w:p>
      <w:r>
        <w:t xml:space="preserve">02:35:11   (Speaker H)  Been wide open for how long? </w:t>
      </w:r>
    </w:p>
    <w:p>
      <w:r>
        <w:t xml:space="preserve">02:35:13   (Speaker A)  We are continuously having issues with it. I mean it's a. I feel like an every other day issue. I mean they're called out there on a weekly basis. </w:t>
      </w:r>
    </w:p>
    <w:p>
      <w:r>
        <w:t xml:space="preserve">02:35:22   (Speaker I)  States. </w:t>
      </w:r>
    </w:p>
    <w:p>
      <w:r>
        <w:t xml:space="preserve">02:35:23   (Speaker H)  I guess, you know, we had issues with the, with the Cross Creek entrance until we put a speed bump. Perhaps we need to also consider putting in a speed bump at the cache aisle. Gates coming and going. </w:t>
      </w:r>
    </w:p>
    <w:p>
      <w:r>
        <w:t xml:space="preserve">02:35:37   (Speaker E)  It's also. It's up the hill and it's. And you have to stop and put in a. I mean, how much speed can you. </w:t>
      </w:r>
    </w:p>
    <w:p>
      <w:r>
        <w:t xml:space="preserve">02:35:43   (Speaker H)  Oh, I didn't even think about that. </w:t>
      </w:r>
    </w:p>
    <w:p>
      <w:r>
        <w:t xml:space="preserve">02:35:45   (Speaker D)  I make a promotion that we accept the proposal for. </w:t>
      </w:r>
    </w:p>
    <w:p>
      <w:r>
        <w:t xml:space="preserve">02:35:47   (Speaker H)  Gotta fix it. </w:t>
      </w:r>
    </w:p>
    <w:p>
      <w:r>
        <w:t xml:space="preserve">02:35:48   (Speaker G)  2189. </w:t>
      </w:r>
    </w:p>
    <w:p>
      <w:r>
        <w:t xml:space="preserve">02:35:50   (Speaker A)  First from Todd, second from Ann. All in favor? Motion passes. Five to zero. They're pretty quick. As long as they're not supposed to. </w:t>
      </w:r>
    </w:p>
    <w:p>
      <w:r>
        <w:t xml:space="preserve">02:36:03   (Speaker F)  When is it. </w:t>
      </w:r>
    </w:p>
    <w:p>
      <w:r>
        <w:t xml:space="preserve">02:36:04   (Speaker A)  When we. </w:t>
      </w:r>
    </w:p>
    <w:p>
      <w:r>
        <w:t xml:space="preserve">02:36:05   (Speaker E)  He wants to know if we have enough money. </w:t>
      </w:r>
    </w:p>
    <w:p>
      <w:r>
        <w:t xml:space="preserve">02:36:13   (Speaker F)  When are you gonna have it done? </w:t>
      </w:r>
    </w:p>
    <w:p>
      <w:r>
        <w:t xml:space="preserve">02:36:14   (Speaker A)  When explain what's the turnaround. So we'll go with them tomorrow. If they have the parts, then they'll get it. </w:t>
      </w:r>
    </w:p>
    <w:p>
      <w:r>
        <w:t xml:space="preserve">02:36:20   (Speaker I)  Saying what? </w:t>
      </w:r>
    </w:p>
    <w:p>
      <w:r>
        <w:t xml:space="preserve">02:36:20   (Speaker F)  I'm just more curious because, you know, it's. </w:t>
      </w:r>
    </w:p>
    <w:p>
      <w:r>
        <w:t xml:space="preserve">02:36:23   (Speaker A)  We get this. They're typically within a week. That's right. </w:t>
      </w:r>
    </w:p>
    <w:p>
      <w:r>
        <w:t xml:space="preserve">02:36:28   (Speaker H)  And I think you guys were saying that the cachet aisle assessment, the additional assessments that there's more than enough money in there. I. I thought you said it was like $3,000, $4,000 if I remember. </w:t>
      </w:r>
    </w:p>
    <w:p>
      <w:r>
        <w:t xml:space="preserve">02:36:40   (Speaker A)  We have a specific. </w:t>
      </w:r>
    </w:p>
    <w:p>
      <w:r>
        <w:t xml:space="preserve">02:36:41   (Speaker E)  No, no. We spent all that money on the feeding their. </w:t>
      </w:r>
    </w:p>
    <w:p>
      <w:r>
        <w:t xml:space="preserve">02:36:44   (Speaker H)  Their bridge. Oh, okay. </w:t>
      </w:r>
    </w:p>
    <w:p>
      <w:r>
        <w:t xml:space="preserve">02:36:46   (Speaker F)  They Use their money, man. Every now and then they get the gates up there too. </w:t>
      </w:r>
    </w:p>
    <w:p>
      <w:r>
        <w:t xml:space="preserve">02:36:54   (Speaker E)  They're going to be in deficit, I think. I don't remember this stuff. </w:t>
      </w:r>
    </w:p>
    <w:p>
      <w:r>
        <w:t xml:space="preserve">02:37:01   (Speaker A)  I see that. </w:t>
      </w:r>
    </w:p>
    <w:p>
      <w:r>
        <w:t xml:space="preserve">02:37:02   (Speaker E)  Yeah. </w:t>
      </w:r>
    </w:p>
    <w:p>
      <w:r>
        <w:t xml:space="preserve">02:37:03   (Speaker A)  On the agenda under landscaping on page 117, one of the topics was the. From Hurricane Milton. There was palm trees that had went down on the long Quarry Lake and Capri aisle. We have a resident that's asking if they were going to replace those palm trees from the hurricane. We don't know what kind of palms. What was it? Because that was before us. So any kind of guide. </w:t>
      </w:r>
    </w:p>
    <w:p>
      <w:r>
        <w:t xml:space="preserve">02:37:29   (Speaker E)  You need the plan. Remember we talked about having the plan for the community. </w:t>
      </w:r>
    </w:p>
    <w:p>
      <w:r>
        <w:t xml:space="preserve">02:37:34   (Speaker D)  Not at this time. Subject to the new landscaping plan. </w:t>
      </w:r>
    </w:p>
    <w:p>
      <w:r>
        <w:t xml:space="preserve">02:37:39   (Speaker F)  And what. What's the. </w:t>
      </w:r>
    </w:p>
    <w:p>
      <w:r>
        <w:t xml:space="preserve">02:37:41   (Speaker J)  The. </w:t>
      </w:r>
    </w:p>
    <w:p>
      <w:r>
        <w:t xml:space="preserve">02:37:42   (Speaker F)  The no many harm parties that you want falls. </w:t>
      </w:r>
    </w:p>
    <w:p>
      <w:r>
        <w:t xml:space="preserve">02:37:44   (Speaker A)  They just want the falls back. </w:t>
      </w:r>
    </w:p>
    <w:p>
      <w:r>
        <w:t xml:space="preserve">02:37:47   (Speaker H)  And. </w:t>
      </w:r>
    </w:p>
    <w:p>
      <w:r>
        <w:t xml:space="preserve">02:37:47   (Speaker E)  And you know, rightly so. But, you know, let's do the plan and let's look at the whole Big picture. </w:t>
      </w:r>
    </w:p>
    <w:p>
      <w:r>
        <w:t xml:space="preserve">02:37:54   (Speaker A)  TPD </w:t>
      </w:r>
    </w:p>
    <w:p>
      <w:r>
        <w:t xml:space="preserve">02:37:57   (Speaker E)  no commitment in fiscal 26. </w:t>
      </w:r>
    </w:p>
    <w:p>
      <w:r>
        <w:t xml:space="preserve">02:38:00   (Speaker A)  Moving on. Any questions for Dana? </w:t>
      </w:r>
    </w:p>
    <w:p>
      <w:r>
        <w:t xml:space="preserve">02:38:04   (Speaker E)  No. Thank you for. Thank you both, gentlemen. Thank you for everything you do and for being our. </w:t>
      </w:r>
    </w:p>
    <w:p>
      <w:r>
        <w:t xml:space="preserve">02:38:19   (Speaker A)  All right, moving on. We do have business administration items. First off, we have approval of the August 20, 2026 meeting minutes. I didn't get any changes prior to. We're looking for a motion to approve. </w:t>
      </w:r>
    </w:p>
    <w:p>
      <w:r>
        <w:t xml:space="preserve">02:38:28   (Speaker H)  I didn't read them until today. I do have sent you okay. On page 144, the third paragraph. Lastly, she complained about the POA presence and how it v. Supposed to be dead not. </w:t>
      </w:r>
    </w:p>
    <w:p>
      <w:r>
        <w:t xml:space="preserve">02:38:43   (Speaker A)  Phil did the third paragraph on 144. </w:t>
      </w:r>
    </w:p>
    <w:p>
      <w:r>
        <w:t xml:space="preserve">02:38:46   (Speaker H)  Martha Beagle's comment. And then lastly, she complained about the DOA presences and how it did not feel like a. </w:t>
      </w:r>
    </w:p>
    <w:p>
      <w:r>
        <w:t xml:space="preserve">02:38:56   (Speaker F)  And we need numbers. Supervisor, would you bring that up through. </w:t>
      </w:r>
    </w:p>
    <w:p>
      <w:r>
        <w:t xml:space="preserve">02:39:00   (Speaker H)  Yes. We need numbers for the lineup so we can quickly identify for you. That's not too much. </w:t>
      </w:r>
    </w:p>
    <w:p>
      <w:r>
        <w:t xml:space="preserve">02:39:07   (Speaker A)  Yeah. So I did request that on here when I went to my corporate office. </w:t>
      </w:r>
    </w:p>
    <w:p>
      <w:r>
        <w:t xml:space="preserve">02:39:12   (Speaker I)  They. </w:t>
      </w:r>
    </w:p>
    <w:p>
      <w:r>
        <w:t xml:space="preserve">02:39:13   (Speaker A)  They said that they like to do things. They have continuity. Continuity. And they said they prefer not to put the numbers on there. However, if that's a specific request from the entirety of the board, I will absolutely push and make that it's a </w:t>
      </w:r>
    </w:p>
    <w:p>
      <w:r>
        <w:t xml:space="preserve">02:39:26   (Speaker H)  specific request for me. What do you think? </w:t>
      </w:r>
    </w:p>
    <w:p>
      <w:r>
        <w:t xml:space="preserve">02:39:29   (Speaker D)  Yeah, I think they should be able to accommodate us with numbers. </w:t>
      </w:r>
    </w:p>
    <w:p>
      <w:r>
        <w:t xml:space="preserve">02:39:33   (Speaker E)  Yeah. </w:t>
      </w:r>
    </w:p>
    <w:p>
      <w:r>
        <w:t xml:space="preserve">02:39:33   (Speaker F)  I mean it's not a whole lot. </w:t>
      </w:r>
    </w:p>
    <w:p>
      <w:r>
        <w:t xml:space="preserve">02:39:35   (Speaker G)  Yeah. </w:t>
      </w:r>
    </w:p>
    <w:p>
      <w:r>
        <w:t xml:space="preserve">02:39:37   (Speaker H)  145 on motion. My name is spelled incorrectly. Can you have me spell check on my name throughout? Because there's a couple misspelling. Sometimes they spell it right, sometimes they don't spell it right. And 146 the board. This is the discussion of erosion concern. The first sentence, it, it says first place, period. The erosion survey. It's supposed to be capital T. I'm </w:t>
      </w:r>
    </w:p>
    <w:p>
      <w:r>
        <w:t xml:space="preserve">02:40:04   (Speaker A)  sorry, I completely lost page 146. Item number two. </w:t>
      </w:r>
    </w:p>
    <w:p>
      <w:r>
        <w:t xml:space="preserve">02:40:10   (Speaker H)  That's it. The only other one is my name is the very last. </w:t>
      </w:r>
    </w:p>
    <w:p>
      <w:r>
        <w:t xml:space="preserve">02:40:14   (Speaker A)  Oh, I see it. Yeah. Capital C. And Brian, just for my </w:t>
      </w:r>
    </w:p>
    <w:p>
      <w:r>
        <w:t xml:space="preserve">02:40:19   (Speaker F)  knowledge here, not raising the point, is it in. In should it be noted if someone votes against something in the. In this or you just write it 4 to 1? </w:t>
      </w:r>
    </w:p>
    <w:p>
      <w:r>
        <w:t xml:space="preserve">02:40:32   (Speaker A)  I write it 4 to 1 and then on my notes I have who wrote the name. Okay. Yeah, so it is, it is a public record. So it's not. </w:t>
      </w:r>
    </w:p>
    <w:p>
      <w:r>
        <w:t xml:space="preserve">02:40:40   (Speaker F)  But it doesn't have to be in the minutes. </w:t>
      </w:r>
    </w:p>
    <w:p>
      <w:r>
        <w:t xml:space="preserve">02:40:42   (Speaker A)  No, unless you guys like it. We can put that in the minutes if you'd like. </w:t>
      </w:r>
    </w:p>
    <w:p>
      <w:r>
        <w:t xml:space="preserve">02:40:46   (Speaker H)  I don't think it matters. Oh, I think it does. </w:t>
      </w:r>
    </w:p>
    <w:p>
      <w:r>
        <w:t xml:space="preserve">02:40:51   (Speaker A)  Whatever you guys like, it's up to you. </w:t>
      </w:r>
    </w:p>
    <w:p>
      <w:r>
        <w:t xml:space="preserve">02:40:52   (Speaker E)  We need to vote on. </w:t>
      </w:r>
    </w:p>
    <w:p>
      <w:r>
        <w:t xml:space="preserve">02:40:53   (Speaker F)  I mean, I think if you. I think it needs to be stated. </w:t>
      </w:r>
    </w:p>
    <w:p>
      <w:r>
        <w:t xml:space="preserve">02:40:58   (Speaker A)  If a member of the public wanted </w:t>
      </w:r>
    </w:p>
    <w:p>
      <w:r>
        <w:t xml:space="preserve">02:41:00   (Speaker D)  to know how we voted on something, how would they go about ascertaining a </w:t>
      </w:r>
    </w:p>
    <w:p>
      <w:r>
        <w:t xml:space="preserve">02:41:06   (Speaker A)  couple of different ways. </w:t>
      </w:r>
    </w:p>
    <w:p>
      <w:r>
        <w:t xml:space="preserve">02:41:07   (Speaker E)  I, I want to contradict you, Brian, because you said it here on page 147 on motion by Mr. Apoth and seconded by Mrs. Navigator there with Mr. A. McIntyre, Bellier and Apple in favor. </w:t>
      </w:r>
    </w:p>
    <w:p>
      <w:r>
        <w:t xml:space="preserve">02:41:22   (Speaker A)  I read it wrong. </w:t>
      </w:r>
    </w:p>
    <w:p>
      <w:r>
        <w:t xml:space="preserve">02:41:23   (Speaker F)  I didn't see that statement, but I'm correct. Yeah, I was just looking at the 4 to 1 and I was like, okay. I was just making sure we, we were consistent. Okay, we're good. </w:t>
      </w:r>
    </w:p>
    <w:p>
      <w:r>
        <w:t xml:space="preserve">02:41:37   (Speaker E)  Yeah. I think it's important that those are spelled out so that when the residents are wondering about how supervisor voted on something that they're recognized in the middle. </w:t>
      </w:r>
    </w:p>
    <w:p>
      <w:r>
        <w:t xml:space="preserve">02:41:50   (Speaker A)  All right, so I'd just be looking for a motion to approve as amended. So I got first from Ron, second from Anne. All in favor? Motion passes five to zero. All right, next up, we do have discussion of landscape rfp. Not much to discuss this this month. Next month you should have the, the initial packet ready for you guys. I think we need to look some </w:t>
      </w:r>
    </w:p>
    <w:p>
      <w:r>
        <w:t xml:space="preserve">02:42:14   (Speaker F)  things in the back. You got Corey Lakes. It's Corey Lake out. </w:t>
      </w:r>
    </w:p>
    <w:p>
      <w:r>
        <w:t xml:space="preserve">02:42:20   (Speaker E)  No, actually the official name is Corey Lakes. </w:t>
      </w:r>
    </w:p>
    <w:p>
      <w:r>
        <w:t xml:space="preserve">02:42:22   (Speaker F)  Okay, so this </w:t>
      </w:r>
    </w:p>
    <w:p>
      <w:r>
        <w:t xml:space="preserve">02:42:27   (Speaker H)  Cory Lakes. </w:t>
      </w:r>
    </w:p>
    <w:p>
      <w:r>
        <w:t xml:space="preserve">02:42:28   (Speaker E)  Yeah, it's our official name. </w:t>
      </w:r>
    </w:p>
    <w:p>
      <w:r>
        <w:t xml:space="preserve">02:42:29   (Speaker H)  Oh, it's a sciences. Cory Lake. </w:t>
      </w:r>
    </w:p>
    <w:p>
      <w:r>
        <w:t xml:space="preserve">02:42:31   (Speaker E)  I know it does. The official name in our legal documents is Corey Makes. </w:t>
      </w:r>
    </w:p>
    <w:p>
      <w:r>
        <w:t xml:space="preserve">02:42:37   (Speaker H)  Okay. </w:t>
      </w:r>
    </w:p>
    <w:p>
      <w:r>
        <w:t xml:space="preserve">02:42:38   (Speaker F)  That's the first. </w:t>
      </w:r>
    </w:p>
    <w:p>
      <w:r>
        <w:t xml:space="preserve">02:42:40   (Speaker H)  Yes. </w:t>
      </w:r>
    </w:p>
    <w:p>
      <w:r>
        <w:t xml:space="preserve">02:42:41   (Speaker F)  I see nobody else uses that. </w:t>
      </w:r>
    </w:p>
    <w:p>
      <w:r>
        <w:t xml:space="preserve">02:42:45   (Speaker E)  No, we don't use it. But that's our. </w:t>
      </w:r>
    </w:p>
    <w:p>
      <w:r>
        <w:t xml:space="preserve">02:42:47   (Speaker H)  That's Our okay. </w:t>
      </w:r>
    </w:p>
    <w:p>
      <w:r>
        <w:t xml:space="preserve">02:42:48   (Speaker A)  Should do. We do the. </w:t>
      </w:r>
    </w:p>
    <w:p>
      <w:r>
        <w:t xml:space="preserve">02:42:54   (Speaker F)  Also known as AKA </w:t>
      </w:r>
    </w:p>
    <w:p>
      <w:r>
        <w:t xml:space="preserve">02:42:59   (Speaker A)  if you like it. You. These proposers all know what community we're speaking about. But if you'd like to we can put it. </w:t>
      </w:r>
    </w:p>
    <w:p>
      <w:r>
        <w:t xml:space="preserve">02:43:06   (Speaker F)  I'm just. I'm good with it. Just. Okay. And I'm sorry to interrupt you anyway. So the. </w:t>
      </w:r>
    </w:p>
    <w:p>
      <w:r>
        <w:t xml:space="preserve">02:43:14   (Speaker D)  The. </w:t>
      </w:r>
    </w:p>
    <w:p>
      <w:r>
        <w:t xml:space="preserve">02:43:14   (Speaker F)  The houses. I'm calling. I'm calling Lane Drive is not called Lane Drive. It's called M Drive. </w:t>
      </w:r>
    </w:p>
    <w:p>
      <w:r>
        <w:t xml:space="preserve">02:43:19   (Speaker E)  No, we didn't say that. </w:t>
      </w:r>
    </w:p>
    <w:p>
      <w:r>
        <w:t xml:space="preserve">02:43:21   (Speaker H)  I said the official name of our community is or makes it is not Cory Lake Isles. So it's not Cory Lakes Isles. It's Cory. It's not Cory Lake Isles of Corey Lakes. </w:t>
      </w:r>
    </w:p>
    <w:p>
      <w:r>
        <w:t xml:space="preserve">02:43:36   (Speaker A)  That's correct. </w:t>
      </w:r>
    </w:p>
    <w:p>
      <w:r>
        <w:t xml:space="preserve">02:43:37   (Speaker H)  Island. </w:t>
      </w:r>
    </w:p>
    <w:p>
      <w:r>
        <w:t xml:space="preserve">02:43:37   (Speaker E)  Yeah, that's correct. </w:t>
      </w:r>
    </w:p>
    <w:p>
      <w:r>
        <w:t xml:space="preserve">02:43:39   (Speaker H)  Just Cory Lakes. </w:t>
      </w:r>
    </w:p>
    <w:p>
      <w:r>
        <w:t xml:space="preserve">02:43:40   (Speaker E)  That's artificial. </w:t>
      </w:r>
    </w:p>
    <w:p>
      <w:r>
        <w:t xml:space="preserve">02:43:51   (Speaker D)  Corey Lakes Community Development District. </w:t>
      </w:r>
    </w:p>
    <w:p>
      <w:r>
        <w:t xml:space="preserve">02:43:53   (Speaker A)  Okay. </w:t>
      </w:r>
    </w:p>
    <w:p>
      <w:r>
        <w:t xml:space="preserve">02:43:53   (Speaker E)  That's right. </w:t>
      </w:r>
    </w:p>
    <w:p>
      <w:r>
        <w:t xml:space="preserve">02:43:55   (Speaker A)  Thank you very much. </w:t>
      </w:r>
    </w:p>
    <w:p>
      <w:r>
        <w:t xml:space="preserve">02:43:56   (Speaker F)  Okay. The other one is I have a question. </w:t>
      </w:r>
    </w:p>
    <w:p>
      <w:r>
        <w:t xml:space="preserve">02:44:03   (Speaker H)  Okay. </w:t>
      </w:r>
    </w:p>
    <w:p>
      <w:r>
        <w:t xml:space="preserve">02:44:03   (Speaker F)  Only I'm on page 156 when it says and on the qualification of the third it said the education should be training in education supervisor team would super </w:t>
      </w:r>
    </w:p>
    <w:p>
      <w:r>
        <w:t xml:space="preserve">02:44:21   (Speaker D)  chain of </w:t>
      </w:r>
    </w:p>
    <w:p>
      <w:r>
        <w:t xml:space="preserve">02:44:24   (Speaker F)  proposal assign the district including the name, time, number of years service relevant education should just be. Education should include training as well. </w:t>
      </w:r>
    </w:p>
    <w:p>
      <w:r>
        <w:t xml:space="preserve">02:44:34   (Speaker A)  Anyway, basically what. What this is asking the proposer to do is give you guys their qualifications. So whatever you guys want, you guys want to add or take away from that. </w:t>
      </w:r>
    </w:p>
    <w:p>
      <w:r>
        <w:t xml:space="preserve">02:44:45   (Speaker F)  I think it should be training education here now. </w:t>
      </w:r>
    </w:p>
    <w:p>
      <w:r>
        <w:t xml:space="preserve">02:44:49   (Speaker A)  Train Education and training. </w:t>
      </w:r>
    </w:p>
    <w:p>
      <w:r>
        <w:t xml:space="preserve">02:44:50   (Speaker F)  Yeah. </w:t>
      </w:r>
    </w:p>
    <w:p>
      <w:r>
        <w:t xml:space="preserve">02:44:50   (Speaker D)  Training have education and work experience. </w:t>
      </w:r>
    </w:p>
    <w:p>
      <w:r>
        <w:t xml:space="preserve">02:44:53   (Speaker A)  Yeah. Okay. </w:t>
      </w:r>
    </w:p>
    <w:p>
      <w:r>
        <w:t xml:space="preserve">02:44:54   (Speaker F)  Yeah. </w:t>
      </w:r>
    </w:p>
    <w:p>
      <w:r>
        <w:t xml:space="preserve">02:44:55   (Speaker E)  And I think all of those three items would come into play with. With their technical capabilities. </w:t>
      </w:r>
    </w:p>
    <w:p>
      <w:r>
        <w:t xml:space="preserve">02:45:04   (Speaker D)  I had a question about who is Clayton Smith? </w:t>
      </w:r>
    </w:p>
    <w:p>
      <w:r>
        <w:t xml:space="preserve">02:45:06   (Speaker A)  He is our director of Fluid Services. </w:t>
      </w:r>
    </w:p>
    <w:p>
      <w:r>
        <w:t xml:space="preserve">02:45:08   (Speaker D)  Okay. </w:t>
      </w:r>
    </w:p>
    <w:p>
      <w:r>
        <w:t xml:space="preserve">02:45:09   (Speaker A)  He's going to be the guy running your rfp. He is not my boss. Yeah, he is parallel to me. We are. We're on the same leg. Yeah. So no, no, that was Jason. </w:t>
      </w:r>
    </w:p>
    <w:p>
      <w:r>
        <w:t xml:space="preserve">02:45:20   (Speaker F)  Under the proposal is there conflict with the A and B there? Because it says one each pro sh submit deliver complete says then it goes back and. And said time that you. You. You'll take it in the mail and all. So I mean it just seems like it. What do they seem like they deliver? </w:t>
      </w:r>
    </w:p>
    <w:p>
      <w:r>
        <w:t xml:space="preserve">02:45:43   (Speaker A)  So these formal RFP processes have to go a specific way. And I know Clayton's worked on this one this specific scope and. And packet for years. So I can bring that up to him. But if it's. If it's in here, it's usually in here for a pretty good reason. </w:t>
      </w:r>
    </w:p>
    <w:p>
      <w:r>
        <w:t xml:space="preserve">02:45:56   (Speaker F)  Okay, that's right. I just was reading and up in 11 it says 10 board meeting should be monthly or should. Should we just leave and say board Meeting. </w:t>
      </w:r>
    </w:p>
    <w:p>
      <w:r>
        <w:t xml:space="preserve">02:46:05   (Speaker A)  So this is just for the proposal. So they're making it mandatory that they come in person into the proposal meeting to present. </w:t>
      </w:r>
    </w:p>
    <w:p>
      <w:r>
        <w:t xml:space="preserve">02:46:11   (Speaker D)  It's not. </w:t>
      </w:r>
    </w:p>
    <w:p>
      <w:r>
        <w:t xml:space="preserve">02:46:11   (Speaker F)  What's not the one I'm talking about. The 11 is mandatory tenants to propose on the RV. Yeah. You wouldn't. </w:t>
      </w:r>
    </w:p>
    <w:p>
      <w:r>
        <w:t xml:space="preserve">02:46:21   (Speaker A)  We wouldn't, man. We wouldn't mandate different landscape companies to come to your meetings until you've actually made a selection. But you still. We'll put that in agreement. </w:t>
      </w:r>
    </w:p>
    <w:p>
      <w:r>
        <w:t xml:space="preserve">02:46:29   (Speaker F)  You're putting this in the criteria here. The 10 board meeting. So that's fine. </w:t>
      </w:r>
    </w:p>
    <w:p>
      <w:r>
        <w:t xml:space="preserve">02:46:35   (Speaker A)  We're gonna. We're gonna. Yeah, we're gonna. Specifically what the day. Day of that specific meeting we're talking about. As you can see, the date on it. </w:t>
      </w:r>
    </w:p>
    <w:p>
      <w:r>
        <w:t xml:space="preserve">02:46:43   (Speaker E)  Question back to number nine. Sorry, but I wasn't quite up to speed about this. I understand that the that the RFP response can be delivered to the physical address, but wouldn't it be handier to have also a an email copy so we can electron. </w:t>
      </w:r>
    </w:p>
    <w:p>
      <w:r>
        <w:t xml:space="preserve">02:47:06   (Speaker A)  So you have to. You have to. So, so again this is a formal process. They're required to give us a hard copy as well as an electronic Y. </w:t>
      </w:r>
    </w:p>
    <w:p>
      <w:r>
        <w:t xml:space="preserve">02:47:15   (Speaker F)  And it says electronic versions. </w:t>
      </w:r>
    </w:p>
    <w:p>
      <w:r>
        <w:t xml:space="preserve">02:47:19   (Speaker E)  Okay. </w:t>
      </w:r>
    </w:p>
    <w:p>
      <w:r>
        <w:t xml:space="preserve">02:47:19   (Speaker F)  That's why I said they will get some of the conflict when you read it like okay, which one do you want? </w:t>
      </w:r>
    </w:p>
    <w:p>
      <w:r>
        <w:t xml:space="preserve">02:47:25   (Speaker A)  Right. But again, yeah, we want both. </w:t>
      </w:r>
    </w:p>
    <w:p>
      <w:r>
        <w:t xml:space="preserve">02:47:27   (Speaker H)  Okay. </w:t>
      </w:r>
    </w:p>
    <w:p>
      <w:r>
        <w:t xml:space="preserve">02:47:29   (Speaker F)  I didn't see anything else to that feel. </w:t>
      </w:r>
    </w:p>
    <w:p>
      <w:r>
        <w:t xml:space="preserve">02:47:32   (Speaker A)  You'll review more next month's meeting. </w:t>
      </w:r>
    </w:p>
    <w:p>
      <w:r>
        <w:t xml:space="preserve">02:47:35   (Speaker F)  Oh, and go Back to page 160 on the price. Looks like they went back and corrected. His full 30 points will automatically be rewarded. Then he goes back and put his claimer to the lowest total price. </w:t>
      </w:r>
    </w:p>
    <w:p>
      <w:r>
        <w:t xml:space="preserve">02:47:50   (Speaker A)  Then he goes in. </w:t>
      </w:r>
    </w:p>
    <w:p>
      <w:r>
        <w:t xml:space="preserve">02:47:52   (Speaker F)  Then it goes down to low, is determined to be an ally. Ally. And then he does it. So he's kind of. </w:t>
      </w:r>
    </w:p>
    <w:p>
      <w:r>
        <w:t xml:space="preserve">02:47:59   (Speaker A)  I'm going to let Clayton explain that one to you. </w:t>
      </w:r>
    </w:p>
    <w:p>
      <w:r>
        <w:t xml:space="preserve">02:48:01   (Speaker F)  I know what he's saying there when but it seems to come kind of having a whole place. </w:t>
      </w:r>
    </w:p>
    <w:p>
      <w:r>
        <w:t xml:space="preserve">02:48:06   (Speaker A)  I, I, yeah, I see what you're saying and I know there's a reason for it. I just don't know it off the top of my head. So I'm going to ask him to be on you make the next meeting. </w:t>
      </w:r>
    </w:p>
    <w:p>
      <w:r>
        <w:t xml:space="preserve">02:48:14   (Speaker F)  So not a problem. Anyway, I'm good. Otherwise this kind of things I love to do. </w:t>
      </w:r>
    </w:p>
    <w:p>
      <w:r>
        <w:t xml:space="preserve">02:48:18   (Speaker D)  And we're comfortable with the evaluation criteria. We can talk to him about the split if we want to change the </w:t>
      </w:r>
    </w:p>
    <w:p>
      <w:r>
        <w:t xml:space="preserve">02:48:24   (Speaker A)  weight on the different five categories. Now we're ready for performance. </w:t>
      </w:r>
    </w:p>
    <w:p>
      <w:r>
        <w:t xml:space="preserve">02:48:28   (Speaker E)  Mad Music who's going to? </w:t>
      </w:r>
    </w:p>
    <w:p>
      <w:r>
        <w:t xml:space="preserve">02:48:29   (Speaker A)  Who's going to. What do you mean you guys are yeah, we send the way. Yeah, you guys will get the. You guys will receive all proposals seven days prior to your meeting. We can't get it to you any sooner by statute. That's just how it has to go. So you guys will have seven days to review it all. Get your questions. I would just say just make sure that you have your questions prepared. We're only going to give these guys eight to ten minutes to propose. So we want to get them information for 5 minutes. Get your guys questions in 5 minutes and keep that rolling. So just be prepared. </w:t>
      </w:r>
    </w:p>
    <w:p>
      <w:r>
        <w:t xml:space="preserve">02:48:58   (Speaker E)  When is this going out and what's the due date? </w:t>
      </w:r>
    </w:p>
    <w:p>
      <w:r>
        <w:t xml:space="preserve">02:49:00   (Speaker A)  So next month you guys will review the scope with along with the mapping and make sure that that's correct. If you guys approve that the next very next day we're going to send it out in the advertisement get people. So you guys will probably be looking at quotes or proposals in November. Yeah, you're mean the meeting. </w:t>
      </w:r>
    </w:p>
    <w:p>
      <w:r>
        <w:t xml:space="preserve">02:49:17   (Speaker F)  Okay. </w:t>
      </w:r>
    </w:p>
    <w:p>
      <w:r>
        <w:t xml:space="preserve">02:49:20   (Speaker A)  Would not have a special meeting for something like this. So just everything is just going to be wrapped into your regular meetings moving forward. </w:t>
      </w:r>
    </w:p>
    <w:p>
      <w:r>
        <w:t xml:space="preserve">02:49:29   (Speaker H)  I'm just trying to figure out if I can be out of touch. </w:t>
      </w:r>
    </w:p>
    <w:p>
      <w:r>
        <w:t xml:space="preserve">02:49:32   (Speaker A)  Oh, got it. Sure. I mean you can also attend it via Zoom if you really want as well. I mean I think these guys have </w:t>
      </w:r>
    </w:p>
    <w:p>
      <w:r>
        <w:t xml:space="preserve">02:49:38   (Speaker F)  not one of the seven or eight hours advance which we're going to European usually say eight hours there. </w:t>
      </w:r>
    </w:p>
    <w:p>
      <w:r>
        <w:t xml:space="preserve">02:49:44   (Speaker A)  Okay, you'll be with us. Any other questions regarding that document? </w:t>
      </w:r>
    </w:p>
    <w:p>
      <w:r>
        <w:t xml:space="preserve">02:49:55   (Speaker E)  It is 8:50 and I'd really love to finish this meeting. </w:t>
      </w:r>
    </w:p>
    <w:p>
      <w:r>
        <w:t xml:space="preserve">02:49:58   (Speaker A)  So I think the next stop is acceptance for the fiscal year 2027. Goals Objectives. We put this together for you. Very attainable items. You guys have to do this every year. That's a statutory requirement. So we just be looking for a motion to approve that. </w:t>
      </w:r>
    </w:p>
    <w:p>
      <w:r>
        <w:t xml:space="preserve">02:50:10   (Speaker F)  Can't. You can't because you're not complying on item 3.2. </w:t>
      </w:r>
    </w:p>
    <w:p>
      <w:r>
        <w:t xml:space="preserve">02:50:15   (Speaker A)  What we comply. This would be for your next fiscal year. So this. Yeah, correct. This is going forward. Okay. Okay. </w:t>
      </w:r>
    </w:p>
    <w:p>
      <w:r>
        <w:t xml:space="preserve">02:50:22   (Speaker G)  I make a motion. </w:t>
      </w:r>
    </w:p>
    <w:p>
      <w:r>
        <w:t xml:space="preserve">02:50:24   (Speaker F)  All right. </w:t>
      </w:r>
    </w:p>
    <w:p>
      <w:r>
        <w:t xml:space="preserve">02:50:24   (Speaker A)  First from Todd, second from Ann. All in Favor Motion passage 9 to 0. Next up, we do have a discussion of public roadways. You covered that with Vivek, so we're going to move on. We do have approval of the financial reports. I do want to report before we go into in there. Kai did not finish your audit. Gms. GMS stepped in. We got your audit done. We sent it over you. We're going to have to talk about that next month and how you guys want to proceed with that because you guys paid Kai to do It. You guys paid them. You guys already paid them. They didn't do it. They refused to do it. I followed up multiple times. I'm trying to talk with. With mine to try to save that charge but it was a lot of work for ours. I wouldn't be able to tell you but. But I would. </w:t>
      </w:r>
    </w:p>
    <w:p>
      <w:r>
        <w:t xml:space="preserve">02:51:12   (Speaker F)  I. </w:t>
      </w:r>
    </w:p>
    <w:p>
      <w:r>
        <w:t xml:space="preserve">02:51:12   (Speaker A)  My opinion is that and I fought pretty hard. </w:t>
      </w:r>
    </w:p>
    <w:p>
      <w:r>
        <w:t xml:space="preserve">02:51:16   (Speaker E)  So we'll see how the numbers work out and then we'll. </w:t>
      </w:r>
    </w:p>
    <w:p>
      <w:r>
        <w:t xml:space="preserve">02:51:18   (Speaker A)  Y. </w:t>
      </w:r>
    </w:p>
    <w:p>
      <w:r>
        <w:t xml:space="preserve">02:51:20   (Speaker D)  By the way, any. Any commentary on the author? </w:t>
      </w:r>
    </w:p>
    <w:p>
      <w:r>
        <w:t xml:space="preserve">02:51:23   (Speaker A)  No. Leah went through it so I'll ask her to put together some sort of statement for you guys and I'll send it out to you guys. </w:t>
      </w:r>
    </w:p>
    <w:p>
      <w:r>
        <w:t xml:space="preserve">02:51:29   (Speaker E)  Okay. Y. </w:t>
      </w:r>
    </w:p>
    <w:p>
      <w:r>
        <w:t xml:space="preserve">02:51:30   (Speaker A)  Next up. We do have approval financial reports. Any questions, anything there. I still don't know how much the </w:t>
      </w:r>
    </w:p>
    <w:p>
      <w:r>
        <w:t xml:space="preserve">02:51:35   (Speaker F)  money we got left. </w:t>
      </w:r>
    </w:p>
    <w:p>
      <w:r>
        <w:t xml:space="preserve">02:51:38   (Speaker A)  So I can. </w:t>
      </w:r>
    </w:p>
    <w:p>
      <w:r>
        <w:t xml:space="preserve">02:51:39   (Speaker D)  I could give it a shot Ron </w:t>
      </w:r>
    </w:p>
    <w:p>
      <w:r>
        <w:t xml:space="preserve">02:51:42   (Speaker F)  so that you sue B. </w:t>
      </w:r>
    </w:p>
    <w:p>
      <w:r>
        <w:t xml:space="preserve">02:51:43   (Speaker E)  No. As of this afternoon we have still had close to a million dollars left. </w:t>
      </w:r>
    </w:p>
    <w:p>
      <w:r>
        <w:t xml:space="preserve">02:51:50   (Speaker D)  Million 48 at the close of August 31st unbalance today. </w:t>
      </w:r>
    </w:p>
    <w:p>
      <w:r>
        <w:t xml:space="preserve">02:51:57   (Speaker A)  So it's still there. </w:t>
      </w:r>
    </w:p>
    <w:p>
      <w:r>
        <w:t xml:space="preserve">02:51:59   (Speaker F)  You look $1,000,255 and </w:t>
      </w:r>
    </w:p>
    <w:p>
      <w:r>
        <w:t xml:space="preserve">02:52:05   (Speaker E)  just under a </w:t>
      </w:r>
    </w:p>
    <w:p>
      <w:r>
        <w:t xml:space="preserve">02:52:05   (Speaker D)  million need to take out the debt Service. </w:t>
      </w:r>
    </w:p>
    <w:p>
      <w:r>
        <w:t xml:space="preserve">02:52:09   (Speaker A)  Take that 200 out of that but </w:t>
      </w:r>
    </w:p>
    <w:p>
      <w:r>
        <w:t xml:space="preserve">02:52:10   (Speaker D)  not a million much. </w:t>
      </w:r>
    </w:p>
    <w:p>
      <w:r>
        <w:t xml:space="preserve">02:52:11   (Speaker A)  That's still there. Yeah. </w:t>
      </w:r>
    </w:p>
    <w:p>
      <w:r>
        <w:t xml:space="preserve">02:52:12   (Speaker D)  So I. I would. </w:t>
      </w:r>
    </w:p>
    <w:p>
      <w:r>
        <w:t xml:space="preserve">02:52:15   (Speaker A)  I would direct your. Okay. </w:t>
      </w:r>
    </w:p>
    <w:p>
      <w:r>
        <w:t xml:space="preserve">02:52:18   (Speaker D)  Page 232. We were just talking about that. So a little over a million bucks and said in the bank as of today. If you look at that fund balance you got about. Let's just round up half a million dollars of unassigned. </w:t>
      </w:r>
    </w:p>
    <w:p>
      <w:r>
        <w:t xml:space="preserve">02:52:34   (Speaker F)  Of that million. </w:t>
      </w:r>
    </w:p>
    <w:p>
      <w:r>
        <w:t xml:space="preserve">02:52:35   (Speaker E)  All right. </w:t>
      </w:r>
    </w:p>
    <w:p>
      <w:r>
        <w:t xml:space="preserve">02:52:36   (Speaker F)  484 99. </w:t>
      </w:r>
    </w:p>
    <w:p>
      <w:r>
        <w:t xml:space="preserve">02:52:38   (Speaker D)  So let's go over page 236. 236 is the monthly expenditure tab. </w:t>
      </w:r>
    </w:p>
    <w:p>
      <w:r>
        <w:t xml:space="preserve">02:52:45   (Speaker F)  Yeah. </w:t>
      </w:r>
    </w:p>
    <w:p>
      <w:r>
        <w:t xml:space="preserve">02:52:45   (Speaker D)  And if you go down, take your eye down to the form, line up and you see where we've been spending. </w:t>
      </w:r>
    </w:p>
    <w:p>
      <w:r>
        <w:t xml:space="preserve">02:52:53   (Speaker F)  We've been. We've been. </w:t>
      </w:r>
    </w:p>
    <w:p>
      <w:r>
        <w:t xml:space="preserve">02:52:54   (Speaker D)  We've been booking expenses of 150. 150 last month was $111,000. Right. So we've got another one more month. Right. Finish out the year and then as we said earlier, we need some cash to bite us over until. Until we get revenues. Most of it is December, but we usually get some in November. So, you know, I think you've got. You've got ample cash, more than enough cash to meet your. Your expenditure levels over the next two months to bridge you through to November and December based on your fund. </w:t>
      </w:r>
    </w:p>
    <w:p>
      <w:r>
        <w:t xml:space="preserve">02:53:35   (Speaker F)  Well, see I. I looked at that but what I did see in this form and this sheet over here from the monthly doesn't give me the number that I'm looking for you. </w:t>
      </w:r>
    </w:p>
    <w:p>
      <w:r>
        <w:t xml:space="preserve">02:53:47   (Speaker J)  You, you. </w:t>
      </w:r>
    </w:p>
    <w:p>
      <w:r>
        <w:t xml:space="preserve">02:53:48   (Speaker F)  When you try to extract it, you, you have to. The closest you got is over here to tell you what you got, but it doesn't jump. I don't see how that JS over and give you their main balance over here. </w:t>
      </w:r>
    </w:p>
    <w:p>
      <w:r>
        <w:t xml:space="preserve">02:54:01   (Speaker D)  Well, plus your balance sheet shows your. Yeah, but if this is a, you </w:t>
      </w:r>
    </w:p>
    <w:p>
      <w:r>
        <w:t xml:space="preserve">02:54:05   (Speaker F)  know, I get it but I just like to know or file anomaly and I'm sticking over here. So I'm just, I'm a little anal. </w:t>
      </w:r>
    </w:p>
    <w:p>
      <w:r>
        <w:t xml:space="preserve">02:54:15   (Speaker H)  So we have to have two months of operating reserves. </w:t>
      </w:r>
    </w:p>
    <w:p>
      <w:r>
        <w:t xml:space="preserve">02:54:18   (Speaker E)  Right. </w:t>
      </w:r>
    </w:p>
    <w:p>
      <w:r>
        <w:t xml:space="preserve">02:54:18   (Speaker A)  Right. Okay. </w:t>
      </w:r>
    </w:p>
    <w:p>
      <w:r>
        <w:t xml:space="preserve">02:54:19   (Speaker H)  And that's 100, 111 per month or how much did you say per month? </w:t>
      </w:r>
    </w:p>
    <w:p>
      <w:r>
        <w:t xml:space="preserve">02:54:23   (Speaker A)  Well, you probably. I book 150300K. </w:t>
      </w:r>
    </w:p>
    <w:p>
      <w:r>
        <w:t xml:space="preserve">02:54:27   (Speaker H)  That'll take us through October, November. </w:t>
      </w:r>
    </w:p>
    <w:p>
      <w:r>
        <w:t xml:space="preserve">02:54:30   (Speaker F)  Yeah. </w:t>
      </w:r>
    </w:p>
    <w:p>
      <w:r>
        <w:t xml:space="preserve">02:54:30   (Speaker H)  I mean so we have. </w:t>
      </w:r>
    </w:p>
    <w:p>
      <w:r>
        <w:t xml:space="preserve">02:54:31   (Speaker F)  I guess. Yeah, I got that. I'm going off these things. </w:t>
      </w:r>
    </w:p>
    <w:p>
      <w:r>
        <w:t xml:space="preserve">02:54:37   (Speaker E)  I know but I'm just assuring you </w:t>
      </w:r>
    </w:p>
    <w:p>
      <w:r>
        <w:t xml:space="preserve">02:54:40   (Speaker H)  we are in good shape. We should all count ourselves. </w:t>
      </w:r>
    </w:p>
    <w:p>
      <w:r>
        <w:t xml:space="preserve">02:54:43   (Speaker D)  Yeah, I mean, well, I don't understand what the discount. You got a million bucks in the bank. </w:t>
      </w:r>
    </w:p>
    <w:p>
      <w:r>
        <w:t xml:space="preserve">02:54:50   (Speaker F)  I'm not just gonna, I, I, I'm moving and just. Dude, I'm gonna head somewhere else. I'm cutting my hand somewhere. It's not even in that right now. </w:t>
      </w:r>
    </w:p>
    <w:p>
      <w:r>
        <w:t xml:space="preserve">02:54:56   (Speaker D)  We, we've got the money to make us through the fiscal end of the year for the next. I mean based on our. </w:t>
      </w:r>
    </w:p>
    <w:p>
      <w:r>
        <w:t xml:space="preserve">02:55:02   (Speaker F)  I know that because we made a plan. </w:t>
      </w:r>
    </w:p>
    <w:p>
      <w:r>
        <w:t xml:space="preserve">02:55:04   (Speaker E)  Yes, right. </w:t>
      </w:r>
    </w:p>
    <w:p>
      <w:r>
        <w:t xml:space="preserve">02:55:08   (Speaker F)  I'm good. I'm just trying to make sure we we got it. I'm here, I see it and confirm the numbers. </w:t>
      </w:r>
    </w:p>
    <w:p>
      <w:r>
        <w:t xml:space="preserve">02:55:15   (Speaker J)  I'm good. </w:t>
      </w:r>
    </w:p>
    <w:p>
      <w:r>
        <w:t xml:space="preserve">02:55:15   (Speaker A)  So yeah, just so everyone's aware, in between meetings, anyone at any time can reach out to me, schedule a call their accountant. We can get you clear answers so you guys don't have to wait for meeting and get your answer. </w:t>
      </w:r>
    </w:p>
    <w:p>
      <w:r>
        <w:t xml:space="preserve">02:55:25   (Speaker H)  I have a, I have a question about one of the projects that we had set aside money for for 26 and that is finishing the furniture. Getting the furniture here in the beach club. We had set aside I think 38k and found some great sofas. I think you spent what, 8,000 on those. Which means that we have 30,000 left to spend on the furniture. Can we go forward with that and get some furniture in here? We, we, </w:t>
      </w:r>
    </w:p>
    <w:p>
      <w:r>
        <w:t xml:space="preserve">02:55:53   (Speaker E)  I don't think we actually. But I mean we probably don't have two money. But we actually budgeted fiscal 27 for </w:t>
      </w:r>
    </w:p>
    <w:p>
      <w:r>
        <w:t xml:space="preserve">02:55:59   (Speaker H)  furniture because 26 have that on our wish list. </w:t>
      </w:r>
    </w:p>
    <w:p>
      <w:r>
        <w:t xml:space="preserve">02:56:04   (Speaker A)  That's all you know, I, I, I wouldn't spend it. </w:t>
      </w:r>
    </w:p>
    <w:p>
      <w:r>
        <w:t xml:space="preserve">02:56:08   (Speaker D)  I wouldn't approve with this one. </w:t>
      </w:r>
    </w:p>
    <w:p>
      <w:r>
        <w:t xml:space="preserve">02:56:09   (Speaker A)  I would wait on that one. </w:t>
      </w:r>
    </w:p>
    <w:p>
      <w:r>
        <w:t xml:space="preserve">02:56:10   (Speaker D)  Because I think the malt. </w:t>
      </w:r>
    </w:p>
    <w:p>
      <w:r>
        <w:t xml:space="preserve">02:56:12   (Speaker G)  You got too much with your mulch. </w:t>
      </w:r>
    </w:p>
    <w:p>
      <w:r>
        <w:t xml:space="preserve">02:56:13   (Speaker D)  Yeah. </w:t>
      </w:r>
    </w:p>
    <w:p>
      <w:r>
        <w:t xml:space="preserve">02:56:16   (Speaker F)  So we position right now to make a motion on getting the mulch is what I needed. </w:t>
      </w:r>
    </w:p>
    <w:p>
      <w:r>
        <w:t xml:space="preserve">02:56:20   (Speaker A)  I, I think you, you know, you </w:t>
      </w:r>
    </w:p>
    <w:p>
      <w:r>
        <w:t xml:space="preserve">02:56:22   (Speaker D)  could absolutely make a motion to say not to exceed $60,000. </w:t>
      </w:r>
    </w:p>
    <w:p>
      <w:r>
        <w:t xml:space="preserve">02:56:27   (Speaker F)  Let's proceed with that motion. </w:t>
      </w:r>
    </w:p>
    <w:p>
      <w:r>
        <w:t xml:space="preserve">02:56:28   (Speaker E)  Yeah. </w:t>
      </w:r>
    </w:p>
    <w:p>
      <w:r>
        <w:t xml:space="preserve">02:56:29   (Speaker H)  But the bid is for 76, so maybe 80. </w:t>
      </w:r>
    </w:p>
    <w:p>
      <w:r>
        <w:t xml:space="preserve">02:56:36   (Speaker F)  I would raise the question if I made before the motion's made, should we consider using the same type mulch around chain things what we use around the clubhouse. </w:t>
      </w:r>
    </w:p>
    <w:p>
      <w:r>
        <w:t xml:space="preserve">02:56:46   (Speaker H)  The shredded. </w:t>
      </w:r>
    </w:p>
    <w:p>
      <w:r>
        <w:t xml:space="preserve">02:56:47   (Speaker F)  It's what's out there. </w:t>
      </w:r>
    </w:p>
    <w:p>
      <w:r>
        <w:t xml:space="preserve">02:56:48   (Speaker E)  That's why I asked for our facility </w:t>
      </w:r>
    </w:p>
    <w:p>
      <w:r>
        <w:t xml:space="preserve">02:56:51   (Speaker F)  people to maybe we modify that to supervise to whoever's correct so that we can put that here because it seems to be holding up out there. Should we do that to clubhouse? </w:t>
      </w:r>
    </w:p>
    <w:p>
      <w:r>
        <w:t xml:space="preserve">02:57:04   (Speaker E)  Absolutely. I think we should consider not just. I don't think Anthony knew where we were. I think he was just giving us a proposal based on something we did in some years back. I didn't think he taking into consideration the improvements that Steve made in our. </w:t>
      </w:r>
    </w:p>
    <w:p>
      <w:r>
        <w:t xml:space="preserve">02:57:18   (Speaker H)  In our mulch would make a significant difference in the improvement as long as </w:t>
      </w:r>
    </w:p>
    <w:p>
      <w:r>
        <w:t xml:space="preserve">02:57:23   (Speaker F)  he goes in and do the right stuff underneath. So mine is, should we go with that tight mulch around the clubhouse so you don't have to repeat it over </w:t>
      </w:r>
    </w:p>
    <w:p>
      <w:r>
        <w:t xml:space="preserve">02:57:31   (Speaker A)  and over and over again? </w:t>
      </w:r>
    </w:p>
    <w:p>
      <w:r>
        <w:t xml:space="preserve">02:57:32   (Speaker F)  And it stays. </w:t>
      </w:r>
    </w:p>
    <w:p>
      <w:r>
        <w:t xml:space="preserve">02:57:33   (Speaker D)  Are we happy with that mulch? </w:t>
      </w:r>
    </w:p>
    <w:p>
      <w:r>
        <w:t xml:space="preserve">02:57:34   (Speaker E)  Yes, we are. We're happy with the mulch that's around the pool. </w:t>
      </w:r>
    </w:p>
    <w:p>
      <w:r>
        <w:t xml:space="preserve">02:57:38   (Speaker G)  Around the pool. </w:t>
      </w:r>
    </w:p>
    <w:p>
      <w:r>
        <w:t xml:space="preserve">02:57:39   (Speaker E)  The bats around the pool. Because it's. </w:t>
      </w:r>
    </w:p>
    <w:p>
      <w:r>
        <w:t xml:space="preserve">02:57:41   (Speaker H)  It. </w:t>
      </w:r>
    </w:p>
    <w:p>
      <w:r>
        <w:t xml:space="preserve">02:57:41   (Speaker E)  It doesn't run off with the rain. Yeah, exactly. And we need that around our main areas and our parking area. </w:t>
      </w:r>
    </w:p>
    <w:p>
      <w:r>
        <w:t xml:space="preserve">02:57:48   (Speaker D)  Is that. Is that. I guess that's the question. Was that pine bark mini bolt mul </w:t>
      </w:r>
    </w:p>
    <w:p>
      <w:r>
        <w:t xml:space="preserve">02:57:54   (Speaker A)  that Anthony has grown? </w:t>
      </w:r>
    </w:p>
    <w:p>
      <w:r>
        <w:t xml:space="preserve">02:57:56   (Speaker D)  It's shredded bar. </w:t>
      </w:r>
    </w:p>
    <w:p>
      <w:r>
        <w:t xml:space="preserve">02:58:00   (Speaker A)  Quick, just a quick question for when we get the revisions and with all the vendors with scopes and all that, do we still want the full 1,320 cubic foot yards, just the 960, or would you like us to get both? Why don't you tell us what we need? </w:t>
      </w:r>
    </w:p>
    <w:p>
      <w:r>
        <w:t xml:space="preserve">02:58:15   (Speaker E)  Yeah, why tell us? We need to make hor lake aisles ready for the holidays, improve our look and we, you know, make our, our residents happy. </w:t>
      </w:r>
    </w:p>
    <w:p>
      <w:r>
        <w:t xml:space="preserve">02:58:24   (Speaker D)  You got to make sure your quotes are comparing apples to apples with the right mulch. Right, everybody? </w:t>
      </w:r>
    </w:p>
    <w:p>
      <w:r>
        <w:t xml:space="preserve">02:58:30   (Speaker F)  We'll do. </w:t>
      </w:r>
    </w:p>
    <w:p>
      <w:r>
        <w:t xml:space="preserve">02:58:30   (Speaker D)  And. </w:t>
      </w:r>
    </w:p>
    <w:p>
      <w:r>
        <w:t xml:space="preserve">02:58:30   (Speaker A)  And I vaguely remember because the mulch conversation was up when we had first gotten here a while ago, long time ago. And I vaguely remember and I'll go back and check my meeting notes from it. But that Steve when he was here, what we use at the pool, I believe was cocoa brown, if anybody else remembers. So cocoa brown shredded, I think it was. So I'll go back and double check, but that's what we'll get bid for the clubhouse. </w:t>
      </w:r>
    </w:p>
    <w:p>
      <w:r>
        <w:t xml:space="preserve">02:58:58   (Speaker D)  Have you had any bids come in? You're not prepared to quote us any, any numbers? </w:t>
      </w:r>
    </w:p>
    <w:p>
      <w:r>
        <w:t xml:space="preserve">02:59:02   (Speaker C)  Not yet. </w:t>
      </w:r>
    </w:p>
    <w:p>
      <w:r>
        <w:t xml:space="preserve">02:59:03   (Speaker A)  I was told by one of them that they'd have it before tonight. Didn't come but, but we, we receive responses from all them. They all want to be okay. </w:t>
      </w:r>
    </w:p>
    <w:p>
      <w:r>
        <w:t xml:space="preserve">02:59:11   (Speaker E)  Another thing that we need to consider is that we can be sure that they can get us on their schedule before the holiday. </w:t>
      </w:r>
    </w:p>
    <w:p>
      <w:r>
        <w:t xml:space="preserve">02:59:18   (Speaker A)  Okay. </w:t>
      </w:r>
    </w:p>
    <w:p>
      <w:r>
        <w:t xml:space="preserve">02:59:18   (Speaker H)  This is a big, big project. </w:t>
      </w:r>
    </w:p>
    <w:p>
      <w:r>
        <w:t xml:space="preserve">02:59:20   (Speaker F)  Oh yeah, well, it's not going to be a major. Here's where my concern is, is should we look at the pruning of the trees before we put them all down? Should come with yellow. You almost need to do that. So. </w:t>
      </w:r>
    </w:p>
    <w:p>
      <w:r>
        <w:t xml:space="preserve">02:59:36   (Speaker A)  So we're scheduled with by contract with these guys for two tree trimmings a year and we are due for our first free trimming of the fiscal at the end of October. </w:t>
      </w:r>
    </w:p>
    <w:p>
      <w:r>
        <w:t xml:space="preserve">02:59:47   (Speaker F)  Okay. Okay, so here's my question. You don't want to put the most down and saw right around drop all the stuff right down in the mold. That's just my concern. </w:t>
      </w:r>
    </w:p>
    <w:p>
      <w:r>
        <w:t xml:space="preserve">02:59:54   (Speaker E)  Okay, and what about the planting of the flowers? </w:t>
      </w:r>
    </w:p>
    <w:p>
      <w:r>
        <w:t xml:space="preserve">03:00:01   (Speaker F)  I want to make sure we don't give them too much too fast. You moving in? Yeah. </w:t>
      </w:r>
    </w:p>
    <w:p>
      <w:r>
        <w:t xml:space="preserve">03:00:11   (Speaker A)  All right. So I think the direction from what I'm hearing is to get new quotes for the multi you guys have around the pool for around the clubhouse as well, correct? Yes. </w:t>
      </w:r>
    </w:p>
    <w:p>
      <w:r>
        <w:t xml:space="preserve">03:00:19   (Speaker I)  All right. </w:t>
      </w:r>
    </w:p>
    <w:p>
      <w:r>
        <w:t xml:space="preserve">03:00:19   (Speaker A)  And do you guys want to approve and not to exceed to just get that done. You guys want to look at proposals next? </w:t>
      </w:r>
    </w:p>
    <w:p>
      <w:r>
        <w:t xml:space="preserve">03:00:24   (Speaker F)  I think we put set a cap up. So let's get it done. What we what, we cannot do it until we get the trees. </w:t>
      </w:r>
    </w:p>
    <w:p>
      <w:r>
        <w:t xml:space="preserve">03:00:33   (Speaker A)  So you guys have a good not to exceed number to add that type of moss to the clubhouse. </w:t>
      </w:r>
    </w:p>
    <w:p>
      <w:r>
        <w:t xml:space="preserve">03:00:38   (Speaker E)  All right, so I'd like to propose that we set a not to exceed number of 80,000. </w:t>
      </w:r>
    </w:p>
    <w:p>
      <w:r>
        <w:t xml:space="preserve">03:00:43   (Speaker A)  Is that accurate? We're good with that. We can, we can absolutely work with that. Okay. </w:t>
      </w:r>
    </w:p>
    <w:p>
      <w:r>
        <w:t xml:space="preserve">03:00:48   (Speaker F)  And the palms, when you got a </w:t>
      </w:r>
    </w:p>
    <w:p>
      <w:r>
        <w:t xml:space="preserve">03:00:52   (Speaker A)  price in the palm, Jeff, that should be contracted. </w:t>
      </w:r>
    </w:p>
    <w:p>
      <w:r>
        <w:t xml:space="preserve">03:00:55   (Speaker F)  Okay, but when, when can you get it? When are you going to pull the trigger? </w:t>
      </w:r>
    </w:p>
    <w:p>
      <w:r>
        <w:t xml:space="preserve">03:00:58   (Speaker E)  That's Juniper, right? </w:t>
      </w:r>
    </w:p>
    <w:p>
      <w:r>
        <w:t xml:space="preserve">03:01:00   (Speaker A)  Yeah, that's Juniper. We will confirm with them to make sure we are still on schedule for what's happened this past year already for the end of October, early November for the next round. That's not interfere with no, we'll talk with the mulch guys. We don't want to. </w:t>
      </w:r>
    </w:p>
    <w:p>
      <w:r>
        <w:t xml:space="preserve">03:01:14   (Speaker I)  We will. </w:t>
      </w:r>
    </w:p>
    <w:p>
      <w:r>
        <w:t xml:space="preserve">03:01:18   (Speaker E)  Okay. </w:t>
      </w:r>
    </w:p>
    <w:p>
      <w:r>
        <w:t xml:space="preserve">03:01:19   (Speaker H)  One more thing. </w:t>
      </w:r>
    </w:p>
    <w:p>
      <w:r>
        <w:t xml:space="preserve">03:01:19   (Speaker E)  I'm sorry, but we have to make sure that we don't put in the flowers too early because we need the flowers to go in just before the mulch goes in so that they don't get destroyed. </w:t>
      </w:r>
    </w:p>
    <w:p>
      <w:r>
        <w:t xml:space="preserve">03:01:29   (Speaker D)  It's a different mulch, sir. </w:t>
      </w:r>
    </w:p>
    <w:p>
      <w:r>
        <w:t xml:space="preserve">03:01:32   (Speaker A)  This. We got to keep this meeting up here. We're transcribing. I appreciate that. During resident comments, we can pick your comments. Thank you. </w:t>
      </w:r>
    </w:p>
    <w:p>
      <w:r>
        <w:t xml:space="preserve">03:01:43   (Speaker E)  Okay. </w:t>
      </w:r>
    </w:p>
    <w:p>
      <w:r>
        <w:t xml:space="preserve">03:01:43   (Speaker A)  Okay, so I have. I'd be looking for a motion to approve not to exceeded 80,000 from all motions the. On the floor. Okay. First from an. Second from Ron. All in favor? All right, motion pass. Did I hear ju. Did I hear your eye y. </w:t>
      </w:r>
    </w:p>
    <w:p>
      <w:r>
        <w:t xml:space="preserve">03:01:59   (Speaker D)  Yes. </w:t>
      </w:r>
    </w:p>
    <w:p>
      <w:r>
        <w:t xml:space="preserve">03:02:00   (Speaker A)  All right, motion passes. Five to zero. All right, so now going back down to the approval financial reports. Any other questions on that? If not looking for a motion. </w:t>
      </w:r>
    </w:p>
    <w:p>
      <w:r>
        <w:t xml:space="preserve">03:02:07   (Speaker E)  Motion to approve. </w:t>
      </w:r>
    </w:p>
    <w:p>
      <w:r>
        <w:t xml:space="preserve">03:02:08   (Speaker A)  First from Second from Ron. All in favor? </w:t>
      </w:r>
    </w:p>
    <w:p>
      <w:r>
        <w:t xml:space="preserve">03:02:13   (Speaker H)  On page 145, why are they charging us 4,000 for the annual permit track lighting? When we plot the track lighting, we paid the track lighting. Why are they charging up again for it? </w:t>
      </w:r>
    </w:p>
    <w:p>
      <w:r>
        <w:t xml:space="preserve">03:02:28   (Speaker F)  144. </w:t>
      </w:r>
    </w:p>
    <w:p>
      <w:r>
        <w:t xml:space="preserve">03:02:29   (Speaker H)  Page 144, it says the annual bare with 50,000 for holiday lighting plus 4,000. Remember, Ron, you were on the board then. </w:t>
      </w:r>
    </w:p>
    <w:p>
      <w:r>
        <w:t xml:space="preserve">03:02:38   (Speaker D)  180. </w:t>
      </w:r>
    </w:p>
    <w:p>
      <w:r>
        <w:t xml:space="preserve">03:02:39   (Speaker A)  Yeah, I was about to say. I mean, 180. Yes, </w:t>
      </w:r>
    </w:p>
    <w:p>
      <w:r>
        <w:t xml:space="preserve">03:02:44   (Speaker F)  well, I. So lots of. </w:t>
      </w:r>
    </w:p>
    <w:p>
      <w:r>
        <w:t xml:space="preserve">03:02:47   (Speaker H)  Right. </w:t>
      </w:r>
    </w:p>
    <w:p>
      <w:r>
        <w:t xml:space="preserve">03:02:48   (Speaker E)  So we would save money. </w:t>
      </w:r>
    </w:p>
    <w:p>
      <w:r>
        <w:t xml:space="preserve">03:02:49   (Speaker I)  And now they're. </w:t>
      </w:r>
    </w:p>
    <w:p>
      <w:r>
        <w:t xml:space="preserve">03:02:51   (Speaker F)  I had something else. Now that you brought it up. </w:t>
      </w:r>
    </w:p>
    <w:p>
      <w:r>
        <w:t xml:space="preserve">03:03:02   (Speaker H)  So are we all in agreement that we can. We're asking Brian to look into that. </w:t>
      </w:r>
    </w:p>
    <w:p>
      <w:r>
        <w:t xml:space="preserve">03:03:09   (Speaker D)  Well, you answer the question. </w:t>
      </w:r>
    </w:p>
    <w:p>
      <w:r>
        <w:t xml:space="preserve">03:03:11   (Speaker H)  We paid for the track lighting. We bought it. It was to save money. And I wasn't on the board then, but I was at the meetings. And why are they charging us for it now? </w:t>
      </w:r>
    </w:p>
    <w:p>
      <w:r>
        <w:t xml:space="preserve">03:03:22   (Speaker F)  Did they get damaged? Who's charging this? </w:t>
      </w:r>
    </w:p>
    <w:p>
      <w:r>
        <w:t xml:space="preserve">03:03:26   (Speaker D)  This is from Illumination. </w:t>
      </w:r>
    </w:p>
    <w:p>
      <w:r>
        <w:t xml:space="preserve">03:03:27   (Speaker A)  Was it a payment plan that was signed on? No. Okay. </w:t>
      </w:r>
    </w:p>
    <w:p>
      <w:r>
        <w:t xml:space="preserve">03:03:33   (Speaker H)  They added like 10 to $15,000 to our budget that year. Yeah. For the lighting. </w:t>
      </w:r>
    </w:p>
    <w:p>
      <w:r>
        <w:t xml:space="preserve">03:03:38   (Speaker F)  Okay. </w:t>
      </w:r>
    </w:p>
    <w:p>
      <w:r>
        <w:t xml:space="preserve">03:03:39   (Speaker H)  For this track lighting around the outside of the theater. </w:t>
      </w:r>
    </w:p>
    <w:p>
      <w:r>
        <w:t xml:space="preserve">03:03:43   (Speaker A)  We can go back and find that. </w:t>
      </w:r>
    </w:p>
    <w:p>
      <w:r>
        <w:t xml:space="preserve">03:03:45   (Speaker H)  Yeah. Please look at that. Thank you. Go ahead, Ron. </w:t>
      </w:r>
    </w:p>
    <w:p>
      <w:r>
        <w:t xml:space="preserve">03:03:49   (Speaker E)  I'm sorry, but perhaps it's just that the way they worded it, because it's. We did the annual contract and the track lighting at the same time. I may not see that. It may be. </w:t>
      </w:r>
    </w:p>
    <w:p>
      <w:r>
        <w:t xml:space="preserve">03:04:04   (Speaker H)  It's just. </w:t>
      </w:r>
    </w:p>
    <w:p>
      <w:r>
        <w:t xml:space="preserve">03:04:04   (Speaker A)  I'll look at it. Yeah, I'll call it. I got a good. I got a good relationship with tech. </w:t>
      </w:r>
    </w:p>
    <w:p>
      <w:r>
        <w:t xml:space="preserve">03:04:08   (Speaker F)  So my question was on the holiday decoration. Why are we up so high on </w:t>
      </w:r>
    </w:p>
    <w:p>
      <w:r>
        <w:t xml:space="preserve">03:04:14   (Speaker A)  holiday decorations in your budget now he </w:t>
      </w:r>
    </w:p>
    <w:p>
      <w:r>
        <w:t xml:space="preserve">03:04:18   (Speaker F)  says from reading this thing correctly, which I can't see you but plan 55 actually was 86,000 page. </w:t>
      </w:r>
    </w:p>
    <w:p>
      <w:r>
        <w:t xml:space="preserve">03:04:28   (Speaker D)  I'm sorry madam chair. </w:t>
      </w:r>
    </w:p>
    <w:p>
      <w:r>
        <w:t xml:space="preserve">03:04:29   (Speaker F)  233 and very bottom on the holiday decorations. </w:t>
      </w:r>
    </w:p>
    <w:p>
      <w:r>
        <w:t xml:space="preserve">03:04:40   (Speaker D)  Spend $86,000 on a 55,000. </w:t>
      </w:r>
    </w:p>
    <w:p>
      <w:r>
        <w:t xml:space="preserve">03:04:43   (Speaker H)  I look that up, it's because we had to pay the deposit. 07K. </w:t>
      </w:r>
    </w:p>
    <w:p>
      <w:r>
        <w:t xml:space="preserve">03:04:47   (Speaker F)  That's for this year. </w:t>
      </w:r>
    </w:p>
    <w:p>
      <w:r>
        <w:t xml:space="preserve">03:04:49   (Speaker H)  Yeah, we paid it early. We paid it in this fiscal year and apparently we paid the 55 and the same. </w:t>
      </w:r>
    </w:p>
    <w:p>
      <w:r>
        <w:t xml:space="preserve">03:04:57   (Speaker F)  Supposed to be like that. </w:t>
      </w:r>
    </w:p>
    <w:p>
      <w:r>
        <w:t xml:space="preserve">03:04:59   (Speaker H)  Well, I agree. I think we should have waited to pay the 27 until the 27 budget. </w:t>
      </w:r>
    </w:p>
    <w:p>
      <w:r>
        <w:t xml:space="preserve">03:05:03   (Speaker F)  But so next year we will only live. I think as we were down like 40, it was like 4 or 40,000. It's lower. Something like that for this year. </w:t>
      </w:r>
    </w:p>
    <w:p>
      <w:r>
        <w:t xml:space="preserve">03:05:15   (Speaker A)  Right? Yeah. I think we're going to get a lot more answers once I get on the phone with Tim and figure make </w:t>
      </w:r>
    </w:p>
    <w:p>
      <w:r>
        <w:t xml:space="preserve">03:05:20   (Speaker F)  a note in that research that again. </w:t>
      </w:r>
    </w:p>
    <w:p>
      <w:r>
        <w:t xml:space="preserve">03:05:22   (Speaker A)  We already did. </w:t>
      </w:r>
    </w:p>
    <w:p>
      <w:r>
        <w:t xml:space="preserve">03:05:24   (Speaker F)  That's all I have. </w:t>
      </w:r>
    </w:p>
    <w:p>
      <w:r>
        <w:t xml:space="preserve">03:05:25   (Speaker H)  Question on 203. What happened to the pickleball? </w:t>
      </w:r>
    </w:p>
    <w:p>
      <w:r>
        <w:t xml:space="preserve">03:05:31   (Speaker A)  What happened to the pickleball? </w:t>
      </w:r>
    </w:p>
    <w:p>
      <w:r>
        <w:t xml:space="preserve">03:05:34   (Speaker H)  $294 for pickleball. </w:t>
      </w:r>
    </w:p>
    <w:p>
      <w:r>
        <w:t xml:space="preserve">03:05:36   (Speaker F)  How much we. </w:t>
      </w:r>
    </w:p>
    <w:p>
      <w:r>
        <w:t xml:space="preserve">03:05:38   (Speaker A)  So. So Jeff, our maintenance guy, he had with a lot of experience with it says that too many people have been leaning on the nets that the nets that were out there were damaged, need to be replaced. Anything else that I'm missing? How much they cost? A lot of abuse from previous dollars. </w:t>
      </w:r>
    </w:p>
    <w:p>
      <w:r>
        <w:t xml:space="preserve">03:05:56   (Speaker E)  Is that the one deck? </w:t>
      </w:r>
    </w:p>
    <w:p>
      <w:r>
        <w:t xml:space="preserve">03:05:58   (Speaker A)  That's four knives. </w:t>
      </w:r>
    </w:p>
    <w:p>
      <w:r>
        <w:t xml:space="preserve">03:05:59   (Speaker E)  That's four. </w:t>
      </w:r>
    </w:p>
    <w:p>
      <w:r>
        <w:t xml:space="preserve">03:06:01   (Speaker F)  Yeah. </w:t>
      </w:r>
    </w:p>
    <w:p>
      <w:r>
        <w:t xml:space="preserve">03:06:01   (Speaker H)  The only reason. </w:t>
      </w:r>
    </w:p>
    <w:p>
      <w:r>
        <w:t xml:space="preserve">03:06:02   (Speaker A)  Just abuse from. </w:t>
      </w:r>
    </w:p>
    <w:p>
      <w:r>
        <w:t xml:space="preserve">03:06:03   (Speaker H)  The only reason I'm asking is we've had a history of people literally taking knife and slash it. The pin. </w:t>
      </w:r>
    </w:p>
    <w:p>
      <w:r>
        <w:t xml:space="preserve">03:06:08   (Speaker I)  Yeah. </w:t>
      </w:r>
    </w:p>
    <w:p>
      <w:r>
        <w:t xml:space="preserve">03:06:08   (Speaker A)  This doesn't slash, but yeah. </w:t>
      </w:r>
    </w:p>
    <w:p>
      <w:r>
        <w:t xml:space="preserve">03:06:10   (Speaker H)  And do we have nets and the portable ones for the hockey ring? We used to have them and I understand that we did have the. The actual frames are back in the storage area there. I'm wondering if we shouldn't put net. </w:t>
      </w:r>
    </w:p>
    <w:p>
      <w:r>
        <w:t xml:space="preserve">03:06:23   (Speaker E)  No, they've been out there. </w:t>
      </w:r>
    </w:p>
    <w:p>
      <w:r>
        <w:t xml:space="preserve">03:06:24   (Speaker A)  I've seen them out of ones are being used. </w:t>
      </w:r>
    </w:p>
    <w:p>
      <w:r>
        <w:t xml:space="preserve">03:06:28   (Speaker H)  So we have a total of four nets in the tennis courts. One and two and then we have additional nets over the. Very good. </w:t>
      </w:r>
    </w:p>
    <w:p>
      <w:r>
        <w:t xml:space="preserve">03:06:34   (Speaker A)  Thank you. All right, moving on to audience comments. Do we have any audience comments in the room at this time, Sir? Come on up for the record. </w:t>
      </w:r>
    </w:p>
    <w:p>
      <w:r>
        <w:t xml:space="preserve">03:06:50   (Speaker D)  Because virtually every creative bush out there </w:t>
      </w:r>
    </w:p>
    <w:p>
      <w:r>
        <w:t xml:space="preserve">03:06:52   (Speaker A)  needs trimming before they do it. </w:t>
      </w:r>
    </w:p>
    <w:p>
      <w:r>
        <w:t xml:space="preserve">03:06:53   (Speaker D)  And I. I was almost hoping that you guys said, you know, you got four or five guys here. We want you to bring in Eight guys for three days and clean up the place and then we'll. </w:t>
      </w:r>
    </w:p>
    <w:p>
      <w:r>
        <w:t xml:space="preserve">03:07:03   (Speaker F)  We'll be fine. </w:t>
      </w:r>
    </w:p>
    <w:p>
      <w:r>
        <w:t xml:space="preserve">03:07:04   (Speaker D)  But we didn't do that. But the other thing I want you to consider also is to put up this. The, the tree lights because they go into the mulch areas and they move everything around in there. You want to make sure when you're doing your com trimming. And my suggestion, I'm not saying you </w:t>
      </w:r>
    </w:p>
    <w:p>
      <w:r>
        <w:t xml:space="preserve">03:07:21   (Speaker A)  have to do this, but my suggestion is to make sure that the. </w:t>
      </w:r>
    </w:p>
    <w:p>
      <w:r>
        <w:t xml:space="preserve">03:07:24   (Speaker D)  The holiday lights and everything gets done also before you start throwing the mulch in there. And my last comment is electric bicyclists </w:t>
      </w:r>
    </w:p>
    <w:p>
      <w:r>
        <w:t xml:space="preserve">03:07:32   (Speaker A)  or I don't love those people. </w:t>
      </w:r>
    </w:p>
    <w:p>
      <w:r>
        <w:t xml:space="preserve">03:07:35   (Speaker H)  Rich, Rich, the gun issue. I didn't mention the gun issues. Oh, yeah. And the rules of rights should bring good and cannot. </w:t>
      </w:r>
    </w:p>
    <w:p>
      <w:r>
        <w:t xml:space="preserve">03:07:49   (Speaker A)  Yeah, there's a line in there and I can't speak to it right now. </w:t>
      </w:r>
    </w:p>
    <w:p>
      <w:r>
        <w:t xml:space="preserve">03:07:55   (Speaker D)  From memory it says illegal weapons should not be brought. And that sounds to me like I had a choice. </w:t>
      </w:r>
    </w:p>
    <w:p>
      <w:r>
        <w:t xml:space="preserve">03:08:06   (Speaker A)  It's an open carry state near. This is a public facility. We can't tell people not to bring guns in here. </w:t>
      </w:r>
    </w:p>
    <w:p>
      <w:r>
        <w:t xml:space="preserve">03:08:11   (Speaker E)  No, no, no. This is a government building. You cannot bring guns. </w:t>
      </w:r>
    </w:p>
    <w:p>
      <w:r>
        <w:t xml:space="preserve">03:08:15   (Speaker A)  Ma', am, I'm telling you, I've gone through extensive training. You can bring a gun inside this building so long as they're not a government meeting happening. So right now you cannot have a job. Yeah, right now you cannot have a gun in this building. If there's. This meeting is not going on. They can bring an open period gun within this building. </w:t>
      </w:r>
    </w:p>
    <w:p>
      <w:r>
        <w:t xml:space="preserve">03:08:29   (Speaker H)  No issues they don't have. </w:t>
      </w:r>
    </w:p>
    <w:p>
      <w:r>
        <w:t xml:space="preserve">03:08:31   (Speaker A)  Yes, correct. </w:t>
      </w:r>
    </w:p>
    <w:p>
      <w:r>
        <w:t xml:space="preserve">03:08:32   (Speaker E)  In the state of Florida. </w:t>
      </w:r>
    </w:p>
    <w:p>
      <w:r>
        <w:t xml:space="preserve">03:08:33   (Speaker A)  In the state of Florida, since they made that law, change can also be brought in. </w:t>
      </w:r>
    </w:p>
    <w:p>
      <w:r>
        <w:t xml:space="preserve">03:08:38   (Speaker F)  I don't care guns. </w:t>
      </w:r>
    </w:p>
    <w:p>
      <w:r>
        <w:t xml:space="preserve">03:08:39   (Speaker A)  If anything is illegal, they cannot bring it in. </w:t>
      </w:r>
    </w:p>
    <w:p>
      <w:r>
        <w:t xml:space="preserve">03:08:42   (Speaker H)  So the wording is no illegal weapons should be brought into district property. It's number 17 on page 38. And his comment was it should say illustration. No illegal weapons can be brought into. </w:t>
      </w:r>
    </w:p>
    <w:p>
      <w:r>
        <w:t xml:space="preserve">03:08:54   (Speaker E)  No, it shouldn't say illegal weapons. It should say. It should say no. </w:t>
      </w:r>
    </w:p>
    <w:p>
      <w:r>
        <w:t xml:space="preserve">03:08:59   (Speaker A)  Your. Your policies say that you must conform to all state and local laws. So that's covered under that. I don't think you guys need to necessarily spell that out. Yeah, I think that's covered under that. So. But if you guys would like to make that change, we certainly can. </w:t>
      </w:r>
    </w:p>
    <w:p>
      <w:r>
        <w:t xml:space="preserve">03:09:13   (Speaker F)  I mean, I think you can, but </w:t>
      </w:r>
    </w:p>
    <w:p>
      <w:r>
        <w:t xml:space="preserve">03:09:16   (Speaker E)  I think addressed this before. Or where we took out illegal. There should be no left still in there. </w:t>
      </w:r>
    </w:p>
    <w:p>
      <w:r>
        <w:t xml:space="preserve">03:09:24   (Speaker A)  Lou, did you have something for us tonight? </w:t>
      </w:r>
    </w:p>
    <w:p>
      <w:r>
        <w:t xml:space="preserve">03:09:25   (Speaker E)  I did. Diwali lights. If they can be turned on on October 11, we agreed to that previously. October 11. Okay, onwards. And secondly, for the Diwali meet and greet event, can I put it in the newsletter that the CDD sends out month. </w:t>
      </w:r>
    </w:p>
    <w:p>
      <w:r>
        <w:t xml:space="preserve">03:09:45   (Speaker A)  No, ma'. Am. No, no, ma'. Am, we can't be. The CDD cannot be a part of that. </w:t>
      </w:r>
    </w:p>
    <w:p>
      <w:r>
        <w:t xml:space="preserve">03:09:49   (Speaker E)  Okay, I understand. It's not a CDD sponsored event. </w:t>
      </w:r>
    </w:p>
    <w:p>
      <w:r>
        <w:t xml:space="preserve">03:09:52   (Speaker H)  So even though it would be a </w:t>
      </w:r>
    </w:p>
    <w:p>
      <w:r>
        <w:t xml:space="preserve">03:09:54   (Speaker E)  community event, it can't go in there. </w:t>
      </w:r>
    </w:p>
    <w:p>
      <w:r>
        <w:t xml:space="preserve">03:09:57   (Speaker H)  All right, but then I'm inviting the whole community. Okay. </w:t>
      </w:r>
    </w:p>
    <w:p>
      <w:r>
        <w:t xml:space="preserve">03:10:01   (Speaker A)  We're not going to be inviting for you. If you want to invite them, that's your prerogative, but we can't be part of that advertisement. </w:t>
      </w:r>
    </w:p>
    <w:p>
      <w:r>
        <w:t xml:space="preserve">03:10:08   (Speaker E)  Thank you. Well, I. I'll. I'll tell you some other time about it. There's a reason. Yes, it's a. It's a good basic. </w:t>
      </w:r>
    </w:p>
    <w:p>
      <w:r>
        <w:t xml:space="preserve">03:10:15   (Speaker H)  Thank you. </w:t>
      </w:r>
    </w:p>
    <w:p>
      <w:r>
        <w:t xml:space="preserve">03:10:16   (Speaker A)  Thank you. If you'd like to call me. Honestly, no problem. Speaking on here as well, Any other resident comments from the room? </w:t>
      </w:r>
    </w:p>
    <w:p>
      <w:r>
        <w:t xml:space="preserve">03:10:23   (Speaker F)  I know it's time to go home. </w:t>
      </w:r>
    </w:p>
    <w:p>
      <w:r>
        <w:t xml:space="preserve">03:10:25   (Speaker A)  Not quite. Got a couple more things. Security thing to go through, which I don't think we need to do, but we still have stuff to discuss, so. All right. Anyone on the Zoom that wants to have any words to the board tonight, please use the raise your hand feature. We are going to move. I'm sorry, I don't. </w:t>
      </w:r>
    </w:p>
    <w:p>
      <w:r>
        <w:t xml:space="preserve">03:10:48   (Speaker D)  Did you take a vote on the 80,000? </w:t>
      </w:r>
    </w:p>
    <w:p>
      <w:r>
        <w:t xml:space="preserve">03:10:51   (Speaker E)  Yeah, </w:t>
      </w:r>
    </w:p>
    <w:p>
      <w:r>
        <w:t xml:space="preserve">03:10:57   (Speaker A)  We voted. Okay. All right. So moving on. We do have supervisor requests. Any supervisor requests. </w:t>
      </w:r>
    </w:p>
    <w:p>
      <w:r>
        <w:t xml:space="preserve">03:11:03   (Speaker H)  I just have a question about the. The rules and rags. Do we have to have some meeting for residents to give input? I mean, we approved them tonight. Could you please confirm with the vet? Because I think he said the only </w:t>
      </w:r>
    </w:p>
    <w:p>
      <w:r>
        <w:t xml:space="preserve">03:11:15   (Speaker A)  time you need to have a public hearing is when you're changing rates. When you're. When you're increasing your rates. Yeah, exactly. </w:t>
      </w:r>
    </w:p>
    <w:p>
      <w:r>
        <w:t xml:space="preserve">03:11:23   (Speaker E)  So I'm sorry, but I questioned that as well, because I thought the reason we were changing our policies and procedures was so we didn't have to. To have a meeting going forward. But since we are changing from policies and procedures to just. What's it called? No rules of regulations to policies. So I thought once it was rules and regulations, we weren't allowed to change it without a community meeting, and that's why we were renaming it the policies. But don't we have to have a meeting for the initial change? </w:t>
      </w:r>
    </w:p>
    <w:p>
      <w:r>
        <w:t xml:space="preserve">03:11:53   (Speaker H)  I thought that's what the deck said. </w:t>
      </w:r>
    </w:p>
    <w:p>
      <w:r>
        <w:t xml:space="preserve">03:11:56   (Speaker F)  I will. </w:t>
      </w:r>
    </w:p>
    <w:p>
      <w:r>
        <w:t xml:space="preserve">03:11:56   (Speaker A)  I will say, since it seems like you guys want input on it, I'll get. I'll get his input on it and I'll make sure that we're we're clear </w:t>
      </w:r>
    </w:p>
    <w:p>
      <w:r>
        <w:t xml:space="preserve">03:12:06   (Speaker H)  that I've been telling them, yes, you will be clicking. </w:t>
      </w:r>
    </w:p>
    <w:p>
      <w:r>
        <w:t xml:space="preserve">03:12:08   (Speaker A)  I mean, they're also able to come up here and during resident comments and give their. They don't have to wait and they don't. You know what I mean? So. But anyway, so if you just confirm that we are. Yep. I'm going to y. I have a </w:t>
      </w:r>
    </w:p>
    <w:p>
      <w:r>
        <w:t xml:space="preserve">03:12:19   (Speaker F)  quick comment and just this VR. I'd like to see Michael think that we have the fortunate pleasure of the homeowners approving the budget that we put </w:t>
      </w:r>
    </w:p>
    <w:p>
      <w:r>
        <w:t xml:space="preserve">03:12:35   (Speaker A)  in front of me. </w:t>
      </w:r>
    </w:p>
    <w:p>
      <w:r>
        <w:t xml:space="preserve">03:12:36   (Speaker F)  I'd like to see right now that we put together a time to schedule where we know when those funds gonna drop and the time is our feed on to when it's going to be approved, when the fund's going to take place for these projects, and just lay out a schedule so we know where this money is going to be dropping, when these things are going to be completed. So when we begin to ask some questions from the homeowners, we can tell them when those things are scheduled and we have a plan in place to get us there and hit those target dates. They got something we've got to do moving forward to. To. To let them know that we're serious about what we're doing. </w:t>
      </w:r>
    </w:p>
    <w:p>
      <w:r>
        <w:t xml:space="preserve">03:13:18   (Speaker A)  Thank you, rest of the board, I have another opinion. </w:t>
      </w:r>
    </w:p>
    <w:p>
      <w:r>
        <w:t xml:space="preserve">03:13:21   (Speaker H)  What are we doing about the interior surface? </w:t>
      </w:r>
    </w:p>
    <w:p>
      <w:r>
        <w:t xml:space="preserve">03:13:24   (Speaker A)  Yep, we'll go over that here in a second. </w:t>
      </w:r>
    </w:p>
    <w:p>
      <w:r>
        <w:t xml:space="preserve">03:13:26   (Speaker H)  Oh, okay. </w:t>
      </w:r>
    </w:p>
    <w:p>
      <w:r>
        <w:t xml:space="preserve">03:13:27   (Speaker A)  Yeah. No, not quite. </w:t>
      </w:r>
    </w:p>
    <w:p>
      <w:r>
        <w:t xml:space="preserve">03:13:30   (Speaker D)  We are on the pool parties. We decided that we're not. </w:t>
      </w:r>
    </w:p>
    <w:p>
      <w:r>
        <w:t xml:space="preserve">03:13:37   (Speaker A)  Pool parties are out. </w:t>
      </w:r>
    </w:p>
    <w:p>
      <w:r>
        <w:t xml:space="preserve">03:13:40   (Speaker D)  Or were they? Are they out until we adopt these rules. </w:t>
      </w:r>
    </w:p>
    <w:p>
      <w:r>
        <w:t xml:space="preserve">03:13:43   (Speaker A)  You have to adopt these new rules. Voted on them tonight. </w:t>
      </w:r>
    </w:p>
    <w:p>
      <w:r>
        <w:t xml:space="preserve">03:13:46   (Speaker D)  So it's done. Yeah. </w:t>
      </w:r>
    </w:p>
    <w:p>
      <w:r>
        <w:t xml:space="preserve">03:13:47   (Speaker H)  Yeah, but you aren't scheduling, correct. You stop scheduling after like a meeting or two ago. </w:t>
      </w:r>
    </w:p>
    <w:p>
      <w:r>
        <w:t xml:space="preserve">03:13:53   (Speaker A)  Okay, probably should have continued schedule, but either way we're. </w:t>
      </w:r>
    </w:p>
    <w:p>
      <w:r>
        <w:t xml:space="preserve">03:13:58   (Speaker I)  We're good now. </w:t>
      </w:r>
    </w:p>
    <w:p>
      <w:r>
        <w:t xml:space="preserve">03:13:58   (Speaker D)  Yeah. </w:t>
      </w:r>
    </w:p>
    <w:p>
      <w:r>
        <w:t xml:space="preserve">03:13:59   (Speaker A)  Anyway, so moving on, I do have one two more things to report real quick before we get out of here. One, I have samples here, and I'd like to invite all of you in between this meeting and the next meeting to come down, look at these samples, pick out your choices, get the next meeting. We're going to have selection. Okay? So please, I'm gonna leave these here for the month. Please come on down at your earliest convenience. Take a look at these. Take a look at your furniture, Match them up however you'd like. </w:t>
      </w:r>
    </w:p>
    <w:p>
      <w:r>
        <w:t xml:space="preserve">03:14:22   (Speaker E)  Cut. </w:t>
      </w:r>
    </w:p>
    <w:p>
      <w:r>
        <w:t xml:space="preserve">03:14:22   (Speaker A)  This is going to be your surface and we'll label these. So you guys, when you come back up. So this is going to be your surface. This is what is going to be on the majority of it. Right. This is going to be your swimming tiles, the tiles on the bottom of your pool for your lap. And then these are going to be the tiles right on your gutter line. The little curve right there that has that gutter line. These are where those tiles are going to go. So now as you can see on these, there's like non skid tiles tiles as well, a little bit more abrasive so people don't slip. So just keep that in mind. But in the next month, if you could all just come down here, be prepared for that community so we can just get through that selection pretty quickly. </w:t>
      </w:r>
    </w:p>
    <w:p>
      <w:r>
        <w:t xml:space="preserve">03:14:52   (Speaker H)  Okay. It's all within the 116k. </w:t>
      </w:r>
    </w:p>
    <w:p>
      <w:r>
        <w:t xml:space="preserve">03:14:55   (Speaker A)  Oh, yeah, yeah. This is all included. </w:t>
      </w:r>
    </w:p>
    <w:p>
      <w:r>
        <w:t xml:space="preserve">03:14:56   (Speaker G)  Yep. </w:t>
      </w:r>
    </w:p>
    <w:p>
      <w:r>
        <w:t xml:space="preserve">03:14:56   (Speaker A)  You guys pick this up free. There's no upcharge for any different color, any different scheme. Okay. So that's one thing. Second thing is you guys do have a close security session on here. I don't think necessarily think we need it. I think you guys have a good idea of what's on here and we don't have to speak about the times, locations or anything. We can just speak about the price. So if you guys would like, without going into security session, we would be looking for a motion to approve the proposed cost of services for 813. All right, first from Cynthia. </w:t>
      </w:r>
    </w:p>
    <w:p>
      <w:r>
        <w:t xml:space="preserve">03:15:24   (Speaker E)  Second. </w:t>
      </w:r>
    </w:p>
    <w:p>
      <w:r>
        <w:t xml:space="preserve">03:15:25   (Speaker A)  Second from Anne. All in favor? </w:t>
      </w:r>
    </w:p>
    <w:p>
      <w:r>
        <w:t xml:space="preserve">03:15:27   (Speaker D)  Discussion. </w:t>
      </w:r>
    </w:p>
    <w:p>
      <w:r>
        <w:t xml:space="preserve">03:15:28   (Speaker A)  Okay, further discussion </w:t>
      </w:r>
    </w:p>
    <w:p>
      <w:r>
        <w:t xml:space="preserve">03:15:33   (Speaker D)  as. As approved in the 2027 budget. </w:t>
      </w:r>
    </w:p>
    <w:p>
      <w:r>
        <w:t xml:space="preserve">03:15:35   (Speaker A)  Right. This is mad enough. It's all within as budgeted and discussed previously. Okay, any further discussion? All in favor? </w:t>
      </w:r>
    </w:p>
    <w:p>
      <w:r>
        <w:t xml:space="preserve">03:15:45   (Speaker H)  All right, motion passes with this new budget and the YVP, that's all for everybody. </w:t>
      </w:r>
    </w:p>
    <w:p>
      <w:r>
        <w:t xml:space="preserve">03:15:53   (Speaker A)  100. </w:t>
      </w:r>
    </w:p>
    <w:p>
      <w:r>
        <w:t xml:space="preserve">03:15:54   (Speaker H)  Excellent. </w:t>
      </w:r>
    </w:p>
    <w:p>
      <w:r>
        <w:t xml:space="preserve">03:15:56   (Speaker A)  That can be made out to Brian. I'm kidding. All right, your next regularly scheduled board meeting is Thursday, October 15, 2026 at 6pM PM right here at the clubhouse. With that, I'd just be looking for a motion to adjourn. First from Cynthia, second from Ron. All in favor? All right, motion passes. </w:t>
      </w:r>
    </w:p>
    <w:p>
      <w:r>
        <w:t xml:space="preserve">03:16:17   (Speaker F)  October 15th. </w:t>
      </w:r>
    </w:p>
    <w:p>
      <w:r>
        <w:t xml:space="preserve">03:16:18   (Speaker A)  October 15th. Yes. </w:t>
      </w:r>
    </w:p>
    <w:p>
      <w:r>
        <w:t xml:space="preserve">03:16:29   (Speaker J)  Yeah. </w:t>
      </w:r>
    </w:p>
    <w:p>
      <w:r>
        <w:t xml:space="preserve">03:16:30   (Speaker A)  Thank you. Thank you. Whenever. </w:t>
      </w:r>
    </w:p>
    <w:p>
      <w:r>
        <w:t xml:space="preserve">03:16:33   (Speaker D)  Well, October 1st is the first. Thursday. </w:t>
      </w:r>
    </w:p>
    <w:p>
      <w:r>
        <w:t xml:space="preserve">03:16:36   (Speaker A)  Yeah, October 1st. Have a great day. Enjoy your night.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