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CGS_071426_R2.MP3</w:t>
      </w:r>
      <w:r>
        <w:rPr>
          <w:b/>
          <w:color w:val="FF0000"/>
        </w:rPr>
        <w:br/>
        <w:tab/>
        <w:tab/>
        <w:tab/>
        <w:tab/>
        <w:t xml:space="preserve"> 99687936</w:t>
        <w:br/>
        <w:br/>
        <w:br/>
      </w:r>
    </w:p>
    <w:p>
      <w:r>
        <w:t>DATE AUDIO FILE SUBMITTED TO THE GAT SYSTEM:</w:t>
      </w:r>
      <w:r>
        <w:rPr>
          <w:b/>
          <w:color w:val="FF0000"/>
        </w:rPr>
        <w:br/>
        <w:tab/>
        <w:tab/>
        <w:tab/>
        <w:tab/>
        <w:t xml:space="preserve"> July 31, 2026 at 03:28 PM</w:t>
        <w:br/>
        <w:br/>
        <w:br/>
      </w:r>
    </w:p>
    <w:p>
      <w:r>
        <w:t>DATE AUDIO FILE COMPLETED BY THE GAT SYSTEM:</w:t>
      </w:r>
      <w:r>
        <w:rPr>
          <w:b/>
          <w:color w:val="FF0000"/>
        </w:rPr>
        <w:br/>
        <w:tab/>
        <w:tab/>
        <w:tab/>
        <w:tab/>
        <w:t xml:space="preserve"> July 31, 2026 at 03:29 PM</w:t>
      </w:r>
      <w:r>
        <w:rPr>
          <w:b/>
          <w:color w:val="FF0000"/>
        </w:rPr>
        <w:br/>
        <w:tab/>
        <w:tab/>
        <w:tab/>
        <w:tab/>
        <w:t xml:space="preserve"> 00:44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00:00      (Speaker A)  Call us to order </w:t>
      </w:r>
    </w:p>
    <w:p>
      <w:r>
        <w:t xml:space="preserve">00:02      (Speaker B)  when you get old. </w:t>
      </w:r>
    </w:p>
    <w:p>
      <w:r>
        <w:t xml:space="preserve">00:03      (Speaker A)  It's let it show that we have Crystal, Hannah, Joe and myself. </w:t>
      </w:r>
    </w:p>
    <w:p>
      <w:r>
        <w:t xml:space="preserve">00:12      (Speaker C)  Yep. </w:t>
      </w:r>
    </w:p>
    <w:p>
      <w:r>
        <w:t xml:space="preserve">00:13      (Speaker A)  David is not attending. </w:t>
      </w:r>
    </w:p>
    <w:p>
      <w:r>
        <w:t xml:space="preserve">00:16      (Speaker C)  Yeah, I don't think. </w:t>
      </w:r>
    </w:p>
    <w:p>
      <w:r>
        <w:t xml:space="preserve">00:17      (Speaker B)  Yeah, he didn't confirm so he's not online. So. </w:t>
      </w:r>
    </w:p>
    <w:p>
      <w:r>
        <w:t xml:space="preserve">00:19      (Speaker A)  Okay. All right, moving into our public comment period. Do we have any public comment at this time? </w:t>
      </w:r>
    </w:p>
    <w:p>
      <w:r>
        <w:t xml:space="preserve">00:31      (Speaker C)  I guess I am in receipt of your summary of electric bills. I'm sorry. Andrea Velas, 23430 Valderrama and I've been going through and looking at all the information that was supplied and as a member of the community and not any official capacity, I do concur with the the electric bill that is operating the gate should probably get moved over to the HOA since if we don't have power to the gate then it's going to be ugly. </w:t>
      </w:r>
    </w:p>
    <w:p>
      <w:r>
        <w:t xml:space="preserve">01:10      (Speaker A)  Well, thank you for that. And while we're on that, there's no other public comment here, I will state that I did ask to get on the agenda for the HOA meeting and it didn't make it in in time for the last one or it did and it got tabled or something. So I request to be put on the agenda for their next meeting so I can go and speak regarding that to the board. Okay. As third August 3rd August 3rd at 6:30. </w:t>
      </w:r>
    </w:p>
    <w:p>
      <w:r>
        <w:t xml:space="preserve">01:38      (Speaker C)  Yes. </w:t>
      </w:r>
    </w:p>
    <w:p>
      <w:r>
        <w:t xml:space="preserve">01:39      (Speaker A)  And then the other item I requested for the agenda is as a resident, not as a CDP member. </w:t>
      </w:r>
    </w:p>
    <w:p>
      <w:r>
        <w:t xml:space="preserve">01:45      (Speaker C)  Okay. </w:t>
      </w:r>
    </w:p>
    <w:p>
      <w:r>
        <w:t xml:space="preserve">01:46      (Speaker A)  Father, so moving on to your resident emails. </w:t>
      </w:r>
    </w:p>
    <w:p>
      <w:r>
        <w:t xml:space="preserve">01:52      (Speaker B)  They're just the one that's in there just about again, just some of those areas that we needed to just, you know, get cleaned up. So But I believe they've all been addressed at this point. </w:t>
      </w:r>
    </w:p>
    <w:p>
      <w:r>
        <w:t xml:space="preserve">02:02      (Speaker A)  Yeah. </w:t>
      </w:r>
    </w:p>
    <w:p>
      <w:r>
        <w:t xml:space="preserve">02:05      (Speaker B)  Okay. </w:t>
      </w:r>
    </w:p>
    <w:p>
      <w:r>
        <w:t xml:space="preserve">02:06      (Speaker A)  Can acknowledged. </w:t>
      </w:r>
    </w:p>
    <w:p>
      <w:r>
        <w:t xml:space="preserve">02:07      (Speaker D)  Can we acknowledge back to the individual that some of that area is not cut? Every single. </w:t>
      </w:r>
    </w:p>
    <w:p>
      <w:r>
        <w:t xml:space="preserve">02:14      (Speaker B)  Yeah, that was part of my answer to him that I included was that it's scheduled for quarterly bush hogging. So that's, that's the schedule that he's on. So that's the, that should be the expectation. </w:t>
      </w:r>
    </w:p>
    <w:p>
      <w:r>
        <w:t xml:space="preserve">02:23      (Speaker D)  It's really not near his property, correct. </w:t>
      </w:r>
    </w:p>
    <w:p>
      <w:r>
        <w:t xml:space="preserve">02:26      (Speaker C)  Yeah. </w:t>
      </w:r>
    </w:p>
    <w:p>
      <w:r>
        <w:t xml:space="preserve">02:26      (Speaker B)  Yeah. </w:t>
      </w:r>
    </w:p>
    <w:p>
      <w:r>
        <w:t xml:space="preserve">02:26      (Speaker D)  He's just the one sending in the email. </w:t>
      </w:r>
    </w:p>
    <w:p>
      <w:r>
        <w:t xml:space="preserve">02:29      (Speaker E)  We get the email. I get texts from Sunday nights, whatever. Same guy. I just quit responding because I tell them look at the contractor. Talk to the HOA management. </w:t>
      </w:r>
    </w:p>
    <w:p>
      <w:r>
        <w:t xml:space="preserve">02:42      (Speaker A)  Yeah. </w:t>
      </w:r>
    </w:p>
    <w:p>
      <w:r>
        <w:t xml:space="preserve">02:43      (Speaker E)  Nobody wants to cut down. </w:t>
      </w:r>
    </w:p>
    <w:p>
      <w:r>
        <w:t xml:space="preserve">02:45      (Speaker A)  Should be contacting you other than you guys board members for either organization. </w:t>
      </w:r>
    </w:p>
    <w:p>
      <w:r>
        <w:t xml:space="preserve">02:51      (Speaker E)  Oh, they do. I don't really. I'm not really a lot of that guy does. </w:t>
      </w:r>
    </w:p>
    <w:p>
      <w:r>
        <w:t xml:space="preserve">02:59      (Speaker A)  Yeah. Okay. Then moving on to the approval of the minutes from the June 9 meeting. Did anybody have any correct directions, comments on the minutes. </w:t>
      </w:r>
    </w:p>
    <w:p>
      <w:r>
        <w:t xml:space="preserve">03:11      (Speaker D)  The minutes appear to be much better, being concise as they are. Much better. </w:t>
      </w:r>
    </w:p>
    <w:p>
      <w:r>
        <w:t xml:space="preserve">03:17      (Speaker B)  Yeah, we've been going through trying to just clean them up a little bit, get to the heart of the matter. </w:t>
      </w:r>
    </w:p>
    <w:p>
      <w:r>
        <w:t xml:space="preserve">03:22      (Speaker D)  I did not see anything wrong with them. </w:t>
      </w:r>
    </w:p>
    <w:p>
      <w:r>
        <w:t xml:space="preserve">03:25      (Speaker A)  I have one comment on line 180 where we brought up Joe, Mr. Row. Colin brought up about the fence line on 44. </w:t>
      </w:r>
    </w:p>
    <w:p>
      <w:r>
        <w:t xml:space="preserve">03:40      (Speaker F)  Yeah. </w:t>
      </w:r>
    </w:p>
    <w:p>
      <w:r>
        <w:t xml:space="preserve">03:41      (Speaker A)  I would just like to add that that had been requested multiple times previously. </w:t>
      </w:r>
    </w:p>
    <w:p>
      <w:r>
        <w:t xml:space="preserve">03:50      (Speaker D)  There won't be anymore. </w:t>
      </w:r>
    </w:p>
    <w:p>
      <w:r>
        <w:t xml:space="preserve">03:52      (Speaker A)  No, but I just wanted to add in there that we had requested that before. </w:t>
      </w:r>
    </w:p>
    <w:p>
      <w:r>
        <w:t xml:space="preserve">03:57      (Speaker B)  Okay, got it. </w:t>
      </w:r>
    </w:p>
    <w:p>
      <w:r>
        <w:t xml:space="preserve">03:59      (Speaker A)  Any other comments? </w:t>
      </w:r>
    </w:p>
    <w:p>
      <w:r>
        <w:t xml:space="preserve">04:00      (Speaker C)  Minutes? </w:t>
      </w:r>
    </w:p>
    <w:p>
      <w:r>
        <w:t xml:space="preserve">04:02      (Speaker A)  All right, so if none, can I get a motion to approve? I'll make a motion to approve the minutes. Motion by Crystal, second by Anna. Discussion? All in favor? All right, now moving on to the resolution 202603 adopting the operation and maintenance assessment methodology. Oh, actually I will open up the public hearing. 604, opening the public hearing. And now resolution 202603 to adopt the operation and maintenance assessment methodology. This was the one that we had actually looked at at our previous meeting and now we are making it official, correct? </w:t>
      </w:r>
    </w:p>
    <w:p>
      <w:r>
        <w:t xml:space="preserve">04:46      (Speaker G)  Yeah. </w:t>
      </w:r>
    </w:p>
    <w:p>
      <w:r>
        <w:t xml:space="preserve">04:46      (Speaker B)  We'll note just for purposes of our recording that we did go ahead and so that the landowner was notified of the hearing tonight. And Scott, do you have any other additional comments you want to give on that? Just that resolution or not really. </w:t>
      </w:r>
    </w:p>
    <w:p>
      <w:r>
        <w:t xml:space="preserve">04:58      (Speaker F)  I think we covered the procedure for this when we looked at it at the last meeting because it is a change in the methodology. We're going to have a public hearing, take any public comment on this. We'll take action on this and then move into the budget matters. </w:t>
      </w:r>
    </w:p>
    <w:p>
      <w:r>
        <w:t xml:space="preserve">05:20      (Speaker A)  So for the benefit of the public that is present, what this item is, is that we've discovered that for years the developer owned parcels in the neighborhood was not paying CDD fees. So we are now assessing CDP fees to the developer owned parcel. It is now no longer developer owned owned by somebody else. But they were not paying. </w:t>
      </w:r>
    </w:p>
    <w:p>
      <w:r>
        <w:t xml:space="preserve">05:42      (Speaker B)  And to supplement that, again for the record. So the methodology makes their assessment pretty much equivalent to what a regular single family home is going to pay. But it also makes some language that if they ever do develop the property, it'll just go to whatever the assessment is at that point for the type of products they put in. So we don't have to do this again in the future. </w:t>
      </w:r>
    </w:p>
    <w:p>
      <w:r>
        <w:t xml:space="preserve">06:00      (Speaker D)  I make a motion, we approve resolution 2026 03. </w:t>
      </w:r>
    </w:p>
    <w:p>
      <w:r>
        <w:t xml:space="preserve">06:04      (Speaker B)  We just want to make sure before we get to that, we'll do a second. Just a second. We just want to open it up for public comments. Just To. </w:t>
      </w:r>
    </w:p>
    <w:p>
      <w:r>
        <w:t xml:space="preserve">06:11      (Speaker A)  Yes, I'll second it. Motion by J. A second by Anna. So now we'll open it up for any members. All right. No public comment. So any other discussion from the board? All right. All in favor? All right. And still within the same public hearing, we are now going to consider resolution 2026 04, adopting the proposed fiscal year 2027 and relating to the annual appropriations. </w:t>
      </w:r>
    </w:p>
    <w:p>
      <w:r>
        <w:t xml:space="preserve">06:47      (Speaker C)  Correct. </w:t>
      </w:r>
    </w:p>
    <w:p>
      <w:r>
        <w:t xml:space="preserve">06:48      (Speaker B)  So that's in your agenda. The budget, again, is in largely the same form that you've seen in the past. There's no assessment increases. And we took all the board's feedback from the last hearing, put all those changes in. I think it's in pretty good shape. We don't have any other recommended changes to it, but we certainly would again welcome any public comments and then bring it to the board for consideration. </w:t>
      </w:r>
    </w:p>
    <w:p>
      <w:r>
        <w:t xml:space="preserve">07:08      (Speaker A)  So again, here, the summary is there are no assessment increases exist. So this time we'll take any public comment. Okay, Hearing no public comment, can I get a motion to approve resolution 2026 04? I'll make motion. Diana, we'll give Crystal the second. All right. Any discussion? All in favor? Any opposed? Any object? All right, and then moving on to Resolution 2026 05, imposing special assessments and certifying the assessment role. This is basically just stating that these are the assessments and they're going to be assessed by the county, correct? Yeah. </w:t>
      </w:r>
    </w:p>
    <w:p>
      <w:r>
        <w:t xml:space="preserve">07:58      (Speaker B)  So attached to this resolution, you'll have the budget that you just adopted, that'll be exhibit A, and then that translates to an assessment roll. This is the actual Excel spreadsheet that we send to the tax colle. And that's how those. How those assessments get translated onto the non adh alarm section of your tax rolls. So again, we take any public comment. </w:t>
      </w:r>
    </w:p>
    <w:p>
      <w:r>
        <w:t xml:space="preserve">08:17      (Speaker D)  Section two on the appropriations. Those amounts in, that will be filled in, correct? </w:t>
      </w:r>
    </w:p>
    <w:p>
      <w:r>
        <w:t xml:space="preserve">08:21      (Speaker B)  Yeah. So we wait just to make sure you guys don't make any changes to it that would materially change those numbers. Yeah, we fill those in later. </w:t>
      </w:r>
    </w:p>
    <w:p>
      <w:r>
        <w:t xml:space="preserve">08:28      (Speaker A)  We have public comment first. </w:t>
      </w:r>
    </w:p>
    <w:p>
      <w:r>
        <w:t xml:space="preserve">08:30      (Speaker D)  Okay. </w:t>
      </w:r>
    </w:p>
    <w:p>
      <w:r>
        <w:t xml:space="preserve">08:30      (Speaker A)  No public comment. Now making a motion to approve. </w:t>
      </w:r>
    </w:p>
    <w:p>
      <w:r>
        <w:t xml:space="preserve">08:35      (Speaker D)  Approve resolution 2026 05. </w:t>
      </w:r>
    </w:p>
    <w:p>
      <w:r>
        <w:t xml:space="preserve">08:38      (Speaker A)  Motion by Joe. </w:t>
      </w:r>
    </w:p>
    <w:p>
      <w:r>
        <w:t xml:space="preserve">08:39      (Speaker C)  All second. </w:t>
      </w:r>
    </w:p>
    <w:p>
      <w:r>
        <w:t xml:space="preserve">08:39      (Speaker A)  Second by Crystal. Any discussion? All in favor? Any opposed? Any abstention? All right, so with that, I will go ahead and close the public hearing. Do I need a motion to close it? </w:t>
      </w:r>
    </w:p>
    <w:p>
      <w:r>
        <w:t xml:space="preserve">08:54      (Speaker B)  Nope, we just closed it. Okay, behind that, you've got one of the. We just wanted this little housekeeping item that we're gonna approve for the board. So these are your fiscal year goals for 2027. If the board recalls, several years ago there were changes in The Florida statutes that require CDDs to do a goal and performance measures. So we've created these. These are basically minimum kind of standards that we, you know, are going to achieve in all of our districts. So we've added those there for you. So what we'd like to do if the board's amenable, is to just get a motion to approve the fiscal year 27 goals and then subsequently also to approve the chairman to Author Finalize the 26 goals when those are completed. The only requirement for these is they just get posted on your website. They don't really go anywhere. No one's really auditing these. There's really no other direction other than you have to create performance measures and standards. So we can certainly take any questions or we can just get a motion. </w:t>
      </w:r>
    </w:p>
    <w:p>
      <w:r>
        <w:t xml:space="preserve">09:53      (Speaker A)  So we sign off on this because I noticed that where the signatures are, it says falcon. </w:t>
      </w:r>
    </w:p>
    <w:p>
      <w:r>
        <w:t xml:space="preserve">09:57      (Speaker B)  Yeah, I just noticed that, too. We'll get that cleared up. Yeah, so we'll change all those out. </w:t>
      </w:r>
    </w:p>
    <w:p>
      <w:r>
        <w:t xml:space="preserve">10:05      (Speaker A)  And are these the actual ones that we came up with? We came up with some two years ago. So I just want to make sure that these are ours and not Falcon traces. </w:t>
      </w:r>
    </w:p>
    <w:p>
      <w:r>
        <w:t xml:space="preserve">10:16      (Speaker B)  Yes. Yeah, they are. Okay. Yeah, we used yours. </w:t>
      </w:r>
    </w:p>
    <w:p>
      <w:r>
        <w:t xml:space="preserve">10:19      (Speaker A)  I mean, they looked familiar. They looked like they were ours, but I didn't have them memorized verbatim. </w:t>
      </w:r>
    </w:p>
    <w:p>
      <w:r>
        <w:t xml:space="preserve">10:24      (Speaker B)  Yeah, yours had some different ones. So I know Falcon traces have. It has a difference if we have responsibility. So. </w:t>
      </w:r>
    </w:p>
    <w:p>
      <w:r>
        <w:t xml:space="preserve">10:28      (Speaker F)  Yeah. </w:t>
      </w:r>
    </w:p>
    <w:p>
      <w:r>
        <w:t xml:space="preserve">10:30      (Speaker B)  Yeah, we'll get that changed. So again, we'd look for a motion of the board to adopt this 27 goals and approve the 26 goals once the fiscal year is complete. </w:t>
      </w:r>
    </w:p>
    <w:p>
      <w:r>
        <w:t xml:space="preserve">10:39      (Speaker A)  With the. </w:t>
      </w:r>
    </w:p>
    <w:p>
      <w:r>
        <w:t xml:space="preserve">10:40      (Speaker B)  Yeah, with the changes to that. Yeah, I got it. </w:t>
      </w:r>
    </w:p>
    <w:p>
      <w:r>
        <w:t xml:space="preserve">10:42      (Speaker A)  I get a motion. I'll make a motion to prove the 2027 goals and. What was the 2020. And to complete the 26 goals. </w:t>
      </w:r>
    </w:p>
    <w:p>
      <w:r>
        <w:t xml:space="preserve">10:51      (Speaker B)  Yeah. When the year's over, Jason, who fills </w:t>
      </w:r>
    </w:p>
    <w:p>
      <w:r>
        <w:t xml:space="preserve">10:55      (Speaker G)  up the yes or no? </w:t>
      </w:r>
    </w:p>
    <w:p>
      <w:r>
        <w:t xml:space="preserve">10:56      (Speaker B)  We do. Yeah. Yeah. </w:t>
      </w:r>
    </w:p>
    <w:p>
      <w:r>
        <w:t xml:space="preserve">10:57      (Speaker A)  Motion by Crystal. Second by Anna. Any discussion? All in favor? Any opposed? Any extensions? Motion passed. All right, moving on now to our staff reports. District Council. </w:t>
      </w:r>
    </w:p>
    <w:p>
      <w:r>
        <w:t xml:space="preserve">11:21      (Speaker F)  Okay, let me make sure first that you can hear me. </w:t>
      </w:r>
    </w:p>
    <w:p>
      <w:r>
        <w:t xml:space="preserve">11:23      (Speaker B)  Okay. </w:t>
      </w:r>
    </w:p>
    <w:p>
      <w:r>
        <w:t xml:space="preserve">11:24      (Speaker F)  Yeah, we can through. </w:t>
      </w:r>
    </w:p>
    <w:p>
      <w:r>
        <w:t xml:space="preserve">11:26      (Speaker D)  Good. </w:t>
      </w:r>
    </w:p>
    <w:p>
      <w:r>
        <w:t xml:space="preserve">11:26      (Speaker F)  Thank you. At the last meeting, I was asked about the progresses in legislative matters that I had promised. The meeting before. The state government was kind of slow in finishing the process, maybe because there were, I think, if you count them, five different legislative sessions, tax reform, and all sorts of things going on, but that's done. And a couple of the notable things that I was tracking were finished. One was signed into law and One was vetoed. So let me walk through that with you. The most significant thing for us, and I mentioned it at an earlier meeting, is that the, the legislature enacted and the governor signed a brand new section of chapter 190 that creates a process for recall of CDD supervisors. The process changed during the legislative sessions. It was a bit simpler than what finally ended up. What they did was they made it uniform with the existing process for cities and counties. And what you, what you come up with is a pretty complex process that is quite expensive for people who want to initiate the process. I have, I have put a lot of detail about the process in a, in a proposed rule and I'll talk about the reason for that in a minute. But essentially, if there are supervisors who have served at least a year who were elected as opposed to being appointed, and someone wants to try to remove that supervisor from office, that person has to form a committee and get petitions signed by 10% of the registered voters living in the CDD, which is no small number. It's no small feat to do that. When that's done, if the signatures are adequate, they go to the supervisor of election who verifies them, who charges to verify them. And if verified, then it is, it is sent to the cdd, it's sent to Lake county, which is the government that has jurisdiction over us. And then that starts a process where there is another petition drive that requires 15% of all the registered voters to say, okay, we want to schedule a, a special election to vote on the recall of this, this particular supervisor. That again has to go through the process of getting signature, verifying signatures. And if that is done, then a recall election is scheduled. At that point, the CDD has some obligations. It has to, it has to publish certain information on its website and then it has to publish a newspaper ad about the upcoming election. It has to send a mailed notice to every property, every resident really within the district, which is similar to what we do if we're going to increase the budget, but, but more letters than that at every step of the way. The parties who want this to happen have to pay for the supervisor of elections to do certain things. They have to pay for us to mail letters to post on the website, if there's a charge for that, to run the newspaper ad. And if they go through all of that and the election has a majority vote to remove the supervisor, then the supervisor vacates the office, the office becomes, is declared vacant, and then the remaining board members appoint someone to serve out that term. It's a difficult process, expensive process. </w:t>
      </w:r>
    </w:p>
    <w:p>
      <w:r>
        <w:t xml:space="preserve">16:26      (Speaker B)  And, </w:t>
      </w:r>
    </w:p>
    <w:p>
      <w:r>
        <w:t xml:space="preserve">16:29      (Speaker F)  and maybe that's good because I don't think anyone would, would undertake the process lightly just based on a simple disagreement or, or a grudge. There are statutory causes for that that are listed in my proposed rule text. And let, let me tell you why I am proposing to my districts that they adopt a rule that kind of lays this out. Number one is the expense recovery. We have certain things that we're supposed to do, certain procedures when we're collecting fees or collecting cost of doing something. And the statute says that the proponent of the recall has to pay us. But I think we on the other side need to have a rule that says they're going to pay us, that kind of outlines what they're going to pay us and says that they're going to pay us up front. So part of what the rule does is it requires that reimbursement to happen up front. Another thing that it does, and this is not addressed in the legislation, is it sets a policy of neutrality for the CDD and the CDD board and otherwise. I don't, I don't think it's a very good process if the board gets involved in the politics. You know, board members have disagreements with one another and they try to use this process, obviously as residents, in your individual capacity, you can vote on, you can sign petitions, in my opinion, that relate to the recall. We just don't want the board involved in the politics. We don't want the board running ads, campaigning. And so I'm proposing a policy of neutrality that the board would not get into politics, that it would not spend money on the recall, but would simply do the things that the statute requires. And so that's set out in the proposed rule. I'm not really asking that we go through the rule tonight. I think at another meeting after you've had a chance to read it and digest it, we can, we can talk about whether you want to move forward to a rule adoption process on that. But I will recommend that you do. Any questions on that before I move on my question? </w:t>
      </w:r>
    </w:p>
    <w:p>
      <w:r>
        <w:t xml:space="preserve">19:28      (Speaker A)  Because I read it and it looks like it makes sense and it seems very logical. We can just make our own rule. </w:t>
      </w:r>
    </w:p>
    <w:p>
      <w:r>
        <w:t xml:space="preserve">19:38      (Speaker F)  We can't make a rule that goes contrary to the statute. And this one doesn't. It does supplement the statute in those two areas, which I think we have authority to do, which is cost recovery and none non political, not siding with anybody in the process. And I think we have authority to do those things. </w:t>
      </w:r>
    </w:p>
    <w:p>
      <w:r>
        <w:t xml:space="preserve">20:06      (Speaker A)  Do we have other rules that we've </w:t>
      </w:r>
    </w:p>
    <w:p>
      <w:r>
        <w:t xml:space="preserve">20:08      (Speaker B)  made I mean, you've got rules in your district for purchasing things as an example, and the Florida Statutes, you know, dictate those processes too. So you can make things that go above and beyond. You just can't contradict them. </w:t>
      </w:r>
    </w:p>
    <w:p>
      <w:r>
        <w:t xml:space="preserve">20:21      (Speaker A)  I see those more as, like, procedures rather than rule. Seems like something that's enforceable, which this would be then. </w:t>
      </w:r>
    </w:p>
    <w:p>
      <w:r>
        <w:t xml:space="preserve">20:29      (Speaker B)  So sometimes depending on the process of CDDs, that means. What is it more of a process is just called a rule. That's the way you guys adopt the process. </w:t>
      </w:r>
    </w:p>
    <w:p>
      <w:r>
        <w:t xml:space="preserve">20:41      (Speaker F)  Yeah, this actually would become part of the rules of procedure that you already have. It's just a new chapter governing this. You don't have a lot of rules. Other districts, depending on things that they do. I've got rules about stormwater, rules about fishing, rules about street parking. In your district, the areas that you control are fewer than some other districts. Some districts have water and sewer facilities, and they have rules about that large amenity facility is, you know, we've got 35 page rules on running tennis and things like that. So that's. That's where this goes as part of your rules of procedure. </w:t>
      </w:r>
    </w:p>
    <w:p>
      <w:r>
        <w:t xml:space="preserve">21:33      (Speaker A)  All right, so we're not looking for any action on this tonight. If we wanted to take action, why would we not want to take action? </w:t>
      </w:r>
    </w:p>
    <w:p>
      <w:r>
        <w:t xml:space="preserve">21:40      (Speaker D)  Could we. </w:t>
      </w:r>
    </w:p>
    <w:p>
      <w:r>
        <w:t xml:space="preserve">21:42      (Speaker F)  If you, if you have looked at it and you want to tell me to schedule the rule for a hearing at a subsequent meeting and adopt it, then we can go ahead and do that. Certainly. </w:t>
      </w:r>
    </w:p>
    <w:p>
      <w:r>
        <w:t xml:space="preserve">21:56      (Speaker A)  I'm good with that. </w:t>
      </w:r>
    </w:p>
    <w:p>
      <w:r>
        <w:t xml:space="preserve">21:58      (Speaker B)  Yeah, we'd probably. I mean, if, you know, look at your next two meetings, we wouldn't be able to do it the August meeting because there are some new notice requirements we wouldn't meet. But certainly, I think the September 8th meeting that we had scheduled, which kind of fits into your every other month, </w:t>
      </w:r>
    </w:p>
    <w:p>
      <w:r>
        <w:t xml:space="preserve">22:10      (Speaker A)  but we were trying to say. </w:t>
      </w:r>
    </w:p>
    <w:p>
      <w:r>
        <w:t xml:space="preserve">22:11      (Speaker B)  But we could even months, so. </w:t>
      </w:r>
    </w:p>
    <w:p>
      <w:r>
        <w:t xml:space="preserve">22:13      (Speaker A)  So could we do it in October? </w:t>
      </w:r>
    </w:p>
    <w:p>
      <w:r>
        <w:t xml:space="preserve">22:14      (Speaker B)  Absolutely. Yeah. We could schedule it for the October, which is on your. You have your meeting schedule a little later. So that would be. </w:t>
      </w:r>
    </w:p>
    <w:p>
      <w:r>
        <w:t xml:space="preserve">22:19      (Speaker D)  I mean, it's not that big an urgent thing. </w:t>
      </w:r>
    </w:p>
    <w:p>
      <w:r>
        <w:t xml:space="preserve">22:22      (Speaker B)  No, no, no. </w:t>
      </w:r>
    </w:p>
    <w:p>
      <w:r>
        <w:t xml:space="preserve">22:23      (Speaker C)  Right. </w:t>
      </w:r>
    </w:p>
    <w:p>
      <w:r>
        <w:t xml:space="preserve">22:24      (Speaker D)  No, it probably is never gonna happen. </w:t>
      </w:r>
    </w:p>
    <w:p>
      <w:r>
        <w:t xml:space="preserve">22:25      (Speaker B)  Correct? </w:t>
      </w:r>
    </w:p>
    <w:p>
      <w:r>
        <w:t xml:space="preserve">22:26      (Speaker A)  Yeah. Yeah. For October. </w:t>
      </w:r>
    </w:p>
    <w:p>
      <w:r>
        <w:t xml:space="preserve">22:29      (Speaker B)  Yes. Scott. </w:t>
      </w:r>
    </w:p>
    <w:p>
      <w:r>
        <w:t xml:space="preserve">22:30      (Speaker F)  Jason, what's the date of the October meeting? </w:t>
      </w:r>
    </w:p>
    <w:p>
      <w:r>
        <w:t xml:space="preserve">22:33      (Speaker B)  13th. </w:t>
      </w:r>
    </w:p>
    <w:p>
      <w:r>
        <w:t xml:space="preserve">22:35      (Speaker F)  Okay. I'm leaving town, but I'm leaving town the next day, so plenty of time. </w:t>
      </w:r>
    </w:p>
    <w:p>
      <w:r>
        <w:t xml:space="preserve">22:41      (Speaker A)  And I'm gone for the September one. So. </w:t>
      </w:r>
    </w:p>
    <w:p>
      <w:r>
        <w:t xml:space="preserve">22:43      (Speaker B)  Okay. </w:t>
      </w:r>
    </w:p>
    <w:p>
      <w:r>
        <w:t xml:space="preserve">22:43      (Speaker A)  Yeah, if we can do it in October, that would be. </w:t>
      </w:r>
    </w:p>
    <w:p>
      <w:r>
        <w:t xml:space="preserve">22:45      (Speaker B)  Yeah. So then I think the motion of the board would be to approve proceeding with a rulemaking hearing for October 13th. </w:t>
      </w:r>
    </w:p>
    <w:p>
      <w:r>
        <w:t xml:space="preserve">22:53      (Speaker A)  Do we need a motion for that? </w:t>
      </w:r>
    </w:p>
    <w:p>
      <w:r>
        <w:t xml:space="preserve">22:54      (Speaker G)  Yeah. </w:t>
      </w:r>
    </w:p>
    <w:p>
      <w:r>
        <w:t xml:space="preserve">22:55      (Speaker D)  Okay, I'll make a motion. </w:t>
      </w:r>
    </w:p>
    <w:p>
      <w:r>
        <w:t xml:space="preserve">22:56      (Speaker A)  Crystal. While you had stepped out, we decided we were okay with the wording on this for the, the recall rule stuff. So we're just going to schedule it for a hearing. </w:t>
      </w:r>
    </w:p>
    <w:p>
      <w:r>
        <w:t xml:space="preserve">23:07      (Speaker H)  Okay. </w:t>
      </w:r>
    </w:p>
    <w:p>
      <w:r>
        <w:t xml:space="preserve">23:08      (Speaker C)  In October. </w:t>
      </w:r>
    </w:p>
    <w:p>
      <w:r>
        <w:t xml:space="preserve">23:08      (Speaker A)  In October. So we have a motion by Joe, second by Anna. Any other discussion? All in favor? </w:t>
      </w:r>
    </w:p>
    <w:p>
      <w:r>
        <w:t xml:space="preserve">23:22      (Speaker F)  All right, so we'll. We'll proceed with the notices and everything we need to do for an October rule hearing on this. The next thing that I thought was going to come down the pike was a change in the sovereign immunity caps. And to explain that briefly, as a government, if someone were to fall and get hurt on CBD property, they're currently caps on what they can sue us for. It's $200,000 for an individual and $350,000 for, for an incident. The proposal was to Change those to 350 and 500. It passed overwhelmingly in the legislature, but the governor vetoed it. Essentially said that gives lawyers another opportunity to reach farther into the public treasury. My words, not his. And so we vetoed that. And, and that's good because whenever someone gets hurt, the lawyer always asks for the most money available under the cap. So that will help with our insurance rates, I think, over time, just keeping those awards down. One thing that I've been asked a couple times now is whether the proposed ad valorem tax homestead exemption legislation will have any impact on CDDs. It does not directly. We do not. And most CDDs do not charge ad valorem taxes, which are like the taxes that counties and cities and school boards charge, that are based on the value of the property we charge. You know, we have a special assessment which is non ad valorem, which is not based on value. And so it doesn't change what we're doing in that regard. I've spent some time reading the proposed constitutional amendment, and I will say that if it passes, it will change everything. And so I can't say that it won't have any impact on what CBDs do, because I think it will have an impact on everything if it passes. </w:t>
      </w:r>
    </w:p>
    <w:p>
      <w:r>
        <w:t xml:space="preserve">25:51      (Speaker C)  It's. </w:t>
      </w:r>
    </w:p>
    <w:p>
      <w:r>
        <w:t xml:space="preserve">25:52      (Speaker F)  It's somewhat. It's kind of an earthquake to hit local government if, if it passes. And so we'll see everyone's gearing up and making the arguments on that. </w:t>
      </w:r>
    </w:p>
    <w:p>
      <w:r>
        <w:t xml:space="preserve">26:06      (Speaker D)  There. </w:t>
      </w:r>
    </w:p>
    <w:p>
      <w:r>
        <w:t xml:space="preserve">26:07      (Speaker F)  There are some other minor pieces of legislation that I'm looking at that are, are not CBD specific. They're operational bills about how government works. And I'm still looking at a few of those to see if there are any little quirks and things that happen, usually. Usually something gets slipped in and we figure it out a little bit later. So I'll advise you, if something else comes up from my review, and that's really all that I have tonight. </w:t>
      </w:r>
    </w:p>
    <w:p>
      <w:r>
        <w:t xml:space="preserve">26:40      (Speaker A)  Can you go back a little bit to the ad valorem? Non ad valorem. If we're not part of the ad valorem and we are a special assessment, how is that going to affect us? </w:t>
      </w:r>
    </w:p>
    <w:p>
      <w:r>
        <w:t xml:space="preserve">26:58      (Speaker F)  It has no direct effect. What I'm thinking as I look at it is if this passes, then local governments are going to be looking to offload a lot of the services that they provide because of the lack of money to pay for it. And so I foresee additional action that will come in future years in the legislature that will perhaps push some of the government services off onto other entities, maybe special districts like a cdd. That's kind of. It's kind of speculative. </w:t>
      </w:r>
    </w:p>
    <w:p>
      <w:r>
        <w:t xml:space="preserve">27:44      (Speaker A)  Well, the only services that we currently receive from the county are garbage. We don't receive any other services from the county in ours. The city water and sewer. </w:t>
      </w:r>
    </w:p>
    <w:p>
      <w:r>
        <w:t xml:space="preserve">27:59      (Speaker F)  Yeah, we receive fire, fire service, police service. </w:t>
      </w:r>
    </w:p>
    <w:p>
      <w:r>
        <w:t xml:space="preserve">28:07      (Speaker A)  Well, those are all special assessments, too. There's a fire assessment? </w:t>
      </w:r>
    </w:p>
    <w:p>
      <w:r>
        <w:t xml:space="preserve">28:15      (Speaker F)  What? </w:t>
      </w:r>
    </w:p>
    <w:p>
      <w:r>
        <w:t xml:space="preserve">28:15      (Speaker A)  So how would they pass that off to us? We don't have police, we don't have fire. So how would something like that get passed off to a cdd? </w:t>
      </w:r>
    </w:p>
    <w:p>
      <w:r>
        <w:t xml:space="preserve">28:23      (Speaker F)  As they say, no man's wallet is safe when the legislature is in session. </w:t>
      </w:r>
    </w:p>
    <w:p>
      <w:r>
        <w:t xml:space="preserve">28:30      (Speaker A)  Okay. I was just trying to figure out how it would. How. How it could potentially impact us. I wasn't seeing how that would work. </w:t>
      </w:r>
    </w:p>
    <w:p>
      <w:r>
        <w:t xml:space="preserve">28:39      (Speaker F)  It's indirect, and we'll see what happens. But I know that the cities and counties are going to be looking for ways to make up the money that they're losing. And if you're restricted on the ad valorem, then what you can do is not ad valorem, and that kind of gets into the area that we operate in. I don't. I don't have a specific prediction of what's going to happen, but I know that a lot of things will change if the constitutional amendment's adopted. </w:t>
      </w:r>
    </w:p>
    <w:p>
      <w:r>
        <w:t xml:space="preserve">29:26      (Speaker A)  Okay. </w:t>
      </w:r>
    </w:p>
    <w:p>
      <w:r>
        <w:t xml:space="preserve">29:27      (Speaker F)  That's what I'm trying to say. </w:t>
      </w:r>
    </w:p>
    <w:p>
      <w:r>
        <w:t xml:space="preserve">29:28      (Speaker A)  Okay, thank you. </w:t>
      </w:r>
    </w:p>
    <w:p>
      <w:r>
        <w:t xml:space="preserve">29:32      (Speaker F)  Anything else for me? </w:t>
      </w:r>
    </w:p>
    <w:p>
      <w:r>
        <w:t xml:space="preserve">29:36      (Speaker A)  Nobody has anything else. </w:t>
      </w:r>
    </w:p>
    <w:p>
      <w:r>
        <w:t xml:space="preserve">29:37      (Speaker B)  No, you're good, Scott. </w:t>
      </w:r>
    </w:p>
    <w:p>
      <w:r>
        <w:t xml:space="preserve">29:38      (Speaker A)  Thank you. </w:t>
      </w:r>
    </w:p>
    <w:p>
      <w:r>
        <w:t xml:space="preserve">29:40      (Speaker F)  All right. </w:t>
      </w:r>
    </w:p>
    <w:p>
      <w:r>
        <w:t xml:space="preserve">29:40      (Speaker G)  Thank you. </w:t>
      </w:r>
    </w:p>
    <w:p>
      <w:r>
        <w:t xml:space="preserve">29:42      (Speaker A)  All right, move on to district engineer. You're staying on the phone, though, right, Scott? </w:t>
      </w:r>
    </w:p>
    <w:p>
      <w:r>
        <w:t xml:space="preserve">29:51      (Speaker F)  Yes, absolutely. </w:t>
      </w:r>
    </w:p>
    <w:p>
      <w:r>
        <w:t xml:space="preserve">30:00      (Speaker B)  I handed out small versions, big versions of her. Yeah, yeah, yeah. </w:t>
      </w:r>
    </w:p>
    <w:p>
      <w:r>
        <w:t xml:space="preserve">30:19      (Speaker D)  Thank you, sir. </w:t>
      </w:r>
    </w:p>
    <w:p>
      <w:r>
        <w:t xml:space="preserve">30:19      (Speaker E)  You're welcome. </w:t>
      </w:r>
    </w:p>
    <w:p>
      <w:r>
        <w:t xml:space="preserve">30:52      (Speaker G)  All right, Let me do the Anfi 11 first. This is what you gave a notice. An Hourly not. Not an hourly notice not to exceed amount of $20,000 for Tim and Jose to do some. I would call it the second round of improvements. And some things were unearthed that we couldn't see before. So Tim and I reached out after this was sent out if he needs me to meet with him. But he's gonna get started in a week or two. And then I would go out and basically re inspect and sign off on it. But everything looks good. </w:t>
      </w:r>
    </w:p>
    <w:p>
      <w:r>
        <w:t xml:space="preserve">31:27      (Speaker A)  My country greens email does not work apparently because I did not see this. </w:t>
      </w:r>
    </w:p>
    <w:p>
      <w:r>
        <w:t xml:space="preserve">31:32      (Speaker G)  Now for some reason I'm gonna ask Jason this. All the other CDD's I have, I have people's name linked to a CDD address. But everybody else here has a personal one that I have on the contact list. </w:t>
      </w:r>
    </w:p>
    <w:p>
      <w:r>
        <w:t xml:space="preserve">31:45      (Speaker B)  We've been using both of them because I think some of them aren't getting the regular all his balances back. Okay. </w:t>
      </w:r>
    </w:p>
    <w:p>
      <w:r>
        <w:t xml:space="preserve">31:51      (Speaker A)  It was supposed to be set up that our CDD emails would forward to our personal emails because we didn't want to have to maintain two different email boxes. But then the problem with that is that when you reply to something that's been forwarded from the CBD email, it replies from the personal email. </w:t>
      </w:r>
    </w:p>
    <w:p>
      <w:r>
        <w:t xml:space="preserve">32:11      (Speaker G)  So I got bounce backs all weekends from different messages. But yeah, his was a mistake. I left the S off of Maverick. So his bounce back and I fixed that and then it went through but Dave's bounced back immediately. I don't know if the exhibits were too large and so the ones in the website under contacts not correct because that's what I use. </w:t>
      </w:r>
    </w:p>
    <w:p>
      <w:r>
        <w:t xml:space="preserve">32:33      (Speaker B)  Let me double. We'll have to double check them all. </w:t>
      </w:r>
    </w:p>
    <w:p>
      <w:r>
        <w:t xml:space="preserve">32:35      (Speaker D)  I know. </w:t>
      </w:r>
    </w:p>
    <w:p>
      <w:r>
        <w:t xml:space="preserve">32:38      (Speaker G)  So what this list is. All right, so what this list is is after I went out with Kathy to do the follow up, after Tim and Jose were out there and did the blitz of the whole site and then I did one more follow up to kind of get more detail. These are the things that were buried that we didn't see before that we're going to take it to the next step or things to be tweaked a little bit. And I kind of put them on my priority and I guess Tim will say when he caps out or he's got money left over. </w:t>
      </w:r>
    </w:p>
    <w:p>
      <w:r>
        <w:t xml:space="preserve">33:07      (Speaker H)  I don't know. </w:t>
      </w:r>
    </w:p>
    <w:p>
      <w:r>
        <w:t xml:space="preserve">33:09      (Speaker E)  It's fine. So we'll make it work. </w:t>
      </w:r>
    </w:p>
    <w:p>
      <w:r>
        <w:t xml:space="preserve">33:12      (Speaker G)  Any questions at all, please call me. Okay, the second thing, which 11 by 17 exhibits, which maybe you didn't get these either. </w:t>
      </w:r>
    </w:p>
    <w:p>
      <w:r>
        <w:t xml:space="preserve">33:22      (Speaker A)  This I got Strange. </w:t>
      </w:r>
    </w:p>
    <w:p>
      <w:r>
        <w:t xml:space="preserve">33:26      (Speaker E)  Okay. </w:t>
      </w:r>
    </w:p>
    <w:p>
      <w:r>
        <w:t xml:space="preserve">33:27      (Speaker A)  And the flat stuff. </w:t>
      </w:r>
    </w:p>
    <w:p>
      <w:r>
        <w:t xml:space="preserve">33:28      (Speaker G)  Yep. Yeah, same addresses. That's weird. </w:t>
      </w:r>
    </w:p>
    <w:p>
      <w:r>
        <w:t xml:space="preserve">33:31      (Speaker A)  So, okay, that one you might have sent to my personal email. </w:t>
      </w:r>
    </w:p>
    <w:p>
      <w:r>
        <w:t xml:space="preserve">33:38      (Speaker G)  So this is the thing I almost got fired last month for not doing. I dropped the ball on this one. So we looked at the plats, we looked at the construction plans, and we color coded these two east and west intersections regarding the limits. Now, again, these are not surveyed. These are between the property appraisers, the Platts, and the construction plants, trying to do our best to differentiate between the different ownerships. And I guess this had to do with the trees. If I'm misunderstood. </w:t>
      </w:r>
    </w:p>
    <w:p>
      <w:r>
        <w:t xml:space="preserve">34:06      (Speaker A)  Yes. If the tree was to fall in that area primarily on Cardinal. I don't remember asking about it on 437. </w:t>
      </w:r>
    </w:p>
    <w:p>
      <w:r>
        <w:t xml:space="preserve">34:13      (Speaker D)  No, I asked for 44. </w:t>
      </w:r>
    </w:p>
    <w:p>
      <w:r>
        <w:t xml:space="preserve">34:14      (Speaker A)  For 44? Yeah. </w:t>
      </w:r>
    </w:p>
    <w:p>
      <w:r>
        <w:t xml:space="preserve">34:17      (Speaker G)  Under 44 at the entrance, </w:t>
      </w:r>
    </w:p>
    <w:p>
      <w:r>
        <w:t xml:space="preserve">34:20      (Speaker A)  down the north part of 44, where cardboard comes up the fence line. Okay, but we own that corner. So the corner part's okay. It's. Once you get past the corner. </w:t>
      </w:r>
    </w:p>
    <w:p>
      <w:r>
        <w:t xml:space="preserve">34:33      (Speaker D)  Yeah, that's what I was interested in. </w:t>
      </w:r>
    </w:p>
    <w:p>
      <w:r>
        <w:t xml:space="preserve">34:35      (Speaker A)  Yeah. The corner of Cornwall and 44, Utah. Well, we own the corner corner. But then once you get past the corner between there and the utility area is HOA. Okay, but 437 was not an issue. So we can take that off the table. But. And this is where I'm gonna come up with a question. I went back and read, like, our establishing documents. Nowhere did I see anywhere that said that we had to have a fence line or a fence. Is a fence required? </w:t>
      </w:r>
    </w:p>
    <w:p>
      <w:r>
        <w:t xml:space="preserve">35:13      (Speaker G)  Was it in your PUD or your master? </w:t>
      </w:r>
    </w:p>
    <w:p>
      <w:r>
        <w:t xml:space="preserve">35:16      (Speaker A)  Not that I saw. I mean, I didn't get all into the pud. But my question is, why does the CDD own that little strip along Cardinal? We should only own it if it's for stormwater conveyance. And there's no stormwater conveyance there. So why do we even own it? Is my question. Just to maintain the fence. Just to maintain the fence. And then that brought me to do we have to have a fence? Right. </w:t>
      </w:r>
    </w:p>
    <w:p>
      <w:r>
        <w:t xml:space="preserve">35:43      (Speaker D)  Where does the fence belong to? </w:t>
      </w:r>
    </w:p>
    <w:p>
      <w:r>
        <w:t xml:space="preserve">35:45      (Speaker A)  Well, it's on our property. So we've been. We've been maintaining. But we should only own property that is for stormwater conveyance. And there is no stormwater conveyance there. </w:t>
      </w:r>
    </w:p>
    <w:p>
      <w:r>
        <w:t xml:space="preserve">35:59      (Speaker G)  But sometimes there are. In other CDs, I've seen fence and wall strips around the perimeter of the cdd. </w:t>
      </w:r>
    </w:p>
    <w:p>
      <w:r>
        <w:t xml:space="preserve">36:08      (Speaker A)  Okay, well, that's the plan. Like, that's what we would need to find if it says. Because that was like, I went down a deep dive. But I mean, it says we own it. But I still wasn't able to tell from the plat. It was like 8ft. But is it 8ft from the road, 8ft from the center line, 8ft from the shoulder, there was like 25ft total. And there was an 8 foot section and a 17 foot section which is 25. But our big question is the fence line runs. How much on either side of that fence line do we own? </w:t>
      </w:r>
    </w:p>
    <w:p>
      <w:r>
        <w:t xml:space="preserve">36:55      (Speaker D)  Is it because there's a lot of trees that are falling down in that area that are going to fall down and hit the fence? And whose responsibility is it? Is it hoa? </w:t>
      </w:r>
    </w:p>
    <w:p>
      <w:r>
        <w:t xml:space="preserve">37:04      (Speaker G)  Is it C. You almost have to get that randomly surveyed. That falls in the strip. I can zoom in with pictometry, but that's not a, that's not a survey. </w:t>
      </w:r>
    </w:p>
    <w:p>
      <w:r>
        <w:t xml:space="preserve">37:16      (Speaker A)  Right. And I, you know, I pulled up property appraiser, I pulled up your plaid, I pulled up all the stuff. And it's not a big deal until something happens. And then if something happens and we have a massive tree come down, is the tree on our property? Is the tree on the HOA property? Is the tree in the right of way? </w:t>
      </w:r>
    </w:p>
    <w:p>
      <w:r>
        <w:t xml:space="preserve">37:37      (Speaker E)  Kind of already had that with the HOA like on that same area. </w:t>
      </w:r>
    </w:p>
    <w:p>
      <w:r>
        <w:t xml:space="preserve">37:40      (Speaker A)  Right, right. And so when somebody calls, when a tree comes down in a hurricane and it's sitting on the power lines, who are they calling? Is what we're wanting to know. And it's the same thing for that area on 44. </w:t>
      </w:r>
    </w:p>
    <w:p>
      <w:r>
        <w:t xml:space="preserve">37:55      (Speaker D)  In your research. So you found that the fence is actually ctd or does it show that it should be hoa? </w:t>
      </w:r>
    </w:p>
    <w:p>
      <w:r>
        <w:t xml:space="preserve">38:03      (Speaker A)  Well, that's the part that we own. That's the fence line and we do own that. I have to look in the PUD and see what the requirement was for a fence. But if there's no requirement for a fence in the ped, then </w:t>
      </w:r>
    </w:p>
    <w:p>
      <w:r>
        <w:t xml:space="preserve">38:22      (Speaker G)  I have another CDD in St. Cloud taking it down. They have a white picket fence. They found out it wasn't required. They've been pressure cleaning. It's rotting in the sun. </w:t>
      </w:r>
    </w:p>
    <w:p>
      <w:r>
        <w:t xml:space="preserve">38:30      (Speaker A)  Yeah. </w:t>
      </w:r>
    </w:p>
    <w:p>
      <w:r>
        <w:t xml:space="preserve">38:31      (Speaker G)  And they would like to just. </w:t>
      </w:r>
    </w:p>
    <w:p>
      <w:r>
        <w:t xml:space="preserve">38:33      (Speaker D)  Well, how does that interfere with the secure. </w:t>
      </w:r>
    </w:p>
    <w:p>
      <w:r>
        <w:t xml:space="preserve">38:36      (Speaker A)  Well, that's where we open up a can of worms. You know, the HOA is doing something and we're doing something different. How does that play into. But we are spending money every year to pressure wash that entire fence. That if we are not required to have that fence, then maybe there's some areas that it could come down that I don't know. It's just like I said, I'm just going down a rabbit hole. But this started the rabbit hole was. </w:t>
      </w:r>
    </w:p>
    <w:p>
      <w:r>
        <w:t xml:space="preserve">39:10      (Speaker G)  I'll read this specific track language on the plat and I'll give it to </w:t>
      </w:r>
    </w:p>
    <w:p>
      <w:r>
        <w:t xml:space="preserve">39:15      (Speaker B)  Jason and then yeah, I've got it right here, Dave. </w:t>
      </w:r>
    </w:p>
    <w:p>
      <w:r>
        <w:t xml:space="preserve">39:18      (Speaker D)  Okay. </w:t>
      </w:r>
    </w:p>
    <w:p>
      <w:r>
        <w:t xml:space="preserve">39:20      (Speaker B)  It just says it's a buffer attract. </w:t>
      </w:r>
    </w:p>
    <w:p>
      <w:r>
        <w:t xml:space="preserve">39:22      (Speaker A)  Yeah. </w:t>
      </w:r>
    </w:p>
    <w:p>
      <w:r>
        <w:t xml:space="preserve">39:24      (Speaker B)  Yeah. </w:t>
      </w:r>
    </w:p>
    <w:p>
      <w:r>
        <w:t xml:space="preserve">39:26      (Speaker G)  Sometimes it'll repeat itself somewhere else. </w:t>
      </w:r>
    </w:p>
    <w:p>
      <w:r>
        <w:t xml:space="preserve">39:27      (Speaker B)  Yeah. </w:t>
      </w:r>
    </w:p>
    <w:p>
      <w:r>
        <w:t xml:space="preserve">39:29      (Speaker A)  And if the buffer is off fence then it says that a buffer could be a fence. So it's just. I just want to know the. What we really need to have versus what we don't. And then there are some places where the fence is growing through all of those bushes that, you know, if you're having to trim around it and it's a pain in the butt and the bush is serving as the barrier of entry, then maybe we make your job a little easier and you don't have to trim around fence posts or something if it's not a requirement. I mean none of this would be, you know, it would be if something gets damaged, remove it rather than replace it. If it's not a necessary location or item kind of a thing. But it's just this started me going what actually is required? </w:t>
      </w:r>
    </w:p>
    <w:p>
      <w:r>
        <w:t xml:space="preserve">40:27      (Speaker G)  Did you get from Informatic, Jason, the original developers agreements. </w:t>
      </w:r>
    </w:p>
    <w:p>
      <w:r>
        <w:t xml:space="preserve">40:32      (Speaker B)  I'll have to look what we got. </w:t>
      </w:r>
    </w:p>
    <w:p>
      <w:r>
        <w:t xml:space="preserve">40:34      (Speaker G)  Usually it's in there. </w:t>
      </w:r>
    </w:p>
    <w:p>
      <w:r>
        <w:t xml:space="preserve">40:35      (Speaker B)  Yeah. </w:t>
      </w:r>
    </w:p>
    <w:p>
      <w:r>
        <w:t xml:space="preserve">40:37      (Speaker A)  And then if some of those documents could be loaded to the website. </w:t>
      </w:r>
    </w:p>
    <w:p>
      <w:r>
        <w:t xml:space="preserve">40:41      (Speaker C)  Yeah. </w:t>
      </w:r>
    </w:p>
    <w:p>
      <w:r>
        <w:t xml:space="preserve">40:42      (Speaker A)  Because there were not. There was only a couple of them on there. So we really don't know anything more unless we do a survey. </w:t>
      </w:r>
    </w:p>
    <w:p>
      <w:r>
        <w:t xml:space="preserve">40:55      (Speaker G)  We wonder the exact location. Even if it's within that strip. We don't know if it's. We'd like to think if the fence is within that strip of land at those locations, but it could be sitting on the outside or the inside. </w:t>
      </w:r>
    </w:p>
    <w:p>
      <w:r>
        <w:t xml:space="preserve">41:09      (Speaker E)  But. </w:t>
      </w:r>
    </w:p>
    <w:p>
      <w:r>
        <w:t xml:space="preserve">41:12      (Speaker G)  So the question does the board want to any specific areas of concern, get a survey out there to establish the right of way limits and then what the D's meant and then locate the fence. </w:t>
      </w:r>
    </w:p>
    <w:p>
      <w:r>
        <w:t xml:space="preserve">41:22      (Speaker A)  What would we be talking approximately cost wise to have just that strip along. </w:t>
      </w:r>
    </w:p>
    <w:p>
      <w:r>
        <w:t xml:space="preserve">41:27      (Speaker G)  You just want the fence only located </w:t>
      </w:r>
    </w:p>
    <w:p>
      <w:r>
        <w:t xml:space="preserve">41:29      (Speaker A)  and the strip along 44. </w:t>
      </w:r>
    </w:p>
    <w:p>
      <w:r>
        <w:t xml:space="preserve">41:37      (Speaker G)  I know what it is survey structures and I couldn't guess Kathy at this point but I can find out from the smaller firm we've been using for CVE is a lot more cost effective to see if it's below a certain amount, you want to do it or you want to wait till next meeting? I'll give you a proposal. </w:t>
      </w:r>
    </w:p>
    <w:p>
      <w:r>
        <w:t xml:space="preserve">41:59      (Speaker A)  I guess the question is when it comes down to it and it's surveyed and we know what's ours and what's hoa, is it going to cost us money if it's on our property or is it going to not cost us money because it's on the hoa? Property and that's. We don't know. </w:t>
      </w:r>
    </w:p>
    <w:p>
      <w:r>
        <w:t xml:space="preserve">42:25      (Speaker G)  The cost of doing that kind of work is locating the horizontal control. The right rest is easy. You know, bam, bam, bam. Pick up the. So given the size of this area and you would think there's right away control easily accessible. I'm gonna take a wild guess and say less than 10,000. </w:t>
      </w:r>
    </w:p>
    <w:p>
      <w:r>
        <w:t xml:space="preserve">42:42      (Speaker A)  That's a lot of money. </w:t>
      </w:r>
    </w:p>
    <w:p>
      <w:r>
        <w:t xml:space="preserve">42:46      (Speaker G)  I'm guessing, guys. </w:t>
      </w:r>
    </w:p>
    <w:p>
      <w:r>
        <w:t xml:space="preserve">42:49      (Speaker A)  Yeah, that's a lot of money. We could take down a tree for two for 10,000. </w:t>
      </w:r>
    </w:p>
    <w:p>
      <w:r>
        <w:t xml:space="preserve">42:53      (Speaker B)  We might want to find out, you know, the requirement of the fence before you do that. Because, you know, just knowing it's there doesn't really change if it's required or not. </w:t>
      </w:r>
    </w:p>
    <w:p>
      <w:r>
        <w:t xml:space="preserve">43:01      (Speaker A)  Well, there's two issues. The requirement of the fence being one of them and then the other being the trees and where. Where our property ends and where HOA property begins. I mean, right now it doesn't really matter because Tim's going to respond either way it's gonna be who's you sending the bill to. But down the road from now, if we end up with a different landscape company than the HOA has, then that will make a difference. And we have been there before. So you need to know who to mobilize. If you've got a tree on a power line. Well, it's a tree on the power line. It's probably seco. Should we just get a question quote </w:t>
      </w:r>
    </w:p>
    <w:p>
      <w:r>
        <w:t xml:space="preserve">43:47      (Speaker C)  just so we can get an idea? </w:t>
      </w:r>
    </w:p>
    <w:p>
      <w:r>
        <w:t xml:space="preserve">43:48      (Speaker A)  Yeah. </w:t>
      </w:r>
    </w:p>
    <w:p>
      <w:r>
        <w:t xml:space="preserve">43:51      (Speaker G)  All right. So all of Cardinal. Cardinal and the entire Strip on 44 </w:t>
      </w:r>
    </w:p>
    <w:p>
      <w:r>
        <w:t xml:space="preserve">43:58      (Speaker D)  that is covered by the tree except </w:t>
      </w:r>
    </w:p>
    <w:p>
      <w:r>
        <w:t xml:space="preserve">44:00      (Speaker A)  for the top corner. That's already our property. </w:t>
      </w:r>
    </w:p>
    <w:p>
      <w:r>
        <w:t xml:space="preserve">44:04      (Speaker D)  Yes. </w:t>
      </w:r>
    </w:p>
    <w:p>
      <w:r>
        <w:t xml:space="preserve">44:05      (Speaker E)  Yes. </w:t>
      </w:r>
    </w:p>
    <w:p>
      <w:r>
        <w:t xml:space="preserve">44:05      (Speaker D)  Yeah. </w:t>
      </w:r>
    </w:p>
    <w:p>
      <w:r>
        <w:t xml:space="preserve">44:06      (Speaker A)  Well, not the entire 44. </w:t>
      </w:r>
    </w:p>
    <w:p>
      <w:r>
        <w:t xml:space="preserve">44:08      (Speaker D)  Just the area where the. </w:t>
      </w:r>
    </w:p>
    <w:p>
      <w:r>
        <w:t xml:space="preserve">44:10      (Speaker A)  Just to where the electric houses east vents. </w:t>
      </w:r>
    </w:p>
    <w:p>
      <w:r>
        <w:t xml:space="preserve">44:12      (Speaker E)  Where it starts to look easement. </w:t>
      </w:r>
    </w:p>
    <w:p>
      <w:r>
        <w:t xml:space="preserve">44:15      (Speaker A)  Yeah. If you bring the map, I can show you where. Where I'm thinking. </w:t>
      </w:r>
    </w:p>
    <w:p>
      <w:r>
        <w:t xml:space="preserve">44:20      (Speaker D)  Oh, sorry. </w:t>
      </w:r>
    </w:p>
    <w:p>
      <w:r>
        <w:t xml:space="preserve">44:20      (Speaker A)  You left. </w:t>
      </w:r>
    </w:p>
    <w:p>
      <w:r>
        <w:t xml:space="preserve">44:28      (Speaker C)  To this. </w:t>
      </w:r>
    </w:p>
    <w:p>
      <w:r>
        <w:t xml:space="preserve">44:29      (Speaker A)  Yeah. So to like here. </w:t>
      </w:r>
    </w:p>
    <w:p>
      <w:r>
        <w:t xml:space="preserve">44:31      (Speaker G)  That piece where we. </w:t>
      </w:r>
    </w:p>
    <w:p>
      <w:r>
        <w:t xml:space="preserve">44:32      (Speaker A)  There's not even trees here. </w:t>
      </w:r>
    </w:p>
    <w:p>
      <w:r>
        <w:t xml:space="preserve">44:33      (Speaker D)  No, just up to here. </w:t>
      </w:r>
    </w:p>
    <w:p>
      <w:r>
        <w:t xml:space="preserve">44:35      (Speaker A)  Yeah. Just to where the trees are. </w:t>
      </w:r>
    </w:p>
    <w:p>
      <w:r>
        <w:t xml:space="preserve">44:36      (Speaker D)  This feast hearing and Cardinal. </w:t>
      </w:r>
    </w:p>
    <w:p>
      <w:r>
        <w:t xml:space="preserve">44:38      (Speaker A)  Okay. Are you guys good with that? Yeah. </w:t>
      </w:r>
    </w:p>
    <w:p>
      <w:r>
        <w:t xml:space="preserve">44:42      (Speaker D)  Yes. </w:t>
      </w:r>
    </w:p>
    <w:p>
      <w:r>
        <w:t xml:space="preserve">44:43      (Speaker G)  And nowhere else? </w:t>
      </w:r>
    </w:p>
    <w:p>
      <w:r>
        <w:t xml:space="preserve">44:44      (Speaker E)  No. </w:t>
      </w:r>
    </w:p>
    <w:p>
      <w:r>
        <w:t xml:space="preserve">44:45      (Speaker A)  Yeah. We weren't 437. </w:t>
      </w:r>
    </w:p>
    <w:p>
      <w:r>
        <w:t xml:space="preserve">44:49      (Speaker G)  All right. </w:t>
      </w:r>
    </w:p>
    <w:p>
      <w:r>
        <w:t xml:space="preserve">45:05      (Speaker A)  He's going to let us know what a surveyor would cost to do that area. </w:t>
      </w:r>
    </w:p>
    <w:p>
      <w:r>
        <w:t xml:space="preserve">45:14      (Speaker G)  The two things I did not finish in time is I was supposed to get Jason all the structures to get a vacuum truck proposal. And I did not get a hold of my guy for dot to meet me on site yet for the 18th hole flooding. </w:t>
      </w:r>
    </w:p>
    <w:p>
      <w:r>
        <w:t xml:space="preserve">45:31      (Speaker A)  So you said all. All drains being vacuumed? </w:t>
      </w:r>
    </w:p>
    <w:p>
      <w:r>
        <w:t xml:space="preserve">45:37      (Speaker D)  No, the ones that aren't done or </w:t>
      </w:r>
    </w:p>
    <w:p>
      <w:r>
        <w:t xml:space="preserve">45:39      (Speaker A)  just the ones that we know that need to be vacuumed. </w:t>
      </w:r>
    </w:p>
    <w:p>
      <w:r>
        <w:t xml:space="preserve">45:41      (Speaker G)  Oh, just the ones that need to be vacuumed. </w:t>
      </w:r>
    </w:p>
    <w:p>
      <w:r>
        <w:t xml:space="preserve">45:42      (Speaker H)  Okay. </w:t>
      </w:r>
    </w:p>
    <w:p>
      <w:r>
        <w:t xml:space="preserve">45:42      (Speaker A)  I thought you said all. </w:t>
      </w:r>
    </w:p>
    <w:p>
      <w:r>
        <w:t xml:space="preserve">45:43      (Speaker G)  No, no bubble up structure. No, not the ones in the street and all that kind of stuff. </w:t>
      </w:r>
    </w:p>
    <w:p>
      <w:r>
        <w:t xml:space="preserve">45:49      (Speaker F)  That was that. </w:t>
      </w:r>
    </w:p>
    <w:p>
      <w:r>
        <w:t xml:space="preserve">45:51      (Speaker A)  Yeah, but we don't have that kind of money in our budget. </w:t>
      </w:r>
    </w:p>
    <w:p>
      <w:r>
        <w:t xml:space="preserve">45:54      (Speaker G)  All right, so what do you. Does the survey proposal. You want the fence location and the trees. </w:t>
      </w:r>
    </w:p>
    <w:p>
      <w:r>
        <w:t xml:space="preserve">45:58      (Speaker A)  I want the property. </w:t>
      </w:r>
    </w:p>
    <w:p>
      <w:r>
        <w:t xml:space="preserve">45:59      (Speaker F)  Okay. </w:t>
      </w:r>
    </w:p>
    <w:p>
      <w:r>
        <w:t xml:space="preserve">46:00      (Speaker A)  Line. </w:t>
      </w:r>
    </w:p>
    <w:p>
      <w:r>
        <w:t xml:space="preserve">46:01      (Speaker G)  Okay. </w:t>
      </w:r>
    </w:p>
    <w:p>
      <w:r>
        <w:t xml:space="preserve">46:01      (Speaker A)  Who owns what. All right. </w:t>
      </w:r>
    </w:p>
    <w:p>
      <w:r>
        <w:t xml:space="preserve">46:03      (Speaker B)  Yeah. </w:t>
      </w:r>
    </w:p>
    <w:p>
      <w:r>
        <w:t xml:space="preserve">46:03      (Speaker A)  And it's. I mean he doesn't have to determine the fence. He can just. This is the property line. And then we can say okay, well the fence is here or the fence is here. </w:t>
      </w:r>
    </w:p>
    <w:p>
      <w:r>
        <w:t xml:space="preserve">46:13      (Speaker G)  Well, you want to mistake it while he's out there doing the work? </w:t>
      </w:r>
    </w:p>
    <w:p>
      <w:r>
        <w:t xml:space="preserve">46:16      (Speaker A)  That would be great. They can do it. </w:t>
      </w:r>
    </w:p>
    <w:p>
      <w:r>
        <w:t xml:space="preserve">46:18      (Speaker C)  Do you want them to stake the backside side of the fence? </w:t>
      </w:r>
    </w:p>
    <w:p>
      <w:r>
        <w:t xml:space="preserve">46:21      (Speaker A)  I want them to stake the property line. </w:t>
      </w:r>
    </w:p>
    <w:p>
      <w:r>
        <w:t xml:space="preserve">46:23      (Speaker D)  And how. What is the CDs 8ft, 6ft, 2ft, 9ft, whatever. </w:t>
      </w:r>
    </w:p>
    <w:p>
      <w:r>
        <w:t xml:space="preserve">46:30      (Speaker A)  Like where, where does the right of way end and the CDD property begin and the CDD property end? </w:t>
      </w:r>
    </w:p>
    <w:p>
      <w:r>
        <w:t xml:space="preserve">46:38      (Speaker D)  Got it. </w:t>
      </w:r>
    </w:p>
    <w:p>
      <w:r>
        <w:t xml:space="preserve">46:39      (Speaker A)  Okay, now when you're talking. Oops. </w:t>
      </w:r>
    </w:p>
    <w:p>
      <w:r>
        <w:t xml:space="preserve">46:42      (Speaker D)  Go ahead, keep. </w:t>
      </w:r>
    </w:p>
    <w:p>
      <w:r>
        <w:t xml:space="preserve">46:47      (Speaker G)  All right. </w:t>
      </w:r>
    </w:p>
    <w:p>
      <w:r>
        <w:t xml:space="preserve">46:48      (Speaker D)  When you're talking about the 18th hole. Okay. And then I saw these little maps here. It shows most of the drainage coming from Lakewood Ranches area and everything. </w:t>
      </w:r>
    </w:p>
    <w:p>
      <w:r>
        <w:t xml:space="preserve">47:01      (Speaker A)  So why he's going to get with dlt. </w:t>
      </w:r>
    </w:p>
    <w:p>
      <w:r>
        <w:t xml:space="preserve">47:03      (Speaker D)  Well, I understand dlt but should they be involved in this too? Is it. </w:t>
      </w:r>
    </w:p>
    <w:p>
      <w:r>
        <w:t xml:space="preserve">47:08      (Speaker G)  You know, it depends with the traffic. Chicken the egg. If Lakewood Ranch was there before you guys came, it should have been properly accounted for in the design of. </w:t>
      </w:r>
    </w:p>
    <w:p>
      <w:r>
        <w:t xml:space="preserve">47:18      (Speaker D)  Were they there before us </w:t>
      </w:r>
    </w:p>
    <w:p>
      <w:r>
        <w:t xml:space="preserve">47:22      (Speaker A)  or may their homes are older than ours? </w:t>
      </w:r>
    </w:p>
    <w:p>
      <w:r>
        <w:t xml:space="preserve">47:26      (Speaker G)  If it was pre1984 there was no regulatory criteria in place for doing storing water on your property. </w:t>
      </w:r>
    </w:p>
    <w:p>
      <w:r>
        <w:t xml:space="preserve">47:36      (Speaker D)  Because like I say, according to what you show, </w:t>
      </w:r>
    </w:p>
    <w:p>
      <w:r>
        <w:t xml:space="preserve">47:40      (Speaker G)  it's a big chunk. </w:t>
      </w:r>
    </w:p>
    <w:p>
      <w:r>
        <w:t xml:space="preserve">47:42      (Speaker D)  It's all coming from them. And we're the ones responsible for taking care of the erosion. </w:t>
      </w:r>
    </w:p>
    <w:p>
      <w:r>
        <w:t xml:space="preserve">47:50      (Speaker G)  In a perfect world, all they would have had to do is match pre developing visions and still release the water. You happen to be at the lower end receiving all this. </w:t>
      </w:r>
    </w:p>
    <w:p>
      <w:r>
        <w:t xml:space="preserve">48:02      (Speaker D)  So the only one I can help is automat. </w:t>
      </w:r>
    </w:p>
    <w:p>
      <w:r>
        <w:t xml:space="preserve">48:04      (Speaker G)  Is the dot? Well, they've done some. When I drove by three or four days ago cutting through. I thought you were talking about they did some like the county did that. Oh, the county did that. </w:t>
      </w:r>
    </w:p>
    <w:p>
      <w:r>
        <w:t xml:space="preserve">48:15      (Speaker D)  Okay. </w:t>
      </w:r>
    </w:p>
    <w:p>
      <w:r>
        <w:t xml:space="preserve">48:15      (Speaker A)  Yeah. </w:t>
      </w:r>
    </w:p>
    <w:p>
      <w:r>
        <w:t xml:space="preserve">48:16      (Speaker G)  Trying to slow it down. </w:t>
      </w:r>
    </w:p>
    <w:p>
      <w:r>
        <w:t xml:space="preserve">48:19      (Speaker A)  Yeah. DOT was not involved. The county did and that was many years ago. Now Scott, if we determine that this is something that we can prove the bulk of this water is coming from lakewood ranches. Do we have any recourse if we have to spend money to do something to have them play a part in this? </w:t>
      </w:r>
    </w:p>
    <w:p>
      <w:r>
        <w:t xml:space="preserve">48:52      (Speaker F)  The answer is it? It depends. And David was kind of going there. You have to look at pre development conditions and then decide whether they have introduced flow. That's not historic. Historical is probably the right word there. You know, they can't. You know, they can't just divert water and send it on another property. And there is recourse from that. But a lot of questions, a lot of factual questions. You know, how long has it been happening? Statute of limitations. So the answer is it depends. </w:t>
      </w:r>
    </w:p>
    <w:p>
      <w:r>
        <w:t xml:space="preserve">49:46      (Speaker A)  Okay. </w:t>
      </w:r>
    </w:p>
    <w:p>
      <w:r>
        <w:t xml:space="preserve">49:51      (Speaker D)  And because it's not just liquid branches, I mean, it goes over. </w:t>
      </w:r>
    </w:p>
    <w:p>
      <w:r>
        <w:t xml:space="preserve">49:55      (Speaker A)  Oh, yeah. We are their drainage base. Yeah, pretty much. I thought for a second it was going to let me on the Internet. I was going to pull up the aerials, but it's not. Okay. So that's something to keep an eye on and see. I mean, definitely get with dot and see what they can do. </w:t>
      </w:r>
    </w:p>
    <w:p>
      <w:r>
        <w:t xml:space="preserve">50:20      (Speaker D)  And we still want the golf course involved in it. Let them continue to do what they're doing. Right. </w:t>
      </w:r>
    </w:p>
    <w:p>
      <w:r>
        <w:t xml:space="preserve">50:27      (Speaker G)  I mean, they're just throwing a bunch of rocks at it and they keep losing the battle. I mean, there's some places just flat out unsafe. And at what point do you bear pay that off? So there'll be somebody in the golf cart who's not paying attention. They take us a tumble, you know, </w:t>
      </w:r>
    </w:p>
    <w:p>
      <w:r>
        <w:t xml:space="preserve">50:44      (Speaker A)  because technically it's our liability. </w:t>
      </w:r>
    </w:p>
    <w:p>
      <w:r>
        <w:t xml:space="preserve">50:47      (Speaker E)  Y. </w:t>
      </w:r>
    </w:p>
    <w:p>
      <w:r>
        <w:t xml:space="preserve">50:53      (Speaker A)  We got figure something out. Okay. </w:t>
      </w:r>
    </w:p>
    <w:p>
      <w:r>
        <w:t xml:space="preserve">50:59      (Speaker D)  Instead of rock, they don't berm wall or something with timbers or cement or something to hold that area. Would that help it any or is that just going to make it go down? </w:t>
      </w:r>
    </w:p>
    <w:p>
      <w:r>
        <w:t xml:space="preserve">51:11      (Speaker E)  But if it's car accessible, it's gonna. You can't have like a drop off over 78ft. So it has to be like they're gonna roll down something. It may have to be like a culvert style. </w:t>
      </w:r>
    </w:p>
    <w:p>
      <w:r>
        <w:t xml:space="preserve">51:24      (Speaker G)  I've seen enough of them out there. I'm dangerous. They're dangerous right now. </w:t>
      </w:r>
    </w:p>
    <w:p>
      <w:r>
        <w:t xml:space="preserve">51:28      (Speaker A)  It's all right. Anything else? All right, so let's move on to district manager with the approval of the check register. </w:t>
      </w:r>
    </w:p>
    <w:p>
      <w:r>
        <w:t xml:space="preserve">51:40      (Speaker B)  Sure. Your general fund, we've got checks 62 through 70, as well as auto drafts and the June payroll for a total of $41,268.98. I think all those are pretty standard. The largest one, obviously, is the transfer of the tax receipts to the debt service fund. But other than that, everything is pretty standard. But you've got staff Here to answer any questions, should you have any on those invoices. </w:t>
      </w:r>
    </w:p>
    <w:p>
      <w:r>
        <w:t xml:space="preserve">52:04      (Speaker F)  Or we can take a motion to approve questions. </w:t>
      </w:r>
    </w:p>
    <w:p>
      <w:r>
        <w:t xml:space="preserve">52:08      (Speaker A)  I get a motion to approve the check register. I'll make a motion to approve the check register. Motion by Crystal. </w:t>
      </w:r>
    </w:p>
    <w:p>
      <w:r>
        <w:t xml:space="preserve">52:14      (Speaker C)  Second. </w:t>
      </w:r>
    </w:p>
    <w:p>
      <w:r>
        <w:t xml:space="preserve">52:15      (Speaker A)  Second by Anna. Any discussion? All in favor? Any opposed? Any abstentions? All right, now moving on to the balance sheet and income statement. </w:t>
      </w:r>
    </w:p>
    <w:p>
      <w:r>
        <w:t xml:space="preserve">52:27      (Speaker B)  On the balance sheet, you guys are doing better than budget actuals. So we're in great shape on all of our accounting and I think you guys are 95% collected on your assessments. But we haven't received any since April. So once we get those tax certificates in, we'll likely be right there. We've then got the quarterly audit report for your website, so it's all in compliance. </w:t>
      </w:r>
    </w:p>
    <w:p>
      <w:r>
        <w:t xml:space="preserve">52:52      (Speaker A)  And then </w:t>
      </w:r>
    </w:p>
    <w:p>
      <w:r>
        <w:t xml:space="preserve">52:55      (Speaker B)  finally we've got the meeting schedule for next year. We'll note that I know the earlier versions had 6:30, so we corrected that to 6, but same meeting schedule here. Obviously we've advertised every month in case we need it. But certainly I know the district's been looking at just keeping the even meetings, obviously. And we're also required to advertise an annual meeting schedule. So we would look for a motion board to disapprove this. Again, it's important to know this doesn't lock you into the schedule. We can do more meetings, less meetings. This just advertises a regular schedule motion. </w:t>
      </w:r>
    </w:p>
    <w:p>
      <w:r>
        <w:t xml:space="preserve">53:31      (Speaker A)  I'll make a motion to approve schedule. Motion by Anna. Second by Crystal. Any discussion? All in favor? Just a question though. When is our next meeting? Are we doing in September or August would be our next. </w:t>
      </w:r>
    </w:p>
    <w:p>
      <w:r>
        <w:t xml:space="preserve">53:48      (Speaker B)  Yeah, there's officially one scheduled for August and one for September. But I think we were looking to. If there's no urgent business, we'd look to cancel basically August and September and get back on schedule in August. We did do two meetings in a </w:t>
      </w:r>
    </w:p>
    <w:p>
      <w:r>
        <w:t xml:space="preserve">54:00      (Speaker A)  row back to back as well. </w:t>
      </w:r>
    </w:p>
    <w:p>
      <w:r>
        <w:t xml:space="preserve">54:02      (Speaker B)  I think if it's up to you guys. I mean. Well, it's August 11th. </w:t>
      </w:r>
    </w:p>
    <w:p>
      <w:r>
        <w:t xml:space="preserve">54:06      (Speaker A)  This is 2027. So are we planning for August? Well, I would like to see if we can hear some df. Yeah, yeah. </w:t>
      </w:r>
    </w:p>
    <w:p>
      <w:r>
        <w:t xml:space="preserve">54:17      (Speaker B)  I never recommend canceling it in advance. That way you have it on schedule if you cancel it. </w:t>
      </w:r>
    </w:p>
    <w:p>
      <w:r>
        <w:t xml:space="preserve">54:21      (Speaker A)  I just thought I heard you say cancel August and September. So that's why I was questioning August 11th. </w:t>
      </w:r>
    </w:p>
    <w:p>
      <w:r>
        <w:t xml:space="preserve">54:27      (Speaker H)  Right. </w:t>
      </w:r>
    </w:p>
    <w:p>
      <w:r>
        <w:t xml:space="preserve">54:27      (Speaker A)  Is our next thing. </w:t>
      </w:r>
    </w:p>
    <w:p>
      <w:r>
        <w:t xml:space="preserve">54:28      (Speaker B)  That's the next schedule. Yes. </w:t>
      </w:r>
    </w:p>
    <w:p>
      <w:r>
        <w:t xml:space="preserve">54:29      (Speaker G)  At six o'. </w:t>
      </w:r>
    </w:p>
    <w:p>
      <w:r>
        <w:t xml:space="preserve">54:29      (Speaker A)  Clock. </w:t>
      </w:r>
    </w:p>
    <w:p>
      <w:r>
        <w:t xml:space="preserve">54:30      (Speaker B)  So we'll target that one. Yeah. </w:t>
      </w:r>
    </w:p>
    <w:p>
      <w:r>
        <w:t xml:space="preserve">54:31      (Speaker A)  Okay, perfect. So we had to. </w:t>
      </w:r>
    </w:p>
    <w:p>
      <w:r>
        <w:t xml:space="preserve">54:34      (Speaker B)  That was might not be space. </w:t>
      </w:r>
    </w:p>
    <w:p>
      <w:r>
        <w:t xml:space="preserve">54:36      (Speaker A)  So now all in favor? All right. </w:t>
      </w:r>
    </w:p>
    <w:p>
      <w:r>
        <w:t xml:space="preserve">54:42      (Speaker B)  All right, I'll Turn it over to the fields then. </w:t>
      </w:r>
    </w:p>
    <w:p>
      <w:r>
        <w:t xml:space="preserve">54:47      (Speaker H)  Yeah, just a couple small updates. Nothing really huge for this last month. We did have an electrician come out and look at that old timer that we sent you. It's abandoned. So they're gonna get rid of that. And then she also evaluated adding a timer to the fountain pump if you guys would like. Which we got a quote for that we can look at here in a </w:t>
      </w:r>
    </w:p>
    <w:p>
      <w:r>
        <w:t xml:space="preserve">55:06      (Speaker A)  second fountain up front. The tower used to be on a timer where it was off at night. Okay, that's what I thought. And then it's been running all the time. That's why I asked him to check it. </w:t>
      </w:r>
    </w:p>
    <w:p>
      <w:r>
        <w:t xml:space="preserve">55:15      (Speaker H)  So there's conduit stubbed up from the bottom that looks like it might have been tied into a timer at point. </w:t>
      </w:r>
    </w:p>
    <w:p>
      <w:r>
        <w:t xml:space="preserve">55:19      (Speaker G)  Some point. </w:t>
      </w:r>
    </w:p>
    <w:p>
      <w:r>
        <w:t xml:space="preserve">55:19      (Speaker B)  But I, I think that timer that's there corroded and they just abandoned in place and bypassed it. </w:t>
      </w:r>
    </w:p>
    <w:p>
      <w:r>
        <w:t xml:space="preserve">55:25      (Speaker A)  Okay. So it's just running continuously, but there's </w:t>
      </w:r>
    </w:p>
    <w:p>
      <w:r>
        <w:t xml:space="preserve">55:30      (Speaker B)  no power going to the corroded thing right now. It's literally just there. But the pump itself will be running constantly. </w:t>
      </w:r>
    </w:p>
    <w:p>
      <w:r>
        <w:t xml:space="preserve">55:35      (Speaker A)  Yeah. So it'll save wear and tear on the pump. It'll save on our electric bill. As long as the pump doesn't. Isn't going to lose power. Correct. </w:t>
      </w:r>
    </w:p>
    <w:p>
      <w:r>
        <w:t xml:space="preserve">55:42      (Speaker H)  I turned it off for like 10 minutes and turned it back on. It did start up. So hopefully that's. Hopefully it doesn't lose a prime. But I think if it does, you can simply possibly add a check up or something downstream. There's probably cheap options if needed. Okay then. So just kind of did a couple small landscape lighting adjustments. </w:t>
      </w:r>
    </w:p>
    <w:p>
      <w:r>
        <w:t xml:space="preserve">56:02      (Speaker D)  I don't know. </w:t>
      </w:r>
    </w:p>
    <w:p>
      <w:r>
        <w:t xml:space="preserve">56:03      (Speaker H)  You know, we got the email about that one. I guess that timer lost power or something like that. So we got that reset. It's the correct setting. Hopefully not anything else back on that. Then we fixed one low voltage landscape light that kind of came loose at the 437 entrance. And then other than that, the property looks pretty good. </w:t>
      </w:r>
    </w:p>
    <w:p>
      <w:r>
        <w:t xml:space="preserve">56:22      (Speaker E)  We got that area behind Campanero Mode today too. They were still out there when we when I passed. </w:t>
      </w:r>
    </w:p>
    <w:p>
      <w:r>
        <w:t xml:space="preserve">56:26      (Speaker H)  Cool. </w:t>
      </w:r>
    </w:p>
    <w:p>
      <w:r>
        <w:t xml:space="preserve">56:27      (Speaker E)  The rains have been getting a little bit, but that's okay. </w:t>
      </w:r>
    </w:p>
    <w:p>
      <w:r>
        <w:t xml:space="preserve">56:30      (Speaker A)  I saw them turning down Venice when I was leaving from here. </w:t>
      </w:r>
    </w:p>
    <w:p>
      <w:r>
        <w:t xml:space="preserve">56:34      (Speaker E)  It's July, so you are getting them. </w:t>
      </w:r>
    </w:p>
    <w:p>
      <w:r>
        <w:t xml:space="preserve">56:36      (Speaker G)  Jose. I wonder if you guys are getting hit in our bathroom. </w:t>
      </w:r>
    </w:p>
    <w:p>
      <w:r>
        <w:t xml:space="preserve">56:38      (Speaker E)  Oh man. Seems like everywhere we go, some places are dry some place but we need it. So I'm not complaining. But it just throws a monkey wrench in it. </w:t>
      </w:r>
    </w:p>
    <w:p>
      <w:r>
        <w:t xml:space="preserve">56:47      (Speaker H)  And that's really all for like field updates unless anyone has any questions. And then like I said we got this quote for adding that timer. If you guys have any questions. Jared's pretty familiar with it. </w:t>
      </w:r>
    </w:p>
    <w:p>
      <w:r>
        <w:t xml:space="preserve">56:58      (Speaker A)  Kind of set it up, put it in here. </w:t>
      </w:r>
    </w:p>
    <w:p>
      <w:r>
        <w:t xml:space="preserve">57:00      (Speaker B)  We hear it on time. Last page of the advancement. This is to remove and cap the abandoned timer that's there. Basically going to just install a new timing device for the fountain and make sure that works from there. We use this vendor at multiple locations. They're typically $30 an hour cheaper for coming out and doing this type of work. And they have a very rapid response time. If it's approved, they can do it within 24, 48 hours as long as they have the parts. </w:t>
      </w:r>
    </w:p>
    <w:p>
      <w:r>
        <w:t xml:space="preserve">57:30      (Speaker A)  Okay, so looking for. </w:t>
      </w:r>
    </w:p>
    <w:p>
      <w:r>
        <w:t xml:space="preserve">57:31      (Speaker D)  I make a motion that we approve the estimate from new wire incorporated for replacement of a timer on the fountain. Okay. </w:t>
      </w:r>
    </w:p>
    <w:p>
      <w:r>
        <w:t xml:space="preserve">57:40      (Speaker A)  Motion by Joe. I'll second second by Crystal. Any discussion? All in favor new extensions? No dads 200. </w:t>
      </w:r>
    </w:p>
    <w:p>
      <w:r>
        <w:t xml:space="preserve">57:54      (Speaker H)  I guess last year. I'll let in. This is going to be my last board meeting. I'm leaving the company. So I heard your dad was like, he works here. But you know, I got a girlfriend who still lives in Georgia, so. </w:t>
      </w:r>
    </w:p>
    <w:p>
      <w:r>
        <w:t xml:space="preserve">58:07      (Speaker A)  Told her to move down here. Yeah, yeah. </w:t>
      </w:r>
    </w:p>
    <w:p>
      <w:r>
        <w:t xml:space="preserve">58:10      (Speaker H)  It's kind of tough. You know, originally she was thinking about it, but she got a promotion and </w:t>
      </w:r>
    </w:p>
    <w:p>
      <w:r>
        <w:t xml:space="preserve">58:13      (Speaker D)  no income tax and all that kind of stuff. Well, true, true. </w:t>
      </w:r>
    </w:p>
    <w:p>
      <w:r>
        <w:t xml:space="preserve">58:20      (Speaker H)  Those free master's tickets go a long way is what I'd say. </w:t>
      </w:r>
    </w:p>
    <w:p>
      <w:r>
        <w:t xml:space="preserve">58:24      (Speaker B)  I told you guys from day one there would be no loss in transition and everything. I could still be involved in the project. </w:t>
      </w:r>
    </w:p>
    <w:p>
      <w:r>
        <w:t xml:space="preserve">58:30      (Speaker G)  I'm sorry to hear that you've been enjoying. </w:t>
      </w:r>
    </w:p>
    <w:p>
      <w:r>
        <w:t xml:space="preserve">58:32      (Speaker E)  Yeah, very much so. </w:t>
      </w:r>
    </w:p>
    <w:p>
      <w:r>
        <w:t xml:space="preserve">58:34      (Speaker G)  Sounds like a country song. My girls left in Georgia. </w:t>
      </w:r>
    </w:p>
    <w:p>
      <w:r>
        <w:t xml:space="preserve">58:38      (Speaker A)  All right, so now we're back to our second public comment period. </w:t>
      </w:r>
    </w:p>
    <w:p>
      <w:r>
        <w:t xml:space="preserve">58:44      (Speaker C)  I want to ask the question </w:t>
      </w:r>
    </w:p>
    <w:p>
      <w:r>
        <w:t xml:space="preserve">58:50      (Speaker D)  about </w:t>
      </w:r>
    </w:p>
    <w:p>
      <w:r>
        <w:t xml:space="preserve">58:50      (Speaker C)  reclaimed water and what would it take or what's the logistics of approaching city of Eustis with that wastewater treatment plant that's right behind Alameda to be able to pipe reclaimed water into the dirt road. </w:t>
      </w:r>
    </w:p>
    <w:p>
      <w:r>
        <w:t xml:space="preserve">59:09      (Speaker A)  I. I don't know why it wasn't done initially. It should have been the golf course. Got it. Some of it. I believe so. </w:t>
      </w:r>
    </w:p>
    <w:p>
      <w:r>
        <w:t xml:space="preserve">59:17      (Speaker C)  There is actually infrastructure in place for reclaimed water. </w:t>
      </w:r>
    </w:p>
    <w:p>
      <w:r>
        <w:t xml:space="preserve">59:21      (Speaker A)  I believe the golf course has some </w:t>
      </w:r>
    </w:p>
    <w:p>
      <w:r>
        <w:t xml:space="preserve">59:22      (Speaker D)  dump d. Now, isn't that that pump </w:t>
      </w:r>
    </w:p>
    <w:p>
      <w:r>
        <w:t xml:space="preserve">59:25      (Speaker E)  system right off the first hole or 10th hole? 10th hole, yeah. </w:t>
      </w:r>
    </w:p>
    <w:p>
      <w:r>
        <w:t xml:space="preserve">59:29      (Speaker D)  In the lake Non Sorrento springs on the left hand side when you're coming down the road. </w:t>
      </w:r>
    </w:p>
    <w:p>
      <w:r>
        <w:t xml:space="preserve">59:35      (Speaker C)  Road. </w:t>
      </w:r>
    </w:p>
    <w:p>
      <w:r>
        <w:t xml:space="preserve">59:36      (Speaker D)  I think that's where they have to </w:t>
      </w:r>
    </w:p>
    <w:p>
      <w:r>
        <w:t xml:space="preserve">59:39      (Speaker G)  reclaim the pond and it's re pumped. </w:t>
      </w:r>
    </w:p>
    <w:p>
      <w:r>
        <w:t xml:space="preserve">59:40      (Speaker E)  I think so. </w:t>
      </w:r>
    </w:p>
    <w:p>
      <w:r>
        <w:t xml:space="preserve">59:41      (Speaker G)  Okay. </w:t>
      </w:r>
    </w:p>
    <w:p>
      <w:r>
        <w:t xml:space="preserve">59:42      (Speaker A)  Yeah. I believe the government has some of It. </w:t>
      </w:r>
    </w:p>
    <w:p>
      <w:r>
        <w:t xml:space="preserve">59:44      (Speaker D)  It's either that or they're pulling it from the pond, which I doubt they're doing. </w:t>
      </w:r>
    </w:p>
    <w:p>
      <w:r>
        <w:t xml:space="preserve">59:47      (Speaker E)  Right. </w:t>
      </w:r>
    </w:p>
    <w:p>
      <w:r>
        <w:t xml:space="preserve">59:48      (Speaker G)  They didn't dry line your subdivision though with lines, dead lines. </w:t>
      </w:r>
    </w:p>
    <w:p>
      <w:r>
        <w:t xml:space="preserve">59:52      (Speaker A)  No, they did not. I asked when I moved in 14 years ago and they said we do not have available. </w:t>
      </w:r>
    </w:p>
    <w:p>
      <w:r>
        <w:t xml:space="preserve">59:58      (Speaker D)  But. </w:t>
      </w:r>
    </w:p>
    <w:p>
      <w:r>
        <w:t xml:space="preserve">59:58      (Speaker E)  But as far as like obviously water I think, I mean even though well goes down here and there, whatever. It's far superior than reclaimed in my opinion. But I mean because the reclaim is going to cost you a lot of money. </w:t>
      </w:r>
    </w:p>
    <w:p>
      <w:r>
        <w:t xml:space="preserve">01:00:12   (Speaker A)  The reclaim will cost. But reclaim is basically free fertilizer. Everybody's lawns would look great. </w:t>
      </w:r>
    </w:p>
    <w:p>
      <w:r>
        <w:t xml:space="preserve">01:00:18   (Speaker E)  Yeah, but you know what else comes along with that too is. I mean everything. Well, that too broken sprinklers. Yeah, the sprinklers on the valves will be to take those things apart. There's plastic hair. You want to know what's in them. I mean it's sick. </w:t>
      </w:r>
    </w:p>
    <w:p>
      <w:r>
        <w:t xml:space="preserve">01:00:31   (Speaker A)  There shouldn't be in the reclaim. </w:t>
      </w:r>
    </w:p>
    <w:p>
      <w:r>
        <w:t xml:space="preserve">01:00:32   (Speaker E)  Oh they're supposed to filter it out, but it's in all of that. </w:t>
      </w:r>
    </w:p>
    <w:p>
      <w:r>
        <w:t xml:space="preserve">01:00:35   (Speaker B)  I can show you pictures. </w:t>
      </w:r>
    </w:p>
    <w:p>
      <w:r>
        <w:t xml:space="preserve">01:00:37   (Speaker E)  Yeah. Literally. </w:t>
      </w:r>
    </w:p>
    <w:p>
      <w:r>
        <w:t xml:space="preserve">01:00:39   (Speaker A)  I honestly I don't know that there it's feasible. </w:t>
      </w:r>
    </w:p>
    <w:p>
      <w:r>
        <w:t xml:space="preserve">01:00:42   (Speaker E)  I mean, I mean if the infrastructure is there, you can always look at the cost difference. I'm not shooting anything down. I don't have a dog and a bite. I'm just telling you, you know, well watered. I mean it's far superior. </w:t>
      </w:r>
    </w:p>
    <w:p>
      <w:r>
        <w:t xml:space="preserve">01:00:54   (Speaker A)  Sure, but. And you would be. You're asking about for residents or for common areas. </w:t>
      </w:r>
    </w:p>
    <w:p>
      <w:r>
        <w:t xml:space="preserve">01:01:01   (Speaker B)  All of. </w:t>
      </w:r>
    </w:p>
    <w:p>
      <w:r>
        <w:t xml:space="preserve">01:01:03   (Speaker C)  All of the above. I mean cuz. </w:t>
      </w:r>
    </w:p>
    <w:p>
      <w:r>
        <w:t xml:space="preserve">01:01:04   (Speaker A)  Well, I don't know that that would be something that we would have us say in really is the CDD board for our areas though to be able to. But they share some timers shared stuff. But if you're talking like from a resident side of things, we would have no real say. </w:t>
      </w:r>
    </w:p>
    <w:p>
      <w:r>
        <w:t xml:space="preserve">01:01:24   (Speaker C)  I guess looking at it through the lens of you being a municipality and offering that to the residents and the company, the commercial people that are inside of your border as a project to be able to bring that to the residents that are inside of the CDD that don't have a well and are using potable water. You know, just. I'm just asking the question if it had been been thought of or if there was a specific reason other than we don't have the underground in place to be able to offer it. Yeah. Distribute it. </w:t>
      </w:r>
    </w:p>
    <w:p>
      <w:r>
        <w:t xml:space="preserve">01:02:07   (Speaker A)  There's to my knowledge there is no infrastructure around. When I called, when I asked the city for, they said it was not piped that way, which it should have been, but it was. And I Don't know whether it was because the city knew they were charging us outside city limit excess fees. Because when people first moved into our neighborhood, people it was nothing to have a seven to nine hundred dollar water bill. </w:t>
      </w:r>
    </w:p>
    <w:p>
      <w:r>
        <w:t xml:space="preserve">01:02:31   (Speaker C)  Yes. </w:t>
      </w:r>
    </w:p>
    <w:p>
      <w:r>
        <w:t xml:space="preserve">01:02:31   (Speaker A)  Thousand dollars. So the city was making money, money off of selling higher rate water to non city residents. And that was us. </w:t>
      </w:r>
    </w:p>
    <w:p>
      <w:r>
        <w:t xml:space="preserve">01:02:42   (Speaker C)  Right. </w:t>
      </w:r>
    </w:p>
    <w:p>
      <w:r>
        <w:t xml:space="preserve">01:02:42   (Speaker A)  Import fees. </w:t>
      </w:r>
    </w:p>
    <w:p>
      <w:r>
        <w:t xml:space="preserve">01:02:43   (Speaker D)  And they probably made a deal with the golf course and just ran a pipe to the golf course. </w:t>
      </w:r>
    </w:p>
    <w:p>
      <w:r>
        <w:t xml:space="preserve">01:02:47   (Speaker A)  So it would, I think it would be. I mean you could not tell. You could reach out to the city and see on behalf of hoa, But I think it would be very cost prohibitive. </w:t>
      </w:r>
    </w:p>
    <w:p>
      <w:r>
        <w:t xml:space="preserve">01:02:57   (Speaker E)  They use that and pump it out of there. </w:t>
      </w:r>
    </w:p>
    <w:p>
      <w:r>
        <w:t xml:space="preserve">01:03:00   (Speaker A)  I think. </w:t>
      </w:r>
    </w:p>
    <w:p>
      <w:r>
        <w:t xml:space="preserve">01:03:00   (Speaker H)  Yeah. </w:t>
      </w:r>
    </w:p>
    <w:p>
      <w:r>
        <w:t xml:space="preserve">01:03:01   (Speaker E)  But I think it's the bell. I think it is some reclaimed of some sort. It has to be. That pond doesn't just stay full. </w:t>
      </w:r>
    </w:p>
    <w:p>
      <w:r>
        <w:t xml:space="preserve">01:03:08   (Speaker A)  No. Yeah. </w:t>
      </w:r>
    </w:p>
    <w:p>
      <w:r>
        <w:t xml:space="preserve">01:03:09   (Speaker E)  So they're relying on everyone to flush your toilets. </w:t>
      </w:r>
    </w:p>
    <w:p>
      <w:r>
        <w:t xml:space="preserve">01:03:14   (Speaker C)  Well, that just means. That just tells me that there is a trunk line into the community that would not be impossible to run branches off of. And get it. </w:t>
      </w:r>
    </w:p>
    <w:p>
      <w:r>
        <w:t xml:space="preserve">01:03:22   (Speaker E)  They have ran that after fact in like Magnolia Plantation, Lake Mary. They had city and they came in and put in reclaimed like few years later. So that is possible. </w:t>
      </w:r>
    </w:p>
    <w:p>
      <w:r>
        <w:t xml:space="preserve">01:03:33   (Speaker A)  I can take a ride down there to see if it's purple pipe or not. </w:t>
      </w:r>
    </w:p>
    <w:p>
      <w:r>
        <w:t xml:space="preserve">01:03:36   (Speaker E)  Yeah. They just do another meter right next to the bottom and it's all purple. </w:t>
      </w:r>
    </w:p>
    <w:p>
      <w:r>
        <w:t xml:space="preserve">01:03:39   (Speaker C)  Yeah. </w:t>
      </w:r>
    </w:p>
    <w:p>
      <w:r>
        <w:t xml:space="preserve">01:03:39   (Speaker A)  I'm saying the golf course pump. </w:t>
      </w:r>
    </w:p>
    <w:p>
      <w:r>
        <w:t xml:space="preserve">01:03:41   (Speaker E)  Oh yeah. </w:t>
      </w:r>
    </w:p>
    <w:p>
      <w:r>
        <w:t xml:space="preserve">01:03:41   (Speaker A)  It's purple pump, purple pipe or whether there's a well in that house, a big well that we are not aware of. </w:t>
      </w:r>
    </w:p>
    <w:p>
      <w:r>
        <w:t xml:space="preserve">01:03:47   (Speaker D)  It's usually open to it. </w:t>
      </w:r>
    </w:p>
    <w:p>
      <w:r>
        <w:t xml:space="preserve">01:03:49   (Speaker C)  Yeah. </w:t>
      </w:r>
    </w:p>
    <w:p>
      <w:r>
        <w:t xml:space="preserve">01:03:49   (Speaker A)  I haven't ever been in. </w:t>
      </w:r>
    </w:p>
    <w:p>
      <w:r>
        <w:t xml:space="preserve">01:03:50   (Speaker E)  And everything around, around the golf course is broken. All the pieces. There's. There's 60 heads broken. </w:t>
      </w:r>
    </w:p>
    <w:p>
      <w:r>
        <w:t xml:space="preserve">01:03:55   (Speaker D)  Yeah. </w:t>
      </w:r>
    </w:p>
    <w:p>
      <w:r>
        <w:t xml:space="preserve">01:03:55   (Speaker E)  So I'm thinking if they're paying for that, they're paying out the kazoo. This is broke every month. I see it running. Sometimes I'm like. But they said, oh, someone's fixing it. But it's. It's been broke forever. </w:t>
      </w:r>
    </w:p>
    <w:p>
      <w:r>
        <w:t xml:space="preserve">01:04:07   (Speaker D)  Yeah. I remember when we went up there and looked at the room. </w:t>
      </w:r>
    </w:p>
    <w:p>
      <w:r>
        <w:t xml:space="preserve">01:04:10   (Speaker E)  They were all over the place. </w:t>
      </w:r>
    </w:p>
    <w:p>
      <w:r>
        <w:t xml:space="preserve">01:04:11   (Speaker F)  All over the place. </w:t>
      </w:r>
    </w:p>
    <w:p>
      <w:r>
        <w:t xml:space="preserve">01:04:13   (Speaker G)  And I know you don't have to problem with that. I know the west coast and the CDDs are in the reclaim. The droughts have been so bad, the counties have basically turned off the reclaim to preserve their well. </w:t>
      </w:r>
    </w:p>
    <w:p>
      <w:r>
        <w:t xml:space="preserve">01:04:23   (Speaker B)  We have that in Osceola all the time. </w:t>
      </w:r>
    </w:p>
    <w:p>
      <w:r>
        <w:t xml:space="preserve">01:04:25   (Speaker F)  Yeah. </w:t>
      </w:r>
    </w:p>
    <w:p>
      <w:r>
        <w:t xml:space="preserve">01:04:27   (Speaker G)  There's pros and cons. </w:t>
      </w:r>
    </w:p>
    <w:p>
      <w:r>
        <w:t xml:space="preserve">01:04:28   (Speaker E)  The well, you always have it. </w:t>
      </w:r>
    </w:p>
    <w:p>
      <w:r>
        <w:t xml:space="preserve">01:04:30   (Speaker A)  Yeah. Even the wells are supposed to follow the water. </w:t>
      </w:r>
    </w:p>
    <w:p>
      <w:r>
        <w:t xml:space="preserve">01:04:33   (Speaker F)  Yeah, they are. </w:t>
      </w:r>
    </w:p>
    <w:p>
      <w:r>
        <w:t xml:space="preserve">01:04:34   (Speaker E)  But you can say, hey, I need pieces of grass over here. We get 30 days of water within the time frame. </w:t>
      </w:r>
    </w:p>
    <w:p>
      <w:r>
        <w:t xml:space="preserve">01:04:40   (Speaker A)  They even lifted that exemption this last time. That said new sod is not a reason to be allowed to water during it. </w:t>
      </w:r>
    </w:p>
    <w:p>
      <w:r>
        <w:t xml:space="preserve">01:04:48   (Speaker E)  That is true. </w:t>
      </w:r>
    </w:p>
    <w:p>
      <w:r>
        <w:t xml:space="preserve">01:04:49   (Speaker A)  They did. That's the first time I've seen that happen because yeah, there have been people </w:t>
      </w:r>
    </w:p>
    <w:p>
      <w:r>
        <w:t xml:space="preserve">01:04:53   (Speaker E)  that have put down stuff down invoice and they can't slap them on the wrist. </w:t>
      </w:r>
    </w:p>
    <w:p>
      <w:r>
        <w:t xml:space="preserve">01:04:58   (Speaker H)  So. </w:t>
      </w:r>
    </w:p>
    <w:p>
      <w:r>
        <w:t xml:space="preserve">01:04:59   (Speaker E)  Yeah, but now they're pushing it back on it. </w:t>
      </w:r>
    </w:p>
    <w:p>
      <w:r>
        <w:t xml:space="preserve">01:05:02   (Speaker A)  I mean I would say if you want to investigate it, but I don't know that you need this board. So key. </w:t>
      </w:r>
    </w:p>
    <w:p>
      <w:r>
        <w:t xml:space="preserve">01:05:10   (Speaker C)  Oh, no, I wasn't asking for approval. I was. I was just asking the question. </w:t>
      </w:r>
    </w:p>
    <w:p>
      <w:r>
        <w:t xml:space="preserve">01:05:14   (Speaker A)  Oh, general, </w:t>
      </w:r>
    </w:p>
    <w:p>
      <w:r>
        <w:t xml:space="preserve">01:05:17   (Speaker C)  whose jurisdiction would it be? You know, because I didn't want to overstep my place. If that was something that made more sense to have through the CDD versus the hoa. </w:t>
      </w:r>
    </w:p>
    <w:p>
      <w:r>
        <w:t xml:space="preserve">01:05:30   (Speaker A)  Well, if you're looking at primarily trying to offer it to homeowners, then it would not be our jurisdiction. </w:t>
      </w:r>
    </w:p>
    <w:p>
      <w:r>
        <w:t xml:space="preserve">01:05:37   (Speaker C)  Okay. </w:t>
      </w:r>
    </w:p>
    <w:p>
      <w:r>
        <w:t xml:space="preserve">01:05:38   (Speaker A)  Yeah, yeah. And that would be. I don't think it would be cost effective for the CDD to investigate reclaimed. Because we have the wells. Right. We're not paying city water for our irrigation. We have the wells for our irrigation. So I don't think it would be cost effective for the CDC to investigate it. </w:t>
      </w:r>
    </w:p>
    <w:p>
      <w:r>
        <w:t xml:space="preserve">01:05:57   (Speaker C)  Sure. </w:t>
      </w:r>
    </w:p>
    <w:p>
      <w:r>
        <w:t xml:space="preserve">01:05:57   (Speaker G)  You guys are the golf course got the consumptive use permit and to monitor that. Is the golf course doing that? I don't recall that's ever something we discussed all these years. I'm reporting to St. John's on the well usage and. </w:t>
      </w:r>
    </w:p>
    <w:p>
      <w:r>
        <w:t xml:space="preserve">01:06:09   (Speaker A)  Well, I don't think we are. I know the golf course has to have a cvp. Yeah, yeah. But ours just for irrigation, I don't believe it. </w:t>
      </w:r>
    </w:p>
    <w:p>
      <w:r>
        <w:t xml:space="preserve">01:06:17   (Speaker G)  Usually has to get renewed every couple years based on their usage and if they're violating their cup. Right, because some use permit threshold. </w:t>
      </w:r>
    </w:p>
    <w:p>
      <w:r>
        <w:t xml:space="preserve">01:06:26   (Speaker A)  Yeah, but I think because our wells are located in various places and they're small and not large volume wells, I don't think we have a CU drinking wells. The ones I really watch closely, they're just irrigation wells. Yeah. Okay. Anything else? Public comment. All right. Supervisor's request. We'll start with Crystal. No, not you. </w:t>
      </w:r>
    </w:p>
    <w:p>
      <w:r>
        <w:t xml:space="preserve">01:06:50   (Speaker F)  Anna Clark. </w:t>
      </w:r>
    </w:p>
    <w:p>
      <w:r>
        <w:t xml:space="preserve">01:06:52   (Speaker D)  Yes, I would like to know. I know we have a number of projects coming up and you know, I don't have anything to do during the day so I usually go out and look at these projects. I'd like to know some sort of a schedule as to when we're going to start some stuff and what we're going to do. And can anybody tell me what's going on? </w:t>
      </w:r>
    </w:p>
    <w:p>
      <w:r>
        <w:t xml:space="preserve">01:07:13   (Speaker G)  Which. </w:t>
      </w:r>
    </w:p>
    <w:p>
      <w:r>
        <w:t xml:space="preserve">01:07:13   (Speaker A)  Which projects? </w:t>
      </w:r>
    </w:p>
    <w:p>
      <w:r>
        <w:t xml:space="preserve">01:07:14   (Speaker E)  There's numerous projects on your side. </w:t>
      </w:r>
    </w:p>
    <w:p>
      <w:r>
        <w:t xml:space="preserve">01:07:16   (Speaker D)  I said we have. Right on tap. </w:t>
      </w:r>
    </w:p>
    <w:p>
      <w:r>
        <w:t xml:space="preserve">01:07:19   (Speaker E)  Right. </w:t>
      </w:r>
    </w:p>
    <w:p>
      <w:r>
        <w:t xml:space="preserve">01:07:20   (Speaker A)  Well, we have the stormwater stuff. That's the project we have. </w:t>
      </w:r>
    </w:p>
    <w:p>
      <w:r>
        <w:t xml:space="preserve">01:07:23   (Speaker E)  Yep. Which we discussed. We're doing that. We knew that all this was kind of coming together as they were playing, and so we were trying to mobilize once with it for a couple weeks with two crews to be able to just stay here to handle everything. That is correct. That is correct. Both sides of the pile. Okay, so that's where it was. </w:t>
      </w:r>
    </w:p>
    <w:p>
      <w:r>
        <w:t xml:space="preserve">01:07:44   (Speaker A)  You start seeing heavy equipment move in </w:t>
      </w:r>
    </w:p>
    <w:p>
      <w:r>
        <w:t xml:space="preserve">01:07:46   (Speaker E)  when you start seeing me and you're taking me to lunch every day. We'll be here. I'm just kidding. But no, we're gonna be here. The only other thing. Well, that's hoa. I was gonna say the trees behind that. That's. The harbor's coming on Wednesday. </w:t>
      </w:r>
    </w:p>
    <w:p>
      <w:r>
        <w:t xml:space="preserve">01:08:01   (Speaker A)  Tomorrow. There you go. </w:t>
      </w:r>
    </w:p>
    <w:p>
      <w:r>
        <w:t xml:space="preserve">01:08:04   (Speaker C)  Thank you. </w:t>
      </w:r>
    </w:p>
    <w:p>
      <w:r>
        <w:t xml:space="preserve">01:08:05   (Speaker E)  Yes, sir. </w:t>
      </w:r>
    </w:p>
    <w:p>
      <w:r>
        <w:t xml:space="preserve">01:08:05   (Speaker A)  Anything else? </w:t>
      </w:r>
    </w:p>
    <w:p>
      <w:r>
        <w:t xml:space="preserve">01:08:06   (Speaker F)  No, I have no other. </w:t>
      </w:r>
    </w:p>
    <w:p>
      <w:r>
        <w:t xml:space="preserve">01:08:08   (Speaker A)  Okay, so I have one item. When I was on the website looking at our documents, I realized that the contact still has the old management company listed on there. </w:t>
      </w:r>
    </w:p>
    <w:p>
      <w:r>
        <w:t xml:space="preserve">01:08:20   (Speaker B)  There's a lot of things duplicated on there. And it may have just got. </w:t>
      </w:r>
    </w:p>
    <w:p>
      <w:r>
        <w:t xml:space="preserve">01:08:23   (Speaker A)  Yeah, it's in the documents section somewhere. </w:t>
      </w:r>
    </w:p>
    <w:p>
      <w:r>
        <w:t xml:space="preserve">01:08:27   (Speaker B)  Okay. </w:t>
      </w:r>
    </w:p>
    <w:p>
      <w:r>
        <w:t xml:space="preserve">01:08:30   (Speaker A)  And then I mentioned before the meeting that officially on record, I have requested that our joint meter situation go on the agenda for the HOA and at the next meeting, mention that before the meeting started. So just on the minutes, and that's all I have. So our next meeting, we will stick with the August 11th date, and we'll hope to have some information from DOT </w:t>
      </w:r>
    </w:p>
    <w:p>
      <w:r>
        <w:t xml:space="preserve">01:09:00   (Speaker G)  and a survey in the survey and </w:t>
      </w:r>
    </w:p>
    <w:p>
      <w:r>
        <w:t xml:space="preserve">01:09:02   (Speaker A)  the back cross and the back traps. </w:t>
      </w:r>
    </w:p>
    <w:p>
      <w:r>
        <w:t xml:space="preserve">01:09:07   (Speaker H)  Thank you. </w:t>
      </w:r>
    </w:p>
    <w:p>
      <w:r>
        <w:t xml:space="preserve">01:09:09   (Speaker A)  All right, we are adjourned. 709. All right,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