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Rolling hills </w:t>
        <w:br/>
        <w:br/>
        <w:br/>
      </w:r>
    </w:p>
    <w:p>
      <w:r>
        <w:t>START AND END TIME OF THE CDD MEETING FILE:</w:t>
      </w:r>
      <w:r>
        <w:rPr>
          <w:b/>
          <w:color w:val="FF0000"/>
        </w:rPr>
        <w:br/>
        <w:tab/>
        <w:tab/>
        <w:tab/>
        <w:tab/>
        <w:t xml:space="preserve"> September 14, 2026 at 04:00 PM</w:t>
      </w:r>
      <w:r>
        <w:rPr>
          <w:b/>
          <w:color w:val="FF0000"/>
        </w:rPr>
        <w:br/>
        <w:tab/>
        <w:tab/>
        <w:tab/>
        <w:tab/>
        <w:t xml:space="preserve"> September 14, 2026 at 05:11 PM</w:t>
        <w:br/>
        <w:br/>
        <w:br/>
      </w:r>
    </w:p>
    <w:p>
      <w:r>
        <w:t>AUDIO FILE NAME, FILE SIZE:</w:t>
      </w:r>
      <w:r>
        <w:rPr>
          <w:b/>
          <w:color w:val="FF0000"/>
        </w:rPr>
        <w:br/>
        <w:tab/>
        <w:tab/>
        <w:tab/>
        <w:tab/>
        <w:t xml:space="preserve"> Bridgewater_CDD_Board_Meeting_8.26.26.m4a</w:t>
      </w:r>
      <w:r>
        <w:rPr>
          <w:b/>
          <w:color w:val="FF0000"/>
        </w:rPr>
        <w:br/>
        <w:tab/>
        <w:tab/>
        <w:tab/>
        <w:tab/>
        <w:t xml:space="preserve"> 92185943</w:t>
        <w:br/>
        <w:br/>
        <w:br/>
      </w:r>
    </w:p>
    <w:p>
      <w:r>
        <w:t>DATE AUDIO FILE SUBMITTED TO THE GAT SYSTEM:</w:t>
      </w:r>
      <w:r>
        <w:rPr>
          <w:b/>
          <w:color w:val="FF0000"/>
        </w:rPr>
        <w:br/>
        <w:tab/>
        <w:tab/>
        <w:tab/>
        <w:tab/>
        <w:t xml:space="preserve"> October 08, 2026 at 02:49 PM</w:t>
        <w:br/>
        <w:br/>
        <w:br/>
      </w:r>
    </w:p>
    <w:p>
      <w:r>
        <w:t>DATE AUDIO FILE COMPLETED BY THE GAT SYSTEM:</w:t>
      </w:r>
      <w:r>
        <w:rPr>
          <w:b/>
          <w:color w:val="FF0000"/>
        </w:rPr>
        <w:br/>
        <w:tab/>
        <w:tab/>
        <w:tab/>
        <w:tab/>
        <w:t xml:space="preserve"> October 08, 2026 at 02:51 PM</w:t>
      </w:r>
      <w:r>
        <w:rPr>
          <w:b/>
          <w:color w:val="FF0000"/>
        </w:rPr>
        <w:br/>
        <w:tab/>
        <w:tab/>
        <w:tab/>
        <w:tab/>
        <w:t xml:space="preserve"> 01:34 ELAPSED TIME</w:t>
        <w:br/>
        <w:br/>
        <w:br/>
      </w:r>
    </w:p>
    <w:p>
      <w:r>
        <w:t>MEETING AGENDA:</w:t>
      </w:r>
      <w:r>
        <w:rPr>
          <w:b/>
          <w:color w:val="FF0000"/>
        </w:rPr>
        <w:br/>
        <w:br/>
        <w:br/>
        <w:tab/>
        <w:tab/>
        <w:tab/>
        <w:tab/>
        <w:t xml:space="preserve"> Double Branch Meeting Notes Sep 14, 2026  Meeting Notes: 1) Supervisors present: Cindy Nelsen, Scott Thomas, Amy Ambrosio, Andre Lanier, and Tom Horton. 2) Staff: Mike Eckert, Carl Allen (phone), Jay Soriano, and Marilee Giles. Staff from VerdeGo included Chalon Suchsland. Staff from Sporting Jax Academy included Matt Hollyoak. 3) Approved the Minutes of Aug 10, 2026; update Ms. Genelle Thomas to Mrs. Genelle Thomas on pages 2-5. 4) Approved the Check Register. 5) Discussed the meter at 3168 Stonebriar: Staff is working with Clay Electric and JEA; meter belongs to JEA not the District. 6) Accepted the 2025 Annual Engineer’s Report. 7) Approved the Agreement with CALM III subject to Vice Chair and Counsel review and execution; ratify at the next meeting. 8) Supervisor and Public comments:  A resident expressed concern for an algae bloom. Supervisors identified some lights out at the Oakleaf monument sign, sprinklers spraying in the road, and requested S3 Security be in attendance at meetings.  9) Next meeting is Oct 12, 2026 at 4:00 pm.  Action Items: 1) Jay – Please pay supervisors. Continue working with JEA to transition meter  #7332257 to JEA. Follow up with VerdeGo for sprinkler spraying in to the road. 2) Marilee – Follow up with Accountant on the Trustee question from Supervisor Lanier. Follow up with the Engineer to attend meetings on an as-needed basis, or at least quarterly. 3) Courtney – Please post the approved minutes to the website. Schedule the monthly agenda call for Staff. 4) Recording uploaded – 1 hour and 9 minutes. 5) Courtney – DRAFT Agenda Oct 12, 2026: a. Update on the Meter at 3168 Stonebriar b. Ratify Agreement with CALM III, LLC. c. Staff Reports/District Manager – FY26 Goals and Objectives Report   </w:t>
        <w:br/>
        <w:br/>
        <w:br/>
      </w:r>
    </w:p>
    <w:p>
      <w:r>
        <w:t xml:space="preserve">00:06      (Speaker A)  Good afternoon, everyone. Welcome to the Bridgewater Community Development District for supervisors meeting. Today is Wednesday, August 26, 2026. Time is 6:00pm we'll start with roll call. We'll start with the supervisors here to my left. And we have myself, Richard McGrath with GMS. We have district council here as well, </w:t>
      </w:r>
    </w:p>
    <w:p>
      <w:r>
        <w:t xml:space="preserve">00:31      (Speaker B)  Lindsay Mozinski, district council. </w:t>
      </w:r>
    </w:p>
    <w:p>
      <w:r>
        <w:t xml:space="preserve">00:36      (Speaker A)  And then we do have Bert Smith as well on Zoom, the site expert. </w:t>
      </w:r>
    </w:p>
    <w:p>
      <w:r>
        <w:t xml:space="preserve">00:41      (Speaker C)  You there. </w:t>
      </w:r>
    </w:p>
    <w:p>
      <w:r>
        <w:t xml:space="preserve">00:44      (Speaker D)  Yes, sir. </w:t>
      </w:r>
    </w:p>
    <w:p>
      <w:r>
        <w:t xml:space="preserve">00:46      (Speaker C)  Okay, thank you. </w:t>
      </w:r>
    </w:p>
    <w:p>
      <w:r>
        <w:t xml:space="preserve">00:48      (Speaker A)  And stay tuned. </w:t>
      </w:r>
    </w:p>
    <w:p>
      <w:r>
        <w:t xml:space="preserve">00:51      (Speaker B)  Tanya Laning. </w:t>
      </w:r>
    </w:p>
    <w:p>
      <w:r>
        <w:t xml:space="preserve">00:52      (Speaker A)  Y. So we have Tanya, it was with us as well, supervisor. Okay, so with that we'll do the pledge of allegiance. </w:t>
      </w:r>
    </w:p>
    <w:p>
      <w:r>
        <w:t xml:space="preserve">01:04      (Speaker C)  Pledge allegiance to the black of the United States of America. To the Republic. Okay. All right. </w:t>
      </w:r>
    </w:p>
    <w:p>
      <w:r>
        <w:t xml:space="preserve">01:30      (Speaker A)  So with that we'll move on to our first item on the agenda here, which is a supervisor request and general comments. We can start with general audience comments. That's okay. </w:t>
      </w:r>
    </w:p>
    <w:p>
      <w:r>
        <w:t xml:space="preserve">01:39      (Speaker C)  To the board. </w:t>
      </w:r>
    </w:p>
    <w:p>
      <w:r>
        <w:t xml:space="preserve">01:41      (Speaker A)  So audience members, this is an opportunity for you to address the board specific to the agenda. So you do have agendas up here in a sign in sheet, but by the front door if you have any comments specific to the budget. Tonight we do have a public hearing for that. So we would ask if any comments for the budget during the budget hearing just to help expedite time, but anything else specific to the agenda. This would be an opportunity to address the board. After this, it will be for discussion only until the public hearing for the budget. And then after that there is another opportunity for audience members to speak to the board concerning any topic at the end of the meeting. And so with that, we do ask that if you'd like to speak, just raise your hand. Please state your name and address for the record as it is being recorded and please limit your comments to 3 minutes. Same for Zoom. If you're on Zoom and you'd like to speak to the board, we just ask you to use the raise your hand feature on Zoom and then we'll ask you to unmute. Okay, so first audience. </w:t>
      </w:r>
    </w:p>
    <w:p>
      <w:r>
        <w:t xml:space="preserve">02:43      (Speaker C)  Yes, Joe Galante, 553 Superior Drive. Can't really hear you to understand everything you said there, but I think it </w:t>
      </w:r>
    </w:p>
    <w:p>
      <w:r>
        <w:t xml:space="preserve">02:50      (Speaker A)  gave you information you needed. You got questions around the SUMP survey </w:t>
      </w:r>
    </w:p>
    <w:p>
      <w:r>
        <w:t xml:space="preserve">02:54      (Speaker C)  with the error the budget being spent on the trying to understand why certain sums were seen as deficient and why others weren't. And where do we find the information of the paperwork in regards to what determined which SUPs were taken care of and the jobs that were done on them? And I see that it's noted that </w:t>
      </w:r>
    </w:p>
    <w:p>
      <w:r>
        <w:t xml:space="preserve">03:17      (Speaker A)  there was an error and. </w:t>
      </w:r>
    </w:p>
    <w:p>
      <w:r>
        <w:t xml:space="preserve">03:18      (Speaker C)  No, what was the error? What was done to fix the error? And what was the cost to fix the error that our us as homeowners have now incurred? Okay. Okay. </w:t>
      </w:r>
    </w:p>
    <w:p>
      <w:r>
        <w:t xml:space="preserve">03:33      (Speaker A)  Thank you. So we will be talking about that under the engineer. We do have a couple updates for that. </w:t>
      </w:r>
    </w:p>
    <w:p>
      <w:r>
        <w:t xml:space="preserve">03:39      (Speaker C)  Okay. </w:t>
      </w:r>
    </w:p>
    <w:p>
      <w:r>
        <w:t xml:space="preserve">03:40      (Speaker A)  Any other audience comments specific to the general. </w:t>
      </w:r>
    </w:p>
    <w:p>
      <w:r>
        <w:t xml:space="preserve">03:42      (Speaker E)  Yeah. </w:t>
      </w:r>
    </w:p>
    <w:p>
      <w:r>
        <w:t xml:space="preserve">03:42      (Speaker A)  Yes, sir. Yeah. My name is Joel. 6516 Great Bear Drive. Good evening. </w:t>
      </w:r>
    </w:p>
    <w:p>
      <w:r>
        <w:t xml:space="preserve">03:48      (Speaker C)  Have a couple of two ongoing concerns. </w:t>
      </w:r>
    </w:p>
    <w:p>
      <w:r>
        <w:t xml:space="preserve">03:50      (Speaker A)  First is the maintenance. </w:t>
      </w:r>
    </w:p>
    <w:p>
      <w:r>
        <w:t xml:space="preserve">03:51      (Speaker C)  The grass continues to be mowed, but turning and detail work behind the Great </w:t>
      </w:r>
    </w:p>
    <w:p>
      <w:r>
        <w:t xml:space="preserve">03:55      (Speaker A)  Bear area has just noticeably declined or </w:t>
      </w:r>
    </w:p>
    <w:p>
      <w:r>
        <w:t xml:space="preserve">03:59      (Speaker C)  stopped portion of lake or the pond or becoming overgrown. I recently spoke to the Prince landscaping and today he told he goes, hey, we used to have five, now we have three. Do the best I can. </w:t>
      </w:r>
    </w:p>
    <w:p>
      <w:r>
        <w:t xml:space="preserve">04:12      (Speaker A)  So what's being done to address the </w:t>
      </w:r>
    </w:p>
    <w:p>
      <w:r>
        <w:t xml:space="preserve">04:14      (Speaker C)  maintenance behind that large area behind Great there? </w:t>
      </w:r>
    </w:p>
    <w:p>
      <w:r>
        <w:t xml:space="preserve">04:18      (Speaker A)  And why was it maintained last year like it should and this year it's done. </w:t>
      </w:r>
    </w:p>
    <w:p>
      <w:r>
        <w:t xml:space="preserve">04:23      (Speaker C)  I would also like to know whether </w:t>
      </w:r>
    </w:p>
    <w:p>
      <w:r>
        <w:t xml:space="preserve">04:25      (Speaker A)  the CBD's landscaping scope or required level of service has changed. </w:t>
      </w:r>
    </w:p>
    <w:p>
      <w:r>
        <w:t xml:space="preserve">04:30      (Speaker C)  If not, why is the work that was routinely performed before not being routinely performed now? Secondly, I've continued to express concerns since I've lived here almost four years about the drainage and the grading of that area behind me. </w:t>
      </w:r>
    </w:p>
    <w:p>
      <w:r>
        <w:t xml:space="preserve">04:47      (Speaker A)  The CBD property behind my house is </w:t>
      </w:r>
    </w:p>
    <w:p>
      <w:r>
        <w:t xml:space="preserve">04:49      (Speaker C)  uneven, contain ruts and depression and areas of water standing after significant rain. </w:t>
      </w:r>
    </w:p>
    <w:p>
      <w:r>
        <w:t xml:space="preserve">04:57      (Speaker A)  I requested the district engineer determine whether </w:t>
      </w:r>
    </w:p>
    <w:p>
      <w:r>
        <w:t xml:space="preserve">04:59      (Speaker C)  the current grading forms to the approved </w:t>
      </w:r>
    </w:p>
    <w:p>
      <w:r>
        <w:t xml:space="preserve">05:02      (Speaker A)  drainage plans and whether corrective work is necessary. </w:t>
      </w:r>
    </w:p>
    <w:p>
      <w:r>
        <w:t xml:space="preserve">05:06      (Speaker C)  I've also asked the field manager to </w:t>
      </w:r>
    </w:p>
    <w:p>
      <w:r>
        <w:t xml:space="preserve">05:08      (Speaker A)  meet me on site. We can look at these conditions together. But I've not received their response. </w:t>
      </w:r>
    </w:p>
    <w:p>
      <w:r>
        <w:t xml:space="preserve">05:13      (Speaker C)  Thank you. Respond. </w:t>
      </w:r>
    </w:p>
    <w:p>
      <w:r>
        <w:t xml:space="preserve">05:16      (Speaker A)  We'll talk about that number of landscape that you have. </w:t>
      </w:r>
    </w:p>
    <w:p>
      <w:r>
        <w:t xml:space="preserve">05:20      (Speaker C)  Okay. </w:t>
      </w:r>
    </w:p>
    <w:p>
      <w:r>
        <w:t xml:space="preserve">05:23      (Speaker A)  Any additional audience comments? I'm sorry, what was that? </w:t>
      </w:r>
    </w:p>
    <w:p>
      <w:r>
        <w:t xml:space="preserve">05:38      (Speaker C)  Only about the sub surveys in the era in regards to that and when you all get to the rest of the sums and what the time frame. Okay, </w:t>
      </w:r>
    </w:p>
    <w:p>
      <w:r>
        <w:t xml:space="preserve">05:54      (Speaker A)  Yeah, we have updates under engineer. Anything else, sir? Okay, any other audience comments to the agenda at this time? And it is board discussion until the budget and then there is another opportunity at the end checking zoom. I don't see any hand raises on zoom at this time. So more audience comments. Okay, so with that we'll turn to supervisor requests. Any supervisor requests at this time. </w:t>
      </w:r>
    </w:p>
    <w:p>
      <w:r>
        <w:t xml:space="preserve">06:34      (Speaker C)  Thank you so for meeting. I just like to offer a short prayer for listening as we go through this. So God thank you for this than to us thank you for the he community. We pray Lord that you give us wisdom as we seek to do the best for this community. And pray you guys in this discussion and see you in Jesus name. </w:t>
      </w:r>
    </w:p>
    <w:p>
      <w:r>
        <w:t xml:space="preserve">06:55      (Speaker B)  Amen. </w:t>
      </w:r>
    </w:p>
    <w:p>
      <w:r>
        <w:t xml:space="preserve">06:59      (Speaker C)  Thank You, Richard. I have video. </w:t>
      </w:r>
    </w:p>
    <w:p>
      <w:r>
        <w:t xml:space="preserve">07:07      (Speaker A)  I mean, we can. Sometimes the video lags. </w:t>
      </w:r>
    </w:p>
    <w:p>
      <w:r>
        <w:t xml:space="preserve">07:10      (Speaker C)  I mean, it's. </w:t>
      </w:r>
    </w:p>
    <w:p>
      <w:r>
        <w:t xml:space="preserve">07:10      (Speaker A)  It just depends on Internet connection. Right now I'm running off my phone because there's no Internet in here. Typically, we just do sound. But if the board wants to do video, this is capable of doing that. </w:t>
      </w:r>
    </w:p>
    <w:p>
      <w:r>
        <w:t xml:space="preserve">07:24      (Speaker C)  Totally different. Sure. </w:t>
      </w:r>
    </w:p>
    <w:p>
      <w:r>
        <w:t xml:space="preserve">07:30      (Speaker B)  I mean, we do have one case there. </w:t>
      </w:r>
    </w:p>
    <w:p>
      <w:r>
        <w:t xml:space="preserve">07:32      (Speaker C)  It's. </w:t>
      </w:r>
    </w:p>
    <w:p>
      <w:r>
        <w:t xml:space="preserve">07:33      (Speaker A)  It's out. </w:t>
      </w:r>
    </w:p>
    <w:p>
      <w:r>
        <w:t xml:space="preserve">07:35      (Speaker C)  Yeah, but. </w:t>
      </w:r>
    </w:p>
    <w:p>
      <w:r>
        <w:t xml:space="preserve">07:39      (Speaker A)  Yeah, I mean, we can. If the board wants to start doing video, we can do video. That's not an issue. Any other supervisor requests? </w:t>
      </w:r>
    </w:p>
    <w:p>
      <w:r>
        <w:t xml:space="preserve">07:52      (Speaker C)  Okay, </w:t>
      </w:r>
    </w:p>
    <w:p>
      <w:r>
        <w:t xml:space="preserve">07:54      (Speaker A)  so we do have quite a bit on the agenda here tonight. I did have a request from Bert from cyx. He is on Zoom. If we can move him up to discuss the aquatic maintenance first, if the board would be okay with that. Okay, so we'll go ahead and bump that up. So I will turn it over to Bert, into Mick to discuss the aquatics report. Bert, you there? </w:t>
      </w:r>
    </w:p>
    <w:p>
      <w:r>
        <w:t xml:space="preserve">08:18      (Speaker D)  Yes, sir. I appreciate y' all moving me up, and I apologize for not being there. Kind of got drug up to North Florida on a job, and we got a meeting up here and just happened to fall on the same date, so. And I'll be. I got to be in that meeting here in about 20 minutes. So anyways, we're in good shape. We did. We've done a lot of boat work out there. I'm sure you've seen us. </w:t>
      </w:r>
    </w:p>
    <w:p>
      <w:r>
        <w:t xml:space="preserve">08:42      (Speaker E)  We. </w:t>
      </w:r>
    </w:p>
    <w:p>
      <w:r>
        <w:t xml:space="preserve">08:43      (Speaker C)  We. </w:t>
      </w:r>
    </w:p>
    <w:p>
      <w:r>
        <w:t xml:space="preserve">08:43      (Speaker D)  I think you have a hard time finding a hyacinth out there. We've pretty much got every one of them eliminated. I'm not going to say we're going to be a thousand percent, but anything that's going to come out of that little wetland up up front may happen after a rainstorm. But as right now, we're in really good shape. And there was some underwater treatment done on the big lake right behind the clubhouse, or I guess, second biggest lake behind the clubhouse. And that. That. That treatment was effective, was just a small hydrilla treatment, but other than that, </w:t>
      </w:r>
    </w:p>
    <w:p>
      <w:r>
        <w:t xml:space="preserve">09:16      (Speaker C)  we're in great shape. </w:t>
      </w:r>
    </w:p>
    <w:p>
      <w:r>
        <w:t xml:space="preserve">09:17      (Speaker D)  We're at a maintenance level, and all the lakes were exactly where we want to be at this point. </w:t>
      </w:r>
    </w:p>
    <w:p>
      <w:r>
        <w:t xml:space="preserve">09:25      (Speaker C)  Okay. </w:t>
      </w:r>
    </w:p>
    <w:p>
      <w:r>
        <w:t xml:space="preserve">09:26      (Speaker A)  So, board, is there any questions, comments concerning the lakes? Right now we'll be getting a lot of rain, which is good, but that also does cause quite a bit of runoff, which, you know, there's a give and take when that happens. But Cydex is just coming in and has just been getting to work. This is actually their first meeting. So if there's any questions, comments for Bert. Sure. </w:t>
      </w:r>
    </w:p>
    <w:p>
      <w:r>
        <w:t xml:space="preserve">09:48      (Speaker C)  Really appreciate the drone video. Or drone picture the lake and report if it's a nice upgraded. We'll be back and forth. It's nice to be able to see the context of the entire body of water. </w:t>
      </w:r>
    </w:p>
    <w:p>
      <w:r>
        <w:t xml:space="preserve">10:01      (Speaker D)  Okay? Yes, sir. And if there's any time that I know. Yalls lakes are so big, so we got to get almost lunar to take a picture of the whole lake. If there's any time you're like, hey, this is too far away, we can't see any detail. We can cut them pictures in half and like, you know, do like three or four pictures of one lake. So that way you can see a little bit more detail too. That's the only thing with Yalls properties. Those lakes are. Are stout. So we got to get so high </w:t>
      </w:r>
    </w:p>
    <w:p>
      <w:r>
        <w:t xml:space="preserve">10:26      (Speaker C)  to take that picture. </w:t>
      </w:r>
    </w:p>
    <w:p>
      <w:r>
        <w:t xml:space="preserve">10:27      (Speaker D)  So if there's any time that you guys are, you know, hey, it's just not detailed enough, just let me know and I can. I can make the adjustment on that </w:t>
      </w:r>
    </w:p>
    <w:p>
      <w:r>
        <w:t xml:space="preserve">10:34      (Speaker C)  on an individual report. Appreciate it. Thank you again for keeping your promise. </w:t>
      </w:r>
    </w:p>
    <w:p>
      <w:r>
        <w:t xml:space="preserve">10:41      (Speaker A)  I know Tanya asked you how long before you got rid of the hyacinth. They're non existent now. Just one thing. When you're spraying, orderly, obviously I can see behind my neighbor's house better than anybody that loves. But sprayed we're very. It didn't. It didn't take care of even 50 of it. And it didn't rain for a week after. So if we can just watch those areas that were spraying. </w:t>
      </w:r>
    </w:p>
    <w:p>
      <w:r>
        <w:t xml:space="preserve">11:05      (Speaker D)  Yes. </w:t>
      </w:r>
    </w:p>
    <w:p>
      <w:r>
        <w:t xml:space="preserve">11:07      (Speaker A)  Okay, I'll do that. </w:t>
      </w:r>
    </w:p>
    <w:p>
      <w:r>
        <w:t xml:space="preserve">11:11      (Speaker C)  Like Jane, it's been a while since my life I've seen any. Any yellowing of weeds or anything. And it's pretty much grown up all the way around my end of lake James. Okay, which lake is that? That's Ladoga and Arrow end of lake Jane. Okay, I'll check that out. </w:t>
      </w:r>
    </w:p>
    <w:p>
      <w:r>
        <w:t xml:space="preserve">11:38      (Speaker B)  Which is one of the smaller lakes? </w:t>
      </w:r>
    </w:p>
    <w:p>
      <w:r>
        <w:t xml:space="preserve">11:40      (Speaker C)  It's Palm tree. Okay. I fished on that lake and I can see on the other end there's been some spraying. But on your end, I can see that it's getting sick. </w:t>
      </w:r>
    </w:p>
    <w:p>
      <w:r>
        <w:t xml:space="preserve">11:53      (Speaker A)  Yeah, we can. </w:t>
      </w:r>
    </w:p>
    <w:p>
      <w:r>
        <w:t xml:space="preserve">11:57      (Speaker D)  I'll get it checked out asap. </w:t>
      </w:r>
    </w:p>
    <w:p>
      <w:r>
        <w:t xml:space="preserve">12:00      (Speaker C)  Thank you. Okay, great. </w:t>
      </w:r>
    </w:p>
    <w:p>
      <w:r>
        <w:t xml:space="preserve">12:05      (Speaker A)  Any other questions or comments for Bert at this time? Aquatics puns. If you do see something, feel free to reach out. As always, we can always get with Bert. They're very responsive and be able to have a look and address. </w:t>
      </w:r>
    </w:p>
    <w:p>
      <w:r>
        <w:t xml:space="preserve">12:19      (Speaker E)  And if Jeff is that. If that was the email that you sent me, then he's our. I've already sent to him. </w:t>
      </w:r>
    </w:p>
    <w:p>
      <w:r>
        <w:t xml:space="preserve">12:24      (Speaker A)  He's seen it. </w:t>
      </w:r>
    </w:p>
    <w:p>
      <w:r>
        <w:t xml:space="preserve">12:25      (Speaker D)  Yeah, yeah, yeah, he emailed me that. I just couldn't See the. </w:t>
      </w:r>
    </w:p>
    <w:p>
      <w:r>
        <w:t xml:space="preserve">12:28      (Speaker E)  Yeah, the picture was black. </w:t>
      </w:r>
    </w:p>
    <w:p>
      <w:r>
        <w:t xml:space="preserve">12:33      (Speaker D)  Yeah. </w:t>
      </w:r>
    </w:p>
    <w:p>
      <w:r>
        <w:t xml:space="preserve">12:34      (Speaker A)  Cut off. It was cut off, but in the picture. But we'll be able to get out there and see. </w:t>
      </w:r>
    </w:p>
    <w:p>
      <w:r>
        <w:t xml:space="preserve">12:39      (Speaker D)  Yeah, yeah, I'll be out there at the end of the week. </w:t>
      </w:r>
    </w:p>
    <w:p>
      <w:r>
        <w:t xml:space="preserve">12:43      (Speaker C)  Great. Okay. </w:t>
      </w:r>
    </w:p>
    <w:p>
      <w:r>
        <w:t xml:space="preserve">12:45      (Speaker A)  Well, thanks, Bert. If anything comes up, we'll let you know. </w:t>
      </w:r>
    </w:p>
    <w:p>
      <w:r>
        <w:t xml:space="preserve">12:48      (Speaker D)  All right, thank you all. Thank you for having us. </w:t>
      </w:r>
    </w:p>
    <w:p>
      <w:r>
        <w:t xml:space="preserve">12:51      (Speaker A)  Okay, so with that we'll go back into the regular portion of the agenda. So next item is the approval of the June 24, 2026 meeting minutes and then we'll get the staff reports. I didn't receive any questions or comments about the minutes before the meeting, but if you do have any, please let me know. Otherwise we'd just be looking for a </w:t>
      </w:r>
    </w:p>
    <w:p>
      <w:r>
        <w:t xml:space="preserve">13:09      (Speaker C)  motion to approve motion. </w:t>
      </w:r>
    </w:p>
    <w:p>
      <w:r>
        <w:t xml:space="preserve">13:12      (Speaker A)  Okay, got a first there. Second from Tanya. Any other discussion? All in favor? Okay, so the motion has passed. So we get into now section five staff reports. So we'll start with landscape manager. I'll turn it over to Mick to discuss. </w:t>
      </w:r>
    </w:p>
    <w:p>
      <w:r>
        <w:t xml:space="preserve">13:32      (Speaker E)  Yeah, a few items here, a couple things. I did put it on my report, but I'll say it now. The landscape enhancements that you guys approved on the bridge, that was all done, I think you guys approved for the arbicola to be put between the sidewalk and the road. That was all done, went through it, checked all the irrigation. Everything is running, running smooth. And the rain that we're getting is helping out to. They sprayed for the weeds down at the rocks. The enhancements that you guys did down </w:t>
      </w:r>
    </w:p>
    <w:p>
      <w:r>
        <w:t xml:space="preserve">13:59      (Speaker C)  at the end here. </w:t>
      </w:r>
    </w:p>
    <w:p>
      <w:r>
        <w:t xml:space="preserve">14:01      (Speaker E)  There was also a few areas along Great Bear near where we had those five trees installed, or they were, you know, we tried to block that area so the off road vehicles couldn't go through there. There was a few areas of some dead sod. For some reason, it almost looked like somebody dumped something there. So we, we're going to kind of go through it, see what we can do. I mean, it's beheaded. We could just cut it out and put, put some new, some new pieces of sod in there for that landscape right along is going to be scheduled for next week. There's a resident here that we are going to meet with to take a look at the area behind his house. He did send me pictures of the area. Scott, with Princeton. I requested for him to be here tonight, but it doesn't look like he's going to make it. But that is one area that we are going to be looking at to </w:t>
      </w:r>
    </w:p>
    <w:p>
      <w:r>
        <w:t xml:space="preserve">14:53      (Speaker C)  hopefully, hopefully get a handle. </w:t>
      </w:r>
    </w:p>
    <w:p>
      <w:r>
        <w:t xml:space="preserve">14:54      (Speaker E)  I'm sorry. Back over here on Gray Bear. It's worth that tone. </w:t>
      </w:r>
    </w:p>
    <w:p>
      <w:r>
        <w:t xml:space="preserve">15:01      (Speaker B)  Okay, so it's the same one that he. </w:t>
      </w:r>
    </w:p>
    <w:p>
      <w:r>
        <w:t xml:space="preserve">15:02      (Speaker E)  Yeah, it's the same one there. Yeah. </w:t>
      </w:r>
    </w:p>
    <w:p>
      <w:r>
        <w:t xml:space="preserve">15:03      (Speaker C)  Yeah. </w:t>
      </w:r>
    </w:p>
    <w:p>
      <w:r>
        <w:t xml:space="preserve">15:04      (Speaker E)  So I kind of confirmed that with him. </w:t>
      </w:r>
    </w:p>
    <w:p>
      <w:r>
        <w:t xml:space="preserve">15:07      (Speaker C)  The problem. </w:t>
      </w:r>
    </w:p>
    <w:p>
      <w:r>
        <w:t xml:space="preserve">15:07      (Speaker E)  The problem too is a lot of the, the good thing here is that, I mean we got what, three inches of rain within the past couple weeks. So it hasn't been too crazy. But a lot of other districts that we have, the, the landscaping has had to be pushed because all the rain. But, but here they've been, they've been pretty on top of most of it. So. But that, that's really all that I have. If anyone else has any questions. </w:t>
      </w:r>
    </w:p>
    <w:p>
      <w:r>
        <w:t xml:space="preserve">15:28      (Speaker C)  And gentlemen made the comment that told them that they're short. Is that. I mean that was news. </w:t>
      </w:r>
    </w:p>
    <w:p>
      <w:r>
        <w:t xml:space="preserve">15:34      (Speaker E)  Yeah, I didn't know what. I didn't know you meant. </w:t>
      </w:r>
    </w:p>
    <w:p>
      <w:r>
        <w:t xml:space="preserve">15:36      (Speaker C)  So you might in the back. </w:t>
      </w:r>
    </w:p>
    <w:p>
      <w:r>
        <w:t xml:space="preserve">15:39      (Speaker E)  Yeah, that's what we're going to get at. So if he said that they're short, I'm assuming these short two guys, Is that what he meant by that? I don't know why he would have </w:t>
      </w:r>
    </w:p>
    <w:p>
      <w:r>
        <w:t xml:space="preserve">15:48      (Speaker C)  mentioned that to me. </w:t>
      </w:r>
    </w:p>
    <w:p>
      <w:r>
        <w:t xml:space="preserve">15:49      (Speaker A)  Yeah. So that's something I gotta. </w:t>
      </w:r>
    </w:p>
    <w:p>
      <w:r>
        <w:t xml:space="preserve">15:50      (Speaker C)  Can you clarify what you mean by the back area? Are you saying between trees? They don't trim along. But you, you look. Half the lake is this long. The other half of the biggest. Last year it was pristine. </w:t>
      </w:r>
    </w:p>
    <w:p>
      <w:r>
        <w:t xml:space="preserve">16:03      (Speaker A)  This year it's a mess. </w:t>
      </w:r>
    </w:p>
    <w:p>
      <w:r>
        <w:t xml:space="preserve">16:04      (Speaker C)  Okay, I'm addressing it. Nothing gets done. They don't return my emails. I'm fucked. </w:t>
      </w:r>
    </w:p>
    <w:p>
      <w:r>
        <w:t xml:space="preserve">16:10      (Speaker A)  We do return your email, sir. We've responded multiple times. </w:t>
      </w:r>
    </w:p>
    <w:p>
      <w:r>
        <w:t xml:space="preserve">16:14      (Speaker C)  I still need clarity. I want to make sure that I understand. So you're saying between the lake and the houses, not between the warehouses and the houses. </w:t>
      </w:r>
    </w:p>
    <w:p>
      <w:r>
        <w:t xml:space="preserve">16:21      (Speaker A)  Correct? Yes. </w:t>
      </w:r>
    </w:p>
    <w:p>
      <w:r>
        <w:t xml:space="preserve">16:23      (Speaker C)  Behind my house. The great day. </w:t>
      </w:r>
    </w:p>
    <w:p>
      <w:r>
        <w:t xml:space="preserve">16:25      (Speaker A)  That's a huge, huge area between the </w:t>
      </w:r>
    </w:p>
    <w:p>
      <w:r>
        <w:t xml:space="preserve">16:29      (Speaker C)  property line and the lake. </w:t>
      </w:r>
    </w:p>
    <w:p>
      <w:r>
        <w:t xml:space="preserve">16:30      (Speaker A)  It's a huge area. </w:t>
      </w:r>
    </w:p>
    <w:p>
      <w:r>
        <w:t xml:space="preserve">16:31      (Speaker C)  Tell me your address again. 6516 Great Bear Drop. Thank you. Thank you. </w:t>
      </w:r>
    </w:p>
    <w:p>
      <w:r>
        <w:t xml:space="preserve">16:40      (Speaker A)  So it's just frustrating that there's ruts in there that aren't being addressed. There's, it's, there's holes in there when it rains and puddles. I mean it's a mess. </w:t>
      </w:r>
    </w:p>
    <w:p>
      <w:r>
        <w:t xml:space="preserve">16:49      (Speaker C)  And every year I'm told, oh, we're going to get out there and take </w:t>
      </w:r>
    </w:p>
    <w:p>
      <w:r>
        <w:t xml:space="preserve">16:52      (Speaker A)  a look at it. </w:t>
      </w:r>
    </w:p>
    <w:p>
      <w:r>
        <w:t xml:space="preserve">16:52      (Speaker C)  Four years running, nothing's being done. </w:t>
      </w:r>
    </w:p>
    <w:p>
      <w:r>
        <w:t xml:space="preserve">16:59      (Speaker A)  So we are going to have it. We've discussed with Prince every of the one of these emails that have come through. That's part of the reason why Nick is coming out specifically to look at this area with them next week. As to the down to three crew, that is not something that we've been told. That is something I have a note here to address because obviously they have approved that they're supposed to be maintaining for the district to help maintain the district. That's not being done. Then it needs to be addressed. Exactly. 100 agree. So we will address that with them as well. Two days. </w:t>
      </w:r>
    </w:p>
    <w:p>
      <w:r>
        <w:t xml:space="preserve">17:39      (Speaker C)  Yeah. We don't have the supplement that we approved last year, but was that peninsula one of the areas that we added to the state. </w:t>
      </w:r>
    </w:p>
    <w:p>
      <w:r>
        <w:t xml:space="preserve">17:47      (Speaker E)  Yes. </w:t>
      </w:r>
    </w:p>
    <w:p>
      <w:r>
        <w:t xml:space="preserve">17:47      (Speaker A)  We weren't doing it. </w:t>
      </w:r>
    </w:p>
    <w:p>
      <w:r>
        <w:t xml:space="preserve">17:48      (Speaker E)  Yeah. You weren't doing it at a time. Not then we added it. So last year. I'm assuming that was with Bright. I wasn't here, but it was. </w:t>
      </w:r>
    </w:p>
    <w:p>
      <w:r>
        <w:t xml:space="preserve">17:56      (Speaker A)  Right. </w:t>
      </w:r>
    </w:p>
    <w:p>
      <w:r>
        <w:t xml:space="preserve">17:56      (Speaker E)  Right. </w:t>
      </w:r>
    </w:p>
    <w:p>
      <w:r>
        <w:t xml:space="preserve">17:57      (Speaker C)  And then they didn't do it. And then John brought it up and then united down. </w:t>
      </w:r>
    </w:p>
    <w:p>
      <w:r>
        <w:t xml:space="preserve">18:01      (Speaker E)  Yeah. </w:t>
      </w:r>
    </w:p>
    <w:p>
      <w:r>
        <w:t xml:space="preserve">18:01      (Speaker A)  And it was added to the new landscape for the new vendor </w:t>
      </w:r>
    </w:p>
    <w:p>
      <w:r>
        <w:t xml:space="preserve">18:06      (Speaker C)  area. Okay. </w:t>
      </w:r>
    </w:p>
    <w:p>
      <w:r>
        <w:t xml:space="preserve">18:09      (Speaker A)  So again we will look and address that and Mick will reach out. </w:t>
      </w:r>
    </w:p>
    <w:p>
      <w:r>
        <w:t xml:space="preserve">18:12      (Speaker C)  Yeah. </w:t>
      </w:r>
    </w:p>
    <w:p>
      <w:r>
        <w:t xml:space="preserve">18:12      (Speaker A)  To coordinate. </w:t>
      </w:r>
    </w:p>
    <w:p>
      <w:r>
        <w:t xml:space="preserve">18:14      (Speaker C)  Okay. Thank you. </w:t>
      </w:r>
    </w:p>
    <w:p>
      <w:r>
        <w:t xml:space="preserve">18:18      (Speaker A)  Another item too just wanted to bring up. We did receive your email, John, about adding to the landscape agreement about the GRS and stormwater. We did talk about that and I did speak to council about it. It's not something we've ever had included into a landscape agreement because it kind of falls outside their scope. But they do need to be conscious of grass clippings and. And covering over into the grades. That is something they should be addressing. But actually cleaning it out is not. It's usually just a. I think. </w:t>
      </w:r>
    </w:p>
    <w:p>
      <w:r>
        <w:t xml:space="preserve">18:49      (Speaker C)  I just think it's hot. </w:t>
      </w:r>
    </w:p>
    <w:p>
      <w:r>
        <w:t xml:space="preserve">18:50      (Speaker A)  Yeah. </w:t>
      </w:r>
    </w:p>
    <w:p>
      <w:r>
        <w:t xml:space="preserve">18:51      (Speaker C)  With a shovel. When it's clippings, when it's any kind of other debris that gets flown in there. </w:t>
      </w:r>
    </w:p>
    <w:p>
      <w:r>
        <w:t xml:space="preserve">18:55      (Speaker E)  Yeah. That's. </w:t>
      </w:r>
    </w:p>
    <w:p>
      <w:r>
        <w:t xml:space="preserve">18:55      (Speaker A)  They need to be responsible. </w:t>
      </w:r>
    </w:p>
    <w:p>
      <w:r>
        <w:t xml:space="preserve">18:57      (Speaker E)  That's what we had brought in. Had a discussion on that. One of the big thing was the grass bins which we noted today. And then also the debris of any sort of trash, which is. That is for sure another contract to do. </w:t>
      </w:r>
    </w:p>
    <w:p>
      <w:r>
        <w:t xml:space="preserve">19:11      (Speaker C)  System's not to work. Right. </w:t>
      </w:r>
    </w:p>
    <w:p>
      <w:r>
        <w:t xml:space="preserve">19:12      (Speaker E)  Yeah. Yeah. </w:t>
      </w:r>
    </w:p>
    <w:p>
      <w:r>
        <w:t xml:space="preserve">19:13      (Speaker C)  So I mean I. I still would. Would like to see the attempt be made to get in the contract. I know typically them, but. Yeah. Or. Or you guys are typically them. But it feels like they're in the best position to look at it. They're here to leave. They'd be in the best position to respond. Their clothing. </w:t>
      </w:r>
    </w:p>
    <w:p>
      <w:r>
        <w:t xml:space="preserve">19:35      (Speaker A)  Right. 100% they're putting on that. </w:t>
      </w:r>
    </w:p>
    <w:p>
      <w:r>
        <w:t xml:space="preserve">19:38      (Speaker E)  That is. That is in the agreement. Yeah. For them to clear off at least the grass pins in the trash. </w:t>
      </w:r>
    </w:p>
    <w:p>
      <w:r>
        <w:t xml:space="preserve">19:46      (Speaker C)  The only other thing that we looked at that I recommend as well, just like when we do so water inspections is. I don't think it's the landscapers, but there's been occasions where the homeowners are putting stuff on it and I've looked at one where I've gone moved it. So it's going to work. But we have curved all the time. People will put their debris on the curb inlet. Right over here on Superior this week. There's a bunch of leaks. I would bring it up because it could be mistakenly as the landscape are doing it. Right. Some of the times I don't think it's done. </w:t>
      </w:r>
    </w:p>
    <w:p>
      <w:r>
        <w:t xml:space="preserve">20:22      (Speaker A)  We had him say you were making. I saw on Geneva where the whole back of their house, they dumped it into something. It was just deep with dead grass. </w:t>
      </w:r>
    </w:p>
    <w:p>
      <w:r>
        <w:t xml:space="preserve">20:30      (Speaker E)  Yeah, I took a picture of that. </w:t>
      </w:r>
    </w:p>
    <w:p>
      <w:r>
        <w:t xml:space="preserve">20:32      (Speaker C)  Yeah. Is that the one that I sent to you guys? Very different. </w:t>
      </w:r>
    </w:p>
    <w:p>
      <w:r>
        <w:t xml:space="preserve">20:34      (Speaker A)  Yes. </w:t>
      </w:r>
    </w:p>
    <w:p>
      <w:r>
        <w:t xml:space="preserve">20:35      (Speaker E)  Yeah. </w:t>
      </w:r>
    </w:p>
    <w:p>
      <w:r>
        <w:t xml:space="preserve">20:35      (Speaker A)  With the address and so that would be something that we could send a letter to the homeowner about. </w:t>
      </w:r>
    </w:p>
    <w:p>
      <w:r>
        <w:t xml:space="preserve">20:39      (Speaker C)  Yeah, I gave you the address. Yeah, that's a rental as well. </w:t>
      </w:r>
    </w:p>
    <w:p>
      <w:r>
        <w:t xml:space="preserve">20:42      (Speaker E)  So I mean it was all literally like this part. It was on the bank. </w:t>
      </w:r>
    </w:p>
    <w:p>
      <w:r>
        <w:t xml:space="preserve">20:46      (Speaker C)  Really. </w:t>
      </w:r>
    </w:p>
    <w:p>
      <w:r>
        <w:t xml:space="preserve">20:46      (Speaker B)  Yeah. </w:t>
      </w:r>
    </w:p>
    <w:p>
      <w:r>
        <w:t xml:space="preserve">20:47      (Speaker E)  They jumped it. </w:t>
      </w:r>
    </w:p>
    <w:p>
      <w:r>
        <w:t xml:space="preserve">20:47      (Speaker B)  Yeah. </w:t>
      </w:r>
    </w:p>
    <w:p>
      <w:r>
        <w:t xml:space="preserve">20:48      (Speaker C)  And you could tell they cut the yard down to like 2 inches and just blew. </w:t>
      </w:r>
    </w:p>
    <w:p>
      <w:r>
        <w:t xml:space="preserve">20:51      (Speaker E)  It has been there a while too. All the grass clippers ground. </w:t>
      </w:r>
    </w:p>
    <w:p>
      <w:r>
        <w:t xml:space="preserve">20:54      (Speaker C)  So it's been there a while. </w:t>
      </w:r>
    </w:p>
    <w:p>
      <w:r>
        <w:t xml:space="preserve">20:55      (Speaker A)  Yeah. So residents should not be dumping yard debris on the CV property or sumps at all. </w:t>
      </w:r>
    </w:p>
    <w:p>
      <w:r>
        <w:t xml:space="preserve">21:03      (Speaker C)  But. </w:t>
      </w:r>
    </w:p>
    <w:p>
      <w:r>
        <w:t xml:space="preserve">21:04      (Speaker A)  So if the board would like for us to send a letter to that resident, we can. </w:t>
      </w:r>
    </w:p>
    <w:p>
      <w:r>
        <w:t xml:space="preserve">21:09      (Speaker C)  I think we should. </w:t>
      </w:r>
    </w:p>
    <w:p>
      <w:r>
        <w:t xml:space="preserve">21:10      (Speaker A)  Yeah. </w:t>
      </w:r>
    </w:p>
    <w:p>
      <w:r>
        <w:t xml:space="preserve">21:11      (Speaker B)  Quickly. </w:t>
      </w:r>
    </w:p>
    <w:p>
      <w:r>
        <w:t xml:space="preserve">21:11      (Speaker C)  And again, it's a rental. So let us know if you don't get a response. </w:t>
      </w:r>
    </w:p>
    <w:p>
      <w:r>
        <w:t xml:space="preserve">21:18      (Speaker A)  Right. </w:t>
      </w:r>
    </w:p>
    <w:p>
      <w:r>
        <w:t xml:space="preserve">21:18      (Speaker E)  I have a. But he sent. </w:t>
      </w:r>
    </w:p>
    <w:p>
      <w:r>
        <w:t xml:space="preserve">21:21      (Speaker C)  Found out when he was taking his walk last week and said to me. </w:t>
      </w:r>
    </w:p>
    <w:p>
      <w:r>
        <w:t xml:space="preserve">21:33      (Speaker B)  I had a situation where people across the street are putting stuff on my side of the road when they have debris because it's kind of empty there. </w:t>
      </w:r>
    </w:p>
    <w:p>
      <w:r>
        <w:t xml:space="preserve">21:40      (Speaker C)  So I just don't wanna. </w:t>
      </w:r>
    </w:p>
    <w:p>
      <w:r>
        <w:t xml:space="preserve">21:43      (Speaker A)  Well, this one in particular is directly behind the house in the grass. </w:t>
      </w:r>
    </w:p>
    <w:p>
      <w:r>
        <w:t xml:space="preserve">21:46      (Speaker C)  Oh yeah. </w:t>
      </w:r>
    </w:p>
    <w:p>
      <w:r>
        <w:t xml:space="preserve">21:48      (Speaker A)  Like the sump. </w:t>
      </w:r>
    </w:p>
    <w:p>
      <w:r>
        <w:t xml:space="preserve">21:48      (Speaker E)  The sump is really is literally like around the house. </w:t>
      </w:r>
    </w:p>
    <w:p>
      <w:r>
        <w:t xml:space="preserve">21:51      (Speaker C)  Yeah. But we do have some stuff all over the neighborhood works if somebody's having stuff. </w:t>
      </w:r>
    </w:p>
    <w:p>
      <w:r>
        <w:t xml:space="preserve">21:58      (Speaker A)  So if you have that or see that or have a picture of that, let us know. We will also contact. </w:t>
      </w:r>
    </w:p>
    <w:p>
      <w:r>
        <w:t xml:space="preserve">22:11      (Speaker C)  When you're talking to France. Remind them to watch when there's water in the sumps. I know. Not just after the rain. They took the heavy mowers through some of the socks and almost </w:t>
      </w:r>
    </w:p>
    <w:p>
      <w:r>
        <w:t xml:space="preserve">22:23      (Speaker E)  that was. That was an issue. Down. If you go down here, like right before the turn, that little pond there on the right, that area gets really, really muddy. They. Yeah, they should have been better. Yeah. Yeah. So this Year's been better. But that, that was an issue in the beginning. But yeah, no, they. They need to get off the mowers and, and walk and see if it's. </w:t>
      </w:r>
    </w:p>
    <w:p>
      <w:r>
        <w:t xml:space="preserve">22:42      (Speaker C)  If it's wet or not. So. Okay. </w:t>
      </w:r>
    </w:p>
    <w:p>
      <w:r>
        <w:t xml:space="preserve">22:52      (Speaker E)  Yes, I have that down. Yes, sir. And it's gonna get to a point where I'm gonna come out here and do it. </w:t>
      </w:r>
    </w:p>
    <w:p>
      <w:r>
        <w:t xml:space="preserve">22:59      (Speaker C)  So we thought a couple months ago about this area over here between the clubhouse and this first home. </w:t>
      </w:r>
    </w:p>
    <w:p>
      <w:r>
        <w:t xml:space="preserve">23:05      (Speaker E)  Yeah, we're waiting on a proposal from that from. </w:t>
      </w:r>
    </w:p>
    <w:p>
      <w:r>
        <w:t xml:space="preserve">23:07      (Speaker C)  From them in four months. </w:t>
      </w:r>
    </w:p>
    <w:p>
      <w:r>
        <w:t xml:space="preserve">23:09      (Speaker E)  No, I agree. It was brought up in June, I think. And then we had. I requested it from them because that, that was the time that we had driven with Scott, drove around, and then that was the last thing that we had spoken of. And then we were just waiting on a proposal. But I'll follow up. </w:t>
      </w:r>
    </w:p>
    <w:p>
      <w:r>
        <w:t xml:space="preserve">23:30      (Speaker B)  Can we get an estimate from the other. From the HOA Landscape Company as an option? </w:t>
      </w:r>
    </w:p>
    <w:p>
      <w:r>
        <w:t xml:space="preserve">23:36      (Speaker E)  It's on CD property. </w:t>
      </w:r>
    </w:p>
    <w:p>
      <w:r>
        <w:t xml:space="preserve">23:37      (Speaker A)  It's on CD property. </w:t>
      </w:r>
    </w:p>
    <w:p>
      <w:r>
        <w:t xml:space="preserve">23:38      (Speaker E)  You would, you would want to. </w:t>
      </w:r>
    </w:p>
    <w:p>
      <w:r>
        <w:t xml:space="preserve">23:39      (Speaker B)  I mean, could they still provide us an estimate? </w:t>
      </w:r>
    </w:p>
    <w:p>
      <w:r>
        <w:t xml:space="preserve">23:43      (Speaker E)  Technically it's an enhancement, so it's not a contract. </w:t>
      </w:r>
    </w:p>
    <w:p>
      <w:r>
        <w:t xml:space="preserve">23:45      (Speaker A)  So. </w:t>
      </w:r>
    </w:p>
    <w:p>
      <w:r>
        <w:t xml:space="preserve">23:45      (Speaker E)  Yeah, they could. </w:t>
      </w:r>
    </w:p>
    <w:p>
      <w:r>
        <w:t xml:space="preserve">23:47      (Speaker B)  I mean, I'm just thinking if they keep driving their feet, let's figure out. </w:t>
      </w:r>
    </w:p>
    <w:p>
      <w:r>
        <w:t xml:space="preserve">23:51      (Speaker C)  Yeah, </w:t>
      </w:r>
    </w:p>
    <w:p>
      <w:r>
        <w:t xml:space="preserve">23:55      (Speaker A)  make a note of that as well. So back to the letter. Do council, Lindsay, should we do a </w:t>
      </w:r>
    </w:p>
    <w:p>
      <w:r>
        <w:t xml:space="preserve">24:02      (Speaker C)  motion for that or direction. </w:t>
      </w:r>
    </w:p>
    <w:p>
      <w:r>
        <w:t xml:space="preserve">24:04      (Speaker B)  Four directions. </w:t>
      </w:r>
    </w:p>
    <w:p>
      <w:r>
        <w:t xml:space="preserve">24:07      (Speaker A)  So we will just send out that letter. </w:t>
      </w:r>
    </w:p>
    <w:p>
      <w:r>
        <w:t xml:space="preserve">24:09      (Speaker C)  Thank you. Yeah, you're welcome. </w:t>
      </w:r>
    </w:p>
    <w:p>
      <w:r>
        <w:t xml:space="preserve">24:36      (Speaker B)  Okay. </w:t>
      </w:r>
    </w:p>
    <w:p>
      <w:r>
        <w:t xml:space="preserve">24:37      (Speaker A)  Anything else in particular for the landscapers at this time? Okay, so moving on, we'll go on to field operations manager. So. Yeah, keep it here with Mick. The action items list you do have </w:t>
      </w:r>
    </w:p>
    <w:p>
      <w:r>
        <w:t xml:space="preserve">24:50      (Speaker C)  here in front of you. </w:t>
      </w:r>
    </w:p>
    <w:p>
      <w:r>
        <w:t xml:space="preserve">24:51      (Speaker E)  Yeah, you have an action items. Listen 20, a couple things. The bush hogging was done by Cydex. This is the quarterly bush hogging that's approved. I think it was two or three meetings ago that was completed. We had an on site engineer meeting with the engineer, went over all of the. The sumps that were completed. Final walk through the bridge, landscaping. I already spoke about that spring. This is something that you guys brought up the last meeting, spraying of the sidewalks. I made that a point to them to start doing and they've been doing it as much as I've seen some drainage clean out. This was sent over to us by John. There was a sump that around the. The drain just needed to be. There was just some buildup of dirt. So we went in there and cleaned it all out. I think I sent you that, John, </w:t>
      </w:r>
    </w:p>
    <w:p>
      <w:r>
        <w:t xml:space="preserve">25:36      (Speaker C)  after we completed it. It's a lot better it looks good and it looks like I've been going over there in rainstorms. Looks like. </w:t>
      </w:r>
    </w:p>
    <w:p>
      <w:r>
        <w:t xml:space="preserve">25:41      (Speaker E)  It looks like it's good now. </w:t>
      </w:r>
    </w:p>
    <w:p>
      <w:r>
        <w:t xml:space="preserve">25:42      (Speaker C)  Yeah. </w:t>
      </w:r>
    </w:p>
    <w:p>
      <w:r>
        <w:t xml:space="preserve">25:42      (Speaker B)  Yeah. </w:t>
      </w:r>
    </w:p>
    <w:p>
      <w:r>
        <w:t xml:space="preserve">25:43      (Speaker E)  So maintenance staff completed that. Also, the, the bollards, they have new chains and it's also been welded. We. I went over there and checked all of it. Looks good. Yeah, it all looks good. The pond planting. I talked to Cydex about this. We're still in a drought, basically. I think we're. Stephen, what are we now? We're the drought. We're 14 inches. </w:t>
      </w:r>
    </w:p>
    <w:p>
      <w:r>
        <w:t xml:space="preserve">26:06      (Speaker C)  I. Yeah, I just looked it up earlier this week, and I think we're about 14 inches low on average for the last five years. What's up? Phase three restriction? Phase three or two. I don't know what the, like, the limitations are. I just, I just know that for the last, last five years, we should be around almost 30 inches by this time. And we're only at like 17 or 18. </w:t>
      </w:r>
    </w:p>
    <w:p>
      <w:r>
        <w:t xml:space="preserve">26:36      (Speaker E)  So we wanted to wait a little bit longer before we do the pond plantings. They were, they were pushing towards like the end of September, beginning of October is when we want to do all that. You guys already approved. There was only, I believe it was 14 grand somewhere around there. 14, 400 for all the plants. So that's, that's when that's going to be done. Working with the landscapers on a different. I have a few ideas on some landscape enhancements on where we want to put them, some of the entrances and whatnot, wherever there's CDD areas. Just. I know the bridge. I know we just did that, but I think we can do a lot more in that area, more so with </w:t>
      </w:r>
    </w:p>
    <w:p>
      <w:r>
        <w:t xml:space="preserve">27:09      (Speaker C)  sod than anything else because there's a </w:t>
      </w:r>
    </w:p>
    <w:p>
      <w:r>
        <w:t xml:space="preserve">27:11      (Speaker E)  lot of mulch beds that are there. But it, the slope is, to me, the, the slope is too much. If we put mulch there, it's just </w:t>
      </w:r>
    </w:p>
    <w:p>
      <w:r>
        <w:t xml:space="preserve">27:17      (Speaker C)  going to run off in any storm. </w:t>
      </w:r>
    </w:p>
    <w:p>
      <w:r>
        <w:t xml:space="preserve">27:19      (Speaker A)  So putting some press. </w:t>
      </w:r>
    </w:p>
    <w:p>
      <w:r>
        <w:t xml:space="preserve">27:20      (Speaker E)  St. Augustine would be nice there. Community pond planning assessment. So the, the plantings that you guys approved were for the areas that we had bush already cut out. I've talked to Cydex. They've already been around the community multiple times. We were talking about doing a community pond assessment with plannings like putting plantings in all of the ponds where it needs to be all beneficial native plants, of course, but a lot of that can help with, you know, pond bank erosion, wind erosion, stuff like that for in the future. So it's more of a preventative maintenance thing. And then I also have on here for Cydex to do the, the Half pictures of the ponds to get the </w:t>
      </w:r>
    </w:p>
    <w:p>
      <w:r>
        <w:t xml:space="preserve">27:58      (Speaker C)  whole pond in there for that. </w:t>
      </w:r>
    </w:p>
    <w:p>
      <w:r>
        <w:t xml:space="preserve">28:00      (Speaker E)  So in the report that we brought up. </w:t>
      </w:r>
    </w:p>
    <w:p>
      <w:r>
        <w:t xml:space="preserve">28:02      (Speaker C)  So that's all I have. </w:t>
      </w:r>
    </w:p>
    <w:p>
      <w:r>
        <w:t xml:space="preserve">28:09      (Speaker A)  Questions, comments or field anything you'd like. Permit to check out address outside of the action items. </w:t>
      </w:r>
    </w:p>
    <w:p>
      <w:r>
        <w:t xml:space="preserve">28:16      (Speaker C)  In addition to sidewalk cracks we get crack or the cracks in line the curb on the street as well. </w:t>
      </w:r>
    </w:p>
    <w:p>
      <w:r>
        <w:t xml:space="preserve">28:23      (Speaker A)  Okay. </w:t>
      </w:r>
    </w:p>
    <w:p>
      <w:r>
        <w:t xml:space="preserve">28:24      (Speaker C)  They're still not maintaining that the curb in the street. Yeah, so. So right between the Miami curving and where the pavement is at in the street a lot of areas do have the. The weeds growing up in the cracks are pretty tall. </w:t>
      </w:r>
    </w:p>
    <w:p>
      <w:r>
        <w:t xml:space="preserve">28:38      (Speaker A)  Okay. </w:t>
      </w:r>
    </w:p>
    <w:p>
      <w:r>
        <w:t xml:space="preserve">28:38      (Speaker C)  So either spray it or hit it with a weed whacker. But. Okay. </w:t>
      </w:r>
    </w:p>
    <w:p>
      <w:r>
        <w:t xml:space="preserve">28:59      (Speaker A)  Anything else for field at this time? </w:t>
      </w:r>
    </w:p>
    <w:p>
      <w:r>
        <w:t xml:space="preserve">29:04      (Speaker C)  Okay. All right. </w:t>
      </w:r>
    </w:p>
    <w:p>
      <w:r>
        <w:t xml:space="preserve">29:07      (Speaker A)  So we'll move on here to engineers. We have Steve with us. So I will turn it over to Steven. </w:t>
      </w:r>
    </w:p>
    <w:p>
      <w:r>
        <w:t xml:space="preserve">29:12      (Speaker C)  Sure. We'll start with some projects. So like I discussed with you guys at the last meeting, there's a couple things I talked about not just the survey area but you know we talked about withholding payment. I was waiting on the as builts for the end of the project. They did submit those last week. We did the walkthrough today for the board meeting and I've reviewed those documents. So as far as we. What we did verify was the two change orders that were approved which was one for an additional pipe. Yes, we talked about this. This is kind of sec. I'm a segue into the survey errors but to as a. As a kind of replacement for this the pipe that was surveyed that was incorrect and didn't exist. We had to put that pipe in. We chose to go with the actual calculated, you know full service pipe as if it was going to be there just in a different location. That that change order plus the re grading and modification of the box to re route the one that was on Huron and Spirit, both of those via the as built. Everything looks good. So I know we're holding that up. However, after our visit there was incomplete data that I'm going to request from the survey. So the content, the not the contingency but the tainage don't pay that still they still want to keep that retaining which is the 10% because like $35,000 or something like that. We should definitely just speak until I receive that data. It should be forthcoming. The good news is is I don't see anything out of the ordinary that does not match the design plan. That's what not accept. I'm just looking for more information. That is the pain points that they're going to want to See, I don't see anything wrong with what I've been presented. So my recommendation to the board is if you're going to pay anything, I think the change orders are far to pay, but the retainage do not let. As far as the survey errors, the two things that basically happened during the project was we got a survey done. I want to say it was probably in the end of 2024, because I know we went through the design process in 25. They had. The surveyor had put made assumptions that two pipes existed that are. If you're looking at this map here, it's hard to make out. My eyesight's not very big, so I can't really see. But between sumps 29 and 24 and also between sumps 26 and 20. Is that a three? 25. Okay. Those two pipes were on the survey that we use as a basis of design. However, they don't exist. You know, they're deep pipes that go underneath the roadway underwater. They said that they were there. They're actually on the design plans and on the as built plans as well. So maybe they assume that, hey, this stuff was all built and it was not there. The result of that is not the biggest change in the world, but it was a change. Where we had originally had sump 26 going in two separate directions to outfall to the lakes, which was 27 and 25. We can only use 27. So we kind of rerouted some things, caused some additional grading, sod work, modifications to an inboard box. But it all functions as, as a design. I mean it's, it's doing. It's doing its job to the best of psychic constraints, ability. And then the other one was the cause for the another pipe. That pipe does not exist from 29 to 24. So basically what we did is the same thing was not achievable by the same practice where you can't, could not achieve it through grading. Gravity wasn't going to do it. It's just not enough. We would cause even greater issue to the roadway and to the adjacent homes that we did that. So what we opted to do was to pipe it within the same internal sump to push it the other direction. So the result of that, you guys asked me at the last meeting, go back to the surveyor and say, well, hey, we had costs, what can you offer? And they came back and offered $8,000. As I just look at the email. Yeah, sorry. So I think, I mean, council could chime in, but I'm not a lawyer and like negotiating I mean, I can. You know, I think we could talk through. We have talked through what the value of the damages are or whatever, but it really becomes a board decision, what you want to accept or counter. Lindsay can kind of help me through that process. But at least the conversation started. They have acknowledged the error, and you guys can give council direction to kind of take it from there. </w:t>
      </w:r>
    </w:p>
    <w:p>
      <w:r>
        <w:t xml:space="preserve">34:12      (Speaker B)  Yeah. So I have talked about this with Stephen, and it is a business decision as to how far you might want to take it. What the CDD would need to prove is what the actual cost of damages incurred for. For this. </w:t>
      </w:r>
    </w:p>
    <w:p>
      <w:r>
        <w:t xml:space="preserve">34:28      (Speaker C)  We have that. </w:t>
      </w:r>
    </w:p>
    <w:p>
      <w:r>
        <w:t xml:space="preserve">34:29      (Speaker B)  And it could be just a little lengthier for the fee. Lengthier and costly for the district to have to maybe have legal and engineer review and confirm and go through any type of longer negotiation process with the surveyor. So taking that all into consideration, we can obviously go back to them and with a different number, we can take what they're offering of the 8,000. It's really the board direction on where you would like us to go. Keeping in mind just the practical business decision of it all. You don't want to put, you know, that good money towards bad money type of thing there. </w:t>
      </w:r>
    </w:p>
    <w:p>
      <w:r>
        <w:t xml:space="preserve">35:11      (Speaker C)  Give us the numbers. That's 8,000 and then how much? Yeah, I think a part of the conversation, too, was Lauren. When Lauren was here, when we first talked about the issue, it was a conversation about, well, would. Would we have designed and eventually designed and built if we would have known this information beforehand? And in my opinion, the pipe is something that, given the site constraints, we would have designed and built that anyway. I don't know how that plays legally as far as, like, the whole damages thing, but it is something that was for sure the only other. The other situation with regrading and rework that is more of like, hey, we did this work, you know, and now we have to undo that work in order to. See what I'm saying. So what you're saying is you don't believe that the full value of the change order is fair representative to go after. Yeah, it's like you didn't know it, but you would have paid it. You would have still. Yeah, like I said. So if you had to break this to a grading versus the fight, how much does the total change over and what percentage for those two pieces? Yeah, I. I'm trying to. I'm trying to pull it up now. As far as. I don't know, Rich, if you have a copy of the invoices that work from both of those, I do remember vaguely, I think the pipe one was about 17000 and for the 15 inch pipe that was, you know that kind of like I'm saying we would have had we knowing the pipe didn't exist. This was our only other option to design and build. So we would have eventually done it whether you knew it before or now. And then the other one, I don't know off the top of my head. It was something like that. Yeah because. And they, and they actually did us a favor on that one where they didn't charge us for one of the boxes that need to be modified because it was already included in the contract. They hadn't done it. So I just said well I know we're going to change the elevation but it's not technically new work and done yet. So they did acknowledge that too. So you know I, I think that the maximum will be like I believe the grading was around 10,000. We should look it up really you know for sure. But it was somewhere in that $15,000. So you're about halfway to good on the one that you really could consider if. If that's okay that the legal is, you know represents it as damages rework that we would have not done what we did and it caused problems with the work that we already paid for. Technically. Yeah. For the initial contract. So if we go back you're revenue 7, 500 bucks. Go after the full 15 to do that side if we do that. So stay on my guy, we'll go back. Steve. </w:t>
      </w:r>
    </w:p>
    <w:p>
      <w:r>
        <w:t xml:space="preserve">37:58      (Speaker A)  So I've got from the last agenda the. </w:t>
      </w:r>
    </w:p>
    <w:p>
      <w:r>
        <w:t xml:space="preserve">38:01      (Speaker C)  That was the pipe one three. </w:t>
      </w:r>
    </w:p>
    <w:p>
      <w:r>
        <w:t xml:space="preserve">38:02      (Speaker A)  That was pipe one. </w:t>
      </w:r>
    </w:p>
    <w:p>
      <w:r>
        <w:t xml:space="preserve">38:03      (Speaker C)  Right. </w:t>
      </w:r>
    </w:p>
    <w:p>
      <w:r>
        <w:t xml:space="preserve">38:04      (Speaker A)  And then this was phase one sump. That's the group three monitor. The pure D. Okay so that's not that. I think that was the grates. That was the. </w:t>
      </w:r>
    </w:p>
    <w:p>
      <w:r>
        <w:t xml:space="preserve">38:16      (Speaker C)  That was the third change order separate from the contract. </w:t>
      </w:r>
    </w:p>
    <w:p>
      <w:r>
        <w:t xml:space="preserve">38:19      (Speaker A)  Yeah. So this down here, this bottom one, the six inch pipe 10,674. Is that it? </w:t>
      </w:r>
    </w:p>
    <w:p>
      <w:r>
        <w:t xml:space="preserve">38:24      (Speaker B)  Is that. </w:t>
      </w:r>
    </w:p>
    <w:p>
      <w:r>
        <w:t xml:space="preserve">38:25      (Speaker C)  That's not it. We did a fixing inside. Yeah, that's. That's a totally separate one. Okay, let me see if I can find. Yeah, that. That was what that was. There was like an alternative to it for an achievement project. What was your. You sent out to meet with me with the city. Kirk. Kirk. So I don't know if you gave me the update the rundown on discuss there but we might want to give. Sure. Yeah. Well if you guys want to take some time to look what the official change order. But that was the other thing that happened in between meetings we talked about. John set up a meeting with Terry. Yeah, yeah. And. And the public works. That's right. And he's been on staff with the city for like five years and has been kind of the city's point person through the entire development cycle property. So yeah, like all the equivalent for you, what happens different? </w:t>
      </w:r>
    </w:p>
    <w:p>
      <w:r>
        <w:t xml:space="preserve">39:24      (Speaker A)  I just. I believe so. </w:t>
      </w:r>
    </w:p>
    <w:p>
      <w:r>
        <w:t xml:space="preserve">39:32      (Speaker C)  So the so rich has got it 13, 5.86.90. And so you're, you're actually closer. Yeah. You're about five grand away. Five, six grand away. I think what Lindsay's point was is how many, how much, how much are you going to pay her? Go get the extra six grand. I think he at least asked, right. One so letter. </w:t>
      </w:r>
    </w:p>
    <w:p>
      <w:r>
        <w:t xml:space="preserve">40:01      (Speaker B)  I don't think we should, you know, spend six, eight hours, ten hours on it, but I think we definitely should </w:t>
      </w:r>
    </w:p>
    <w:p>
      <w:r>
        <w:t xml:space="preserve">40:06      (Speaker C)  touch back their original offer. </w:t>
      </w:r>
    </w:p>
    <w:p>
      <w:r>
        <w:t xml:space="preserve">40:08      (Speaker B)  And just the invoice that we were just looking at, it did have like $8,000 worth of replace. </w:t>
      </w:r>
    </w:p>
    <w:p>
      <w:r>
        <w:t xml:space="preserve">40:14      (Speaker A)  So I got the two outstanding greats installed a 15 inch pipe which was a 17 408. </w:t>
      </w:r>
    </w:p>
    <w:p>
      <w:r>
        <w:t xml:space="preserve">40:21      (Speaker C)  And then I've got </w:t>
      </w:r>
    </w:p>
    <w:p>
      <w:r>
        <w:t xml:space="preserve">40:24      (Speaker A)  this. It looks like this included. </w:t>
      </w:r>
    </w:p>
    <w:p>
      <w:r>
        <w:t xml:space="preserve">40:28      (Speaker C)  That's. That is the one. That is the change order that we're talking about. The one that you. </w:t>
      </w:r>
    </w:p>
    <w:p>
      <w:r>
        <w:t xml:space="preserve">40:33      (Speaker B)  Would the side have been needed? </w:t>
      </w:r>
    </w:p>
    <w:p>
      <w:r>
        <w:t xml:space="preserve">40:35      (Speaker C)  What's that? </w:t>
      </w:r>
    </w:p>
    <w:p>
      <w:r>
        <w:t xml:space="preserve">40:36      (Speaker B)  The bottom of its side. Would that have been. They wouldn't have needed to remove in the place if they went through. </w:t>
      </w:r>
    </w:p>
    <w:p>
      <w:r>
        <w:t xml:space="preserve">40:42      (Speaker E)  Yeah. </w:t>
      </w:r>
    </w:p>
    <w:p>
      <w:r>
        <w:t xml:space="preserve">40:43      (Speaker C)  The entirety of that change order is what I'm saying is all removed. </w:t>
      </w:r>
    </w:p>
    <w:p>
      <w:r>
        <w:t xml:space="preserve">40:48      (Speaker B)  Okay. Can you just email that? </w:t>
      </w:r>
    </w:p>
    <w:p>
      <w:r>
        <w:t xml:space="preserve">40:52      (Speaker A)  Yeah. </w:t>
      </w:r>
    </w:p>
    <w:p>
      <w:r>
        <w:t xml:space="preserve">40:52      (Speaker C)  Thank you. But anyway, the, the meetings that we had, I, I think they were pretty beneficial because it comes down to you asking, you know, who is to blame. And when we look up records about like the chain of how this happens is. I mean to put it blatantly, the, the absence of those pipes is, you know, somebody lied. You know, they put it on the asil, they submitted it to the city of Lakeland, they submitted it to the water management district to say that they were there. And if you wanted to try to go after somebody going after the developer or this surveyor, his license and so on. So there's a kind of chain of command, but. And then ultimately it's up to the city who owns that road and takes ownership of those assets. Those are those their pipes kind of verify. And, and that's what we're trying to get to the bottom of, I think. Right. And what the engineer said is he was aware of the actual lesson. He knew it. The plans didn't get filed. It was exactly like you mentioned, that probably happened. You'll change. The decision was made to Push all the water toward that big lake over there behind Superior. So even though the original plan is called push the other way, that change was made in the field. So those pipes were deemed to be unnecessary, even though it never made its way to the final plans. They got sealed. Right. And then city, of course, is like, you know, iron flag not live with this. And they're like, if you want to put a pipe in under our street, we'll let you, but we're not paying for it. So is that an issue over? I mean, we. Because here's. I don't think you've answered Joe's part of what we've witnessed as those two pipes didn't cause that material amount. Here's the. There's two issues I think he has. We spent $340,000 on sums, three different areas. The one we're talking about was at least over $200,000. And what did we get as results from the way it was before, the way it is now? Yeah, I mean, for me living there, he was obviously closer than I do. And I used to walk it several times a day. </w:t>
      </w:r>
    </w:p>
    <w:p>
      <w:r>
        <w:t xml:space="preserve">43:17      (Speaker B)  There's. </w:t>
      </w:r>
    </w:p>
    <w:p>
      <w:r>
        <w:t xml:space="preserve">43:18      (Speaker C)  There's no Overall improvement for $200,000 when. When people on Superior in his end of the street or thing, water laying in the street that never was in the street, and there was only an inch or so of water. And we're not talking like six inches in six hours or anything. The water isn't going down the way it was. And we paid $200,000 to kind of go backwards on it. That's what neighbors are physically seeing there. Okay, well, I mean, here. Here's the. The purpose of the project was about sump recovery. You know, ever since I've been here, landscapers have complained about it, residents have complained about it. Where the. The sumps stay wet, not just in the rainy season, but they're staying, you know, wet for all year round. So Joe's area was doing good. Joe, it's well documented. </w:t>
      </w:r>
    </w:p>
    <w:p>
      <w:r>
        <w:t xml:space="preserve">44:17      (Speaker B)  You've been. </w:t>
      </w:r>
    </w:p>
    <w:p>
      <w:r>
        <w:t xml:space="preserve">44:17      (Speaker C)  You've been in front of a number of times talking about the overgrowth in the. In that 14 years, a long time ago, there was stuff growing out of that. </w:t>
      </w:r>
    </w:p>
    <w:p>
      <w:r>
        <w:t xml:space="preserve">44:26      (Speaker B)  It looks. </w:t>
      </w:r>
    </w:p>
    <w:p>
      <w:r>
        <w:t xml:space="preserve">44:27      (Speaker C)  Looked like somebody nuked it. It was like. And then it had the coal or the crickets. The mole crickets. Every time it would rain and water would set in there about five inches or so, and all you would care is the mole crickets forever. That whatever they did, whenever that it disappeared. And since then, it's worked well since the landscaping company has maintained it and Cut the grass. The sun was able to hit it. It would dry within 72 hours. My kids would play out there. It was not wet. Okay. It. But it's not about one location of the sump at the very end. So I. I'll. I'll point out the maps, try to </w:t>
      </w:r>
    </w:p>
    <w:p>
      <w:r>
        <w:t xml:space="preserve">45:06      (Speaker A)  explain severe your past. </w:t>
      </w:r>
    </w:p>
    <w:p>
      <w:r>
        <w:t xml:space="preserve">45:09      (Speaker C)  So. So if you go all the way to the end. So this is the sump system that's connected from 63 to 65 to 68. This sump run is a roughly about 400ft. That's not. Okay. </w:t>
      </w:r>
    </w:p>
    <w:p>
      <w:r>
        <w:t xml:space="preserve">45:30      (Speaker A)  Yeah. </w:t>
      </w:r>
    </w:p>
    <w:p>
      <w:r>
        <w:t xml:space="preserve">45:31      (Speaker C)  So here's the issue about like for this area in this instance 65 and 63 weren't really much of a problem. Right. That was. But how do you get the water out of 68 unless you do modifications to 60, 65 and 63. So what's the address of the. Of your computer where the green is 29. That's where we put the big pipe. Oh okay. Yeah. I mean similar, similar this. This is the one where your landscaper said was dangerous, you know and said that they were. They. They couldn't. But all I'm saying it's not just about this one area too. It's all about these. The. The sums here. So if you want everything to function in the best possible way. There's not a way to get water out of the eternal stones unless you break it. Which we did. Well as far as whether you think that the repairs were worth it, that's important to see your prices. And you decided I mean this was one of the worst three that we took on then. I mean I could say they capacity out of it by dumping 10 truckloads of dirt anywhere. The permit in this plans reflect that if anything was filled another area was </w:t>
      </w:r>
    </w:p>
    <w:p>
      <w:r>
        <w:t xml:space="preserve">47:02      (Speaker A)  excavated to equal so folks and board. So let's just keep in mind it is board discussion. We don't want to. It's. It's not a back and forth at this point in time meeting. Okay. </w:t>
      </w:r>
    </w:p>
    <w:p>
      <w:r>
        <w:t xml:space="preserve">47:13      (Speaker C)  To try to address what they need. </w:t>
      </w:r>
    </w:p>
    <w:p>
      <w:r>
        <w:t xml:space="preserve">47:14      (Speaker A)  It isn't he. He asked and he and. And Stephen is addressing it. But what we don't need is a back and forth right now. And so if you do acknowledge residents. Jeff, give me a sec please. If you do acknowledge residents. Just keep in mind you have to acknowledge any resident to speak. And so if you're willing to do that. The board wants to do that. You can but what, what we can't have is back and forth arguing, people talking over each other, things of that nature. </w:t>
      </w:r>
    </w:p>
    <w:p>
      <w:r>
        <w:t xml:space="preserve">47:39      (Speaker C)  The thing can save us right now. We are in because if the water is backing up on their street when there's only a few inches of rain. I mean, that's not true. As soon as I went. When somebody posted that, I went over </w:t>
      </w:r>
    </w:p>
    <w:p>
      <w:r>
        <w:t xml:space="preserve">47:52      (Speaker A)  plugs out of both sewers and rained within 30 seconds. </w:t>
      </w:r>
    </w:p>
    <w:p>
      <w:r>
        <w:t xml:space="preserve">47:56      (Speaker C)  So there's not been any water in that street since. Those plugs have been taken out even during the rains. I took them out a month ago. The other point about the project is it. It. It's not. It does not stop the roadway drainage problem. The every single sump has a weir on it that's at a certain elevation. Everything has to fill up until it goes over that weir. The only way to solve the roadway drainage problem is to get rid of the requirement for those berms. That's the only thing that can solve it. </w:t>
      </w:r>
    </w:p>
    <w:p>
      <w:r>
        <w:t xml:space="preserve">48:28      (Speaker B)  And that was what I noticed when I went down arrow the other day. I noticed that the weird was holding it back. I could tell because there was water in the road. But as I looked at it, I realized, oh, yeah, it's because of the meter. </w:t>
      </w:r>
    </w:p>
    <w:p>
      <w:r>
        <w:t xml:space="preserve">48:40      (Speaker C)  So I would love to do that. I would love to pipe everything directly to the lace, but they don't want to go. Some 24 has water and went up to the top of the grave and it had rain for 10 days there. The system is always underwater. So we spent $200,000 and we made this much improvement. What you accomplish, and I think. I mean, every time I've been out here since the project has been completed is that he went from weeks of recovery in certain sump areas to hours. His backyard hasn't been reached forever. </w:t>
      </w:r>
    </w:p>
    <w:p>
      <w:r>
        <w:t xml:space="preserve">49:21      (Speaker B)  But is that part of a greater sump system? So is the other side of the subsystem doing better? </w:t>
      </w:r>
    </w:p>
    <w:p>
      <w:r>
        <w:t xml:space="preserve">49:28      (Speaker C)  What do you mean? </w:t>
      </w:r>
    </w:p>
    <w:p>
      <w:r>
        <w:t xml:space="preserve">49:30      (Speaker B)  So which stump is it? </w:t>
      </w:r>
    </w:p>
    <w:p>
      <w:r>
        <w:t xml:space="preserve">49:31      (Speaker C)  That. </w:t>
      </w:r>
    </w:p>
    <w:p>
      <w:r>
        <w:t xml:space="preserve">49:32      (Speaker B)  Which sump is it that's behind 24. Okay. So is that something connected to another sump that was having problems? Why did we choose that one first? I guess is what I asked. </w:t>
      </w:r>
    </w:p>
    <w:p>
      <w:r>
        <w:t xml:space="preserve">49:44      (Speaker A)  Yeah. </w:t>
      </w:r>
    </w:p>
    <w:p>
      <w:r>
        <w:t xml:space="preserve">49:44      (Speaker C)  If you can kind of go over how you evaluate the sum space. Sure. </w:t>
      </w:r>
    </w:p>
    <w:p>
      <w:r>
        <w:t xml:space="preserve">49:48      (Speaker A)  Yeah. </w:t>
      </w:r>
    </w:p>
    <w:p>
      <w:r>
        <w:t xml:space="preserve">49:48      (Speaker C)  And all that. I think that was part of it. The other part of it, I think my superior class. Where there's a sub pump there. It's very wet now. Which one? We. We just walked them all today. There's about drying today. Well, right here. </w:t>
      </w:r>
    </w:p>
    <w:p>
      <w:r>
        <w:t xml:space="preserve">50:06      (Speaker E)  Where? </w:t>
      </w:r>
    </w:p>
    <w:p>
      <w:r>
        <w:t xml:space="preserve">50:08      (Speaker C)  Right here in the green at this end. And going down this street right here. It's very wet there. And the landscape is not. </w:t>
      </w:r>
    </w:p>
    <w:p>
      <w:r>
        <w:t xml:space="preserve">50:19      (Speaker E)  I believe that's the one that we walked. We walked all of them today. </w:t>
      </w:r>
    </w:p>
    <w:p>
      <w:r>
        <w:t xml:space="preserve">50:22      (Speaker C)  We walked them all. We were all drunk. Okay. Last week when they moved, there was cracks and all kind of things. The evaluation that was done, and this is from October. This is way back in 23. This is when we had the most complaints. Like your management company at the time was forwarding complaints from your landscaper and homeowners about things. But there's a bunch of conditions that we kind of took into account, prioritize the projects. Was the inlet condition, as in there are some inlets that were broken that we repaired or changed. The elevation of that we knew were in the wrong spot, like they were originally built in the wrong spot. You still see them today in some of these other areas where the grass is like 8 inches above where the grade is. You know, issues like that. The amount of water that was in the sumps after a certain amount of rainfall, like, you know, you get, it's the rainy season and things are sitting at, you know, 4 inches for two weeks or so on so forth. The condition of the sump bottom, again, that goes to the design of it. We know that was wrong. Any of the skimmer and weir issues, a lot of those were blown out and we's in disrepair. And basically the system didn't function the way it was from a compliance standpoint. And then outfall, which is erosion at the banks, that was in between the homes, where that sump does go, the berm and then it goes off into the lake. The conditions are those. So those are the factors at the time of the evaluation. And we just kind of did a. An evaluation of the best we could of doing a green, yellow, red kind of thing. And then I think at the time, the first 1, 2, 3, 4, 5, 6 systems were the ones that you guys chose to survey and then develop a design on and then plan moving forward was when we get some more rain, really, we're not, you know, there's not much rain. But when it does start to rain here in September that we were going to get, the landscaper makes evaluation readjust this priority list and then give recommendations on what to do next. And all of that was discussed openly in the meeting, was published in the agenda. It's in there. I don't remember what month. Probably October 23 or 24. I don't remember when. But you'll find a spreadsheet that looks like this in the agenda that has all of those fund areas and it's all based on the recommendation of the engineer which ones need to be placed first. </w:t>
      </w:r>
    </w:p>
    <w:p>
      <w:r>
        <w:t xml:space="preserve">53:07      (Speaker A)  And it was in those agendas. It's been in a couple since we've come on board as well. It is also on the website, on the community documents, engineers project lists and </w:t>
      </w:r>
    </w:p>
    <w:p>
      <w:r>
        <w:t xml:space="preserve">53:16      (Speaker C)  just going forward, the reality is is this is the best we can do under the permit requirements. We can only improve the recovery of the sumps from a. It rains, the sumps are always going to fill up. They're always going to be held back by these weirs. They are mandated by the state. We've tried to get rid of them, love to get rid of them. And they're saying no way. You know, you have to have the water be held back. And during that, that storm every sump and the roadway also is a boulder that has to fill up to that elevation for it to pop off. And talk about the design of the roadway being a conveyance for the water, for the overflow. That is not a bug, it's a feature. It's a feature of almost every roadway design. So roadways are only designed to typically a 10 year level of service is the highest you would get. Like they're designing this road out here, those pipes and everything is only to a 10 year. They might have different hour storms, they do peak storms or different durations of the storm that dictate like it can handle up to a certain point. But contrarily it's really weird. The stormwater system and the ponds actually are designed to a 25 year storm. Yet the pipes they design in roadways are only to a 5 or 10. So it's always kind of built in that the road is also a, you know. Yeah, it's a, it's a place for water to sit until it can get through the pipes. And then it doesn't help that you have a bubbler system instead of a straight pipe system. So also hydraulic, you know hydraulics also play a part in how slow things happen. But I'm telling you the only way is to get swift one to agree to let you to discharge those pipes. And then you probably need to put anywhere from 24 to 36 inch pipes in between everybody's house to get that drainage out as fast as possible in the lakes. That's about the only thing you do. And I know when I was here, when we started in 2020, you had legal counsel like you had water law experts address that with the swift one about trying to get you out of that. And they said take a hike. It was something that was pre planned since the early 90s that this was always going to be under those restrictions. </w:t>
      </w:r>
    </w:p>
    <w:p>
      <w:r>
        <w:t xml:space="preserve">55:40      (Speaker A)  Did the fact that these were not man made lights play in any of that as well? </w:t>
      </w:r>
    </w:p>
    <w:p>
      <w:r>
        <w:t xml:space="preserve">55:45      (Speaker C)  They did. The main reason is that they, they know from historical that about half of the lakes here were actually dug out of natural wetlands. That's what causes this issue. What, what they're justifying is to say, well you're holding the water back and the water is being treated in the sumps before it outfalls to the lakes. I don't, I don't get that. That doesn't make any sense to me. That that was the deal broke creek a long time ago with the developer and the water management district and that was their kind of. Okay, you dug these wetlands out. Our, our payback is you've got to pre treat this area of runoff. Okay. So moving forward, I think we did what six areas survey and plan. Right. So we did four. We did four out of the six and the ones that are actually we, we did, we did kind of three and a half out of the six because there's the other sump that's on the other side of the bridge here. It's always a duck pond right in front of there. We took that out of the scope and then we took out there were four additional sump areas. Right. So off of Geneva those are already pre permitted. So really if you guys wanted to move forward with those then you're kind of like right, it's going to fall into the threshold of like you don't have to go to official rp, just kind of get a price and do them and you know, and then if so that, that's kind of low hanging fruit. If you wanted to move over to other ones that we haven't surveyed and designed. You got to go through it every time. Well, but I think right. We need for you is the current state. So this assessment needs to be refreshed before we make that choice to do any other work other than what's already current. Right, right. And then we need to add to areas like Isabella that we talked about that has not made its way on this list yet to make sure that that can be considered in mercury and put into, potentially put into product as well. So you know, as we move forward that'll you know, be the point of discussion. Do we finish those two and a half projects that we've already permitted and then we'll have Stephen, you know this list and update it. Looking at, looking at it though, once we finish this other two and a half, we will be doing the worst of the worst. And unless conditions have deteriorated, which I don't the that they have, the fixes should be less costly and easier to do moving forward. Is that fair? Well, the only. So the permitting process is really the only. You know it. Yeah, because. Right. Because we know how much the underdrain and the infiltration kind of system, how much that costs and what that is. The problem is when you go into permitting, they put some very strict stipulations on the way how things are graded and where the berms are and things like that. So the big hiccup on this project was they made us do a lot more work than we were anticipating where we anticipated. Sod only, you know, because we're going to rip up this and put undergrain underneath like a pipe, essentially appropriate pipe. They had us, you know, change a lot of the grading or do those conveyances I was talking about where you're trying to get from one area to the next, that that's pretty much the only thing that can happen. But with these shorter runs it's pretty straightforward. You know, there's not really many unknown costs. Does a permit expire after a certain period of time? It's four years. I'm sorry, I'm a circumstance. Yeah, yeah. I just. I didn't know. You can't. I was watching a client because I hate to go through another. You can do a file an extension. As long as the rules haven't changed in those four years, they will reinstate the permit and give you another two years extension. But that does run out at some point too. </w:t>
      </w:r>
    </w:p>
    <w:p>
      <w:r>
        <w:t xml:space="preserve">01:00:05   (Speaker B)  Yeah. I don't think we're ever going to get any rain anymore because lately it just. </w:t>
      </w:r>
    </w:p>
    <w:p>
      <w:r>
        <w:t xml:space="preserve">01:00:17   (Speaker A)  I mean just so you see what is potentially around us it's a pretty large. </w:t>
      </w:r>
    </w:p>
    <w:p>
      <w:r>
        <w:t xml:space="preserve">01:00:25   (Speaker C)  It's the power plant chases all around. All right, so I'm just going to ask is everybody's question or do we miss. </w:t>
      </w:r>
    </w:p>
    <w:p>
      <w:r>
        <w:t xml:space="preserve">01:00:43   (Speaker A)  No, </w:t>
      </w:r>
    </w:p>
    <w:p>
      <w:r>
        <w:t xml:space="preserve">01:00:47   (Speaker C)  specifically which one? </w:t>
      </w:r>
    </w:p>
    <w:p>
      <w:r>
        <w:t xml:space="preserve">01:00:49   (Speaker A)  Passing you for the song. </w:t>
      </w:r>
    </w:p>
    <w:p>
      <w:r>
        <w:t xml:space="preserve">01:00:50   (Speaker C)  I'm sorry? You're passing for the song. Am I allowed to speak now? </w:t>
      </w:r>
    </w:p>
    <w:p>
      <w:r>
        <w:t xml:space="preserve">01:00:55   (Speaker A)  Yeah, I mean again, you know, he asked. </w:t>
      </w:r>
    </w:p>
    <w:p>
      <w:r>
        <w:t xml:space="preserve">01:00:59   (Speaker C)  I did ask. </w:t>
      </w:r>
    </w:p>
    <w:p>
      <w:r>
        <w:t xml:space="preserve">01:01:00   (Speaker A)  It's on me. </w:t>
      </w:r>
    </w:p>
    <w:p>
      <w:r>
        <w:t xml:space="preserve">01:01:00   (Speaker C)  I'm opening up. I'm opening up just to make sure that the questions were answered. </w:t>
      </w:r>
    </w:p>
    <w:p>
      <w:r>
        <w:t xml:space="preserve">01:01:04   (Speaker E)  So. </w:t>
      </w:r>
    </w:p>
    <w:p>
      <w:r>
        <w:t xml:space="preserve">01:01:04   (Speaker C)  Yes. So yeah. Any. It is on the plans and in the permit anywhere where areas were filled. Other areas were excavated cut for cut. So it's system volume maintained the same. Not so well. You may have lost volume behind your home at the same somewhere else. Okay. </w:t>
      </w:r>
    </w:p>
    <w:p>
      <w:r>
        <w:t xml:space="preserve">01:01:24   (Speaker A)  He brought up the fact that we're in a drought from 13 inches while Thomas the sumpter working fine because it rained twice. </w:t>
      </w:r>
    </w:p>
    <w:p>
      <w:r>
        <w:t xml:space="preserve">01:01:31   (Speaker C)  No one has seen what it does. </w:t>
      </w:r>
    </w:p>
    <w:p>
      <w:r>
        <w:t xml:space="preserve">01:01:33   (Speaker A)  It rained one time. </w:t>
      </w:r>
    </w:p>
    <w:p>
      <w:r>
        <w:t xml:space="preserve">01:01:34   (Speaker C)  We got barely any Rain, it overflowed. </w:t>
      </w:r>
    </w:p>
    <w:p>
      <w:r>
        <w:t xml:space="preserve">01:01:38   (Speaker A)  Tom wants to say pull the pipes </w:t>
      </w:r>
    </w:p>
    <w:p>
      <w:r>
        <w:t xml:space="preserve">01:01:39   (Speaker C)  out after everything was done. While it was raining, water could not get into the sauce because they would go right past the sump Outside of my house in the side did not have a pipe in it. The water was going right past it. The seat was full. We took 60% of the capacity out of that major SU that was summing up a lot of water. Had the previous two engineers out there with me. 72 hours it was dry. That was the purpose of it. And it was not a problem. Landscapers were not losing their land, their, their wall mowers anymore because they maintained it. </w:t>
      </w:r>
    </w:p>
    <w:p>
      <w:r>
        <w:t xml:space="preserve">01:02:14   (Speaker B)  They did maintain it. </w:t>
      </w:r>
    </w:p>
    <w:p>
      <w:r>
        <w:t xml:space="preserve">01:02:15   (Speaker C)  The sun did not get to it, which we got. And it wasn't you guys, you know, previous board or whatever. But even the landscapers wouldn't go in there because they kept saying it. They couldn't get in because they let it go too long. </w:t>
      </w:r>
    </w:p>
    <w:p>
      <w:r>
        <w:t xml:space="preserve">01:02:27   (Speaker A)  The sun couldn't get had help. </w:t>
      </w:r>
    </w:p>
    <w:p>
      <w:r>
        <w:t xml:space="preserve">01:02:28   (Speaker C)  That drying out part, I get all that. Since they've maintained it, it's not been a problem about 10 years now. They went in there, a small pipe, put in a bigger pipe, put in some tube that's there now, yet to </w:t>
      </w:r>
    </w:p>
    <w:p>
      <w:r>
        <w:t xml:space="preserve">01:02:41   (Speaker A)  be seen what that's going to do. </w:t>
      </w:r>
    </w:p>
    <w:p>
      <w:r>
        <w:t xml:space="preserve">01:02:42   (Speaker C)  I don't even know what that connects to. But you're saying there's no pipes under the ground. So you put a pipe under the ground with a pipe that sticks out, that runs the water to the edges. I have no idea. There's no weird, there's no nothing there to stop the water from that sump. It filled up, it percolated down. That is what the previous engineer explained to me when she walked out there. Well, so what they did previously was they put a pipe in the ground that basically did nothing. It didn't do anything. It was a pipe in the ground to create voids under the ground as a way to artificially create some kind of capacity. What we have done is created gravity as the conveyance. The only thing that height does is. Is that so because site constraints do not allow for. So if you raise that box up that's close to that arrow, then you would actually flood the roadway even worse. So that's why we had to keep it at the same elevation. All it does is connect that box to the other box we know has a direct connection to the. So that does. So it, it's a gravity solution. The other thing that the other engineer did, in my opinion, everybody, you know, it didn't do anything as far as to fix a problem permanently. Well, what we have done is made it to where gravity will get the water to those inlets. Those can do their job to bubble out into the external inlets. On, on. I think this one has actually one, two through three connections, at least three, three different spots that it can go to. Those fill up in those sumps. They reach a certain elevation, they pop over. Anything left over goes into the under drain announcement and it dissipates within a couple hours. I'm just, I'm trying to figure out what is the problem. What could we have done differently that would have achieved the goal? If the concern is filling areas, we excavated other areas. That was a mandate from, not my design. That's a mandate from short one to. To get a. Get a permit. You cannot create conveyance without filling those sumps to that certain level to dig them out. You'd be creating even more of a condition. The groundwater tables only two feet, you know, below the ground. So you'd have even more of a lucky condition. This is the best possible solution to stay within the constraints of your permits and to be honest with you, the worst drainage design in subdivision history and to try to make everybody happy. You're not going to have mower issues ever and get the best possible result for the system. I mean, we're in the sweet spot. Will you not stand before I looked at some of your plans when they were back there doing it, but you. We changed the 1 inch b fl you mean 1%. The elevation from the original and the elevations of what you ended up digging to be came to like a one inch gravity flow. I agree with you Dr. Flow. But it was only one inch. They rolled to one inch. Yeah. So I don't know about one inch. What we tried to do is you try to retrieve 1% and the constraint over on, on Geneva is that so it's a long way to go and you've only got so many feet that you can raise that one, that last inlet before. So what we try to do is stay at least 3 inches below the throat of the curve inlet. So it always has that hydraulic grade to get out. If you go above that or you're even still even with it, you're going to make the problem way, way worse. So that was the main constraint. And then we tried to do as much as possible grading from that point to get conveyance towards the light back, the back end of the one on the north side of the road so high. But they lowered it down because I thought the guy that was digging it out there in regards to that. And he was actually lowering elevation at, at, at that. Look at off Geneva or superior. Okay. Yeah, some of them we did lower. Yeah, yeah, yeah. Some of, some of them back here you did lower. Yeah, because. Because the whole concept is those external or the internal ones have to be just a little bit higher. And what we try to build in is at least an inch, 2 inches. Some cases we could get a little bit more. And, and then what that dictates is where the sub bottom would be, which dictates again. Yeah, there's one, there's a one that there is no other way to do it except for about a half a percent. So that one's going to be even slower. But I mean, it's either that or if you raise one issue, one side, you're flooding the road more or maybe you're even flooding somebody's property, and we don't want to do that. So are we at the point of evaluating these sub projects? Is that if the board wants me to, we can basically. Yeah, we would, we would go through the complaints that these guys have received so far. I know there's been a few of them that I've looked at since. The problem is, is that because we haven't gotten a lot of rain by the time I get out there, I'm, I'm kind of like, what am I looking at? You know, it's, it's a little bit, you know, unless I'm there the next day, which I try to do, it's a little bit hard to see what exactly is the issue. But if we're getting into the rainy season, we've had some inches of rain, we're going to get more. Hopefully then it can be evaluated on the same kind of level we did here. Where. And I would love landscaper feedback too, to say, you know, where they're having problems with, with getting mowers in and out and then kind of reprioritizing what, what the next projects would be. And if, and if you guys as a board don't think any of this stuff's worth it, I'm not forcing you to do it. You know, it's, it's, it's just offering a solution that's the best possible maintainable areas that you can get. You know, I can tell you that from our initial evaluation, these first six were the only ones that were the, they were the worst. Like they were in the red. The rest of them are kind of more towards. Yeah, there's a problem, but it's not weeks or year round. It Was more during the rainy seasonal. I'd like to see us be fairly proactive and I'd rather pick something early in the problem rather than getting it too late and then have to do major types of things. So I think being able to evaluate where we're at and then take a good look, you know, if there's some issues of what we've done, I feel like that's one of our priorities is the brain tissues. And so if we can take a look at that and see where we need to be focusing our attention, I think that's time well spent for us is more. Okay. Yeah. So in between meetings, we'll. We'll kind of redo this again and look at the list. Yeah, thanks for the explanation. Sure. Can you just briefly let them know </w:t>
      </w:r>
    </w:p>
    <w:p>
      <w:r>
        <w:t xml:space="preserve">01:10:19   (Speaker A)  we saw in danger or what's happening? Oh, yeah. </w:t>
      </w:r>
    </w:p>
    <w:p>
      <w:r>
        <w:t xml:space="preserve">01:10:21   (Speaker C)  Okay. Yeah, let's talk about that. So one of the things that's been. And we talked about this briefly at the last meeting. So this project took a lot longer than what is anticipated. We're well into the rainy season and we're just finalizing it. That's a totally separate issue where I kind of explained it and I talked to some of the board members separately about the urgency of this project. You know, they. I can't make people get up and come to work, you know, and they took longer than they should have for sure. But now that we're. We're definitely into the rainy season when we're getting these. These storms, the area over on Geneva, the main last we're there, they can't get sod and stay. Basically every time they've sodded it and every time they try to get something to establish all that sod just runs out into the thing and they're. They're losing every time. They replaced it three times so far. So my suggestion was let's armor it the best we can to try to get through this season so that we can actually get sod to stay. They pinned it. We tried different types of sod, tried different slopes, had them regrade it, Tried everything in the book. I think it's a function of a lot of water goes through that one little section and when it channelizes very hard to keep it still. So the two options that the board has is option A is at no cost, basically is they've armored it and made it to where it's no longer in a washout and create an erosion problem. But we wait until it's a little drier, say end of October or something to sod it and see if that will stay. And then we get six to eight months of the homeowners irrigating it and, you know, whatever a time for it to be mowed, where it kind of establishes. And then, you know, see where we're at. If you. But if we wanted to be established now, we would have to do some kind of different situation. And the contractors initially said, well, we already have riprap on the job because we've speced it that way on the pond side, like the shoreline version. Do you want to add more? And it will take care of the problem. In my opinion. It's aesthetic and a maintenance nightmare. I don't think anybody's going to want a bunch of rocks in their yard. And it's a lot. Also, it won't be mobile. So the other option is, with the work of a price, to use a product that they use for channelization on, like, main thoroughfares, like a actual channel. It's called Flexima. You can look it up if you. If you're bored. But basically it's for this application when you have a specific channelized flow and it is solidable, all the pictures you're going to see on the Internet are going to be like, okay, you install it and then sod goes through it. It's the same thing as. I don't know if anybody was on the board when we fixed Juan's place over on Great Salt Court about four years ago. That's the way we did that. Or we flex them out and did rip wrap at the bottom flexing at the side slope. And we were able to sod over it. Now when you go out there and you may look at it, it just looks like a side slope just like any other. You'd never know that that's under there, but it is. And it's essentially a concrete matting to prevent, fully prevent erosion. So that would be the only way to move forward where you're not going to have this issue. So my recommendation is that you do kind of allow them to wait to sod it and permanently do it. Whether you do this extra option or not is completely up to you. The only result will be, say, we get in the next rainy season and we got a bigger issue again, and then we do it at that time. But you're, you're. It's up to you guys, you know, essentially. But they've tried everything they can for now. </w:t>
      </w:r>
    </w:p>
    <w:p>
      <w:r>
        <w:t xml:space="preserve">01:14:04   (Speaker A)  They just. </w:t>
      </w:r>
    </w:p>
    <w:p>
      <w:r>
        <w:t xml:space="preserve">01:14:06   (Speaker C)  It's a, It's a function of. They get a rain right two days after they saw it, and Then it's gone. You know. And it's kind of a dangerous situation. Right. We've got to put kind of drop underneath that mat. Dance stretch really. It's fully graded out. There's no drop underneath the mat. I thought it was all road now it's not going to occur. It was. I don't think so. Now it's suddenly it's uniform from the berm all the way to the rip rap. So. So they came out and. Yeah. And great. I want to say that was pretty recent. That was probably within the last three weeks. I've not been auditions but it was bad. Yeah. I know. I've seen the pictures about. Yes. So it's up to you guys. I. I think maybe it's worth looking at what it would cost to do the extra just so you maybe just put in your back pocket for next season if we do have a problem. So pricey fix at like 25, 30 grand real quick. I don't know. I mean I don't think it's that much. That's another curve. I don't know about that. I. I know that flex mat is expensive but it's not that much. But I do not recommend doing the other option. So there's wait and see. But I think it's good to have that in the price in mind. Come back and say hey we've tried this but we keep beating our head against the wall. And so I could go ahead and delay it but also get the pricing to see if we need to come back and be more extensive. I think like all the other sumps that we've done we did in the same method. We did this. Those are all perfect. You know those have not moved an inch. So I think it's a function of. That was the last one that they did and the timing was off. They finished those others firms before we in June and this one didn't get done until the end of July. August. </w:t>
      </w:r>
    </w:p>
    <w:p>
      <w:r>
        <w:t xml:space="preserve">01:16:08   (Speaker A)  More water flow now that it's been rated because I know I've seen Kay sent me the pictures of. </w:t>
      </w:r>
    </w:p>
    <w:p>
      <w:r>
        <w:t xml:space="preserve">01:16:14   (Speaker C)  Looks like a fast moving stream. That was par observation either the swift water that was driving the dirt out of there. Yeah. Yeah. And it can't widen it anymore either. Right. Like we widen this one out. Yeah. Houses in this front of air. Yeah. But as far as if there's any damage in between now and then they'll fix. They'll keep fixing. Yeah. But I think at this point I'm. I'm. I'm more leaning towards the concession. And you don't have to panic, you know, it's still open ended, you know, until they complete it. But I just wanted to make everybody aware because it has been this just, hey, when are they going to do it? It's kind of like they keep doing it, you know, and it's still a problem. So I just want to make everybody aware. Thank you. You. I keep going here. There's more stuff for me to talk about. So we talked about this, the sump stuff. </w:t>
      </w:r>
    </w:p>
    <w:p>
      <w:r>
        <w:t xml:space="preserve">01:17:12   (Speaker B)  Before you move on, can I just get the direction from the board as to the offer from the surveyor? It sounds like you guys want us to go back with at least the full amount of that one invoice. Do you want me to just come back at the next meeting with whatever number we come up with? Do we want to move to a point of supervisor to be part of the negotiations in between meetings? Since we have time in between meetings, you can approve a certain amount, but then, you know. I know. </w:t>
      </w:r>
    </w:p>
    <w:p>
      <w:r>
        <w:t xml:space="preserve">01:17:48   (Speaker C)  So if you guys are okay with this letter viewer thing and get an answer, or we just empower her to negotiate on our behalf. </w:t>
      </w:r>
    </w:p>
    <w:p>
      <w:r>
        <w:t xml:space="preserve">01:17:57   (Speaker B)  Well, I do need. I can't make a decision for the board. So obviously anything that comes back would have to be approved by you all. But if I'm able to have a supervisor act as a liaison that the board moves to a point and trust their judgment as to an amount, then it can at least be, hey, I'm pretty sure the district will be good with this number. I just need them to, you know, ratify it at the next meeting type of thing. But I can't make a decision. I can guide you, I can recommend, but I can't make a decision on a dollar amount of what you'll also. </w:t>
      </w:r>
    </w:p>
    <w:p>
      <w:r>
        <w:t xml:space="preserve">01:18:27   (Speaker C)  I'm going to negotiate or argue. </w:t>
      </w:r>
    </w:p>
    <w:p>
      <w:r>
        <w:t xml:space="preserve">01:18:31   (Speaker B)  I can't make promises. Yeah, I, I litigated for 15 years. </w:t>
      </w:r>
    </w:p>
    <w:p>
      <w:r>
        <w:t xml:space="preserve">01:18:38   (Speaker E)  There you go. </w:t>
      </w:r>
    </w:p>
    <w:p>
      <w:r>
        <w:t xml:space="preserve">01:18:40   (Speaker B)  But everything comes out of your business </w:t>
      </w:r>
    </w:p>
    <w:p>
      <w:r>
        <w:t xml:space="preserve">01:18:42   (Speaker C)  to see what you can do and, you know, whether we do something in between. As far as having someone that will kind of confirm your, you know, because, you know, we're not talking about major dollars. I'd like to see us get a little bit more out of it. And so I, that would be my. I would feel comfortable with that. Seeing what you can come up with. And then whether we wait till our next meeting or have an intermediate person that would say, yeah, go ahead and, and authorize it and we just finalize it when we come back at our next meeting. I was thinking maybe we just, you know, get her the out state board to ask for the, The Full amount that I'll bring in the offer that we move to the board kind of a thing. Yeah, I think that. I think that's a good. </w:t>
      </w:r>
    </w:p>
    <w:p>
      <w:r>
        <w:t xml:space="preserve">01:19:25   (Speaker B)  Yeah, I can do that. It's just a matter of timing because you don't meet every month. </w:t>
      </w:r>
    </w:p>
    <w:p>
      <w:r>
        <w:t xml:space="preserve">01:19:29   (Speaker C)  What's our next meeting? October, </w:t>
      </w:r>
    </w:p>
    <w:p>
      <w:r>
        <w:t xml:space="preserve">01:19:35   (Speaker B)  But for discretion. So. So do some negotiation. Be cognizant of what I spend into it, and then, </w:t>
      </w:r>
    </w:p>
    <w:p>
      <w:r>
        <w:t xml:space="preserve">01:19:48   (Speaker A)  well, we can go back with the change. So this is what it was. We appreciate the offer, but here's where they're at. Can you meet us out here or. </w:t>
      </w:r>
    </w:p>
    <w:p>
      <w:r>
        <w:t xml:space="preserve">01:19:57   (Speaker B)  Yeah, okay. </w:t>
      </w:r>
    </w:p>
    <w:p>
      <w:r>
        <w:t xml:space="preserve">01:19:57   (Speaker A)  Best off. </w:t>
      </w:r>
    </w:p>
    <w:p>
      <w:r>
        <w:t xml:space="preserve">01:19:58   (Speaker C)  Yeah, we're gonna get no or not exactly. That's what's gonna happen. </w:t>
      </w:r>
    </w:p>
    <w:p>
      <w:r>
        <w:t xml:space="preserve">01:20:01   (Speaker B)  Perfect. Thank you. </w:t>
      </w:r>
    </w:p>
    <w:p>
      <w:r>
        <w:t xml:space="preserve">01:20:02   (Speaker C)  Thank you. </w:t>
      </w:r>
    </w:p>
    <w:p>
      <w:r>
        <w:t xml:space="preserve">01:20:03   (Speaker A)  And then we'll just bring that back in October instead of doing a liaison. </w:t>
      </w:r>
    </w:p>
    <w:p>
      <w:r>
        <w:t xml:space="preserve">01:20:10   (Speaker C)  Moving on to the next topic. We talked about this last meeting. There's that open permit that we just needed to sign a form essentially transferring that permit that we already own, the stormwater system. It's already been conveyed. This is like paperwork here. No developer entity does not exist anymore in order to sign this particular paperwork. It is our responsibility already. This is kind of a form just to button up us, kind of officially saying, yeah, we are the omn entity for the new villages. Village 14 in the back. You guys recall that? And it was. I said, well, it's just my time to build for this is that form. And then we've had some preliminary talks just with their person who issued a letter to the CBD to say what information that you needed. And folks, folks, please. And they've kind of directed to say, hey, just bring us this information. So really just send it to Rich to put it on the agenda because I didn't know who was going to sign on behalf of. But after this, you sign it, it gets filed, the permit gets put into operation, and it essentially just functions like the other permits where, you know, you've acknowledged your own MFC and do periodic inspections and things like that. So people work. Yep. And then just who's going to sign it? On behalf of the district, I assume. </w:t>
      </w:r>
    </w:p>
    <w:p>
      <w:r>
        <w:t xml:space="preserve">01:21:41   (Speaker B)  Tom. </w:t>
      </w:r>
    </w:p>
    <w:p>
      <w:r>
        <w:t xml:space="preserve">01:21:44   (Speaker A)  Okay, so we have a motion to approve the request for transfer of the environmental resource permit </w:t>
      </w:r>
    </w:p>
    <w:p>
      <w:r>
        <w:t xml:space="preserve">01:21:54   (Speaker C)  first from John. </w:t>
      </w:r>
    </w:p>
    <w:p>
      <w:r>
        <w:t xml:space="preserve">01:21:57   (Speaker A)  Is that a second, Tanya? I think so, yeah. Did you say second? Yeah, sorry. Okay, I heard a second. Any other discussion? Just for the record, too, Daryl did step out, so we're doing a vote. </w:t>
      </w:r>
    </w:p>
    <w:p>
      <w:r>
        <w:t xml:space="preserve">01:22:14   (Speaker C)  So if we do vote. </w:t>
      </w:r>
    </w:p>
    <w:p>
      <w:r>
        <w:t xml:space="preserve">01:22:15   (Speaker A)  Yeah. So all in favor? Any opposed? </w:t>
      </w:r>
    </w:p>
    <w:p>
      <w:r>
        <w:t xml:space="preserve">01:22:22   (Speaker C)  Okay. Last issue that I had to talk about was there was some reports about lake bank erosion that Nick had Nick and Rich had sent me that we looked at today as well. And I think the question was, well, who's responsible? Is it a homeowner cause issue? These are all kind of factors when you're looking at it. I know that GMS did some spot repairs in the location. Those look pretty good. I don't think that those are holding well and I don't think it's a severe enough repair that you go and immediately do something right this second. Also, I don't really recommend doing things like that in the rainy season. We just talked about how you have more issues during the rain trying to get sod and things like that established. But it is something that, to put on the action item list I guess for the future to be done. Maybe this spring. It's about, it's two lots worth of erosion and we've done this before. My estimate is somewhere between 12 and 15 grand to do both those sections of the bank and restore them to where they match kind of those other areas. I could not figure. I did not see any impacts that the homeowners were making. Honestly I think it was an old repair from about, I don't know, 20 years ago that didn't hold up very well. That's, that's what happened. </w:t>
      </w:r>
    </w:p>
    <w:p>
      <w:r>
        <w:t xml:space="preserve">01:23:51   (Speaker A)  And that's. </w:t>
      </w:r>
    </w:p>
    <w:p>
      <w:r>
        <w:t xml:space="preserve">01:23:51   (Speaker C)  This is in the full underpairs that you had on your correct. I think the address I looked at was 5, 6, 7, 77 Elsinore Elson. What I mean by that is you have it called out at like a thousand bucks for the line of foot to do these repairs. 100 bucks. Yeah, that's, that's the high end medium. You know, I, I don't think you need to do some kind of crazy high expensive repair. But what, what's there like what, what GMS did you for for spa repair? That's the perfect type of repair. We just need do a longer stuff. </w:t>
      </w:r>
    </w:p>
    <w:p>
      <w:r>
        <w:t xml:space="preserve">01:24:26   (Speaker A)  And that was a while ago. It seems to be. </w:t>
      </w:r>
    </w:p>
    <w:p>
      <w:r>
        <w:t xml:space="preserve">01:24:28   (Speaker C)  Yeah. </w:t>
      </w:r>
    </w:p>
    <w:p>
      <w:r>
        <w:t xml:space="preserve">01:24:28   (Speaker A)  What was done was held so very, </w:t>
      </w:r>
    </w:p>
    <w:p>
      <w:r>
        <w:t xml:space="preserve">01:24:31   (Speaker C)  very cheap in the grand scheme of things. Doesn't need to be done tomorrow. And that would be something you would just have GMS do again or even do a contract. </w:t>
      </w:r>
    </w:p>
    <w:p>
      <w:r>
        <w:t xml:space="preserve">01:24:40   (Speaker E)  No, it'd be, it's too big for, for us probably to get a contractor. </w:t>
      </w:r>
    </w:p>
    <w:p>
      <w:r>
        <w:t xml:space="preserve">01:24:44   (Speaker C)  Yeah, yeah. I mean, yeah, there's, there's three or four guys that have did your bank erosion stuff in the past and they're still around. </w:t>
      </w:r>
    </w:p>
    <w:p>
      <w:r>
        <w:t xml:space="preserve">01:24:54   (Speaker A)  So </w:t>
      </w:r>
    </w:p>
    <w:p>
      <w:r>
        <w:t xml:space="preserve">01:24:56   (Speaker C)  I think it'll be under that mark of really unit cost I just did. You guys don't have to spit it out. And then we do the work for everyone. Sign. </w:t>
      </w:r>
    </w:p>
    <w:p>
      <w:r>
        <w:t xml:space="preserve">01:25:06   (Speaker A)  Yeah. So we can do that between these meetings. We could wait till October, do it at the October meeting. If we're going to do it. </w:t>
      </w:r>
    </w:p>
    <w:p>
      <w:r>
        <w:t xml:space="preserve">01:25:13   (Speaker C)  They're gonna. </w:t>
      </w:r>
    </w:p>
    <w:p>
      <w:r>
        <w:t xml:space="preserve">01:25:14   (Speaker E)  Yeah. </w:t>
      </w:r>
    </w:p>
    <w:p>
      <w:r>
        <w:t xml:space="preserve">01:25:14   (Speaker C)  If we're looking to do it in </w:t>
      </w:r>
    </w:p>
    <w:p>
      <w:r>
        <w:t xml:space="preserve">01:25:15   (Speaker E)  spring, do you want to get the proposals near. Near that date? </w:t>
      </w:r>
    </w:p>
    <w:p>
      <w:r>
        <w:t xml:space="preserve">01:25:19   (Speaker C)  Yeah, I think. I think you would bid probably in November. Yeah, you'd probably try to do that project by the end of April. </w:t>
      </w:r>
    </w:p>
    <w:p>
      <w:r>
        <w:t xml:space="preserve">01:25:26   (Speaker A)  Okay, so then we can have that in discussion for October. </w:t>
      </w:r>
    </w:p>
    <w:p>
      <w:r>
        <w:t xml:space="preserve">01:25:43   (Speaker C)  I don't have anything else. You guys have any questions for me? Do you guys want me to stick around for the rest of the discussion of a budget or whatever? You know, these. Anything else? I. I didn't see anything specifically, but yeah. What's up? You're welcome. Oh, okay, good. </w:t>
      </w:r>
    </w:p>
    <w:p>
      <w:r>
        <w:t xml:space="preserve">01:26:06   (Speaker B)  Thank you. </w:t>
      </w:r>
    </w:p>
    <w:p>
      <w:r>
        <w:t xml:space="preserve">01:26:06   (Speaker C)  So enjoy being with us. Well, we get done with this meeting so early, I might have to go to the other one across that. </w:t>
      </w:r>
    </w:p>
    <w:p>
      <w:r>
        <w:t xml:space="preserve">01:26:20   (Speaker A)  Thanks, Stephen. See you. Or if you guys have anything for Stephen later in the meeting or after the meeting. </w:t>
      </w:r>
    </w:p>
    <w:p>
      <w:r>
        <w:t xml:space="preserve">01:26:28   (Speaker C)  Thanks. All right, guys, see you next time. </w:t>
      </w:r>
    </w:p>
    <w:p>
      <w:r>
        <w:t xml:space="preserve">01:26:34   (Speaker A)  Okay, so with that, let's turn it over to district council. </w:t>
      </w:r>
    </w:p>
    <w:p>
      <w:r>
        <w:t xml:space="preserve">01:26:37   (Speaker B)  All right, so everyone did their form one great job and you guys qualified. So we just. Whoever staff qualified for their seat will be taking their seat back in November, since you guys are running unopposed. Otherwise, I don't have anything to report or update on. Although I'm sure you will hear me talk on some topics later on in the meeting with some of the resolutions that are coming up. Anyone have questions for. </w:t>
      </w:r>
    </w:p>
    <w:p>
      <w:r>
        <w:t xml:space="preserve">01:27:11   (Speaker A)  Okay, so next item we do have is public hearing. So this is for the budget. So this be consideration resolution 202608 adopting fiscal year 2027 budget. There is not an assessment increase for the community, therefore conduct well. Yeah, okay, sorry there's not an assessment increase for the community, but there was a change due to the properties over here with the adjustments that we discussed last meeting in the proposed. So but with this what we would do from here for the audiences, we would open this up, ask the board to do a motion to open the public hearing for audience comments. Audience members would be an opportunity for you to speak to the board concerning the budget, which we do have picker copies over here similar to before the. Just state your name and address. Please keep your comments specific to the budget because that is public hearing has been advertised for so we have to stay within those confines. We do ask that you limit your comments to three minutes. After those audience comments, the board can adjourn the public meeting and we can public comment period and we can Go to board discussion about the resolution and then we'd be looking for a motion to approve with any edits. Just as a reminder, you do have the assessment amount that's being assessed. We can adjust line items up and down. We can add line items to the, to the budget. But what we would not be able to do tonight is increase the amount being assessed that from the county to the residents. That's something that we have to do during a proposed budget earlier and because the advertising bus and and statute requirements. But so with that we just be looking for a motion to open the public comment here. Okay, so we got first from Jeff, second from John. All in favor. So the motion as passed. Okay, so audience, this is an opportunity again as we mentioned. So please just raise your hand, state your name and address for the record. Keep your comments specific to the budget please. And would you say I limit it to three minutes? Yes sir. </w:t>
      </w:r>
    </w:p>
    <w:p>
      <w:r>
        <w:t xml:space="preserve">01:29:26   (Speaker C)  I'm John Fiori. </w:t>
      </w:r>
    </w:p>
    <w:p>
      <w:r>
        <w:t xml:space="preserve">01:29:27   (Speaker A)  Since five eight one Great Barrier. I have two questions. Is this map appear inclusive of everyone that contributes to the expenses of the cbd? Is there anything outside like the warehouse </w:t>
      </w:r>
    </w:p>
    <w:p>
      <w:r>
        <w:t xml:space="preserve">01:29:43   (Speaker C)  or anything that's on this not displayed </w:t>
      </w:r>
    </w:p>
    <w:p>
      <w:r>
        <w:t xml:space="preserve">01:29:47   (Speaker A)  on this map that's part of the CBD that pays into it? That's question one. Question two is, is there anything in this community that is not covered by non adval taxes? </w:t>
      </w:r>
    </w:p>
    <w:p>
      <w:r>
        <w:t xml:space="preserve">01:30:05   (Speaker C)  That is a potential problem that could </w:t>
      </w:r>
    </w:p>
    <w:p>
      <w:r>
        <w:t xml:space="preserve">01:30:08   (Speaker A)  get passed down to us by the county if Amendment 3 passes. I got those notes here. We'll be able to answer those, but we'll continue with audience comments. </w:t>
      </w:r>
    </w:p>
    <w:p>
      <w:r>
        <w:t xml:space="preserve">01:30:26   (Speaker C)  So yes, the warehouses are not reflected on this matter. </w:t>
      </w:r>
    </w:p>
    <w:p>
      <w:r>
        <w:t xml:space="preserve">01:30:31   (Speaker A)  We can answer now. So the warehouse isn't. This is just for the community. But yes, the warehouse is part of the cdd. The apartments do pay an admin O and M portion of the CDD fees and there's also a vacant property that also pays CBE fees. And so that's all collected non valerium, non epilarum. Your assessments are split between OM and dep. What we're talking about tonight on this particular resolution is for the OMN which is the operation and maintenance portion of the budget. So yes, as to the property tax, from my understanding and maybe council can piggyback off this a little bit. But even if that tax goes through and that is approved, your CDD fees are still going to be CDD fees because it's specific to the community and it addresses the concerns and the maintenance and and so on for that. So you would still have that as part of your taxes. Covers 100% of what this community? Yeah, that Is that is the only thing collected from the CDD on your taxes that it's. It's that line item on your taxes that says Bridgewater CDD is what we collect and we operate off of. There's. </w:t>
      </w:r>
    </w:p>
    <w:p>
      <w:r>
        <w:t xml:space="preserve">01:31:43   (Speaker C)  We receive zero benefit from better tax. We collect nothing. </w:t>
      </w:r>
    </w:p>
    <w:p>
      <w:r>
        <w:t xml:space="preserve">01:31:51   (Speaker B)  So. Well, city of Lakeland does take care of the sidewalks and the roads. </w:t>
      </w:r>
    </w:p>
    <w:p>
      <w:r>
        <w:t xml:space="preserve">01:31:55   (Speaker A)  Yeah, those are county property. We're only specifically a CBD property. So those are things that potentially could be passed off if there's no budget. Yes. That the county and city could say the CDD is now responsible for this. Well, I don't know if we can. I can really answer onto that. I can only speak really to the CDD portions. So with the. The county roads, as was mentioned, is, you know, owned by the county, maintained by the county or. Sorry, city. Yeah, we are a city. Lakeland. The CBD fees cover CDD owned property. So the grass areas that the city CBD owns, the storm water systems, the lakes, that's what your fees come to for as a major portion of what's actually on the map. But as to how the. The tax referendum will change your streets and things, I. I can't really speak on behalf of the city because I don't know, it's not something that we are directly involved with. I was really framed. </w:t>
      </w:r>
    </w:p>
    <w:p>
      <w:r>
        <w:t xml:space="preserve">01:32:58   (Speaker C)  Understood. </w:t>
      </w:r>
    </w:p>
    <w:p>
      <w:r>
        <w:t xml:space="preserve">01:32:58   (Speaker A)  Something about. </w:t>
      </w:r>
    </w:p>
    <w:p>
      <w:r>
        <w:t xml:space="preserve">01:33:00   (Speaker B)  Yeah. </w:t>
      </w:r>
    </w:p>
    <w:p>
      <w:r>
        <w:t xml:space="preserve">01:33:01   (Speaker C)  Okay, thank you. </w:t>
      </w:r>
    </w:p>
    <w:p>
      <w:r>
        <w:t xml:space="preserve">01:33:03   (Speaker A)  Yeah. So just name an address for the record. </w:t>
      </w:r>
    </w:p>
    <w:p>
      <w:r>
        <w:t xml:space="preserve">01:33:09   (Speaker C)  First question in regards to the. At least the new assessments and it. By the CDV 757 and the 805. That's just one of them. I just. Yeah, they're gonna be exactly the same as the new ones, but there's no new ones. </w:t>
      </w:r>
    </w:p>
    <w:p>
      <w:r>
        <w:t xml:space="preserve">01:33:30   (Speaker A)  They're the same as what was assessed last year. </w:t>
      </w:r>
    </w:p>
    <w:p>
      <w:r>
        <w:t xml:space="preserve">01:33:33   (Speaker C)  Exact same. Exact same. </w:t>
      </w:r>
    </w:p>
    <w:p>
      <w:r>
        <w:t xml:space="preserve">01:33:34   (Speaker A)  Yes, sir. So the only. The only thing that's changed on the budget are particular line items of how we're. The board is allocating the money, but what's being assessed to the individual homeowners is saying the same. </w:t>
      </w:r>
    </w:p>
    <w:p>
      <w:r>
        <w:t xml:space="preserve">01:33:49   (Speaker C)  So two. Two numbers the same. Yeah. Onan and I can't remember each one. There's two. </w:t>
      </w:r>
    </w:p>
    <w:p>
      <w:r>
        <w:t xml:space="preserve">01:34:09   (Speaker B)  Yeah. The bond debt will be paid off in mature to 2035. </w:t>
      </w:r>
    </w:p>
    <w:p>
      <w:r>
        <w:t xml:space="preserve">01:34:14   (Speaker C)  2035. </w:t>
      </w:r>
    </w:p>
    <w:p>
      <w:r>
        <w:t xml:space="preserve">01:34:15   (Speaker B)  Yes. </w:t>
      </w:r>
    </w:p>
    <w:p>
      <w:r>
        <w:t xml:space="preserve">01:34:16   (Speaker C)  Okay. </w:t>
      </w:r>
    </w:p>
    <w:p>
      <w:r>
        <w:t xml:space="preserve">01:34:16   (Speaker B)  But the O and M portion of it will continue on until as long as this is. </w:t>
      </w:r>
    </w:p>
    <w:p>
      <w:r>
        <w:t xml:space="preserve">01:34:21   (Speaker C)  Oh, yeah. Thank you. </w:t>
      </w:r>
    </w:p>
    <w:p>
      <w:r>
        <w:t xml:space="preserve">01:34:26   (Speaker A)  Any other comments concerning the budgets? </w:t>
      </w:r>
    </w:p>
    <w:p>
      <w:r>
        <w:t xml:space="preserve">01:34:31   (Speaker C)  Yes, Archibald, 2286 Geneva Drive. Just three simple questions, probably taking like 30 seconds. Page 11, capital reserve. It shows a 500,000 contingency fund taken out of the capital reserve with no itemization. </w:t>
      </w:r>
    </w:p>
    <w:p>
      <w:r>
        <w:t xml:space="preserve">01:35:04   (Speaker A)  That's basic. </w:t>
      </w:r>
    </w:p>
    <w:p>
      <w:r>
        <w:t xml:space="preserve">01:35:04   (Speaker C)  What is that money for and like who approved it and where is it. Where is it held? </w:t>
      </w:r>
    </w:p>
    <w:p>
      <w:r>
        <w:t xml:space="preserve">01:35:11   (Speaker A)  So it's still held in your reserve. It's just being that the. The board has decided that that is the kind of low watermark that they want to have for the reserves. So it's. It's a reserve amount. You still have that money. It's just the board is operating as with that as basically below watermark of not goal is to not get below that. And given what potentially spending over the next year or two trying to make sure that they stay above that and basing future budgets off of that decision on what type of assessments may need to change. </w:t>
      </w:r>
    </w:p>
    <w:p>
      <w:r>
        <w:t xml:space="preserve">01:35:49   (Speaker B)  And that amount was up to 1.2 million ish at some point. And we decided instead of yeah the total reserve was. We decided to spend some of that money and spend it down. So we didn't have so much money sitting there. </w:t>
      </w:r>
    </w:p>
    <w:p>
      <w:r>
        <w:t xml:space="preserve">01:36:02   (Speaker A)  Which also prevented from increases higher increases in assessments. </w:t>
      </w:r>
    </w:p>
    <w:p>
      <w:r>
        <w:t xml:space="preserve">01:36:07   (Speaker B)  Right. </w:t>
      </w:r>
    </w:p>
    <w:p>
      <w:r>
        <w:t xml:space="preserve">01:36:08   (Speaker A)  Which so it was some of the money was there didn't want to spend it all the board discussed but you know also wanted to instead of having to assess more to the community we've used some of that funds as intended. </w:t>
      </w:r>
    </w:p>
    <w:p>
      <w:r>
        <w:t xml:space="preserve">01:36:24   (Speaker B)  And you asked where that money was that money. Can you clarify is it an investment. We moved that money a couple years ago into a higher interest. </w:t>
      </w:r>
    </w:p>
    <w:p>
      <w:r>
        <w:t xml:space="preserve">01:36:32   (Speaker A)  Yeah. There's a state I forget if you </w:t>
      </w:r>
    </w:p>
    <w:p>
      <w:r>
        <w:t xml:space="preserve">01:36:34   (Speaker C)  guys ever in prime. Yeah yeah. It's a investment for Florida state governments all these different types of energies. Currently it's earning about 4% when we first went into. Okay 2 the the capital reserve I think back or same major the transfer was was budgeted at 120,000 but actual show $188,832. Who authorized the additional 68,000? The board did. </w:t>
      </w:r>
    </w:p>
    <w:p>
      <w:r>
        <w:t xml:space="preserve">01:37:18   (Speaker A)  So that was essentially excess funds that were from the budget from last year. And so that was additional general fund money where on the general fund that they had that additional cash and decided to contribute that to the reserve. </w:t>
      </w:r>
    </w:p>
    <w:p>
      <w:r>
        <w:t xml:space="preserve">01:37:34   (Speaker C)  And the last one is the commercial bacon parcel on the assessment road. There is about let's say 41,000 a year in assessments and transfer to a a private out of state individual. And this was in December for $100. Is that partial current on this assessment and what happens to the rest of us today those delinquent and I just want to see if we can get this in writing before the next meeting. </w:t>
      </w:r>
    </w:p>
    <w:p>
      <w:r>
        <w:t xml:space="preserve">01:38:12   (Speaker A)  Yeah. So I have no indication that they haven't paid up to their assessments and their taxes because again it's on their property tax bill. So as long as everybody pays a property tax bill, it's collectively sent to us. We are not involved with sale or transfer of property. So if somebody decides to buy or sell any of the properties, just like the homes, that's up to the individual folks. So we're not directly involved in that. If they don't, then eventually it goes to a tax deed sale as. Just like, as like if you, your house forecloses and you don't pay your property taxes on your home, eventually it'll go up for tax deed sale and somebody else will buy it, pay the back taxes on it, and then we'll collect in that, that aspect. </w:t>
      </w:r>
    </w:p>
    <w:p>
      <w:r>
        <w:t xml:space="preserve">01:38:55   (Speaker C)  And that's for the commercial vacant parcel here, 2525. </w:t>
      </w:r>
    </w:p>
    <w:p>
      <w:r>
        <w:t xml:space="preserve">01:39:06   (Speaker E)  Yeah. </w:t>
      </w:r>
    </w:p>
    <w:p>
      <w:r>
        <w:t xml:space="preserve">01:39:07   (Speaker C)  That was part of the sale when the apartments were conveyed to a new owner. Yeah. Parcels owned by them. That explains the 300. </w:t>
      </w:r>
    </w:p>
    <w:p>
      <w:r>
        <w:t xml:space="preserve">01:39:20   (Speaker A)  Yeah, that's the apartment calculation for the per unit. </w:t>
      </w:r>
    </w:p>
    <w:p>
      <w:r>
        <w:t xml:space="preserve">01:39:25   (Speaker C)  Okay. </w:t>
      </w:r>
    </w:p>
    <w:p>
      <w:r>
        <w:t xml:space="preserve">01:39:26   (Speaker A)  Any other questions? Okay, well, I mean not necessarily in writing, but it's in the budgets and everything. I mean, so yeah. Any other questions, comments concerning the budget? Okay, let me check zoom here. So just use the raise your hand feature if you'd like to speak. And you're on zoom. Give it a minute. They're seeing none. Okay, so with that question. </w:t>
      </w:r>
    </w:p>
    <w:p>
      <w:r>
        <w:t xml:space="preserve">01:40:08   (Speaker C)  Sure. </w:t>
      </w:r>
    </w:p>
    <w:p>
      <w:r>
        <w:t xml:space="preserve">01:40:08   (Speaker B)  I know that some residents have recently paid off their bond lines early or they've been talking. Some residents paying off their bond early. How does that affect us in the long run? I mean, if they're paying off their portions early, wouldn't that in essence mean that we would pay it off sooner? </w:t>
      </w:r>
    </w:p>
    <w:p>
      <w:r>
        <w:t xml:space="preserve">01:40:26   (Speaker A)  Because everybody is paying. </w:t>
      </w:r>
    </w:p>
    <w:p>
      <w:r>
        <w:t xml:space="preserve">01:40:29   (Speaker C)  It's, it's, it would just lower the upcoming payments per year. It would wipe them out. They would just fall off the schedule. </w:t>
      </w:r>
    </w:p>
    <w:p>
      <w:r>
        <w:t xml:space="preserve">01:40:38   (Speaker A)  Yeah, it falls it split up amongst each property. So if you paid off your portion, you're just paying in advance what you have, but it doesn't affect the rest </w:t>
      </w:r>
    </w:p>
    <w:p>
      <w:r>
        <w:t xml:space="preserve">01:40:47   (Speaker C)  because they're still allocated reducing the principal. </w:t>
      </w:r>
    </w:p>
    <w:p>
      <w:r>
        <w:t xml:space="preserve">01:40:51   (Speaker B)  So at some point it would get paid off earlier. </w:t>
      </w:r>
    </w:p>
    <w:p>
      <w:r>
        <w:t xml:space="preserve">01:40:55   (Speaker A)  Not necessarily. I mean if, if you have. I mean, </w:t>
      </w:r>
    </w:p>
    <w:p>
      <w:r>
        <w:t xml:space="preserve">01:41:00   (Speaker C)  I forget what the reserve is. There's something like $600,000. So the way it would work, at least back when I was in Ohio, is the last year. Everybody will probably get a reduction. </w:t>
      </w:r>
    </w:p>
    <w:p>
      <w:r>
        <w:t xml:space="preserve">01:41:14   (Speaker B)  That's what I was just. </w:t>
      </w:r>
    </w:p>
    <w:p>
      <w:r>
        <w:t xml:space="preserve">01:41:18   (Speaker C)  We've seen slight variations in the debt portion over the years. That's likely where. Yeah, calculation November of 2034. So the last tax bill. </w:t>
      </w:r>
    </w:p>
    <w:p>
      <w:r>
        <w:t xml:space="preserve">01:41:30   (Speaker A)  Yeah, because that's when the boat and the bonds are official call. </w:t>
      </w:r>
    </w:p>
    <w:p>
      <w:r>
        <w:t xml:space="preserve">01:41:35   (Speaker B)  Okay, I'll just curious. </w:t>
      </w:r>
    </w:p>
    <w:p>
      <w:r>
        <w:t xml:space="preserve">01:41:39   (Speaker C)  Okay. </w:t>
      </w:r>
    </w:p>
    <w:p>
      <w:r>
        <w:t xml:space="preserve">01:41:40   (Speaker A)  So there's no other audience Comments at this time. So we would just be looking for a motion to close. I heard a bunch, so I'll give Jeff that one. So first for Jeff. Second. Second. Second for John on begging. So the motion has passed. Okay, so now board is the opportunity for board discussion. So if there's anything in particular you would like to address, discuss again. We can adjust particular line items, can add a line item, if that's what you'd like. </w:t>
      </w:r>
    </w:p>
    <w:p>
      <w:r>
        <w:t xml:space="preserve">01:42:18   (Speaker B)  Where would benches. If we were to add some benches in the community, which line item would that fall under? </w:t>
      </w:r>
    </w:p>
    <w:p>
      <w:r>
        <w:t xml:space="preserve">01:42:26   (Speaker C)  You can put it in. Yeah. </w:t>
      </w:r>
    </w:p>
    <w:p>
      <w:r>
        <w:t xml:space="preserve">01:42:31   (Speaker E)  Or you can do miscellaneous repairs and maintenance. You can throw it in there. </w:t>
      </w:r>
    </w:p>
    <w:p>
      <w:r>
        <w:t xml:space="preserve">01:42:37   (Speaker C)  Because you've only used. </w:t>
      </w:r>
    </w:p>
    <w:p>
      <w:r>
        <w:t xml:space="preserve">01:42:38   (Speaker E)  You have 20,000. I mean, granted the new budget, you put 15, but you've only used 1800 </w:t>
      </w:r>
    </w:p>
    <w:p>
      <w:r>
        <w:t xml:space="preserve">01:42:43   (Speaker C)  of that dependency in there too. That could be used. </w:t>
      </w:r>
    </w:p>
    <w:p>
      <w:r>
        <w:t xml:space="preserve">01:42:47   (Speaker E)  Yeah. </w:t>
      </w:r>
    </w:p>
    <w:p>
      <w:r>
        <w:t xml:space="preserve">01:42:48   (Speaker C)  You do. How many? </w:t>
      </w:r>
    </w:p>
    <w:p>
      <w:r>
        <w:t xml:space="preserve">01:42:57   (Speaker B)  Because I did address it with the community on Facebook and there was a very high interest from the community and </w:t>
      </w:r>
    </w:p>
    <w:p>
      <w:r>
        <w:t xml:space="preserve">01:43:04   (Speaker A)  that was actually something too. I'm glad you brought that up. </w:t>
      </w:r>
    </w:p>
    <w:p>
      <w:r>
        <w:t xml:space="preserve">01:43:07   (Speaker B)  Maybe we need to, you know, I think we maybe need to piggyback with the HOA board and see what the HOA board might want to do too, because I think we need to probably have some in CDV areas, some in HOA areas. </w:t>
      </w:r>
    </w:p>
    <w:p>
      <w:r>
        <w:t xml:space="preserve">01:43:20   (Speaker C)  But I mean, what we can do </w:t>
      </w:r>
    </w:p>
    <w:p>
      <w:r>
        <w:t xml:space="preserve">01:43:21   (Speaker B)  is, you know, I don't think we need to do a ton at once, but if we could stagger it over a couple of years, </w:t>
      </w:r>
    </w:p>
    <w:p>
      <w:r>
        <w:t xml:space="preserve">01:43:29   (Speaker C)  I mean, we've done them all the time. </w:t>
      </w:r>
    </w:p>
    <w:p>
      <w:r>
        <w:t xml:space="preserve">01:43:31   (Speaker E)  We do them all the time. There's in ground mount ones where you just basically cement them into the ground or you can pour a slab and </w:t>
      </w:r>
    </w:p>
    <w:p>
      <w:r>
        <w:t xml:space="preserve">01:43:38   (Speaker C)  put one that way. </w:t>
      </w:r>
    </w:p>
    <w:p>
      <w:r>
        <w:t xml:space="preserve">01:43:39   (Speaker E)  It all depends on the type of style that you want. They normally range installed per bench anywhere between like 550 and 750 a piece. </w:t>
      </w:r>
    </w:p>
    <w:p>
      <w:r>
        <w:t xml:space="preserve">01:43:49   (Speaker C)  So depending on which one you get. </w:t>
      </w:r>
    </w:p>
    <w:p>
      <w:r>
        <w:t xml:space="preserve">01:43:53   (Speaker A)  So. Yeah. And you can do like a slab. You can do concrete footers. </w:t>
      </w:r>
    </w:p>
    <w:p>
      <w:r>
        <w:t xml:space="preserve">01:43:56   (Speaker E)  Yeah. Obviously the slab is going to be more expensive because you got a quarter slide. </w:t>
      </w:r>
    </w:p>
    <w:p>
      <w:r>
        <w:t xml:space="preserve">01:44:01   (Speaker B)  I don't know </w:t>
      </w:r>
    </w:p>
    <w:p>
      <w:r>
        <w:t xml:space="preserve">01:44:05   (Speaker C)  what's that? We tried that three years ago. </w:t>
      </w:r>
    </w:p>
    <w:p>
      <w:r>
        <w:t xml:space="preserve">01:44:08   (Speaker E)  Obviously, for the cdd. You want to do it on the CDD parcels, like on the edge of the pond or something like where it's open where. Where we mow or something like that. You know, we put it there. </w:t>
      </w:r>
    </w:p>
    <w:p>
      <w:r>
        <w:t xml:space="preserve">01:44:26   (Speaker C)  On where. </w:t>
      </w:r>
    </w:p>
    <w:p>
      <w:r>
        <w:t xml:space="preserve">01:44:35   (Speaker A)  Majority. </w:t>
      </w:r>
    </w:p>
    <w:p>
      <w:r>
        <w:t xml:space="preserve">01:44:36   (Speaker C)  Oh, yeah, right of way. I agree with vhoa, but I think. I think what Conest had in mind, what I picked was like on the CBD property on the lake fronts. </w:t>
      </w:r>
    </w:p>
    <w:p>
      <w:r>
        <w:t xml:space="preserve">01:44:46   (Speaker E)  Yeah. </w:t>
      </w:r>
    </w:p>
    <w:p>
      <w:r>
        <w:t xml:space="preserve">01:44:48   (Speaker B)  Let's start with six. </w:t>
      </w:r>
    </w:p>
    <w:p>
      <w:r>
        <w:t xml:space="preserve">01:44:50   (Speaker A)  Maybe the only request since we are talking budget. We do want to try and keep it to like budget discussion and then we can obviously discuss once we get out of all this about locations and things. </w:t>
      </w:r>
    </w:p>
    <w:p>
      <w:r>
        <w:t xml:space="preserve">01:45:03   (Speaker E)  But we have money. We can allocate. </w:t>
      </w:r>
    </w:p>
    <w:p>
      <w:r>
        <w:t xml:space="preserve">01:45:05   (Speaker B)  Yeah, that's what I was trying to figure out. </w:t>
      </w:r>
    </w:p>
    <w:p>
      <w:r>
        <w:t xml:space="preserve">01:45:09   (Speaker A)  Yeah, but you do. And it was actually emailed and I talked about. We did get an email too about it and it was. Is something that he and I discussed about bringing up as well. So I'm glad you did bring that up. I. I did forget about that. </w:t>
      </w:r>
    </w:p>
    <w:p>
      <w:r>
        <w:t xml:space="preserve">01:45:19   (Speaker C)  Yeah. </w:t>
      </w:r>
    </w:p>
    <w:p>
      <w:r>
        <w:t xml:space="preserve">01:45:20   (Speaker A)  But yeah, so. And we've done it as he said. </w:t>
      </w:r>
    </w:p>
    <w:p>
      <w:r>
        <w:t xml:space="preserve">01:45:23   (Speaker E)  So. </w:t>
      </w:r>
    </w:p>
    <w:p>
      <w:r>
        <w:t xml:space="preserve">01:45:24   (Speaker B)  Yeah, we just had a situation in the neighborhood lately where, you know, somebody needed to sit down and there was nowhere to sit down. You know, we need to consider that. Okay. </w:t>
      </w:r>
    </w:p>
    <w:p>
      <w:r>
        <w:t xml:space="preserve">01:45:34   (Speaker C)  Okay. </w:t>
      </w:r>
    </w:p>
    <w:p>
      <w:r>
        <w:t xml:space="preserve">01:45:34   (Speaker A)  So any other budgeted line item discussions, additions, adjustments. Yeah. So with that we just be looking for a motion. So it'd be a motion to approve resolution 202608 adopting fiscal year 2027 budget. Okay, so we have a person. John, got a second from Tom. Any further discussion before calling the vote? Okay, so all in favor? Any opposed? Okay, so the motion is passed. 5 0. Next is consideration resolution 2026 09. So imposing special assessments and certifying assessment role. And since we are obviously making that change, as we discussed with that, we do need to do public hearing for this one as well. So we will open this up for the audience. Again, this is just specifically to the assessments, special assessments and certified in the assessment role. And we did kind of touch on a little bit of that already. But so with that we'd just be looking for a motion to open the public comment. First from John, second Daryl. All in favor? Any opposed? Okay, so motions passed. So again audience opportunity to speak specifically to that resolution. Please just raise your hand, state your name and address for the record. Please limit your comments to 3 minutes and specific to this. Yes, sir. Sorry. No, you're good. </w:t>
      </w:r>
    </w:p>
    <w:p>
      <w:r>
        <w:t xml:space="preserve">01:47:14   (Speaker C)  Go. </w:t>
      </w:r>
    </w:p>
    <w:p>
      <w:r>
        <w:t xml:space="preserve">01:47:16   (Speaker A)  What is the special assessment? Sorry, just name 6581. Right there. What is this special assessment? This the first time I'm hearing about CDD lines of the spectral assessment. What are the four? How much is it? So it's. It's a little. The. The resolution wording. I can see why you think it's additional assessment. It's not. It's essentially what was just approved budget wise is this resolution is that we're going to take the assessments, issue it to the county for them to assess on attention procedurally reapproving what we just approved. </w:t>
      </w:r>
    </w:p>
    <w:p>
      <w:r>
        <w:t xml:space="preserve">01:47:58   (Speaker C)  We also will give you A better approving the tape. </w:t>
      </w:r>
    </w:p>
    <w:p>
      <w:r>
        <w:t xml:space="preserve">01:48:01   (Speaker B)  Yeah, it provides the mechanism for. It provides the mechanism for collecting the payment. </w:t>
      </w:r>
    </w:p>
    <w:p>
      <w:r>
        <w:t xml:space="preserve">01:48:12   (Speaker A)  Yeah. There's not an additional special assessment being assessed to the community outside of what is the budget says. </w:t>
      </w:r>
    </w:p>
    <w:p>
      <w:r>
        <w:t xml:space="preserve">01:48:20   (Speaker C)  So. Thank you though. Very good. </w:t>
      </w:r>
    </w:p>
    <w:p>
      <w:r>
        <w:t xml:space="preserve">01:48:23   (Speaker A)  Any other questions concerning the assessments? Let me check on zoom. Okay. Not seeing any hand raised or any of that. So we'll have to close first. Okay, so I've got a first from </w:t>
      </w:r>
    </w:p>
    <w:p>
      <w:r>
        <w:t xml:space="preserve">01:48:48   (Speaker E)  John, </w:t>
      </w:r>
    </w:p>
    <w:p>
      <w:r>
        <w:t xml:space="preserve">01:48:51   (Speaker A)  second for Tanya. All in favor? Okay, so yeah, so then it would just be a motion to approve. </w:t>
      </w:r>
    </w:p>
    <w:p>
      <w:r>
        <w:t xml:space="preserve">01:49:04   (Speaker B)  And so one thing though to take into consideration here before you consider the resolution for certifying the assessment role and the assessments is that the staff is looking into a question raised about the debt assessments on particular properties within the district. And so what? Since this also certifies the assessment role, what I would look for the board to do is to approve the resolution in substantial form so that the chair and district staff can finalize the assessment roles necessary. </w:t>
      </w:r>
    </w:p>
    <w:p>
      <w:r>
        <w:t xml:space="preserve">01:49:41   (Speaker C)  So, Mindy. </w:t>
      </w:r>
    </w:p>
    <w:p>
      <w:r>
        <w:t xml:space="preserve">01:49:43   (Speaker A)  Okay, so yeah. So motion to approve Resolution 2026 09, imposing special assessments and certifying assessment role in sub substantial form with authority for the chair to sign off on the final assessment role. John was a first, Tom was a second. Any other discussion? All in favor? Any opposed? Okay, so motion has passed. All right, so next. </w:t>
      </w:r>
    </w:p>
    <w:p>
      <w:r>
        <w:t xml:space="preserve">01:50:17   (Speaker C)  Sure. Just related to the specialist. That's part of the reason why we have that $500,000. We want to do everything we can to avoid any kind of coming back and ready. So that. That's our intention. Thank you. </w:t>
      </w:r>
    </w:p>
    <w:p>
      <w:r>
        <w:t xml:space="preserve">01:50:34   (Speaker A)  Okay, so next we do have another public hearing. So this is consideration resolution 2026 10. So this is adopted parking policies. Again, we had discussed this at the last meeting. You will have those see those parking policies in there. Again, we can only address parking on CDD property. So this does not cover county roads, things of that nature. It's essentially if somebody decided to park into the grass area around the pond bank, this would give the district a little bit more ability for the towing aspect of that. It is a public hearing, so we will need to open it up to the public comments and then afterwards, if there's any questions, we can address those. </w:t>
      </w:r>
    </w:p>
    <w:p>
      <w:r>
        <w:t xml:space="preserve">01:51:14   (Speaker C)  And we just looking for a motion to approve. </w:t>
      </w:r>
    </w:p>
    <w:p>
      <w:r>
        <w:t xml:space="preserve">01:51:17   (Speaker A)  So. So we got a first from Daryl, second from John. All in favor. Okay, so motion to open. So again, this is essentially audiences these in the agenda packet. This is to help with any kind of instances in the event that some vehicle is parked on actual CBD property, which would give the mainland grassy areas like palm banks, things of that nature. Yes. </w:t>
      </w:r>
    </w:p>
    <w:p>
      <w:r>
        <w:t xml:space="preserve">01:51:55   (Speaker B)  So My question would be just name and address. </w:t>
      </w:r>
    </w:p>
    <w:p>
      <w:r>
        <w:t xml:space="preserve">01:51:57   (Speaker A)  Yep, no worries. </w:t>
      </w:r>
    </w:p>
    <w:p>
      <w:r>
        <w:t xml:space="preserve">01:51:59   (Speaker B)  6244 Great Hair Drive. </w:t>
      </w:r>
    </w:p>
    <w:p>
      <w:r>
        <w:t xml:space="preserve">01:52:02   (Speaker A)  Thank you. </w:t>
      </w:r>
    </w:p>
    <w:p>
      <w:r>
        <w:t xml:space="preserve">01:52:03   (Speaker B)  My question would be. I, I was looking at the map and very specifically I can see a couple areas where they are parking. I do believe that they're actually fishing. My question would be, are we. I feel like it's, I'm not understanding this very well. But what would be the, the enforcement of that? Because they're coming in, they're fishing, they're there for a few hours, fishing while they're there and then they're leaving. So is that what we're talking about? Are you suggesting adopting a policy for people that are parking in the grassy area overnight? </w:t>
      </w:r>
    </w:p>
    <w:p>
      <w:r>
        <w:t xml:space="preserve">01:52:42   (Speaker A)  It would be more for long term. The difficulty the district has in being able to police somebody parking for a short term period and then leaving. This is more for long term. Unaccompanied cars. Just because we don't have police powers as a district and then we have certain rules and things that we have to abide by just as CDs to be able to enforce parking. And they're fairly limited, unfortunately. </w:t>
      </w:r>
    </w:p>
    <w:p>
      <w:r>
        <w:t xml:space="preserve">01:53:09   (Speaker B)  I would say it applies equally to a car that is parked there at any point in time that violates this policy. There's just a practical effect of enforcement. So by doing this, it allows us to tone it. Yeah. </w:t>
      </w:r>
    </w:p>
    <w:p>
      <w:r>
        <w:t xml:space="preserve">01:53:26   (Speaker C)  Okay. </w:t>
      </w:r>
    </w:p>
    <w:p>
      <w:r>
        <w:t xml:space="preserve">01:53:27   (Speaker A)  Any other questions? Any other questions, audience members? We're going to assume as well they're not seeing any. </w:t>
      </w:r>
    </w:p>
    <w:p>
      <w:r>
        <w:t xml:space="preserve">01:53:43   (Speaker C)  Okay. </w:t>
      </w:r>
    </w:p>
    <w:p>
      <w:r>
        <w:t xml:space="preserve">01:53:45   (Speaker A)  So if the board ready, we can go ahead and close the public comment period. From Jeff, second from Daryl. All in favor? </w:t>
      </w:r>
    </w:p>
    <w:p>
      <w:r>
        <w:t xml:space="preserve">01:54:04   (Speaker C)  Okay. </w:t>
      </w:r>
    </w:p>
    <w:p>
      <w:r>
        <w:t xml:space="preserve">01:54:04   (Speaker A)  So board, any further discussion concerning the parking policies? Obviously this was something that came up over the last few months. It does give the board a little bit of extra abilities, as we said. You know, there's still logistical aspects of being able to do it, but it does help with some of those. And it was a request from the resident as well. </w:t>
      </w:r>
    </w:p>
    <w:p>
      <w:r>
        <w:t xml:space="preserve">01:54:29   (Speaker C)  So we're gonna, that's gonna require some signs. </w:t>
      </w:r>
    </w:p>
    <w:p>
      <w:r>
        <w:t xml:space="preserve">01:54:32   (Speaker B)  Yeah. So for reference of the map, the circle of red areas, that's where we were informed where most of this is happening. And that is where the signs would be installed. There wouldn't be signs everywhere throughout the neighborhood. I believe it was the board direction previously, you know, limit and just put them there. So if you do want to change that, now might be the time, but otherwise it allows where the signs are for an immediate toe, so to speak. Whereas if someone else, someone is parking on CD property elsewhere where there is no sign, then we might just have to do an actual notice before the tow since there Would be no sign. </w:t>
      </w:r>
    </w:p>
    <w:p>
      <w:r>
        <w:t xml:space="preserve">01:55:17   (Speaker A)  And this. These signs are actually in the fishing areas that are designated fishing areas. </w:t>
      </w:r>
    </w:p>
    <w:p>
      <w:r>
        <w:t xml:space="preserve">01:55:24   (Speaker C)  So </w:t>
      </w:r>
    </w:p>
    <w:p>
      <w:r>
        <w:t xml:space="preserve">01:55:27   (Speaker B)  has there been any issues along. I know that Village Lakes Boulevard doesn't allow parking. That being said, have there been any issues with people parking along pond B? Do we need to consider putting a sign there? </w:t>
      </w:r>
    </w:p>
    <w:p>
      <w:r>
        <w:t xml:space="preserve">01:55:41   (Speaker A)  Management, we haven't received much of anything </w:t>
      </w:r>
    </w:p>
    <w:p>
      <w:r>
        <w:t xml:space="preserve">01:55:43   (Speaker C)  in the ways of parking. </w:t>
      </w:r>
    </w:p>
    <w:p>
      <w:r>
        <w:t xml:space="preserve">01:55:44   (Speaker A)  We know we talked about at the last meeting that from the board and residents that it is something that you all have noticed, but we very rarely, except for one resident, have heard. </w:t>
      </w:r>
    </w:p>
    <w:p>
      <w:r>
        <w:t xml:space="preserve">01:55:55   (Speaker B)  The only place I noticed it was at the back, around the back entrance. The lake around the back. But yeah, I just didn't know. I don't go down Village Lakes a lot, so I didn't know if anybody else had noticed that. Since we can't street park there, was that becoming an issue? </w:t>
      </w:r>
    </w:p>
    <w:p>
      <w:r>
        <w:t xml:space="preserve">01:56:08   (Speaker C)  I think it makes sense to put the signs there. Disrespectful events and follow me. </w:t>
      </w:r>
    </w:p>
    <w:p>
      <w:r>
        <w:t xml:space="preserve">01:56:12   (Speaker B)  That's what I was thinking too. Yeah. Because people are parking on the grass over there. Yeah. Since they can't park on the road, you know, so the signs. I mean, the sign would either be up there, like not. You're not going to put it up for a special event and then take it down. But you want to think time. Hundred percent. </w:t>
      </w:r>
    </w:p>
    <w:p>
      <w:r>
        <w:t xml:space="preserve">01:56:30   (Speaker C)  Yes, that'd be fine. That'll help us on those special events. Police that area. </w:t>
      </w:r>
    </w:p>
    <w:p>
      <w:r>
        <w:t xml:space="preserve">01:56:38   (Speaker B)  So then we just need to add a circle to the particular area right </w:t>
      </w:r>
    </w:p>
    <w:p>
      <w:r>
        <w:t xml:space="preserve">01:56:42   (Speaker C)  here in front of the. That green area right there in front of. </w:t>
      </w:r>
    </w:p>
    <w:p>
      <w:r>
        <w:t xml:space="preserve">01:56:46   (Speaker B)  Okay. </w:t>
      </w:r>
    </w:p>
    <w:p>
      <w:r>
        <w:t xml:space="preserve">01:56:48   (Speaker A)  Is it. Let me see again, John. </w:t>
      </w:r>
    </w:p>
    <w:p>
      <w:r>
        <w:t xml:space="preserve">01:56:50   (Speaker C)  Oh, sorry. </w:t>
      </w:r>
    </w:p>
    <w:p>
      <w:r>
        <w:t xml:space="preserve">01:56:51   (Speaker B)  Is it this right here, like by where it says 40 to the right </w:t>
      </w:r>
    </w:p>
    <w:p>
      <w:r>
        <w:t xml:space="preserve">01:56:56   (Speaker C)  of it, Just this whole green area </w:t>
      </w:r>
    </w:p>
    <w:p>
      <w:r>
        <w:t xml:space="preserve">01:56:57   (Speaker B)  right here between 40 to 41? </w:t>
      </w:r>
    </w:p>
    <w:p>
      <w:r>
        <w:t xml:space="preserve">01:56:59   (Speaker C)  Yeah, exactly. 40, 41. </w:t>
      </w:r>
    </w:p>
    <w:p>
      <w:r>
        <w:t xml:space="preserve">01:57:00   (Speaker B)  So all the whole frontage of Pond </w:t>
      </w:r>
    </w:p>
    <w:p>
      <w:r>
        <w:t xml:space="preserve">01:57:02   (Speaker C)  beach, actually, if you wanted to go over to that. All the way over to the pond right there to where the home start where the fence is that that whole area? So from right there on the other side of the pond all the way around to 41 or to 40. </w:t>
      </w:r>
    </w:p>
    <w:p>
      <w:r>
        <w:t xml:space="preserve">01:57:13   (Speaker B)  Okay. </w:t>
      </w:r>
    </w:p>
    <w:p>
      <w:r>
        <w:t xml:space="preserve">01:57:13   (Speaker C)  Okay. </w:t>
      </w:r>
    </w:p>
    <w:p>
      <w:r>
        <w:t xml:space="preserve">01:57:15   (Speaker B)  All right, cool. So from 40 to the end. Property. That's not property. Property. </w:t>
      </w:r>
    </w:p>
    <w:p>
      <w:r>
        <w:t xml:space="preserve">01:57:23   (Speaker C)  Yeah. But I agree it's a problem. </w:t>
      </w:r>
    </w:p>
    <w:p>
      <w:r>
        <w:t xml:space="preserve">01:57:24   (Speaker B)  Yeah. Did I even do a little circle or did you do that? </w:t>
      </w:r>
    </w:p>
    <w:p>
      <w:r>
        <w:t xml:space="preserve">01:57:29   (Speaker A)  I didn't. And I can update that little spot. </w:t>
      </w:r>
    </w:p>
    <w:p>
      <w:r>
        <w:t xml:space="preserve">01:57:34   (Speaker C)  Yeah. </w:t>
      </w:r>
    </w:p>
    <w:p>
      <w:r>
        <w:t xml:space="preserve">01:57:35   (Speaker B)  It took me like five years to figure out. All right. And if there's not any further discussion on that, then we can do a motion to approve the resolution as the map is amended. </w:t>
      </w:r>
    </w:p>
    <w:p>
      <w:r>
        <w:t xml:space="preserve">01:58:02   (Speaker C)  Yep. Okay. </w:t>
      </w:r>
    </w:p>
    <w:p>
      <w:r>
        <w:t xml:space="preserve">01:58:05   (Speaker A)  First from John, second from Jeff. All in favor? </w:t>
      </w:r>
    </w:p>
    <w:p>
      <w:r>
        <w:t xml:space="preserve">01:58:08   (Speaker C)  Aye. Any opposed </w:t>
      </w:r>
    </w:p>
    <w:p>
      <w:r>
        <w:t xml:space="preserve">01:58:12   (Speaker A)  motion plan is passed Next business items so we do have another resolution consideration resolution 202611 so this is adopted fiscal year 2027 meeting schedule we did not make any changes to the schedule that you have. The only time would be is December just because you guys meet the fourth Wednesday falls during the holiday. What we've done in the past is we've moved it up. I do have a conflict on the first Wednesday of the month but there's another day we can look at depending on your schedules. </w:t>
      </w:r>
    </w:p>
    <w:p>
      <w:r>
        <w:t xml:space="preserve">01:58:54   (Speaker B)  December 16th let's see here. December 16th at 10. That should be fun. I have the 2 o' clock but it's virtual. </w:t>
      </w:r>
    </w:p>
    <w:p>
      <w:r>
        <w:t xml:space="preserve">01:59:16   (Speaker A)  December 9th would be better for me. </w:t>
      </w:r>
    </w:p>
    <w:p>
      <w:r>
        <w:t xml:space="preserve">01:59:21   (Speaker B)  I cannot do the 9th but let me check Lauren. </w:t>
      </w:r>
    </w:p>
    <w:p>
      <w:r>
        <w:t xml:space="preserve">01:59:27   (Speaker A)  Yeah. The second I have a conflict and the 16th I'd just be worried because I have something that would follow right after. </w:t>
      </w:r>
    </w:p>
    <w:p>
      <w:r>
        <w:t xml:space="preserve">01:59:33   (Speaker B)  So. I'm just checking our availability because I personally am not but I will need to see if Lauren is. </w:t>
      </w:r>
    </w:p>
    <w:p>
      <w:r>
        <w:t xml:space="preserve">01:59:58   (Speaker C)  Question </w:t>
      </w:r>
    </w:p>
    <w:p>
      <w:r>
        <w:t xml:space="preserve">02:00:01   (Speaker A)  still, still, still deciding. </w:t>
      </w:r>
    </w:p>
    <w:p>
      <w:r>
        <w:t xml:space="preserve">02:00:11   (Speaker B)  So that would be the ninth is what the second run? </w:t>
      </w:r>
    </w:p>
    <w:p>
      <w:r>
        <w:t xml:space="preserve">02:00:15   (Speaker C)  Yep. Second Wednesday </w:t>
      </w:r>
    </w:p>
    <w:p>
      <w:r>
        <w:t xml:space="preserve">02:00:19   (Speaker B)  and I would normally have it free but I know I just change those. </w:t>
      </w:r>
    </w:p>
    <w:p>
      <w:r>
        <w:t xml:space="preserve">02:00:30   (Speaker A)  So one thing I did notice. So it is 10am right here. They do have it in here because you have the August meeting 6pm but it does it define right now? It says 6pm so it would be 10 10am for all the meetings except for the August meeting which is your budget as of tonight which you have elected to do a night meeting at 6pm so we can keep that as well. So you would in the motion we make that adjustment of 10am except for the August meeting 6 6pm well she's checking just to see if we have the. </w:t>
      </w:r>
    </w:p>
    <w:p>
      <w:r>
        <w:t xml:space="preserve">02:01:03   (Speaker B)  It might. </w:t>
      </w:r>
    </w:p>
    <w:p>
      <w:r>
        <w:t xml:space="preserve">02:01:03   (Speaker A)  We can come back. </w:t>
      </w:r>
    </w:p>
    <w:p>
      <w:r>
        <w:t xml:space="preserve">02:01:04   (Speaker B)  Yeah. Can we come back? </w:t>
      </w:r>
    </w:p>
    <w:p>
      <w:r>
        <w:t xml:space="preserve">02:01:05   (Speaker A)  Yeah. We'll circle back to. She's going to check to see if Lauren is available that day. So we'll move on and we'll circle back to that. So Discussion of Resolution 202503 so this is authorizing the disbursement of funds without prior order approval. So this is the ability for the chair management to be able to execute things outside of a meeting. There was discussion about the funding amount and at the last so we wanted to bring this back and discuss, you know, any adjustments that you want to make. We're happy to make them. Yeah. So if there's any discussion now be the opportunity and then we can adjust accordingly if there's a motion. So you see basically it's on page 84 of what you currently have. </w:t>
      </w:r>
    </w:p>
    <w:p>
      <w:r>
        <w:t xml:space="preserve">02:02:04   (Speaker B)  20500 5000. 5000. </w:t>
      </w:r>
    </w:p>
    <w:p>
      <w:r>
        <w:t xml:space="preserve">02:02:07   (Speaker A)  It's, it's the. For non continuing expenses for critical infrastructure emergency items not exceeding five. But then the third one is for critical infrastructure repairs and emergency items exceeding five. And then that would take the approval of the district manager and chairperson. So essentially it's up to 2,500 by the chair, up to 5,000 by the DM. But if there's something that exceeds 5,000 it would take the DM and the chair to approve. So we can adjust those numbers however you like. We can do. You don't have to do an exceed. You could do a $10,000 cap and then at that point then it could trigger a special meeting if something needs to be approved. You know, it's just however you'd like to do it as a board. </w:t>
      </w:r>
    </w:p>
    <w:p>
      <w:r>
        <w:t xml:space="preserve">02:02:55   (Speaker B)  Can we cap. I mean would everybody in agree be in agreements to cap number 3,000? Are you under section one or two work both. </w:t>
      </w:r>
    </w:p>
    <w:p>
      <w:r>
        <w:t xml:space="preserve">02:03:07   (Speaker A)  Oh sorry, yeah, down there. So the first two. Yeah. Are individual with not to exceeds but then the second one is exceeding with both together. So you could do up to 10 and or to be not to exceed 10. And so essentially you'd have Chair's ability up to $2,500, DM's ability up to 5 and then Chair and DM together up to 10 and then anything over 10 wouldn't be allowed. And then you would have that emergency meeting if there's something that needed to be approved. </w:t>
      </w:r>
    </w:p>
    <w:p>
      <w:r>
        <w:t xml:space="preserve">02:03:42   (Speaker B)  And I can just give a little information behind it as well. So you can definitely put a cap on it if you'd like. But if you do have something that does require a fix, whether it be hurricane related damage or something like that, you will be limited to the noticing requirements that you would still have to do for an emergency meeting. So just take that into consideration on whether or not you actually want to cap for potential emergency, things like that or if there are certain concerns you have as it relates to capital projects that are being done or change orders or things like that. Then we can always write something in </w:t>
      </w:r>
    </w:p>
    <w:p>
      <w:r>
        <w:t xml:space="preserve">02:04:20   (Speaker C)  relating to government, you know, state of emergency maybe. </w:t>
      </w:r>
    </w:p>
    <w:p>
      <w:r>
        <w:t xml:space="preserve">02:04:26   (Speaker B)  Well, well that's what we. So we have the non continuing expenses are for the health, safety, welfare if it needs, you know, required maintenance past the normal. Right. </w:t>
      </w:r>
    </w:p>
    <w:p>
      <w:r>
        <w:t xml:space="preserve">02:04:41   (Speaker C)  If the governor declared a state of emergency because it's something like that, then you could waive it. </w:t>
      </w:r>
    </w:p>
    <w:p>
      <w:r>
        <w:t xml:space="preserve">02:04:47   (Speaker B)  You would need something written in pana. </w:t>
      </w:r>
    </w:p>
    <w:p>
      <w:r>
        <w:t xml:space="preserve">02:04:49   (Speaker C)  Yeah, yeah, that's what I'm saying. </w:t>
      </w:r>
    </w:p>
    <w:p>
      <w:r>
        <w:t xml:space="preserve">02:04:51   (Speaker B)  So. </w:t>
      </w:r>
    </w:p>
    <w:p>
      <w:r>
        <w:t xml:space="preserve">02:04:51   (Speaker C)  So something like $10,000 something we deem an emergency but if there's a publicly declared emergency go to so something like </w:t>
      </w:r>
    </w:p>
    <w:p>
      <w:r>
        <w:t xml:space="preserve">02:05:02   (Speaker A)  section 2, item 3 with a not to exceed the chair and DM of $10,000 unless a state public declaration of emergency has been issued. </w:t>
      </w:r>
    </w:p>
    <w:p>
      <w:r>
        <w:t xml:space="preserve">02:05:14   (Speaker C)  In which case there would be no limit to what would that work do you think? </w:t>
      </w:r>
    </w:p>
    <w:p>
      <w:r>
        <w:t xml:space="preserve">02:05:20   (Speaker B)  Yes, you just might still be limiting yourself in case there's not a state declarative. </w:t>
      </w:r>
    </w:p>
    <w:p>
      <w:r>
        <w:t xml:space="preserve">02:05:24   (Speaker C)  What do you recommend? </w:t>
      </w:r>
    </w:p>
    <w:p>
      <w:r>
        <w:t xml:space="preserve">02:05:26   (Speaker B)  Well what. What's the concern of it was the stump issues. </w:t>
      </w:r>
    </w:p>
    <w:p>
      <w:r>
        <w:t xml:space="preserve">02:05:31   (Speaker A)  The projects that we had and we were working with Lauren on some of those and some of the water. </w:t>
      </w:r>
    </w:p>
    <w:p>
      <w:r>
        <w:t xml:space="preserve">02:05:35   (Speaker B)  A way that it can be done is you can have in here for like capital projects which have already been approved. You can put a cap on what the total change orders can be whether it's a dollar amount or percentage amount of the total contract. And that way you are, you know, you have your not to exceed as long as it's not more than 10%. You can proceed as long as not more than 10% of the total project. But if it's going to be more than 10% of the total project, it needs to come back to a board meeting type of thing. If you're concerned about it like being a capital project like the sun was. Can you remind us what. I'm sorry but Lauren did respond to me. I heard it was. She said yeah, what the requirements are for the emergency meeting. Oh, so the emergency meeting you still have to be able to notice it and then you have to be able to ratify afterwards. You have to. The emergency notice is very short from what I understand. Right. It's usually it's like three days type of thing. A normal special meeting. You just need that week's notice. But you're also still playing with the publications timelines and deadlines which can usually be three days before you can get anything anyway. So you always need to build in another three to four business days of when you can actually get something to publish with a page. </w:t>
      </w:r>
    </w:p>
    <w:p>
      <w:r>
        <w:t xml:space="preserve">02:06:46   (Speaker A)  Yes. So we'd be like hey, we need to have a special meeting. But the earliest we can run an ad is three days from now. </w:t>
      </w:r>
    </w:p>
    <w:p>
      <w:r>
        <w:t xml:space="preserve">02:06:51   (Speaker B)  Yeah. </w:t>
      </w:r>
    </w:p>
    <w:p>
      <w:r>
        <w:t xml:space="preserve">02:06:52   (Speaker A)  And then the ad has to run for three days. Yeah. </w:t>
      </w:r>
    </w:p>
    <w:p>
      <w:r>
        <w:t xml:space="preserve">02:06:54   (Speaker C)  And then has to run for three </w:t>
      </w:r>
    </w:p>
    <w:p>
      <w:r>
        <w:t xml:space="preserve">02:06:56   (Speaker A)  days and be out for three days beforehand. So it's really six days. Yeah. Well, it's gonna cost. Well board members are still entitled to their 200ameeting you guys. And then there's still publication for it. Council attends and if you need engineer </w:t>
      </w:r>
    </w:p>
    <w:p>
      <w:r>
        <w:t xml:space="preserve">02:07:15   (Speaker B)  for something engineering costs and then additional </w:t>
      </w:r>
    </w:p>
    <w:p>
      <w:r>
        <w:t xml:space="preserve">02:07:19   (Speaker A)  meetings out additional meetings outside of of you know the allotted for management, there </w:t>
      </w:r>
    </w:p>
    <w:p>
      <w:r>
        <w:t xml:space="preserve">02:07:26   (Speaker C)  is an additional charge for that management. </w:t>
      </w:r>
    </w:p>
    <w:p>
      <w:r>
        <w:t xml:space="preserve">02:07:30   (Speaker B)  So One thing that I think Lauren had discussed with you, Tanya, is the capital projects which have been previously approved by the board, they can be approved outside of a board meeting under category three, and you can cap the change orders at like the greater of 15 grand or 10% of the contract price or a different percentage. That's up to the board's discretion. So that way, like, there's still some risk if an emergency could arise with a capital project, but you're not as stuck for things that are not the capital projects and that are true emergencies where you might need the district management chair to be able to do, you know, 15 grand or something that might </w:t>
      </w:r>
    </w:p>
    <w:p>
      <w:r>
        <w:t xml:space="preserve">02:08:11   (Speaker C)  come up from damage, whatever the projects. And I guess when we're in emergency situation, you just have to do what needs to be done. </w:t>
      </w:r>
    </w:p>
    <w:p>
      <w:r>
        <w:t xml:space="preserve">02:08:22   (Speaker B)  Right. </w:t>
      </w:r>
    </w:p>
    <w:p>
      <w:r>
        <w:t xml:space="preserve">02:08:22   (Speaker C)  And with the capital, there's, you know, we've had discussion and it's like, oh, okay, maybe if it's going further. That's where I think we probably have this a level of approval and then after that have the opportunity for the board to come back and discuss it. So that, that's my sense is how do we make sure that the board's informed on the capital projects if we run into an acceptance. It's been a. </w:t>
      </w:r>
    </w:p>
    <w:p>
      <w:r>
        <w:t xml:space="preserve">02:08:46   (Speaker B)  So, yeah, because like, that decision was made way quicker than it made. We could have waited for a meeting for. That is what I'm getting at. So. </w:t>
      </w:r>
    </w:p>
    <w:p>
      <w:r>
        <w:t xml:space="preserve">02:08:53   (Speaker A)  And that's. </w:t>
      </w:r>
    </w:p>
    <w:p>
      <w:r>
        <w:t xml:space="preserve">02:08:53   (Speaker B)  But yeah, I think you're right. It's more about projects, but where at </w:t>
      </w:r>
    </w:p>
    <w:p>
      <w:r>
        <w:t xml:space="preserve">02:08:57   (Speaker C)  least that meeting cost is $5,000. </w:t>
      </w:r>
    </w:p>
    <w:p>
      <w:r>
        <w:t xml:space="preserve">02:09:06   (Speaker A)  And that's part of too where, you know, things come up and it is discretionary. And obviously, you know, when looking back at certain things, you can always go, yeah, well, maybe that. Yes. No, it could have happened. It shouldn't have happened. Could have waited. Didn't need to wait because I've had it the other way too is like, why'd you wait? And so if, if we have, </w:t>
      </w:r>
    </w:p>
    <w:p>
      <w:r>
        <w:t xml:space="preserve">02:09:28   (Speaker B)  you </w:t>
      </w:r>
    </w:p>
    <w:p>
      <w:r>
        <w:t xml:space="preserve">02:09:29   (Speaker A)  know, if you leave essentially that in there for the emergency aspects, but then you do like what Lindsay's suggesting with. When it comes specifically to an approved capital project. </w:t>
      </w:r>
    </w:p>
    <w:p>
      <w:r>
        <w:t xml:space="preserve">02:09:36   (Speaker B)  Yeah. </w:t>
      </w:r>
    </w:p>
    <w:p>
      <w:r>
        <w:t xml:space="preserve">02:09:38   (Speaker A)  It keeps your emergency abilities intact, yet it defines approved capital projects of threshold. </w:t>
      </w:r>
    </w:p>
    <w:p>
      <w:r>
        <w:t xml:space="preserve">02:09:46   (Speaker C)  Yeah, I like this. Maybe slap a 10%. </w:t>
      </w:r>
    </w:p>
    <w:p>
      <w:r>
        <w:t xml:space="preserve">02:09:49   (Speaker B)  Yeah. We can carve out like three and say like section three applies to anything except for capital projects, unless there is an emergency within the capital projects. And then we can have like a Section 4 or Category 4 that has to do with the capital project. So do you guys have like an amount or a percentage? We can just, I Mean, I can bring a resolution back at the next meeting, but just so you guys can leave a blank and fill it in. Biggest project. Does anybody know what that number is? </w:t>
      </w:r>
    </w:p>
    <w:p>
      <w:r>
        <w:t xml:space="preserve">02:10:18   (Speaker C)  This. </w:t>
      </w:r>
    </w:p>
    <w:p>
      <w:r>
        <w:t xml:space="preserve">02:10:19   (Speaker A)  This one was the biggest by far. It was three. 40 is what it was. 332. </w:t>
      </w:r>
    </w:p>
    <w:p>
      <w:r>
        <w:t xml:space="preserve">02:10:28   (Speaker C)  So, I mean, the biggest project is the lake. We have the savings was company went out of business and made. Yeah, subcontractors did the work. Yeah. </w:t>
      </w:r>
    </w:p>
    <w:p>
      <w:r>
        <w:t xml:space="preserve">02:10:43   (Speaker B)  Well, how about this? We'll just draft up the resolution for the next meeting and then you guys have the time to think about the dollar amount and a percentage. And then we can always adjust it. It's in work so we can figure that out at the next meeting. That works. Okay, great. </w:t>
      </w:r>
    </w:p>
    <w:p>
      <w:r>
        <w:t xml:space="preserve">02:11:07   (Speaker C)  Still looking in December. Is that what we're doing? </w:t>
      </w:r>
    </w:p>
    <w:p>
      <w:r>
        <w:t xml:space="preserve">02:11:10   (Speaker B)  Oh, did she. Yeah, we can. We can do the ninth. There's a potential. It might need to be virtual attendance by Lauren, but she can do the ninth. </w:t>
      </w:r>
    </w:p>
    <w:p>
      <w:r>
        <w:t xml:space="preserve">02:11:19   (Speaker C)  Okay, </w:t>
      </w:r>
    </w:p>
    <w:p>
      <w:r>
        <w:t xml:space="preserve">02:11:31   (Speaker A)  So we've got a direction for Resolution 2025.03. </w:t>
      </w:r>
    </w:p>
    <w:p>
      <w:r>
        <w:t xml:space="preserve">02:11:39   (Speaker B)  Direction to prepare a new spending authority resolve. </w:t>
      </w:r>
    </w:p>
    <w:p>
      <w:r>
        <w:t xml:space="preserve">02:11:51   (Speaker A)  Okay, so I got a note for that. So we'll circle back here to consideration of resolution 2026. 11. So this is adopting the fiscal year 2027 meeting schedule. So again, the changes, essentially, since we have December 9th, it would be meeting times for 10:00am except the August meeting would be 6:00pm and the December meeting date for December 9th at 10:00am as well. Okay, so anybody like to make a first on that? Okay, so we got a first. </w:t>
      </w:r>
    </w:p>
    <w:p>
      <w:r>
        <w:t xml:space="preserve">02:12:34   (Speaker C)  Daryl? </w:t>
      </w:r>
    </w:p>
    <w:p>
      <w:r>
        <w:t xml:space="preserve">02:12:37   (Speaker A)  I'm sorry. Second. Tom, is that you? Okay, Second Tom, any other discussion? All in favor? Any opposed? Okay, this motion has passed. So a couple housekeeping items here for you. So we've got the consideration of ground associates fiscal year 2026 audit engagement letter. So you are currently in contract with Braille, that is, who does your annual audit. This is just an engagement at a letter for the upcoming 2026 audit, essentially stating what they do, reminder of prices, things of that nature. You are in contract with that once. I don't know exactly when that contract expires. I can look that up if the board's interested in knowing. But you do have. Once the contract expires, you do have to go out for bid, and there's a audit committee selection and everything like that. But right now, you are in contract with them. So unless there's any other questions or concerns, we're just looking for a motion to accept engagement letter. So that was a first from Jeff, second from Daryl. All in favor. </w:t>
      </w:r>
    </w:p>
    <w:p>
      <w:r>
        <w:t xml:space="preserve">02:13:42   (Speaker B)  And it looks like you guys did it back in 22 so you'd be </w:t>
      </w:r>
    </w:p>
    <w:p>
      <w:r>
        <w:t xml:space="preserve">02:13:46   (Speaker A)  coming up here probably next year. Have to go through that in a second. Okay, so we have two considerations here. So this is the LLS Tax Solutions for the Arbitrage Services engagement letter for the Bond series of 2015, Area 1, and then also Area 2. This is a compliance item for the bonds. You've seen this last year before. This is essentially just making sure that your bonds are in compliance and everything is being allocated correctly. So you can approve these individually if you'd like, or we can do together if you want. Yes. Okay, so then it be Motion to approve LLS Tax Solutions Arbitrage Services Engagement Letter for Bond Series 2015 Assessment, Area 1 and Area 2. So that is our first for Tanya, second for John. All in favor? So motion's passed. All right, next is your approval of fiscal year 2027 goals and objectives. So this is a newer requirement in the state. It's something that all CDDs are required to do. You'll see in there we have objectives that you feel that the district will be able to achieve. You know, this is something that the board. Every board has to approve. Now, the requirements are fairly basic. You just need to establish goals. And at the end of the year, we'll have. In October, we'll have that you edit your goals. </w:t>
      </w:r>
    </w:p>
    <w:p>
      <w:r>
        <w:t xml:space="preserve">02:15:44   (Speaker C)  We'll present the board for approval of </w:t>
      </w:r>
    </w:p>
    <w:p>
      <w:r>
        <w:t xml:space="preserve">02:15:46   (Speaker A)  geometric goals and then it's posted to the website. Really nothing else at this point in time besides that. So this is our recommendation for the board. </w:t>
      </w:r>
    </w:p>
    <w:p>
      <w:r>
        <w:t xml:space="preserve">02:15:54   (Speaker C)  I'd like the board to consider adding new visionary exercise to the goals for this fiscal year. </w:t>
      </w:r>
    </w:p>
    <w:p>
      <w:r>
        <w:t xml:space="preserve">02:16:01   (Speaker A)  I will say that the board can operate as much as they'd like and do anything they like outside of these goals. </w:t>
      </w:r>
    </w:p>
    <w:p>
      <w:r>
        <w:t xml:space="preserve">02:16:11   (Speaker C)  Yeah. </w:t>
      </w:r>
    </w:p>
    <w:p>
      <w:r>
        <w:t xml:space="preserve">02:16:12   (Speaker A)  Teeth for it to hold to. You welcome. </w:t>
      </w:r>
    </w:p>
    <w:p>
      <w:r>
        <w:t xml:space="preserve">02:16:14   (Speaker C)  But if you say visioning. </w:t>
      </w:r>
    </w:p>
    <w:p>
      <w:r>
        <w:t xml:space="preserve">02:16:18   (Speaker B)  Yeah. </w:t>
      </w:r>
    </w:p>
    <w:p>
      <w:r>
        <w:t xml:space="preserve">02:16:19   (Speaker C)  So we want to engage with somebody to help us set a roadmap for what this place wants to do so we can take our youth in the community rather than having to decide to sign it. </w:t>
      </w:r>
    </w:p>
    <w:p>
      <w:r>
        <w:t xml:space="preserve">02:16:33   (Speaker A)  So what exactly would entail with that, though? </w:t>
      </w:r>
    </w:p>
    <w:p>
      <w:r>
        <w:t xml:space="preserve">02:16:36   (Speaker B)  We need the goal and we need to know how you would get to it. </w:t>
      </w:r>
    </w:p>
    <w:p>
      <w:r>
        <w:t xml:space="preserve">02:16:39   (Speaker C)  Say again? </w:t>
      </w:r>
    </w:p>
    <w:p>
      <w:r>
        <w:t xml:space="preserve">02:16:40   (Speaker B)  We would need to know what the goal is and what steps you would take to get to that goal. </w:t>
      </w:r>
    </w:p>
    <w:p>
      <w:r>
        <w:t xml:space="preserve">02:16:44   (Speaker C)  Identify a facilitator that had come in and a roadmap and exercise to include a survey and a workshop to all the members of the district to understand what they. What they pulled. I know talking about these benches, there's some other things that are out there as well. Just kind of get the idea on what the community Wants the district to provide in terms of services. How could we just give the hoa survey. From us through the </w:t>
      </w:r>
    </w:p>
    <w:p>
      <w:r>
        <w:t xml:space="preserve">02:17:31   (Speaker B)  spend thousands of dollars on an outside third party. </w:t>
      </w:r>
    </w:p>
    <w:p>
      <w:r>
        <w:t xml:space="preserve">02:17:34   (Speaker C)  I, I don't think that we would do well. I think that we want to have an objective third party coming lead a spinner so that we could remove any biases that people are having. And we've all that. Right. So that's, that's my take on. </w:t>
      </w:r>
    </w:p>
    <w:p>
      <w:r>
        <w:t xml:space="preserve">02:17:56   (Speaker B)  Now, do you have any experience with this? I mean, like what this looks like class wise. Have any other districts that you work with done something Budgets? </w:t>
      </w:r>
    </w:p>
    <w:p>
      <w:r>
        <w:t xml:space="preserve">02:18:05   (Speaker A)  No, not outside of the district. We've done polls and things to limited success. Usually you don't get engagement. You don't get people who actually respond. </w:t>
      </w:r>
    </w:p>
    <w:p>
      <w:r>
        <w:t xml:space="preserve">02:18:14   (Speaker B)  Well, that's my concern. </w:t>
      </w:r>
    </w:p>
    <w:p>
      <w:r>
        <w:t xml:space="preserve">02:18:15   (Speaker A)  The response rates are usually low. We. I've never, We've never done an outside contractor for it. You know, if you did it, we. We could search to see if we could find folks to do it. We would just come out in reserves still. </w:t>
      </w:r>
    </w:p>
    <w:p>
      <w:r>
        <w:t xml:space="preserve">02:18:33   (Speaker B)  Yeah. </w:t>
      </w:r>
    </w:p>
    <w:p>
      <w:r>
        <w:t xml:space="preserve">02:18:34   (Speaker C)  And I'm not saying we. We bind ourselves the contractor in this case, we find ourselves. We can debate the how, but let's just agree what it is. </w:t>
      </w:r>
    </w:p>
    <w:p>
      <w:r>
        <w:t xml:space="preserve">02:18:45   (Speaker A)  I would still think if this is something you'd like to do because again, if you make it an official goal and objective and for whatever reason. Well, yeah, but if you don't do it, then you're officially failing. Yeah, that would be the goal. I mean, obviously. So, yeah, </w:t>
      </w:r>
    </w:p>
    <w:p>
      <w:r>
        <w:t xml:space="preserve">02:19:08   (Speaker B)  I think there was a motion, but not a second. </w:t>
      </w:r>
    </w:p>
    <w:p>
      <w:r>
        <w:t xml:space="preserve">02:19:17   (Speaker C)  If we're not ready to put that as a goal tonight, is that something that could be amended at a future date, like in the next meeting or. Sometimes you really want to do that. Is it setting concrete. Once we approve this tonight, you do </w:t>
      </w:r>
    </w:p>
    <w:p>
      <w:r>
        <w:t xml:space="preserve">02:19:33   (Speaker B)  have to submit it to the state. You will not have another meeting before it needs to be submitted to the state. </w:t>
      </w:r>
    </w:p>
    <w:p>
      <w:r>
        <w:t xml:space="preserve">02:19:38   (Speaker C)  So it cannot be. </w:t>
      </w:r>
    </w:p>
    <w:p>
      <w:r>
        <w:t xml:space="preserve">02:19:39   (Speaker B)  Oh, wait, no. October. You would. </w:t>
      </w:r>
    </w:p>
    <w:p>
      <w:r>
        <w:t xml:space="preserve">02:19:41   (Speaker A)  Well, their meeting's October 28th. </w:t>
      </w:r>
    </w:p>
    <w:p>
      <w:r>
        <w:t xml:space="preserve">02:19:43   (Speaker C)  Okay. Once submitted, it cannot be amended annually. Is that what we're saying? </w:t>
      </w:r>
    </w:p>
    <w:p>
      <w:r>
        <w:t xml:space="preserve">02:19:46   (Speaker B)  Once it's with the state, it's with the state. But you, but you can change it for the next year. It's something you have to do annually. </w:t>
      </w:r>
    </w:p>
    <w:p>
      <w:r>
        <w:t xml:space="preserve">02:19:56   (Speaker C)  I'm not opposed to, but I'm. I'm not eager to go ahead and add it to our list because I don't know how we get after it. So, I mean, I, I think the concept is a good concept that I'm not confident enough that we know how to execute that I want to. If we're on a tight time frame, I want to put it as a goal. </w:t>
      </w:r>
    </w:p>
    <w:p>
      <w:r>
        <w:t xml:space="preserve">02:20:23   (Speaker A)  Okay. </w:t>
      </w:r>
    </w:p>
    <w:p>
      <w:r>
        <w:t xml:space="preserve">02:20:24   (Speaker C)  All right. So can I move to accept this? </w:t>
      </w:r>
    </w:p>
    <w:p>
      <w:r>
        <w:t xml:space="preserve">02:20:27   (Speaker A)  Well, yeah, so we didn't get a second for that with adding it. So then. But Daryl, you want to do a motion? </w:t>
      </w:r>
    </w:p>
    <w:p>
      <w:r>
        <w:t xml:space="preserve">02:20:33   (Speaker B)  Motion fails though. </w:t>
      </w:r>
    </w:p>
    <w:p>
      <w:r>
        <w:t xml:space="preserve">02:20:34   (Speaker A)  Yeah. </w:t>
      </w:r>
    </w:p>
    <w:p>
      <w:r>
        <w:t xml:space="preserve">02:20:34   (Speaker B)  Okay. Yeah. </w:t>
      </w:r>
    </w:p>
    <w:p>
      <w:r>
        <w:t xml:space="preserve">02:20:35   (Speaker A)  And so then Daryl, you want to do. Since we didn't get a second, you want to do a additional motion just to approve the fiscal year 27 goals as presented. </w:t>
      </w:r>
    </w:p>
    <w:p>
      <w:r>
        <w:t xml:space="preserve">02:20:59   (Speaker C)  Sorry. </w:t>
      </w:r>
    </w:p>
    <w:p>
      <w:r>
        <w:t xml:space="preserve">02:21:02   (Speaker A)  Okay, so that's person, Darryl. Second for Jeff. All in favor to be opposed? Motion as asked. Okay, Next is acceptance of the AEGIS fiscal year 2027 insurance schedule. So this is essentially what you had last time that was insured by Aegis in your insurance company. We do expect to get the actual proposal next month. It's in September usually when that proposal comes out. But this is essentially just looking for the board to approve what we have on the schedule. I have hope that you're not going to see a much change in the premium. Some of the things that were up in the legislature did not pass, which </w:t>
      </w:r>
    </w:p>
    <w:p>
      <w:r>
        <w:t xml:space="preserve">02:22:00   (Speaker C)  would have definitely affected that. So we're just proving that this is what we like to have, correct? </w:t>
      </w:r>
    </w:p>
    <w:p>
      <w:r>
        <w:t xml:space="preserve">02:22:21   (Speaker E)  Yeah. </w:t>
      </w:r>
    </w:p>
    <w:p>
      <w:r>
        <w:t xml:space="preserve">02:22:21   (Speaker A)  So you got the irrigation systems and then we have the dock which we </w:t>
      </w:r>
    </w:p>
    <w:p>
      <w:r>
        <w:t xml:space="preserve">02:22:24   (Speaker C)  added a few years ago. </w:t>
      </w:r>
    </w:p>
    <w:p>
      <w:r>
        <w:t xml:space="preserve">02:22:28   (Speaker A)  Okay. So then got it first from Tanya and second from Jeff. </w:t>
      </w:r>
    </w:p>
    <w:p>
      <w:r>
        <w:t xml:space="preserve">02:22:35   (Speaker C)  Is there any impact of the premium on having the irrigation in there? </w:t>
      </w:r>
    </w:p>
    <w:p>
      <w:r>
        <w:t xml:space="preserve">02:22:40   (Speaker A)  I mean, yeah. </w:t>
      </w:r>
    </w:p>
    <w:p>
      <w:r>
        <w:t xml:space="preserve">02:22:42   (Speaker C)  What's the impact of the premium on that? Because honestly, players we make are always going to come out of cash. We're never going to file a claim. You're going to start white. </w:t>
      </w:r>
    </w:p>
    <w:p>
      <w:r>
        <w:t xml:space="preserve">02:22:55   (Speaker B)  Is that actually for the irrigation or is it for any of the storm water stuff? Because I know my other district, it's labeled it as irrigation, but then it was actually all for our stormwater structure. </w:t>
      </w:r>
    </w:p>
    <w:p>
      <w:r>
        <w:t xml:space="preserve">02:23:05   (Speaker A)  I'll have to clarify. </w:t>
      </w:r>
    </w:p>
    <w:p>
      <w:r>
        <w:t xml:space="preserve">02:23:07   (Speaker E)  Yeah. </w:t>
      </w:r>
    </w:p>
    <w:p>
      <w:r>
        <w:t xml:space="preserve">02:23:07   (Speaker C)  If it's for irrigation, I don't think it's necessary. Stormwater again, it. But even then that's a stretch. </w:t>
      </w:r>
    </w:p>
    <w:p>
      <w:r>
        <w:t xml:space="preserve">02:23:13   (Speaker A)  I can make a note to ask </w:t>
      </w:r>
    </w:p>
    <w:p>
      <w:r>
        <w:t xml:space="preserve">02:23:18   (Speaker C)  the thing in the same. </w:t>
      </w:r>
    </w:p>
    <w:p>
      <w:r>
        <w:t xml:space="preserve">02:23:20   (Speaker A)  I can, I can ask. It's something that we can always amend. </w:t>
      </w:r>
    </w:p>
    <w:p>
      <w:r>
        <w:t xml:space="preserve">02:23:23   (Speaker C)  And how much is our debt? </w:t>
      </w:r>
    </w:p>
    <w:p>
      <w:r>
        <w:t xml:space="preserve">02:23:26   (Speaker A)  I. I don't know what it is this upcoming year yet, but. </w:t>
      </w:r>
    </w:p>
    <w:p>
      <w:r>
        <w:t xml:space="preserve">02:23:29   (Speaker C)  Pretty high, right? It's like 10 grand or something like that. </w:t>
      </w:r>
    </w:p>
    <w:p>
      <w:r>
        <w:t xml:space="preserve">02:23:32   (Speaker A)  Yeah. But that covers like liability insurance, that type of stuff. And when most of yours just given the district and what you have, most of yours is the liability aspects and board coverages and things. </w:t>
      </w:r>
    </w:p>
    <w:p>
      <w:r>
        <w:t xml:space="preserve">02:23:45   (Speaker C)  But like. </w:t>
      </w:r>
    </w:p>
    <w:p>
      <w:r>
        <w:t xml:space="preserve">02:23:46   (Speaker A)  Yeah, not as much, not as much of physical assets because the district doesn't really own a lot of physical assets that are insurable when you can't ensure landscaping. That's a huge portion of your stuff. </w:t>
      </w:r>
    </w:p>
    <w:p>
      <w:r>
        <w:t xml:space="preserve">02:23:58   (Speaker C)  Sure, that. </w:t>
      </w:r>
    </w:p>
    <w:p>
      <w:r>
        <w:t xml:space="preserve">02:23:59   (Speaker A)  But I can ask. And again, if it's something that where we feel we need to take off, we can do just like we can add down the road too. So. I made a note of that. Any other questions for it as of now? So I'll look into that. But we'll, I mean as of now it'll stay as is. Anybody like to make a motion? Actually, sorry, we already had the motion. </w:t>
      </w:r>
    </w:p>
    <w:p>
      <w:r>
        <w:t xml:space="preserve">02:24:41   (Speaker B)  And second Jeff. </w:t>
      </w:r>
    </w:p>
    <w:p>
      <w:r>
        <w:t xml:space="preserve">02:24:42   (Speaker A)  Yeah, so we had it. First from Tiny, second from Jeff. So any other discussion? Okay, so all in favor? Any opposed? Okay, so the motion is passed. Business admin. So we do have the check register here and financial reports. So we didn't receive any specific comments to those before the meeting. But if you do, please let me know. Otherwise we'd just be looking for a motion to approve. I've got a first from Jeff. Is that Tom? Second for Tom. All in favor? Okay, the motion has passed. Okay, so we're back to supervisor requests and general audience comments. So audience, thank you for sticking with us. We do have another opportunity for you to speak to the board. This is general audience comments. So there's no parameters on this one. We just ask again that you state your name and address for the record. Please limit your comments to three minutes. </w:t>
      </w:r>
    </w:p>
    <w:p>
      <w:r>
        <w:t xml:space="preserve">02:25:49   (Speaker C)  Turn over, John. Benches you guys talked about. So we have a problem with homeless people already in this neighborhood in various locations. </w:t>
      </w:r>
    </w:p>
    <w:p>
      <w:r>
        <w:t xml:space="preserve">02:26:02   (Speaker A)  So adding more locations for homes people can hang out is a concern for me. So when you're getting benches, please get ones that are appropriately, ergonomically designed to keep homeless people sitting. Not opposed to the benches. </w:t>
      </w:r>
    </w:p>
    <w:p>
      <w:r>
        <w:t xml:space="preserve">02:26:20   (Speaker C)  But yeah, I was going to say </w:t>
      </w:r>
    </w:p>
    <w:p>
      <w:r>
        <w:t xml:space="preserve">02:26:24   (Speaker E)  one way that we've done it because we've had other districts that have that issue. So we instead of getting like a six foot bench that's just straight all the way across. It's a six foot bench but it's, it's sectioned out to where it's two seats. So you can't lay across it, right? Yeah. So you can only sit on. You can't let. </w:t>
      </w:r>
    </w:p>
    <w:p>
      <w:r>
        <w:t xml:space="preserve">02:26:41   (Speaker A)  Yeah, we have homeless people behind right there. The warehouse property. The insurance </w:t>
      </w:r>
    </w:p>
    <w:p>
      <w:r>
        <w:t xml:space="preserve">02:26:55   (Speaker C)  do we have? Does the liability insurance cover this dock access? </w:t>
      </w:r>
    </w:p>
    <w:p>
      <w:r>
        <w:t xml:space="preserve">02:27:04   (Speaker A)  And I'm specifically asking this because access to the dock is controlled by the HOA by wristbands. The physically get to the dock doc is CBD property. So I know in the HOA conversation we're renewing our insurance speech on the HOA side. So the question came up who's covering liability that someone injured on the dock. </w:t>
      </w:r>
    </w:p>
    <w:p>
      <w:r>
        <w:t xml:space="preserve">02:27:31   (Speaker C)  Did you do that CVs insurance or that comes from HOA insurance. </w:t>
      </w:r>
    </w:p>
    <w:p>
      <w:r>
        <w:t xml:space="preserve">02:27:38   (Speaker A)  So my assumption would be you know I'm not an insurance agent but my assumption would be that we did add the doc to the CDD schedule so it is property insurance for it but it's also CDD property and the liability insurance that we have does cover CDD property. So that the insurance wouldn't cover. We would assume depending on the situation any liability insurance or any liability issues on the dock is what I would assume. Again I would need to check with the insurance company for a definitive answer on that and I'm sure that they will say it depends on the situation. </w:t>
      </w:r>
    </w:p>
    <w:p>
      <w:r>
        <w:t xml:space="preserve">02:28:13   (Speaker B)  As long as there's not an exception. </w:t>
      </w:r>
    </w:p>
    <w:p>
      <w:r>
        <w:t xml:space="preserve">02:28:15   (Speaker A)  Yes. </w:t>
      </w:r>
    </w:p>
    <w:p>
      <w:r>
        <w:t xml:space="preserve">02:28:16   (Speaker B)  That being said they can sue who they want. They can sue both the HOA and CD but yeah. </w:t>
      </w:r>
    </w:p>
    <w:p>
      <w:r>
        <w:t xml:space="preserve">02:28:21   (Speaker A)  So last thing there's some trees on Sebago. Tom and I saw them. </w:t>
      </w:r>
    </w:p>
    <w:p>
      <w:r>
        <w:t xml:space="preserve">02:28:28   (Speaker C)  I think there's a not too one </w:t>
      </w:r>
    </w:p>
    <w:p>
      <w:r>
        <w:t xml:space="preserve">02:28:29   (Speaker A)  day across the lake that are dead. They're I think at this point officially dead. And Johan took some pictures and sent </w:t>
      </w:r>
    </w:p>
    <w:p>
      <w:r>
        <w:t xml:space="preserve">02:28:38   (Speaker C)  to both you and John are. </w:t>
      </w:r>
    </w:p>
    <w:p>
      <w:r>
        <w:t xml:space="preserve">02:28:41   (Speaker A)  Is that CDD are you guys see taking care of. </w:t>
      </w:r>
    </w:p>
    <w:p>
      <w:r>
        <w:t xml:space="preserve">02:28:44   (Speaker C)  Yeah I have a drive through just </w:t>
      </w:r>
    </w:p>
    <w:p>
      <w:r>
        <w:t xml:space="preserve">02:28:46   (Speaker A)  sent that so we'll look they're going to be on drive for next week so we'll. We'll see what's going on with that. </w:t>
      </w:r>
    </w:p>
    <w:p>
      <w:r>
        <w:t xml:space="preserve">02:28:54   (Speaker C)  Okay. </w:t>
      </w:r>
    </w:p>
    <w:p>
      <w:r>
        <w:t xml:space="preserve">02:28:55   (Speaker A)  Anything else sir? </w:t>
      </w:r>
    </w:p>
    <w:p>
      <w:r>
        <w:t xml:space="preserve">02:28:56   (Speaker C)  No, thank you. </w:t>
      </w:r>
    </w:p>
    <w:p>
      <w:r>
        <w:t xml:space="preserve">02:28:57   (Speaker A)  Once Any other audience comments? Again it's general audience comments. </w:t>
      </w:r>
    </w:p>
    <w:p>
      <w:r>
        <w:t xml:space="preserve">02:29:06   (Speaker B)  6244. Great. They're driving. If you do the benches. I do love the idea of benches. I. I definitely like the idea about putting them specifically because I block this whole neighborhood. There's a slot I want to say it's on Lake Bear Drive around this way and there's a really long stretch with almost nothing. </w:t>
      </w:r>
    </w:p>
    <w:p>
      <w:r>
        <w:t xml:space="preserve">02:29:32   (Speaker C)  You know what I'm talking about. </w:t>
      </w:r>
    </w:p>
    <w:p>
      <w:r>
        <w:t xml:space="preserve">02:29:34   (Speaker B)  I think you definitely need to have one or two there especially one stud is a really long stretch. </w:t>
      </w:r>
    </w:p>
    <w:p>
      <w:r>
        <w:t xml:space="preserve">02:29:42   (Speaker C)  There's. </w:t>
      </w:r>
    </w:p>
    <w:p>
      <w:r>
        <w:t xml:space="preserve">02:29:42   (Speaker B)  It doesn't feel like there's enough tree to. To cool down if you need to. And that's for me that's usually where I start to peter outside with like yeah, I think we need to have a discussion with the HOA and see if the HOA is willing to do some as well and and work together to figure out the locations of where they need to be. </w:t>
      </w:r>
    </w:p>
    <w:p>
      <w:r>
        <w:t xml:space="preserve">02:30:01   (Speaker C)  Yeah I would say give the community the opportunity to weigh in and yeah hey here's an actor. Where you think would be a good place? </w:t>
      </w:r>
    </w:p>
    <w:p>
      <w:r>
        <w:t xml:space="preserve">02:30:08   (Speaker B)  Yeah, I agree. </w:t>
      </w:r>
    </w:p>
    <w:p>
      <w:r>
        <w:t xml:space="preserve">02:30:13   (Speaker A)  Those would be on CDD property though, </w:t>
      </w:r>
    </w:p>
    <w:p>
      <w:r>
        <w:t xml:space="preserve">02:30:16   (Speaker C)  so I know about. </w:t>
      </w:r>
    </w:p>
    <w:p>
      <w:r>
        <w:t xml:space="preserve">02:30:17   (Speaker A)  Yeah, so. Yeah. So if the HOA wanted to kind of do some on their own sides too, that would be correct. </w:t>
      </w:r>
    </w:p>
    <w:p>
      <w:r>
        <w:t xml:space="preserve">02:30:25   (Speaker C)  For economies of scale, if we're making purchase new installations, it might make. Send them all together actually. Yeah. Coordinate where? Where coordinating. </w:t>
      </w:r>
    </w:p>
    <w:p>
      <w:r>
        <w:t xml:space="preserve">02:30:35   (Speaker B)  Yeah. Like there's an HOA lot on Superior. Maybe you put one down by the lake there. You know, I mean, there's a lot of options. </w:t>
      </w:r>
    </w:p>
    <w:p>
      <w:r>
        <w:t xml:space="preserve">02:30:43   (Speaker C)  Great. </w:t>
      </w:r>
    </w:p>
    <w:p>
      <w:r>
        <w:t xml:space="preserve">02:30:44   (Speaker A)  Anything else? Thank you. All right, any other audience comments? Looking on Zoom, I don't see a hand raised. I don't see any hand raises in in person audience supervisor requests. Any supervisor requests at this time? </w:t>
      </w:r>
    </w:p>
    <w:p>
      <w:r>
        <w:t xml:space="preserve">02:31:04   (Speaker C)  No. No. </w:t>
      </w:r>
    </w:p>
    <w:p>
      <w:r>
        <w:t xml:space="preserve">02:31:07   (Speaker A)  Okay, so with that then. Next board meeting is scheduled for October 28, 2020 6:10am here at the Bridgewater Clubhouse. And so unless there's any other business, we'd be looking for a motion to adjourn. First from Jeff, second. </w:t>
      </w:r>
    </w:p>
    <w:p>
      <w:r>
        <w:t xml:space="preserve">02:31:27   (Speaker C)  Second from Daryl. </w:t>
      </w:r>
    </w:p>
    <w:p>
      <w:r>
        <w:t xml:space="preserve">02:31:29   (Speaker A)  All in favor? Okay, the motion has passed. 5 0. The time is 8:32pm thanks everyone. Have a great evening.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