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Asturia_7-28-26.mp3</w:t>
      </w:r>
      <w:r>
        <w:rPr>
          <w:b/>
          <w:color w:val="FF0000"/>
        </w:rPr>
        <w:br/>
        <w:tab/>
        <w:tab/>
        <w:tab/>
        <w:tab/>
        <w:t xml:space="preserve"> 370078528</w:t>
        <w:br/>
        <w:br/>
        <w:br/>
      </w:r>
    </w:p>
    <w:p>
      <w:r>
        <w:t>DATE AUDIO FILE SUBMITTED TO THE GAT SYSTEM:</w:t>
      </w:r>
      <w:r>
        <w:rPr>
          <w:b/>
          <w:color w:val="FF0000"/>
        </w:rPr>
        <w:br/>
        <w:tab/>
        <w:tab/>
        <w:tab/>
        <w:tab/>
        <w:t xml:space="preserve"> August 14, 2026 at 02:07 PM</w:t>
        <w:br/>
        <w:br/>
        <w:br/>
      </w:r>
    </w:p>
    <w:p>
      <w:r>
        <w:t>DATE AUDIO FILE COMPLETED BY THE GAT SYSTEM:</w:t>
      </w:r>
      <w:r>
        <w:rPr>
          <w:b/>
          <w:color w:val="FF0000"/>
        </w:rPr>
        <w:br/>
        <w:tab/>
        <w:tab/>
        <w:tab/>
        <w:tab/>
        <w:t xml:space="preserve"> August 14, 2026 at 02:10 PM</w:t>
      </w:r>
      <w:r>
        <w:rPr>
          <w:b/>
          <w:color w:val="FF0000"/>
        </w:rPr>
        <w:br/>
        <w:tab/>
        <w:tab/>
        <w:tab/>
        <w:tab/>
        <w:t xml:space="preserve"> 02:21 ELAPSED TIME</w:t>
        <w:br/>
        <w:br/>
        <w:br/>
      </w:r>
    </w:p>
    <w:p>
      <w:r>
        <w:t>MEETING AGENDA:</w:t>
      </w:r>
      <w:r>
        <w:rPr>
          <w:b/>
          <w:color w:val="FF0000"/>
        </w:rPr>
        <w:br/>
        <w:br/>
        <w:br/>
        <w:tab/>
        <w:tab/>
        <w:tab/>
        <w:tab/>
        <w:t xml:space="preserve">  </w:t>
        <w:br/>
        <w:br/>
        <w:br/>
      </w:r>
    </w:p>
    <w:p>
      <w:r>
        <w:t xml:space="preserve">00:00      (Speaker A)  Want to think. Go ahead, people. Mute. Our video recording is going. Let me get this up on my screen. </w:t>
      </w:r>
    </w:p>
    <w:p>
      <w:r>
        <w:t xml:space="preserve">00:19      (Speaker B)  All right. </w:t>
      </w:r>
    </w:p>
    <w:p>
      <w:r>
        <w:t xml:space="preserve">00:19      (Speaker C)  We don't need to just do that. Oh. Because we're not in the shades. </w:t>
      </w:r>
    </w:p>
    <w:p>
      <w:r>
        <w:t xml:space="preserve">00:24      (Speaker A)  We're going to take a motion to go into it and then they give you like a little point. Yeah. </w:t>
      </w:r>
    </w:p>
    <w:p>
      <w:r>
        <w:t xml:space="preserve">00:29      (Speaker D)  Thank you. </w:t>
      </w:r>
    </w:p>
    <w:p>
      <w:r>
        <w:t xml:space="preserve">00:31      (Speaker A)  All right, I'd like to call order to the Asturia Community Development District Board of Supervisors meeting. Today is Tuesday, July 28, 2026. The time is 5:31pm at this time, the board is looking to enter into its special closed security session. I'm sorry, closed session. So at this time, I'd be looking for a motion from a board member to open the closed session. </w:t>
      </w:r>
    </w:p>
    <w:p>
      <w:r>
        <w:t xml:space="preserve">00:58      (Speaker E)  Open it up. </w:t>
      </w:r>
    </w:p>
    <w:p>
      <w:r>
        <w:t xml:space="preserve">00:59      (Speaker B)  All right. </w:t>
      </w:r>
    </w:p>
    <w:p>
      <w:r>
        <w:t xml:space="preserve">00:59      (Speaker A)  First from Amanda. Second, second from Jesse. All in. Favorite motion passes four to zero. So we are now in the session. We are going to go ahead and get started. First off, we do have roll call. I'm going to start with myself. Brian Young, gms. </w:t>
      </w:r>
    </w:p>
    <w:p>
      <w:r>
        <w:t xml:space="preserve">01:19      (Speaker C)  Amanda Weaver, secretary. </w:t>
      </w:r>
    </w:p>
    <w:p>
      <w:r>
        <w:t xml:space="preserve">01:22      (Speaker F)  Jesse Lamb, supervisor. </w:t>
      </w:r>
    </w:p>
    <w:p>
      <w:r>
        <w:t xml:space="preserve">01:25      (Speaker D)  Supervisor. </w:t>
      </w:r>
    </w:p>
    <w:p>
      <w:r>
        <w:t xml:space="preserve">01:26      (Speaker A)  We also have Don folks on the zoom with us. Is that correct? </w:t>
      </w:r>
    </w:p>
    <w:p>
      <w:r>
        <w:t xml:space="preserve">01:30      (Speaker G)  Yes. </w:t>
      </w:r>
    </w:p>
    <w:p>
      <w:r>
        <w:t xml:space="preserve">01:31      (Speaker A)  Awesome. He is the chairman. </w:t>
      </w:r>
    </w:p>
    <w:p>
      <w:r>
        <w:t xml:space="preserve">01:33      (Speaker C)  Also with us, Lindsay Mosinski, District Council. </w:t>
      </w:r>
    </w:p>
    <w:p>
      <w:r>
        <w:t xml:space="preserve">01:36      (Speaker H)  Matthew Ezriel, Gmsfield Management. </w:t>
      </w:r>
    </w:p>
    <w:p>
      <w:r>
        <w:t xml:space="preserve">01:38      (Speaker A)  All right, beautiful. With that, we do have the next up is closed session for discussion of the lawsuit. It doesn't look like Paige has joined quite yet. </w:t>
      </w:r>
    </w:p>
    <w:p>
      <w:r>
        <w:t xml:space="preserve">01:48      (Speaker C)  Okay. </w:t>
      </w:r>
    </w:p>
    <w:p>
      <w:r>
        <w:t xml:space="preserve">01:50      (Speaker A)  But we did have a quick update. </w:t>
      </w:r>
    </w:p>
    <w:p>
      <w:r>
        <w:t xml:space="preserve">01:53      (Speaker C)  Yep. So the demand letter was sent out to no response. I know everyone's very, very summarized and it was seated in there and sorry, that's such a timed out, but I'll bring up the demand letter. We she demanded, as discussed before, the full amount for the invoice to do the repairs to the monument. And then she also included the additional amount for attorneys fees, which I believe was just under $6,000 and I guess crickets. So I know at the last shade session we had discussed going forward with a proposal for settlement. Jesse, I don't think you were here at the last shade session. Are you familiar with the term though? Proposal for settlement. Okay. I thought you might be, but it's okay. So I know we all talked about it and it seemed like we had a general consensus that we would want to move forward with the proposal for settlement. But when Paige and I were re reviewing the transcript, we didn't actually have like an actual consensus of moving forward with that. A few people had said that was audible enough to pick up on the transcript that they were okay with it. But since there were four of us, well, for supervisors here at the last Meeting. We just wanted to be clear and make sure that the board is good with Paige moving forward with serving that proposal for settlement. And again, that would be the 25% less than the amount of the invoice for repair. And so that invoice for repair was $12,970. And I think you guys have wanted to take into consideration cost incurred so far, at least at the point of June 8, 2026, which was when the letter was sent, was $5,971.50. </w:t>
      </w:r>
    </w:p>
    <w:p>
      <w:r>
        <w:t xml:space="preserve">03:57      (Speaker A)  And just for the record, Jonathan, John Keats has entered. </w:t>
      </w:r>
    </w:p>
    <w:p>
      <w:r>
        <w:t xml:space="preserve">04:07      (Speaker C)  I was just letting them know the demand letter was sent out to. They did not respond. In the demand letter, page demanded the amount of $12,970, which was the repairs and then the 5970 for fees and cost incurred to date. Since they did not respond, we just want to make 100% sure that we can move forward with certain. The proposal for settlement, which was going to be 25% less than the 12, 9, 7, 0. I know we discussed it last time. I just want to make sure. Anybody have questions? Anyone say yay, nay. What do you think about that? We just. We're not on a trial docket yet. </w:t>
      </w:r>
    </w:p>
    <w:p>
      <w:r>
        <w:t xml:space="preserve">04:56      (Speaker G)  So, Lindsey, this is Don. I guess my question is they're probably. This is probably what they're waiting on for us to do this. I don't know how to rest. The board feels. I think it's a hard pill to swallow. I really do. Because basically we're losing probably, what, $9,000 on this of something that they tore up. But at this point, I don't know if we really have any other avenues except going to trial, and then there's no guarantee there, and then our expenses are going to rack up. I think at this point, I don't know if we have much choice but to offer that now. If they turn that down, then we're going to have to go further. But at this point, I don't know if we have any other alternatives. I'm open to what the board has to say, but I don't know if we have any other alternatives. </w:t>
      </w:r>
    </w:p>
    <w:p>
      <w:r>
        <w:t xml:space="preserve">05:44      (Speaker E)  The choice would be to offer the second demand letter, which is the 25% less, which would open us to the availability of attorneys fees if it's not responded to, Right? </w:t>
      </w:r>
    </w:p>
    <w:p>
      <w:r>
        <w:t xml:space="preserve">05:54      (Speaker C)  Yes. And it's not called the second demand letter just for clarification proposal. </w:t>
      </w:r>
    </w:p>
    <w:p>
      <w:r>
        <w:t xml:space="preserve">05:58      (Speaker E)  Proposal for settlement. </w:t>
      </w:r>
    </w:p>
    <w:p>
      <w:r>
        <w:t xml:space="preserve">05:58      (Speaker C)  Yes. So if they do not accept it and we go forward with a judgment and we get judgment in our favor for the full amount of the hard cost Then, yes, they would be on the hook for the attorney's fees that were incurred since the serving of the proposal for settlement. So if we end up going to a final hearing, than all those fees </w:t>
      </w:r>
    </w:p>
    <w:p>
      <w:r>
        <w:t xml:space="preserve">06:20      (Speaker E)  and the proposal for settlement doesn't cap the amount that we would be seeking in court. </w:t>
      </w:r>
    </w:p>
    <w:p>
      <w:r>
        <w:t xml:space="preserve">06:25      (Speaker C)  No. </w:t>
      </w:r>
    </w:p>
    <w:p>
      <w:r>
        <w:t xml:space="preserve">06:25      (Speaker D)  Okay. </w:t>
      </w:r>
    </w:p>
    <w:p>
      <w:r>
        <w:t xml:space="preserve">06:26      (Speaker C)  They accept it, and if they don't, it expires after 30 days. And then we would be seeking anything we would normally. </w:t>
      </w:r>
    </w:p>
    <w:p>
      <w:r>
        <w:t xml:space="preserve">06:34      (Speaker E)  Our initial proposal that we sent them, that hasn't been responded to. That needed to be for 30 days, so we had to come back here. </w:t>
      </w:r>
    </w:p>
    <w:p>
      <w:r>
        <w:t xml:space="preserve">06:40      (Speaker C)  It did not. </w:t>
      </w:r>
    </w:p>
    <w:p>
      <w:r>
        <w:t xml:space="preserve">06:42      (Speaker F)  But </w:t>
      </w:r>
    </w:p>
    <w:p>
      <w:r>
        <w:t xml:space="preserve">06:44      (Speaker C)  we wanted to confirm that everyone was okay with serving the proposal for settlement. Because when we were going into our memory bank and then re. Reviewing the transcript from the discussion that we had, it seemed like people, supervisors were okay with it, but we didn't actually get a full consensus that. </w:t>
      </w:r>
    </w:p>
    <w:p>
      <w:r>
        <w:t xml:space="preserve">07:02      (Speaker E)  I just had felt that we had directed that that happen. But that's. </w:t>
      </w:r>
    </w:p>
    <w:p>
      <w:r>
        <w:t xml:space="preserve">07:05      (Speaker C)  Yeah, that's what we were thinking. And then when we re. Reviewed it, we're like, wait, maybe it didn't actually happen. And we were just in our heads thinking it did. So we just wanted to. </w:t>
      </w:r>
    </w:p>
    <w:p>
      <w:r>
        <w:t xml:space="preserve">07:14      (Speaker E)  To confirm like this. </w:t>
      </w:r>
    </w:p>
    <w:p>
      <w:r>
        <w:t xml:space="preserve">07:15      (Speaker D)  This. </w:t>
      </w:r>
    </w:p>
    <w:p>
      <w:r>
        <w:t xml:space="preserve">07:15      (Speaker E)  The shade session here incurs additional cost to the district. So that's why, like, we want the direction to be executed. </w:t>
      </w:r>
    </w:p>
    <w:p>
      <w:r>
        <w:t xml:space="preserve">07:22      (Speaker C)  I understand. I just. With the dollar amount, I just wanted to. Paige and I wanted to make sure that we were correct. We both read the transcript. </w:t>
      </w:r>
    </w:p>
    <w:p>
      <w:r>
        <w:t xml:space="preserve">07:31      (Speaker E)  But just going forward for my. I don't know about the rest of the board, but if we're issuing a directive of what we want direction done, I'd like that executed so that we stay on the timeline, we keep things moving, and then don't incur additional costs. Okay, </w:t>
      </w:r>
    </w:p>
    <w:p>
      <w:r>
        <w:t xml:space="preserve">07:45      (Speaker G)  I got to stop you for a second, John. So to just let you know, Lindsay did reach out to me in a confidential email asking my. Me and I told her I was 99% sure, but I was not going to sit here 100% because she was going to cancel the shade session if we could confirm that. But since we really couldn't, that's the reason for the shade session, because we could not confirm 100%. </w:t>
      </w:r>
    </w:p>
    <w:p>
      <w:r>
        <w:t xml:space="preserve">08:09      (Speaker E)  Oh, that's. That's your discretion. So that's fine. I just was making. </w:t>
      </w:r>
    </w:p>
    <w:p>
      <w:r>
        <w:t xml:space="preserve">08:11      (Speaker D)  I'm. </w:t>
      </w:r>
    </w:p>
    <w:p>
      <w:r>
        <w:t xml:space="preserve">08:12      (Speaker E)  I'm more comfortable that you would make that call. So thank you for doing it correctly. That's fine. I'm. I'm happy. So the choices would be send this letter or go to court. </w:t>
      </w:r>
    </w:p>
    <w:p>
      <w:r>
        <w:t xml:space="preserve">08:21      (Speaker C)  Yes, we send this letter. If they don't accept it, then we're going to a final hearing. </w:t>
      </w:r>
    </w:p>
    <w:p>
      <w:r>
        <w:t xml:space="preserve">08:27      (Speaker E)  Just wait for a second. I mean, I'm fine taking the kid to the bathroom. I'm either way on it. I think the smarter play is probably to accept the 25% reduction and send it. I assume that they'll just accept that right out the gate. However, if they don't, that puts us in the best position. And I guess I'll just be okay with eating it on some. Some getting something back if they do immediately accept it, which I assume they will do. However, I'm also just as gung ho if the rest of the board wants to support it. Just going to with the cost and trying to recoup what we can, but I don't think we'll get much anyway, so I think option one is smarter. So that's my position. </w:t>
      </w:r>
    </w:p>
    <w:p>
      <w:r>
        <w:t xml:space="preserve">09:13      (Speaker G)  I agree. Lindsay, can we narrow down the time frame from 30 to 15 days? Can we narrow down the acceptance term? </w:t>
      </w:r>
    </w:p>
    <w:p>
      <w:r>
        <w:t xml:space="preserve">09:20      (Speaker C)  It cannot. It's statutory that they have 30 days to decide whether or not to accept proposal for settlement. </w:t>
      </w:r>
    </w:p>
    <w:p>
      <w:r>
        <w:t xml:space="preserve">09:28      (Speaker E)  And you guys are all comfortable assuming they accept it? We already have our answer, Right? Like we know what's happening and everything's good at that point. If they don't, can I just. I'd like to just direct you to just proceed. Day 30. Just go. </w:t>
      </w:r>
    </w:p>
    <w:p>
      <w:r>
        <w:t xml:space="preserve">09:39      (Speaker C)  Yeah, we would. And in the meantime, who's to say the court doesn't issue finally a trial notice? Because we did. Paige did file that notice of trial letting the court know that we were ready to proceed. Sometimes ja's judicial assistants will see that and just put it on a docket. Sometimes they don't. So that might happen during that time frame too. But the odds that we would have a final hearing date within 30 days is probably low. </w:t>
      </w:r>
    </w:p>
    <w:p>
      <w:r>
        <w:t xml:space="preserve">10:05      (Speaker E)  No, that's fine. I just don't want to sit again for shade. Hey, they didn't respond and then move forward again. </w:t>
      </w:r>
    </w:p>
    <w:p>
      <w:r>
        <w:t xml:space="preserve">10:10      (Speaker C)  Would you like Paige to actually proactively reach out to the judicial assistant to get the final hearing date in this time frame? </w:t>
      </w:r>
    </w:p>
    <w:p>
      <w:r>
        <w:t xml:space="preserve">10:19      (Speaker E)  And I don't really care. I don't. If they don't respond within the timeline, I don't care how long that then takes. I mean, I just want to proceed. Like, we don't need to come back here the next. </w:t>
      </w:r>
    </w:p>
    <w:p>
      <w:r>
        <w:t xml:space="preserve">10:28      (Speaker C)  Yeah, yeah, yeah. </w:t>
      </w:r>
    </w:p>
    <w:p>
      <w:r>
        <w:t xml:space="preserve">10:31      (Speaker E)  Anyone else on that? And you're not recommending any other action here? Like, no other different course or something like that? Yeah, so I, I mean, I, I think we, we. We know exactly what we'. </w:t>
      </w:r>
    </w:p>
    <w:p>
      <w:r>
        <w:t xml:space="preserve">10:40      (Speaker F)  Yeah, I'm all for sending the proposal. </w:t>
      </w:r>
    </w:p>
    <w:p>
      <w:r>
        <w:t xml:space="preserve">10:42      (Speaker C)  Okay. </w:t>
      </w:r>
    </w:p>
    <w:p>
      <w:r>
        <w:t xml:space="preserve">10:43      (Speaker F)  And moving forward as John described. </w:t>
      </w:r>
    </w:p>
    <w:p>
      <w:r>
        <w:t xml:space="preserve">10:47      (Speaker C)  Okay. Sam, you're good too. Okay. Yeah. So what I'll do is once we close out of this session, I'll just have. I'll recommend a motion be made to serve the proposal for settlement and just a little bit of that. So you guys can do a motion. You have to do that record, but </w:t>
      </w:r>
    </w:p>
    <w:p>
      <w:r>
        <w:t xml:space="preserve">11:05      (Speaker E)  you'll say what the amount is that's delivered. Certified mail. Like it. </w:t>
      </w:r>
    </w:p>
    <w:p>
      <w:r>
        <w:t xml:space="preserve">11:10      (Speaker C)  No, it's e. Served through the same rules that you would file or serve a document that. </w:t>
      </w:r>
    </w:p>
    <w:p>
      <w:r>
        <w:t xml:space="preserve">11:16      (Speaker E)  So how many days before it's in advance? </w:t>
      </w:r>
    </w:p>
    <w:p>
      <w:r>
        <w:t xml:space="preserve">11:19      (Speaker C)  Oh, like if she prepares it tomorrow, it gets emailed. Okay. </w:t>
      </w:r>
    </w:p>
    <w:p>
      <w:r>
        <w:t xml:space="preserve">11:23      (Speaker E)  And then we're just. I want to make sure we're double checking that. That the proposal for settlement meets all the checkboxes. She's good there. So it's not like they get it, can't accept it, and then also be like, oh, wait, it wasn't done perfectly right. So it didn't work. No. </w:t>
      </w:r>
    </w:p>
    <w:p>
      <w:r>
        <w:t xml:space="preserve">11:36      (Speaker C)  Yeah. There are requirements of what needs to be in a proposal for settlement based on what the statute says. It is pretty simple, especially since it's one party against one party. It doesn't make it more complicated when you have multiple parties because it has to be directed specifically to individuals. So she will know what to do with a proposal for settlement. Okay. So then to make sure the direction is clear, we're going forward with the proposal for settlement for the 25% less than the hard cost of the repair. And then if they do not accept it, make sure Paige knows to move forward and get that final hearing. </w:t>
      </w:r>
    </w:p>
    <w:p>
      <w:r>
        <w:t xml:space="preserve">12:14      (Speaker A)  Yep. </w:t>
      </w:r>
    </w:p>
    <w:p>
      <w:r>
        <w:t xml:space="preserve">12:15      (Speaker E)  I mean, I don't see any other option at that point. </w:t>
      </w:r>
    </w:p>
    <w:p>
      <w:r>
        <w:t xml:space="preserve">12:17      (Speaker D)  And </w:t>
      </w:r>
    </w:p>
    <w:p>
      <w:r>
        <w:t xml:space="preserve">12:20      (Speaker C)  get served, like just send in, hey, it's done. So we know what date it is that it went to. Yeah. Expect that. </w:t>
      </w:r>
    </w:p>
    <w:p>
      <w:r>
        <w:t xml:space="preserve">12:25      (Speaker A)  I'll. </w:t>
      </w:r>
    </w:p>
    <w:p>
      <w:r>
        <w:t xml:space="preserve">12:25      (Speaker C)  She'll send a copy to Brian and I so that we can circulate that, and that will be. It can sent confidentially in an email. Keep it only in your email. Don't share it with anybody outside. </w:t>
      </w:r>
    </w:p>
    <w:p>
      <w:r>
        <w:t xml:space="preserve">12:38      (Speaker D)  I'm happy. Anything. </w:t>
      </w:r>
    </w:p>
    <w:p>
      <w:r>
        <w:t xml:space="preserve">12:39      (Speaker E)  Anyone else with any questions or anything? </w:t>
      </w:r>
    </w:p>
    <w:p>
      <w:r>
        <w:t xml:space="preserve">12:44      (Speaker C)  Everybody good? </w:t>
      </w:r>
    </w:p>
    <w:p>
      <w:r>
        <w:t xml:space="preserve">12:45      (Speaker E)  Clear on direction? </w:t>
      </w:r>
    </w:p>
    <w:p>
      <w:r>
        <w:t xml:space="preserve">12:46      (Speaker A)  That's the case. We should be looking for a motion to close the closed session. </w:t>
      </w:r>
    </w:p>
    <w:p>
      <w:r>
        <w:t xml:space="preserve">12:52      (Speaker D)  Yeah. </w:t>
      </w:r>
    </w:p>
    <w:p>
      <w:r>
        <w:t xml:space="preserve">12:52      (Speaker A)  First from Amanda. </w:t>
      </w:r>
    </w:p>
    <w:p>
      <w:r>
        <w:t xml:space="preserve">12:53      (Speaker E)  I'll second that. </w:t>
      </w:r>
    </w:p>
    <w:p>
      <w:r>
        <w:t xml:space="preserve">12:54      (Speaker A)  Second from John. All in favor? Motion passes. Five to zero. </w:t>
      </w:r>
    </w:p>
    <w:p>
      <w:r>
        <w:t xml:space="preserve">13:00      (Speaker C)  All right, thank you so much. We will need a copy. Nothing fancy, just your normal PDFs and I don't need it rushed. Okay. And if you can mark it confidential. I have to do it, Rush, because I'm going out of the country next week, so it won't be charged. </w:t>
      </w:r>
    </w:p>
    <w:p>
      <w:r>
        <w:t xml:space="preserve">13:20      (Speaker A)  Rush. </w:t>
      </w:r>
    </w:p>
    <w:p>
      <w:r>
        <w:t xml:space="preserve">13:21      (Speaker C)  Let me Say I'm like, I don't want to charge. Might have to do it because I'm not taking thank you for short. Yes, thank you. Yeah. And also, in case you're not familiar with Shade sessions, it's not something where the other side could request. And then you notify them to me if it's okay. Nobody else gets copy. Yes. Okay, perfect. Thank you so much. Okay, thank you. All right, since we are out of the closed session, what I would look for is a just question point of clarity. </w:t>
      </w:r>
    </w:p>
    <w:p>
      <w:r>
        <w:t xml:space="preserve">13:53      (Speaker A)  We do have another closed session for security. Are we. Do we want to take that in the regular meeting or are we going </w:t>
      </w:r>
    </w:p>
    <w:p>
      <w:r>
        <w:t xml:space="preserve">13:58      (Speaker D)  to take that here? </w:t>
      </w:r>
    </w:p>
    <w:p>
      <w:r>
        <w:t xml:space="preserve">14:01      (Speaker F)  And do we have to wait for 6:00'? </w:t>
      </w:r>
    </w:p>
    <w:p>
      <w:r>
        <w:t xml:space="preserve">14:02      (Speaker H)  Clock? </w:t>
      </w:r>
    </w:p>
    <w:p>
      <w:r>
        <w:t xml:space="preserve">14:02      (Speaker C)  Yeah, we should probably wait for. </w:t>
      </w:r>
    </w:p>
    <w:p>
      <w:r>
        <w:t xml:space="preserve">14:04      (Speaker A)  Okay, so I think what. Instead of we'll do that motion when we get regularly started with your meeting and then we'll go into this next close discussion for security system. </w:t>
      </w:r>
    </w:p>
    <w:p>
      <w:r>
        <w:t xml:space="preserve">14:14      (Speaker F)  So we don't need a court. </w:t>
      </w:r>
    </w:p>
    <w:p>
      <w:r>
        <w:t xml:space="preserve">14:15      (Speaker A)  Yeah, we don't need court reported for that. It's first your security. And do we need the motion to open it even? </w:t>
      </w:r>
    </w:p>
    <w:p>
      <w:r>
        <w:t xml:space="preserve">14:21      (Speaker C)  Yeah, I usually take a motion to open security sessions. You do still need the transcription? </w:t>
      </w:r>
    </w:p>
    <w:p>
      <w:r>
        <w:t xml:space="preserve">14:26      (Speaker A)  Yep. It's. All right. So at this time I'd just be looking for a motion from a board member to open the security center. So moved from Jenna John, second from Amanda. Motion passes five to zero. Awesome. All right, so in front of you guys, I printed out two thoughts down. I actually emailed them to you just about five minutes ago. Got it from complete it. One for your camera system, one for your access system. So I think think the best one to go over first would be for your camera system. </w:t>
      </w:r>
    </w:p>
    <w:p>
      <w:r>
        <w:t xml:space="preserve">15:13      (Speaker E)  It's under separate copy. </w:t>
      </w:r>
    </w:p>
    <w:p>
      <w:r>
        <w:t xml:space="preserve">15:15      (Speaker A)  Yeah, this is under separate copy. </w:t>
      </w:r>
    </w:p>
    <w:p>
      <w:r>
        <w:t xml:space="preserve">15:16      (Speaker E)  Yep. </w:t>
      </w:r>
    </w:p>
    <w:p>
      <w:r>
        <w:t xml:space="preserve">15:17      (Speaker A)  Should say complete iq, right? It might be underneath your computer. </w:t>
      </w:r>
    </w:p>
    <w:p>
      <w:r>
        <w:t xml:space="preserve">15:20      (Speaker E)  Oh, is it underneath? </w:t>
      </w:r>
    </w:p>
    <w:p>
      <w:r>
        <w:t xml:space="preserve">15:21      (Speaker A)  Yeah, I think underneath. Yeah. </w:t>
      </w:r>
    </w:p>
    <w:p>
      <w:r>
        <w:t xml:space="preserve">15:26      (Speaker E)  Sorry, there's a lot of. </w:t>
      </w:r>
    </w:p>
    <w:p>
      <w:r>
        <w:t xml:space="preserve">15:27      (Speaker F)  It's okay. </w:t>
      </w:r>
    </w:p>
    <w:p>
      <w:r>
        <w:t xml:space="preserve">15:27      (Speaker E)  I have my own notes too, which is. </w:t>
      </w:r>
    </w:p>
    <w:p>
      <w:r>
        <w:t xml:space="preserve">15:28      (Speaker A)  I think it's a lot of stuff to go over. Yep, yep. So the camera one is what we're gonna go over first. So as you can see in here, he's actually provided a map of where your current cameras are, directions they're facing is, you know why one of the reasons why we have to have this close security session. Right. So from what I understand, he can take over a lot of your cameras. It doesn't seem like he needs to replace any. He did add it as an option if you guys wanted to kind of do replacements anywhere, but you guys don't need to do so. But the entire without replacing all your cameras with adding a 420 recorder which takes it to the cloud. Two managed PoE switches, takeover and reuse of the IP cameras, it's coming out to a total project is $9,511 with a monthly licensing and service fee of 114. So initially it'd be the 9,000, 9,500 figure and then monthly after that is </w:t>
      </w:r>
    </w:p>
    <w:p>
      <w:r>
        <w:t xml:space="preserve">16:28      (Speaker E)  going to be 114. </w:t>
      </w:r>
    </w:p>
    <w:p>
      <w:r>
        <w:t xml:space="preserve">16:29      (Speaker A)  And that's for the cameras only. </w:t>
      </w:r>
    </w:p>
    <w:p>
      <w:r>
        <w:t xml:space="preserve">16:31      (Speaker D)  This cafe has. Which cameras do we have and which ones don't we have? This is non operational camera. Which I wonder are these cameras he's putting in or all the cameras are. </w:t>
      </w:r>
    </w:p>
    <w:p>
      <w:r>
        <w:t xml:space="preserve">16:43      (Speaker A)  No, those are the currently have. </w:t>
      </w:r>
    </w:p>
    <w:p>
      <w:r>
        <w:t xml:space="preserve">16:45      (Speaker D)  Some are non operation. </w:t>
      </w:r>
    </w:p>
    <w:p>
      <w:r>
        <w:t xml:space="preserve">16:46      (Speaker A)  Correct, yes. </w:t>
      </w:r>
    </w:p>
    <w:p>
      <w:r>
        <w:t xml:space="preserve">16:48      (Speaker D)  He's going to make them operational. </w:t>
      </w:r>
    </w:p>
    <w:p>
      <w:r>
        <w:t xml:space="preserve">16:50      (Speaker A)  That would be the goal, yes. </w:t>
      </w:r>
    </w:p>
    <w:p>
      <w:r>
        <w:t xml:space="preserve">16:51      (Speaker E)  Okay. </w:t>
      </w:r>
    </w:p>
    <w:p>
      <w:r>
        <w:t xml:space="preserve">16:52      (Speaker A)  To completely revamp your, your canner system. </w:t>
      </w:r>
    </w:p>
    <w:p>
      <w:r>
        <w:t xml:space="preserve">16:54      (Speaker D)  So all of these that are on here, he's going to make into the system, Correct? </w:t>
      </w:r>
    </w:p>
    <w:p>
      <w:r>
        <w:t xml:space="preserve">16:58      (Speaker A)  That's how I understand it, yes. </w:t>
      </w:r>
    </w:p>
    <w:p>
      <w:r>
        <w:t xml:space="preserve">16:59      (Speaker E)  How many are not operating? </w:t>
      </w:r>
    </w:p>
    <w:p>
      <w:r>
        <w:t xml:space="preserve">17:01      (Speaker G)  He's taken over six cameras and he's going to add six new cameras, right? </w:t>
      </w:r>
    </w:p>
    <w:p>
      <w:r>
        <w:t xml:space="preserve">17:06      (Speaker A)  Oh, yep, you're right. </w:t>
      </w:r>
    </w:p>
    <w:p>
      <w:r>
        <w:t xml:space="preserve">17:08      (Speaker E)  How many are not? Is that what you just answered? How many are. </w:t>
      </w:r>
    </w:p>
    <w:p>
      <w:r>
        <w:t xml:space="preserve">17:11      (Speaker A)  There's 1, 2, 3 that I see. </w:t>
      </w:r>
    </w:p>
    <w:p>
      <w:r>
        <w:t xml:space="preserve">17:13      (Speaker D)  Six red ones. But what about the blue ones? Isn't he taking over those two? He just told me he was. </w:t>
      </w:r>
    </w:p>
    <w:p>
      <w:r>
        <w:t xml:space="preserve">17:19      (Speaker E)  Yeah. </w:t>
      </w:r>
    </w:p>
    <w:p>
      <w:r>
        <w:t xml:space="preserve">17:19      (Speaker A)  So 12 total cameras. Right. Six of them he can take over and six of them he's going to be replacing. </w:t>
      </w:r>
    </w:p>
    <w:p>
      <w:r>
        <w:t xml:space="preserve">17:29      (Speaker D)  18 cameras on this page. </w:t>
      </w:r>
    </w:p>
    <w:p>
      <w:r>
        <w:t xml:space="preserve">17:33      (Speaker A)  So if, if you look at the pink, the pink are new for four MP cameras that he's proposing. </w:t>
      </w:r>
    </w:p>
    <w:p>
      <w:r>
        <w:t xml:space="preserve">17:38      (Speaker E)  Right. </w:t>
      </w:r>
    </w:p>
    <w:p>
      <w:r>
        <w:t xml:space="preserve">17:38      (Speaker A)  So those aren't cameras that you currently have. So cameras that you currently have are in red. Blue, Very cool. And yellow. Yeah. So 2, 3, 4, 5, 8, 9, 10, 11. I'm counting 11, but I might be missing one. </w:t>
      </w:r>
    </w:p>
    <w:p>
      <w:r>
        <w:t xml:space="preserve">17:55      (Speaker D)  He's adding six purple ones. </w:t>
      </w:r>
    </w:p>
    <w:p>
      <w:r>
        <w:t xml:space="preserve">17:56      (Speaker E)  Correct. Okay, so the purple is to replace. Replace the blue. </w:t>
      </w:r>
    </w:p>
    <w:p>
      <w:r>
        <w:t xml:space="preserve">18:00      (Speaker A)  Yeah, yeah, that's what it looks like. </w:t>
      </w:r>
    </w:p>
    <w:p>
      <w:r>
        <w:t xml:space="preserve">18:02      (Speaker E)  And then adding it. </w:t>
      </w:r>
    </w:p>
    <w:p>
      <w:r>
        <w:t xml:space="preserve">18:03      (Speaker A)  Yeah, I misspoke earlier. </w:t>
      </w:r>
    </w:p>
    <w:p>
      <w:r>
        <w:t xml:space="preserve">18:04      (Speaker E)  Okay. </w:t>
      </w:r>
    </w:p>
    <w:p>
      <w:r>
        <w:t xml:space="preserve">18:04      (Speaker D)  He's taking the old ones out. </w:t>
      </w:r>
    </w:p>
    <w:p>
      <w:r>
        <w:t xml:space="preserve">18:06      (Speaker F)  Yeah. </w:t>
      </w:r>
    </w:p>
    <w:p>
      <w:r>
        <w:t xml:space="preserve">18:06      (Speaker I)  Right. </w:t>
      </w:r>
    </w:p>
    <w:p>
      <w:r>
        <w:t xml:space="preserve">18:06      (Speaker A)  For the non operational ones. </w:t>
      </w:r>
    </w:p>
    <w:p>
      <w:r>
        <w:t xml:space="preserve">18:08      (Speaker I)  Yeah. </w:t>
      </w:r>
    </w:p>
    <w:p>
      <w:r>
        <w:t xml:space="preserve">18:08      (Speaker A)  I'm looking at the math that makes </w:t>
      </w:r>
    </w:p>
    <w:p>
      <w:r>
        <w:t xml:space="preserve">18:10      (Speaker E)  sense now he's got the blue, the purple connected to them. </w:t>
      </w:r>
    </w:p>
    <w:p>
      <w:r>
        <w:t xml:space="preserve">18:12      (Speaker J)  Yeah. </w:t>
      </w:r>
    </w:p>
    <w:p>
      <w:r>
        <w:t xml:space="preserve">18:12      (Speaker A)  Right next to the blue as a replacement. Yes. </w:t>
      </w:r>
    </w:p>
    <w:p>
      <w:r>
        <w:t xml:space="preserve">18:13      (Speaker E)  And then the axis, the pa. I can't imagine that we would need the PA in the gym just off the top of my head to meet any immediately. So I would say we could probably skip that one for now. Unless, Brian, you have a different. </w:t>
      </w:r>
    </w:p>
    <w:p>
      <w:r>
        <w:t xml:space="preserve">18:24      (Speaker A)  I don't see it in the gym. </w:t>
      </w:r>
    </w:p>
    <w:p>
      <w:r>
        <w:t xml:space="preserve">18:25      (Speaker E)  It's operational. It's optional. It's an optional. </w:t>
      </w:r>
    </w:p>
    <w:p>
      <w:r>
        <w:t xml:space="preserve">18:28      (Speaker A)  Oh, is it? </w:t>
      </w:r>
    </w:p>
    <w:p>
      <w:r>
        <w:t xml:space="preserve">18:28      (Speaker F)  Yeah. </w:t>
      </w:r>
    </w:p>
    <w:p>
      <w:r>
        <w:t xml:space="preserve">18:29      (Speaker A)  And I would look in your gym if it's an option. Yeah, no, it's really cool for your pool because it lets people know closing. </w:t>
      </w:r>
    </w:p>
    <w:p>
      <w:r>
        <w:t xml:space="preserve">18:34      (Speaker G)  Well, that's what I would say. That's going to add another 1420. But I believe that is something that we had talked about. The workshop that we did want was the loudspeaker for the pool. </w:t>
      </w:r>
    </w:p>
    <w:p>
      <w:r>
        <w:t xml:space="preserve">18:42      (Speaker E)  Yeah, the pool. Yes. </w:t>
      </w:r>
    </w:p>
    <w:p>
      <w:r>
        <w:t xml:space="preserve">18:43      (Speaker B)  Jim. </w:t>
      </w:r>
    </w:p>
    <w:p>
      <w:r>
        <w:t xml:space="preserve">18:44      (Speaker E)  I just. We could do it later. No, yeah, it's not even important. </w:t>
      </w:r>
    </w:p>
    <w:p>
      <w:r>
        <w:t xml:space="preserve">18:46      (Speaker A)  You guys might, might not even want </w:t>
      </w:r>
    </w:p>
    <w:p>
      <w:r>
        <w:t xml:space="preserve">18:48      (Speaker E)  to do it later. And then we have signs up in </w:t>
      </w:r>
    </w:p>
    <w:p>
      <w:r>
        <w:t xml:space="preserve">18:50      (Speaker D)  the gym saying this for camera just so people know they're under camera. </w:t>
      </w:r>
    </w:p>
    <w:p>
      <w:r>
        <w:t xml:space="preserve">18:55      (Speaker A)  I, I don't think so. I mean we could put signs, but generally your full amenity center is under camera review. I believe it's in your policies that the. </w:t>
      </w:r>
    </w:p>
    <w:p>
      <w:r>
        <w:t xml:space="preserve">19:02      (Speaker D)  Okay, so that's not normal when you're working with the gym. </w:t>
      </w:r>
    </w:p>
    <w:p>
      <w:r>
        <w:t xml:space="preserve">19:05      (Speaker A)  Unless you're audio recording. Unless you're audio recording people. It's not needed. </w:t>
      </w:r>
    </w:p>
    <w:p>
      <w:r>
        <w:t xml:space="preserve">19:10      (Speaker D)  Okay. I just didn't know. I don't like walking in a room where I don't. </w:t>
      </w:r>
    </w:p>
    <w:p>
      <w:r>
        <w:t xml:space="preserve">19:13      (Speaker A)  Yeah, I mean if you guys want, we can certainly put cameras up. That's not. I'm sorry, signs up. Yeah, signs, that's not an issue. </w:t>
      </w:r>
    </w:p>
    <w:p>
      <w:r>
        <w:t xml:space="preserve">19:18      (Speaker E)  But I just say put it where you're doing with your pool amalgamation. You're doing everything all at once. </w:t>
      </w:r>
    </w:p>
    <w:p>
      <w:r>
        <w:t xml:space="preserve">19:22      (Speaker D)  It would seem kind of cameras in use. Calming thing to say. Don't start screwing up. I got a camera, guys. </w:t>
      </w:r>
    </w:p>
    <w:p>
      <w:r>
        <w:t xml:space="preserve">19:28      (Speaker A)  Whatever. </w:t>
      </w:r>
    </w:p>
    <w:p>
      <w:r>
        <w:t xml:space="preserve">19:29      (Speaker D)  Yeah, because the point is let them know you're being seen and your behavior is being watched. That might help. </w:t>
      </w:r>
    </w:p>
    <w:p>
      <w:r>
        <w:t xml:space="preserve">19:35      (Speaker E)  The wireless cameras, the issues, the, the yellow wireless cameras, those are real link and they're solar. If you can use them. Great. I guess that I would expect that they probably aren't 100 working. I mean if he looked at them and thought they're great, that's fine. </w:t>
      </w:r>
    </w:p>
    <w:p>
      <w:r>
        <w:t xml:space="preserve">19:49      (Speaker A)  But the goal is like get you guys started right throughout time. Like as they break, we'll replace them. Yeah, he didn't want to hit you guys with like a big install price. And then you guys are like, you know, scared to kind of move forward. </w:t>
      </w:r>
    </w:p>
    <w:p>
      <w:r>
        <w:t xml:space="preserve">20:00      (Speaker E)  I mean there's power out there and everything. I think just over time like increasing our capability. Like eventually running ethernet out there, you know, stuff like that. </w:t>
      </w:r>
    </w:p>
    <w:p>
      <w:r>
        <w:t xml:space="preserve">20:08      (Speaker D)  The 9,000 is to connect the ones we can, we have or connect to them and add six more and speakers. </w:t>
      </w:r>
    </w:p>
    <w:p>
      <w:r>
        <w:t xml:space="preserve">20:15      (Speaker A)  And then also moving your recording to cloud based rather than hard drive here. </w:t>
      </w:r>
    </w:p>
    <w:p>
      <w:r>
        <w:t xml:space="preserve">20:20      (Speaker E)  Okay. </w:t>
      </w:r>
    </w:p>
    <w:p>
      <w:r>
        <w:t xml:space="preserve">20:20      (Speaker A)  So you have, you know, you're never Going to lose the information. </w:t>
      </w:r>
    </w:p>
    <w:p>
      <w:r>
        <w:t xml:space="preserve">20:23      (Speaker D)  I feel more comfortable with put signs up as a. </w:t>
      </w:r>
    </w:p>
    <w:p>
      <w:r>
        <w:t xml:space="preserve">20:26      (Speaker A)  Sure. And we could talk about that. You know, we can talk about putting those up. You know, that's probably a regular meeting conversation. </w:t>
      </w:r>
    </w:p>
    <w:p>
      <w:r>
        <w:t xml:space="preserve">20:32      (Speaker J)  Yeah. </w:t>
      </w:r>
    </w:p>
    <w:p>
      <w:r>
        <w:t xml:space="preserve">20:32      (Speaker A)  While we're in the closed station, I just want to make sure that we're talking about what's on this. This proposal. So for the cameras, Don, are you following along with us here for the camera? </w:t>
      </w:r>
    </w:p>
    <w:p>
      <w:r>
        <w:t xml:space="preserve">20:41      (Speaker G)  Yes. Yes. So we're looking at 10, 9, 31 is what our total would end up being. </w:t>
      </w:r>
    </w:p>
    <w:p>
      <w:r>
        <w:t xml:space="preserve">20:45      (Speaker E)  Yeah. </w:t>
      </w:r>
    </w:p>
    <w:p>
      <w:r>
        <w:t xml:space="preserve">20:46      (Speaker A)  Yep. </w:t>
      </w:r>
    </w:p>
    <w:p>
      <w:r>
        <w:t xml:space="preserve">20:46      (Speaker E)  And that's within our budget. Yes. The total proposal is within the budget. </w:t>
      </w:r>
    </w:p>
    <w:p>
      <w:r>
        <w:t xml:space="preserve">20:52      (Speaker G)  Yes. Because. Because with the. If you look at the other. Still looking at about 25,000 for both. </w:t>
      </w:r>
    </w:p>
    <w:p>
      <w:r>
        <w:t xml:space="preserve">20:57      (Speaker A)  Yeah. I mean, it's not something that you guys have budgeted for, but you guys do have budget in your reserves to cover this project. </w:t>
      </w:r>
    </w:p>
    <w:p>
      <w:r>
        <w:t xml:space="preserve">21:03      (Speaker I)  Yeah. </w:t>
      </w:r>
    </w:p>
    <w:p>
      <w:r>
        <w:t xml:space="preserve">21:04      (Speaker E)  I thought we had put a line item for security, but I guess we changed that or not for this current budget, it might be. </w:t>
      </w:r>
    </w:p>
    <w:p>
      <w:r>
        <w:t xml:space="preserve">21:09      (Speaker D)  We could. </w:t>
      </w:r>
    </w:p>
    <w:p>
      <w:r>
        <w:t xml:space="preserve">21:09      (Speaker A)  I mean, we could make some of it out of that security line. </w:t>
      </w:r>
    </w:p>
    <w:p>
      <w:r>
        <w:t xml:space="preserve">21:13      (Speaker E)  Yeah, I mean, I would suggest, you know, that and I think previous boards. That's what we wanted. We want the line items to match what we're budgeting for. So you take it from 24. If it's under the line item for budget. </w:t>
      </w:r>
    </w:p>
    <w:p>
      <w:r>
        <w:t xml:space="preserve">21:23      (Speaker J)  Great. </w:t>
      </w:r>
    </w:p>
    <w:p>
      <w:r>
        <w:t xml:space="preserve">21:23      (Speaker E)  That's fantastic. And we prefer to exhaust that first before. Before we go, you know, into anything else. </w:t>
      </w:r>
    </w:p>
    <w:p>
      <w:r>
        <w:t xml:space="preserve">21:29      (Speaker G)  And Brian, we're going to have to add. And we'll have to take from somewhere else. I understand. We're going to have to add the monthly fees as a line item. </w:t>
      </w:r>
    </w:p>
    <w:p>
      <w:r>
        <w:t xml:space="preserve">21:39      (Speaker E)  Yes, that's what stopped us last time, 114amonth. </w:t>
      </w:r>
    </w:p>
    <w:p>
      <w:r>
        <w:t xml:space="preserve">21:43      (Speaker D)  So it's not like. Or death there. </w:t>
      </w:r>
    </w:p>
    <w:p>
      <w:r>
        <w:t xml:space="preserve">21:45      (Speaker A)  Yeah. You also have an access system proposal after this that's going to have monthly licensing as well. So we'll go over that. But I mean, does anyone have any questions on the cameras this far before we move on to the. No. Don, any questions on the cameras? </w:t>
      </w:r>
    </w:p>
    <w:p>
      <w:r>
        <w:t xml:space="preserve">21:56      (Speaker G)  No, I'm good with this. This looks pretty good. I'll revert to the rest of the board, but I think it looks pretty good </w:t>
      </w:r>
    </w:p>
    <w:p>
      <w:r>
        <w:t xml:space="preserve">22:05      (Speaker A)  on stage. It's right the next page after the map. </w:t>
      </w:r>
    </w:p>
    <w:p>
      <w:r>
        <w:t xml:space="preserve">22:10      (Speaker E)  And did we. Or can we seek additional comparable costs? </w:t>
      </w:r>
    </w:p>
    <w:p>
      <w:r>
        <w:t xml:space="preserve">22:13      (Speaker A)  Yeah, I can. </w:t>
      </w:r>
    </w:p>
    <w:p>
      <w:r>
        <w:t xml:space="preserve">22:15      (Speaker E)  I mean, I don't really want it, you know, like, I think we should start moving this forward. But like I would say at your discretion. Almost like if you're going to go to another vendor and verify the prices are lower, we could give you a note, something like that I'm comfortable with. Yeah. </w:t>
      </w:r>
    </w:p>
    <w:p>
      <w:r>
        <w:t xml:space="preserve">22:26      (Speaker A)  Yeah, whatever you guys think. All right, well, one thing is I. The vendor, Complete id, has actually just joined the call. Is he okay to join with the advertisement? </w:t>
      </w:r>
    </w:p>
    <w:p>
      <w:r>
        <w:t xml:space="preserve">22:38      (Speaker C)  Yes, because this is. </w:t>
      </w:r>
    </w:p>
    <w:p>
      <w:r>
        <w:t xml:space="preserve">22:41      (Speaker A)  Yeah, perfect. So I'm gonna let them end. </w:t>
      </w:r>
    </w:p>
    <w:p>
      <w:r>
        <w:t xml:space="preserve">22:45      (Speaker F)  Okay, well, while we wait on that, Sam is pointing out someone said out loud the total was over 10 and the one here is 9, 9511. </w:t>
      </w:r>
    </w:p>
    <w:p>
      <w:r>
        <w:t xml:space="preserve">22:55      (Speaker A)  Yeah, I think if you combine the two. It was combining the monthly with the project total. </w:t>
      </w:r>
    </w:p>
    <w:p>
      <w:r>
        <w:t xml:space="preserve">23:04      (Speaker G)  If you take the cameras plus the loudspeaker, you're at 10, nine. </w:t>
      </w:r>
    </w:p>
    <w:p>
      <w:r>
        <w:t xml:space="preserve">23:07      (Speaker A)  Oh, right. </w:t>
      </w:r>
    </w:p>
    <w:p>
      <w:r>
        <w:t xml:space="preserve">23:08      (Speaker D)  But I think that's on our price page. </w:t>
      </w:r>
    </w:p>
    <w:p>
      <w:r>
        <w:t xml:space="preserve">23:11      (Speaker E)  Yes, yes, it's the sec. The first item. </w:t>
      </w:r>
    </w:p>
    <w:p>
      <w:r>
        <w:t xml:space="preserve">23:15      (Speaker F)  Okay. </w:t>
      </w:r>
    </w:p>
    <w:p>
      <w:r>
        <w:t xml:space="preserve">23:16      (Speaker A)  Yeah, you're right. </w:t>
      </w:r>
    </w:p>
    <w:p>
      <w:r>
        <w:t xml:space="preserve">23:17      (Speaker E)  And that's. I mean, we have to have that. </w:t>
      </w:r>
    </w:p>
    <w:p>
      <w:r>
        <w:t xml:space="preserve">23:18      (Speaker D)  Yeah. </w:t>
      </w:r>
    </w:p>
    <w:p>
      <w:r>
        <w:t xml:space="preserve">23:19      (Speaker E)  This number include any of the. </w:t>
      </w:r>
    </w:p>
    <w:p>
      <w:r>
        <w:t xml:space="preserve">23:23      (Speaker A)  I'm going to make you a co host so you can mute and unmute. We just went over the. The camera proposal. They like what they see. Any questions for Thomas? Thomas is the CEO, founder of Complete id. Any questions for him on the cameras? </w:t>
      </w:r>
    </w:p>
    <w:p>
      <w:r>
        <w:t xml:space="preserve">23:36      (Speaker E)  Not on the cameras. </w:t>
      </w:r>
    </w:p>
    <w:p>
      <w:r>
        <w:t xml:space="preserve">23:37      (Speaker A)  Okay. </w:t>
      </w:r>
    </w:p>
    <w:p>
      <w:r>
        <w:t xml:space="preserve">23:38      (Speaker E)  I might ask you or Matt, do we already have a search protection? I mean, I think this would be separate search protection, but that is a $4,100 line item to do the additional protection. I mean, I'm sure, like, it's obviously recommended, but like, that's a. Yeah. </w:t>
      </w:r>
    </w:p>
    <w:p>
      <w:r>
        <w:t xml:space="preserve">23:50      (Speaker A)  If you guys do have surge protection, it's probably just one that you bought at Home Depot, like one of those strips. This is a little bit more in depth. It gives you like a backup battery. Thomas, can you. What goes into your surge protection? </w:t>
      </w:r>
    </w:p>
    <w:p>
      <w:r>
        <w:t xml:space="preserve">24:00      (Speaker H)  Yeah, so you guys just have a standard battery backup? I believe this actually goes into us installing grounding rods and actually using what's called Ditech. They're out of Margot and we run every camera through their search protector. So every single ethernet cable from the cameras go through it as well as the access control. The good thing is that on the cameras is the big number. And then on the access control, instead of doing both, because I don't really need both, I just did an add on for the access control because, like, the main piece of that is actually </w:t>
      </w:r>
    </w:p>
    <w:p>
      <w:r>
        <w:t xml:space="preserve">24:35      (Speaker E)  in the camera line item. So if the power is out the gate, the card control will still function for a limited time. </w:t>
      </w:r>
    </w:p>
    <w:p>
      <w:r>
        <w:t xml:space="preserve">24:44      (Speaker D)  Yes. </w:t>
      </w:r>
    </w:p>
    <w:p>
      <w:r>
        <w:t xml:space="preserve">24:44      (Speaker H)  Yeah, we put battery. We put battery backups on all the equipment. </w:t>
      </w:r>
    </w:p>
    <w:p>
      <w:r>
        <w:t xml:space="preserve">24:49      (Speaker E)  Okay. I mean, I forgot about the card system, honestly. </w:t>
      </w:r>
    </w:p>
    <w:p>
      <w:r>
        <w:t xml:space="preserve">24:52      (Speaker F)  So. </w:t>
      </w:r>
    </w:p>
    <w:p>
      <w:r>
        <w:t xml:space="preserve">24:52      (Speaker I)  Yeah. </w:t>
      </w:r>
    </w:p>
    <w:p>
      <w:r>
        <w:t xml:space="preserve">24:52      (Speaker E)  Okay. </w:t>
      </w:r>
    </w:p>
    <w:p>
      <w:r>
        <w:t xml:space="preserve">24:58      (Speaker A)  All right, so moving on to the access control system. This is just to kind of give a little bit of background. This is a system that I'm very familiar with. I use that at 95% my amenity centers, very easy to use, very user friendly and it's non proprietary. Gives us access to complete via the back end. I can change your door schedules. </w:t>
      </w:r>
    </w:p>
    <w:p>
      <w:r>
        <w:t xml:space="preserve">25:18      (Speaker B)  I can change. </w:t>
      </w:r>
    </w:p>
    <w:p>
      <w:r>
        <w:t xml:space="preserve">25:20      (Speaker A)  I can change everything on the back end. Rather than having to submit a ticket or work with a representative and wait 24 hours after this, be more than willing to set up phone calls with each and every one of you to go over like a demo. I can do that. I've worked with the system so long that I think Thomas trusts me with showing you guys all how to use it. I don't know, Thomas. I'll let you speak to that. </w:t>
      </w:r>
    </w:p>
    <w:p>
      <w:r>
        <w:t xml:space="preserve">25:41      (Speaker D)  That's up to you. </w:t>
      </w:r>
    </w:p>
    <w:p>
      <w:r>
        <w:t xml:space="preserve">25:42      (Speaker H)  If you want to, if you want </w:t>
      </w:r>
    </w:p>
    <w:p>
      <w:r>
        <w:t xml:space="preserve">25:43      (Speaker D)  to go for this phone, we can. </w:t>
      </w:r>
    </w:p>
    <w:p>
      <w:r>
        <w:t xml:space="preserve">25:46      (Speaker H)  I can also do a zoom call if need be. </w:t>
      </w:r>
    </w:p>
    <w:p>
      <w:r>
        <w:t xml:space="preserve">25:50      (Speaker A)  So yeah. So if anyone has any additional questions after this, you know, we can absolutely set up those demos. </w:t>
      </w:r>
    </w:p>
    <w:p>
      <w:r>
        <w:t xml:space="preserve">25:54      (Speaker C)  And are we doing it? We're only an assigned person. They have access to the footage, correct? </w:t>
      </w:r>
    </w:p>
    <w:p>
      <w:r>
        <w:t xml:space="preserve">26:01      (Speaker D)  Yes. </w:t>
      </w:r>
    </w:p>
    <w:p>
      <w:r>
        <w:t xml:space="preserve">26:03      (Speaker F)  For the access control. Are we gonna have to reissue everyone's keys? </w:t>
      </w:r>
    </w:p>
    <w:p>
      <w:r>
        <w:t xml:space="preserve">26:06      (Speaker E)  Yes. </w:t>
      </w:r>
    </w:p>
    <w:p>
      <w:r>
        <w:t xml:space="preserve">26:07      (Speaker D)  Okay. </w:t>
      </w:r>
    </w:p>
    <w:p>
      <w:r>
        <w:t xml:space="preserve">26:07      (Speaker F)  Is that cost built into this or the resident's gonna have to use. </w:t>
      </w:r>
    </w:p>
    <w:p>
      <w:r>
        <w:t xml:space="preserve">26:12      (Speaker A)  So the keys. So you guys, are you offering free keys? </w:t>
      </w:r>
    </w:p>
    <w:p>
      <w:r>
        <w:t xml:space="preserve">26:17      (Speaker H)  Yeah, I gave them a thousand free key fobs. </w:t>
      </w:r>
    </w:p>
    <w:p>
      <w:r>
        <w:t xml:space="preserve">26:20      (Speaker A)  A thousand free key fobs. That'll cover your first thousand residents of like free, you know, exchange. </w:t>
      </w:r>
    </w:p>
    <w:p>
      <w:r>
        <w:t xml:space="preserve">26:25      (Speaker E)  Yeah, we do two per household. We have like 645. So it's slightly short. </w:t>
      </w:r>
    </w:p>
    <w:p>
      <w:r>
        <w:t xml:space="preserve">26:29      (Speaker F)  Yeah, we've got about 1260 adults last </w:t>
      </w:r>
    </w:p>
    <w:p>
      <w:r>
        <w:t xml:space="preserve">26:33      (Speaker H)  time I saw a number about it. </w:t>
      </w:r>
    </w:p>
    <w:p>
      <w:r>
        <w:t xml:space="preserve">26:35      (Speaker F)  Something somewhere around there. </w:t>
      </w:r>
    </w:p>
    <w:p>
      <w:r>
        <w:t xml:space="preserve">26:36      (Speaker A)  So what? And we can talk about how you guys want to work that in the future. We've done a lot of what we call them community resets. It's actually a really good process because it updates everyone's contact information, all that. You guys can get a email blast system finally as well. That could be part of that process as well. So usually what we do is I send two or three of my people out here, my amenity people out here with computers. We have an event, quote unquote, an event where everyone can come up here all at once and we just knock out registrations. It takes us three, two to minutes to get per person to get through. It's really quick and at that point we kind of just handle the rest outside as they come in. So it's a really simple process. </w:t>
      </w:r>
    </w:p>
    <w:p>
      <w:r>
        <w:t xml:space="preserve">27:10      (Speaker F)  Yeah, I mean both look good to me. My minor sticking point, which is we need these for all the residents, like and a thousand isn't going to do it. </w:t>
      </w:r>
    </w:p>
    <w:p>
      <w:r>
        <w:t xml:space="preserve">27:17      (Speaker A)  Thomas Are you willing to throw in some extra keys? </w:t>
      </w:r>
    </w:p>
    <w:p>
      <w:r>
        <w:t xml:space="preserve">27:23      (Speaker H)  Let's talk cameras, which. What are they doing for cameras? And then I'll. </w:t>
      </w:r>
    </w:p>
    <w:p>
      <w:r>
        <w:t xml:space="preserve">27:27      (Speaker A)  It sounds like they want to move forward with, with both proposals. </w:t>
      </w:r>
    </w:p>
    <w:p>
      <w:r>
        <w:t xml:space="preserve">27:30      (Speaker H)  Donald, any of the options on the camera side? </w:t>
      </w:r>
    </w:p>
    <w:p>
      <w:r>
        <w:t xml:space="preserve">27:35      (Speaker A)  Just the PA for the pool and the search protection, if that's an option as well. </w:t>
      </w:r>
    </w:p>
    <w:p>
      <w:r>
        <w:t xml:space="preserve">27:41      (Speaker C)  What is the mobile entry? </w:t>
      </w:r>
    </w:p>
    <w:p>
      <w:r>
        <w:t xml:space="preserve">27:43      (Speaker E)  That's your phone. </w:t>
      </w:r>
    </w:p>
    <w:p>
      <w:r>
        <w:t xml:space="preserve">27:44      (Speaker D)  Everything in the middle was off. </w:t>
      </w:r>
    </w:p>
    <w:p>
      <w:r>
        <w:t xml:space="preserve">27:45      (Speaker A)  You can, you can. So once you guys approve something, right, you guys can choose what kind of credentials you want to give. You can do fobs like he's offering you guys or you can do mobile passes which is on your phone, your phone's. </w:t>
      </w:r>
    </w:p>
    <w:p>
      <w:r>
        <w:t xml:space="preserve">27:57      (Speaker E)  You can do both. </w:t>
      </w:r>
    </w:p>
    <w:p>
      <w:r>
        <w:t xml:space="preserve">27:58      (Speaker D)  Yeah. </w:t>
      </w:r>
    </w:p>
    <w:p>
      <w:r>
        <w:t xml:space="preserve">27:58      (Speaker H)  Or you have a lot of communities that are hybrid. </w:t>
      </w:r>
    </w:p>
    <w:p>
      <w:r>
        <w:t xml:space="preserve">28:02      (Speaker A)  But the one, the difference, the difference is, is that the mobile passes cost money monthly. </w:t>
      </w:r>
    </w:p>
    <w:p>
      <w:r>
        <w:t xml:space="preserve">28:07      (Speaker F)  I, I don't want to deal with the mobile stuff. I've dealt with it in other solutions and it sucks. </w:t>
      </w:r>
    </w:p>
    <w:p>
      <w:r>
        <w:t xml:space="preserve">28:11      (Speaker E)  Yeah, okay. It's. </w:t>
      </w:r>
    </w:p>
    <w:p>
      <w:r>
        <w:t xml:space="preserve">28:13      (Speaker A)  Yeah, it's a little bit tougher than I have. </w:t>
      </w:r>
    </w:p>
    <w:p>
      <w:r>
        <w:t xml:space="preserve">28:15      (Speaker E)  We'll take that. </w:t>
      </w:r>
    </w:p>
    <w:p>
      <w:r>
        <w:t xml:space="preserve">28:16      (Speaker D)  So. </w:t>
      </w:r>
    </w:p>
    <w:p>
      <w:r>
        <w:t xml:space="preserve">28:17      (Speaker A)  But yeah, you guys have a choice. And what we would probably want to implement for you guys is the two fob color system. So anyone 18 or above gets blue fobs. Anyone 17 and younger gets red. So inst having to ask someone for their ID to ask how old you are. We have an identifier color. Our on site staff is simple like hey, you're not allowed to have a guest here. You have a red fob. </w:t>
      </w:r>
    </w:p>
    <w:p>
      <w:r>
        <w:t xml:space="preserve">28:36      (Speaker D)  So is that more than 1200 then? If we got kid ones and adult ones it would, it would be. </w:t>
      </w:r>
    </w:p>
    <w:p>
      <w:r>
        <w:t xml:space="preserve">28:41      (Speaker A)  We'd probably split them up. I mean we probably do. We. We don't get many kid registrations. Right. So we'd probably do 150 red and the rest blue. </w:t>
      </w:r>
    </w:p>
    <w:p>
      <w:r>
        <w:t xml:space="preserve">28:49      (Speaker D)  But yeah, 1200, right. </w:t>
      </w:r>
    </w:p>
    <w:p>
      <w:r>
        <w:t xml:space="preserve">28:51      (Speaker B)  Yeah. </w:t>
      </w:r>
    </w:p>
    <w:p>
      <w:r>
        <w:t xml:space="preserve">28:52      (Speaker A)  And we'll figure that out, Thomas. </w:t>
      </w:r>
    </w:p>
    <w:p>
      <w:r>
        <w:t xml:space="preserve">28:53      (Speaker D)  I mean plus red. </w:t>
      </w:r>
    </w:p>
    <w:p>
      <w:r>
        <w:t xml:space="preserve">28:54      (Speaker C)  Yeah. </w:t>
      </w:r>
    </w:p>
    <w:p>
      <w:r>
        <w:t xml:space="preserve">28:54      (Speaker D)  So now we're over 1200 something. </w:t>
      </w:r>
    </w:p>
    <w:p>
      <w:r>
        <w:t xml:space="preserve">28:56      (Speaker E)  I mean you'll be managing it. I'm worried about the install, </w:t>
      </w:r>
    </w:p>
    <w:p>
      <w:r>
        <w:t xml:space="preserve">29:01      (Speaker A)  Bob. </w:t>
      </w:r>
    </w:p>
    <w:p>
      <w:r>
        <w:t xml:space="preserve">29:01      (Speaker H)  We're about 350 a piece, correct? </w:t>
      </w:r>
    </w:p>
    <w:p>
      <w:r>
        <w:t xml:space="preserve">29:03      (Speaker D)  Thomas? </w:t>
      </w:r>
    </w:p>
    <w:p>
      <w:r>
        <w:t xml:space="preserve">29:04      (Speaker E)  Yeah, the 3.50. </w:t>
      </w:r>
    </w:p>
    <w:p>
      <w:r>
        <w:t xml:space="preserve">29:05      (Speaker H)  What I, what I can do to help you guys out. If you're going to do the cameras and the access control at the same time, we can work with GMS and I think around number of 1400 would be good. 150 red. </w:t>
      </w:r>
    </w:p>
    <w:p>
      <w:r>
        <w:t xml:space="preserve">29:21      (Speaker D)  Yeah. </w:t>
      </w:r>
    </w:p>
    <w:p>
      <w:r>
        <w:t xml:space="preserve">29:22      (Speaker B)  Yes. </w:t>
      </w:r>
    </w:p>
    <w:p>
      <w:r>
        <w:t xml:space="preserve">29:25      (Speaker A)  Okay. Okay. So any other questions for Thomas? </w:t>
      </w:r>
    </w:p>
    <w:p>
      <w:r>
        <w:t xml:space="preserve">29:30      (Speaker D)  Do we need to write that down somewhere? </w:t>
      </w:r>
    </w:p>
    <w:p>
      <w:r>
        <w:t xml:space="preserve">29:32      (Speaker E)  The contractor's gonna. </w:t>
      </w:r>
    </w:p>
    <w:p>
      <w:r>
        <w:t xml:space="preserve">29:33      (Speaker A)  Yeah, yeah, we're capturing it right now. </w:t>
      </w:r>
    </w:p>
    <w:p>
      <w:r>
        <w:t xml:space="preserve">29:36      (Speaker B)  We'll make sure. </w:t>
      </w:r>
    </w:p>
    <w:p>
      <w:r>
        <w:t xml:space="preserve">29:37      (Speaker D)  Because I'm thinking over the Years we're gonna need more fobs than that. Another year we have people who can go and leave and they take their fob with them. </w:t>
      </w:r>
    </w:p>
    <w:p>
      <w:r>
        <w:t xml:space="preserve">29:44      (Speaker B)  Yeah. </w:t>
      </w:r>
    </w:p>
    <w:p>
      <w:r>
        <w:t xml:space="preserve">29:45      (Speaker D)  So we'll need a surplus. </w:t>
      </w:r>
    </w:p>
    <w:p>
      <w:r>
        <w:t xml:space="preserve">29:46      (Speaker F)  1400 gives us that reserve for one. </w:t>
      </w:r>
    </w:p>
    <w:p>
      <w:r>
        <w:t xml:space="preserve">29:49      (Speaker D)  That's what I'm saying. For the year first year. </w:t>
      </w:r>
    </w:p>
    <w:p>
      <w:r>
        <w:t xml:space="preserve">29:50      (Speaker C)  So it was 1400 total key fobs. And so was that 1250 blue, 150 red. </w:t>
      </w:r>
    </w:p>
    <w:p>
      <w:r>
        <w:t xml:space="preserve">29:57      (Speaker B)  Okay. </w:t>
      </w:r>
    </w:p>
    <w:p>
      <w:r>
        <w:t xml:space="preserve">29:58      (Speaker C)  And are we still going forward with the system of two per household? And so if there is a household that has minor children, they would get one red, one blue. Is that the. </w:t>
      </w:r>
    </w:p>
    <w:p>
      <w:r>
        <w:t xml:space="preserve">30:11      (Speaker A)  I would say it could go either way. And you guys correct me if I'm wrong. Either they get two adult fobs where they get one kid, one adult for free. And if any additional after the two, whatever combination you choose, buy them for three. </w:t>
      </w:r>
    </w:p>
    <w:p>
      <w:r>
        <w:t xml:space="preserve">30:23      (Speaker D)  Right. </w:t>
      </w:r>
    </w:p>
    <w:p>
      <w:r>
        <w:t xml:space="preserve">30:24      (Speaker A)  Well, whatever price that you guys. Yeah, whatever. </w:t>
      </w:r>
    </w:p>
    <w:p>
      <w:r>
        <w:t xml:space="preserve">30:26      (Speaker F)  I think the color enforcement is. Is a. Is aspirational. So I wouldn't over index on that. Like we don't. That's not a coat like that 16 to 17 cohort isn't. Isn't big in the neighborhood like we have there. People are growing into it, but it's actually like the smallest. </w:t>
      </w:r>
    </w:p>
    <w:p>
      <w:r>
        <w:t xml:space="preserve">30:42      (Speaker A)  Absolutely. </w:t>
      </w:r>
    </w:p>
    <w:p>
      <w:r>
        <w:t xml:space="preserve">30:43      (Speaker E)  I'm fine with leaving it to your execution. And then if you need changes or something to make it happen, I just don't want to reinvent the wheel. It sounds like this is a complete system. Correct me if I'm wrong. You'll be able to do what you need to do. Come up with a rule set that you need. We adjust things as we go. I'm more concerned about. Just the cost is really all I care about. So as long as you guys are able to handle it. </w:t>
      </w:r>
    </w:p>
    <w:p>
      <w:r>
        <w:t xml:space="preserve">31:01      (Speaker A)  Yeah, absolutely. Absolutely. All right, cool. So I mean with that, if there's no other questions for Thomas, then I guess we'll take a motion to close this last one. </w:t>
      </w:r>
    </w:p>
    <w:p>
      <w:r>
        <w:t xml:space="preserve">31:12      (Speaker D)  The total is. Is the 152 plus the 262. </w:t>
      </w:r>
    </w:p>
    <w:p>
      <w:r>
        <w:t xml:space="preserve">31:17      (Speaker A)  The 262 is the monthly. </w:t>
      </w:r>
    </w:p>
    <w:p>
      <w:r>
        <w:t xml:space="preserve">31:20      (Speaker D)  Okay. So times. </w:t>
      </w:r>
    </w:p>
    <w:p>
      <w:r>
        <w:t xml:space="preserve">31:22      (Speaker A)  Right. </w:t>
      </w:r>
    </w:p>
    <w:p>
      <w:r>
        <w:t xml:space="preserve">31:23      (Speaker E)  And then the camera. </w:t>
      </w:r>
    </w:p>
    <w:p>
      <w:r>
        <w:t xml:space="preserve">31:24      (Speaker F)  Okay. </w:t>
      </w:r>
    </w:p>
    <w:p>
      <w:r>
        <w:t xml:space="preserve">31:24      (Speaker E)  I don't want to get into 17. We're coming back to talk about during May meeting. Just the cost. Yeah. I don't do anything. No. Tonight we're back on the agenda. </w:t>
      </w:r>
    </w:p>
    <w:p>
      <w:r>
        <w:t xml:space="preserve">31:33      (Speaker J)  Oh yeah. </w:t>
      </w:r>
    </w:p>
    <w:p>
      <w:r>
        <w:t xml:space="preserve">31:33      (Speaker A)  You guys will make a motion later. And regarding. </w:t>
      </w:r>
    </w:p>
    <w:p>
      <w:r>
        <w:t xml:space="preserve">31:36      (Speaker E)  Just talk about toss. We'll do the correct not to exceed. Then talk about you going to look at other vendors to our. Okay, I move to close this second. </w:t>
      </w:r>
    </w:p>
    <w:p>
      <w:r>
        <w:t xml:space="preserve">31:45      (Speaker A)  All right, real quick here. </w:t>
      </w:r>
    </w:p>
    <w:p>
      <w:r>
        <w:t xml:space="preserve">31:48      (Speaker E)  Let me set up this table. </w:t>
      </w:r>
    </w:p>
    <w:p>
      <w:r>
        <w:t xml:space="preserve">31:49      (Speaker B)  All right. </w:t>
      </w:r>
    </w:p>
    <w:p>
      <w:r>
        <w:t xml:space="preserve">31:50      (Speaker A)  First from Jesse, second from Amanda. All in favor, five to zero. Okay. Thomas, thank you so much for being with us. We appreciate your time and we hope you have a great night. </w:t>
      </w:r>
    </w:p>
    <w:p>
      <w:r>
        <w:t xml:space="preserve">32:03      (Speaker E)  Thanks, man. </w:t>
      </w:r>
    </w:p>
    <w:p>
      <w:r>
        <w:t xml:space="preserve">32:03      (Speaker D)  Awesome. Thanks, guys. </w:t>
      </w:r>
    </w:p>
    <w:p>
      <w:r>
        <w:t xml:space="preserve">32:04      (Speaker H)  Appreciate it. If you need anything else tonight, Brian, just. Just let me know. </w:t>
      </w:r>
    </w:p>
    <w:p>
      <w:r>
        <w:t xml:space="preserve">32:08      (Speaker A)  Will do. Thank you, sir. </w:t>
      </w:r>
    </w:p>
    <w:p>
      <w:r>
        <w:t xml:space="preserve">32:09      (Speaker D)  Awesome. </w:t>
      </w:r>
    </w:p>
    <w:p>
      <w:r>
        <w:t xml:space="preserve">32:09      (Speaker H)  Thank you, sir. </w:t>
      </w:r>
    </w:p>
    <w:p>
      <w:r>
        <w:t xml:space="preserve">32:12      (Speaker F)  I know. </w:t>
      </w:r>
    </w:p>
    <w:p>
      <w:r>
        <w:t xml:space="preserve">32:14      (Speaker D)  Closed session. </w:t>
      </w:r>
    </w:p>
    <w:p>
      <w:r>
        <w:t xml:space="preserve">32:15      (Speaker A)  We already did. </w:t>
      </w:r>
    </w:p>
    <w:p>
      <w:r>
        <w:t xml:space="preserve">32:16      (Speaker C)  Yeah. </w:t>
      </w:r>
    </w:p>
    <w:p>
      <w:r>
        <w:t xml:space="preserve">32:16      (Speaker D)  Okay, </w:t>
      </w:r>
    </w:p>
    <w:p>
      <w:r>
        <w:t xml:space="preserve">33:38      (Speaker A)  Just for everyone on the line. We are just going to wait for everyone to get settled in over here, get signed in and seated. So we'll get started with the official meeting here as soon as we. All right. With that, we are unmuted. We're going to go ahead and get started with the regular portion of the meeting. First up, we do have roll call, so I'm going to start with myself and move to my right. Brian Young, GMS John Teetz, Vice Chair. </w:t>
      </w:r>
    </w:p>
    <w:p>
      <w:r>
        <w:t xml:space="preserve">37:04      (Speaker C)  Henrietta Weaver, Assistant Secretary. </w:t>
      </w:r>
    </w:p>
    <w:p>
      <w:r>
        <w:t xml:space="preserve">37:05      (Speaker F)  Jesse Lamb, Supervisor Dan Witten, Supervisor Pat </w:t>
      </w:r>
    </w:p>
    <w:p>
      <w:r>
        <w:t xml:space="preserve">37:08      (Speaker H)  Asriel, JS Field Manager. </w:t>
      </w:r>
    </w:p>
    <w:p>
      <w:r>
        <w:t xml:space="preserve">37:10      (Speaker C)  Lindsay Mozinski, District Council. </w:t>
      </w:r>
    </w:p>
    <w:p>
      <w:r>
        <w:t xml:space="preserve">37:12      (Speaker A)  Brad. Right, Brad four of the Lighthouse. Awesome. We also have representatives here with us with ASI Landscaping, Cardinal Landscaping, Juniper Landscaping, Prince and Sons Incorporated, as well as Russell Landscape as well as Virgil from Blue Water. Aquatics is with us as well. And supervisor folks is on the line via Zoom as well as Matt Gold, Liquid Steadfast, it looks like. So welcome, everybody. First up, next, we do have the pledge of allegiance. All right, next up, we do have audience comments on specific items on the agenda. Do we want to move? I think what we want to do is take a motion from the board to amend the agenda to put aquatics and engineering at the top so that we can get them in and out of here and then we can take a little bit more time with the resident comments. Is that okay with everybody? </w:t>
      </w:r>
    </w:p>
    <w:p>
      <w:r>
        <w:t xml:space="preserve">38:20      (Speaker F)  I move we do that. </w:t>
      </w:r>
    </w:p>
    <w:p>
      <w:r>
        <w:t xml:space="preserve">38:21      (Speaker E)  Yes. </w:t>
      </w:r>
    </w:p>
    <w:p>
      <w:r>
        <w:t xml:space="preserve">38:22      (Speaker A)  I motion to move quadx. All right, I got a first from Jesse, second second from Amanda. All in favor? I motion passes five to zero. So we will start with engineering. </w:t>
      </w:r>
    </w:p>
    <w:p>
      <w:r>
        <w:t xml:space="preserve">38:43      (Speaker D)  Yeah. </w:t>
      </w:r>
    </w:p>
    <w:p>
      <w:r>
        <w:t xml:space="preserve">38:43      (Speaker A)  Hey, Brad. Nice to see you. </w:t>
      </w:r>
    </w:p>
    <w:p>
      <w:r>
        <w:t xml:space="preserve">38:44      (Speaker D)  Welcome. </w:t>
      </w:r>
    </w:p>
    <w:p>
      <w:r>
        <w:t xml:space="preserve">38:46      (Speaker B)  So I am Amy. This is our operations, handles this stuff. But she is on a needed vacation. So I'm here to kind of answer some questions and let her take a break. She had identified three different things, I guess, that were going on within the community. One was the. I guess the proposals for the drainage on the path. We had, I think three or four different quotes. I think go with a little bit quote would probably be the way to go. Both of the lower ones were kind of in the same ballpark. Two higher ones were significantly out of bounds there. 17,000. I thought it should be more around 5,000. </w:t>
      </w:r>
    </w:p>
    <w:p>
      <w:r>
        <w:t xml:space="preserve">39:27      (Speaker D)  Strange. Along the walkway? </w:t>
      </w:r>
    </w:p>
    <w:p>
      <w:r>
        <w:t xml:space="preserve">39:29      (Speaker B)  Yeah, there's some. </w:t>
      </w:r>
    </w:p>
    <w:p>
      <w:r>
        <w:t xml:space="preserve">39:30      (Speaker D)  Okay, that's the walkway. </w:t>
      </w:r>
    </w:p>
    <w:p>
      <w:r>
        <w:t xml:space="preserve">39:31      (Speaker B)  Yes. Yes. So we have those quotes I would recommend. I don't recall which lowest one was </w:t>
      </w:r>
    </w:p>
    <w:p>
      <w:r>
        <w:t xml:space="preserve">39:39      (Speaker C)  59. </w:t>
      </w:r>
    </w:p>
    <w:p>
      <w:r>
        <w:t xml:space="preserve">39:45      (Speaker B)  Yeah, we've done a lot of work with blue water aquatics. I. I feel very comfortable with the guys that do the work. They would be a recommendation or don't work for gms. I think those would probably be fine. </w:t>
      </w:r>
    </w:p>
    <w:p>
      <w:r>
        <w:t xml:space="preserve">40:01      (Speaker A)  Both are roughly around the same price. </w:t>
      </w:r>
    </w:p>
    <w:p>
      <w:r>
        <w:t xml:space="preserve">40:03      (Speaker B)  Basically the same price. I will leave that up to the board discussion. I think they're both about the same. We do have a history of working. We found them to be responsive problems. They've been responsive in coming out and helping remedy those as well. </w:t>
      </w:r>
    </w:p>
    <w:p>
      <w:r>
        <w:t xml:space="preserve">40:27      (Speaker C)  Yes and no. Would you have any insight as to why one would suggest breaking the asphalt and redoing it or why one only suggested four types drainage and the rest are suggesting five. </w:t>
      </w:r>
    </w:p>
    <w:p>
      <w:r>
        <w:t xml:space="preserve">40:44      (Speaker B)  So when we were out of the field and reviewed it, you know, basically you just have a low spot, the side. The side has grown up above the edge of the sidewalk probably when it was built. You know, typically SOD is supposed to be green side up, lower than the edge of sidewalk. Okay. It's real simple, but over time that it builds up and then it creates a barrier for the water. So what these guys are going to do is put some small drains basically at the areas where it's a low spot to pick up the water that's being collected because it's ponding there. So they should not be touching the asphalt. They should not. It should simply be a small intake inlet and then some basically drain pipe that's going to run out 30ft or so to get the water out of the area. It's. It's not a complicated issue and the guy should be able to do it within probably. </w:t>
      </w:r>
    </w:p>
    <w:p>
      <w:r>
        <w:t xml:space="preserve">41:38      (Speaker C)  Okay. </w:t>
      </w:r>
    </w:p>
    <w:p>
      <w:r>
        <w:t xml:space="preserve">41:39      (Speaker D)  Yeah. </w:t>
      </w:r>
    </w:p>
    <w:p>
      <w:r>
        <w:t xml:space="preserve">41:41      (Speaker H)  They ask questions on me at the time. Right. And road depression. I don't know if you had guys, I think updates for that as well for them too. </w:t>
      </w:r>
    </w:p>
    <w:p>
      <w:r>
        <w:t xml:space="preserve">41:49      (Speaker B)  I have not heard that was there. Amy kind of gave me a list of the things to cover here in the meeting. One of them was the playground stuff, other was the traffic calming and I </w:t>
      </w:r>
    </w:p>
    <w:p>
      <w:r>
        <w:t xml:space="preserve">42:00      (Speaker A)  guess the third one. </w:t>
      </w:r>
    </w:p>
    <w:p>
      <w:r>
        <w:t xml:space="preserve">42:01      (Speaker B)  So if there's something beyond that I would have to go back and see. You know, typically there's a problem with a depression in the roadway. We would, would want to evaluate what we think is the root cause of that. You know, is there a drainage structure close by? Is there a sanitary sewer, man hole, something in the area that could potentially be causing those kinds of problems. So if there's a Pipe. We would. We would typically want to have it inspected. Video camera to see if we're getting sediment leaching into the system. That would, you know, they could potentially be a problem. That would be all I really have to say with that. I'd have to kind of follow back up with her. </w:t>
      </w:r>
    </w:p>
    <w:p>
      <w:r>
        <w:t xml:space="preserve">42:36      (Speaker D)  It was. It was a road repair five years ago. No, 20, 21, seven years ago. That they just tried to fill it in. I don't think they put the right stuff because it's just sag right back where they've done the work. </w:t>
      </w:r>
    </w:p>
    <w:p>
      <w:r>
        <w:t xml:space="preserve">42:50      (Speaker B)  Like I said, we have to look at it to see usually. I mean, that should not happen. So there's got to be some underlying causes. We always want to try to figure out what the underlying cause is. I don't want to throw good money after, you know, we want to fix it. We want to fix it for our application. So getting the information that we need to do that. We have to do a little bit of research. </w:t>
      </w:r>
    </w:p>
    <w:p>
      <w:r>
        <w:t xml:space="preserve">43:09      (Speaker D)  Yeah, that. </w:t>
      </w:r>
    </w:p>
    <w:p>
      <w:r>
        <w:t xml:space="preserve">43:09      (Speaker E)  That did happen previously. It was evaluated the. Whatever the. </w:t>
      </w:r>
    </w:p>
    <w:p>
      <w:r>
        <w:t xml:space="preserve">43:13      (Speaker D)  I. </w:t>
      </w:r>
    </w:p>
    <w:p>
      <w:r>
        <w:t xml:space="preserve">43:13      (Speaker E)  You'd have to pull the report. There is a report on that. It was. It was previously camera snaked. They did a repair. I asked, is this a forever repair? Oh, yeah, yeah, it's forever repair. So on the playground, drains biggest thing there is that. That is causing the playground to then flood. So I know we're looking also at a proposal for the playground as well. So we'll just have to keep that in mind and look at the drains that are there in the playground as well. Small adjustment and I think we'll be fine. No, like French train is separate and will alleviate this issue mostly. But the playground is now flooding, which it has never done before. And it's because of the green. </w:t>
      </w:r>
    </w:p>
    <w:p>
      <w:r>
        <w:t xml:space="preserve">43:46      (Speaker D)  The green box is higher than the mulch. Yeah. </w:t>
      </w:r>
    </w:p>
    <w:p>
      <w:r>
        <w:t xml:space="preserve">43:49      (Speaker E)  So we'll work on that. </w:t>
      </w:r>
    </w:p>
    <w:p>
      <w:r>
        <w:t xml:space="preserve">43:50      (Speaker D)  We're gonna run to it. </w:t>
      </w:r>
    </w:p>
    <w:p>
      <w:r>
        <w:t xml:space="preserve">43:51      (Speaker E)  Yeah. But it wasn't previously a problem. The second one is just for you. And I had talked with management about doing this, so just over the next 30 days, try to work on it. But I'd like to kind of spot check the stormwater drains. Like the chambers, they are holding water. I've been monitoring them again, like I did previously a long time ago, but it wasn't really mentioned as a concern. But Amy did mention that this might be a concern, so I'd like for us to look at having that checked. We've had some subsidence at some of those chamber drains, and I can give some locations on that. Like after you complete maybe a review of like, what's up? The water table's high. I can get you a report from 2020 for whatever engineer was on at the time prior to resident control. The board and they had looked at the water table and basically assigned it to over watering from residents. That was the primary finding. So yeah, so I could, I'd love for you to like at least have that as your context of what they did. There's some roadway core samples that I'd love to see on that same thing. Water table, any damage to subsurface or anything like that. And then then separately, obviously looking at the stormwater, I feel like a spot check would do, you know, just check five or six drains. I can't imagine that would be. </w:t>
      </w:r>
    </w:p>
    <w:p>
      <w:r>
        <w:t xml:space="preserve">45:02      (Speaker B)  If you have a list of areas that you think you should focus on that would certainly be beneficial to help us and then we kind of look out beyond that and see if there are consistencies of what we got. </w:t>
      </w:r>
    </w:p>
    <w:p>
      <w:r>
        <w:t xml:space="preserve">45:10      (Speaker D)  I would ask it the one down by, by my house. We're actually. The road is actually in the flood zone. So the water is like kind of at the height of the lake. </w:t>
      </w:r>
    </w:p>
    <w:p>
      <w:r>
        <w:t xml:space="preserve">45:20      (Speaker B)  Yes. </w:t>
      </w:r>
    </w:p>
    <w:p>
      <w:r>
        <w:t xml:space="preserve">45:20      (Speaker D)  And I don't know how it's going to go any lower than the height of the lake, no matter how much we'd like it to. It was just built that way, it seems. So there's nothing we can do about </w:t>
      </w:r>
    </w:p>
    <w:p>
      <w:r>
        <w:t xml:space="preserve">45:30      (Speaker B)  to see what the original design was. You know, a lot of times when we get significant storm events, like really intense fencing. I mean, I think a lot of people, they see water on the road and they think, oh, we're flooding and this is, this is a problem. And you know, the roads are designed to be part of the collection system to help channel water into the system. You know, if it doesn't stay there for more than, you know, half a day or you know, as long as it's moving through the system, if it's an intense afternoon thunderstorm, it should be gone very quickly. But if it's, if it's there for 12 hours or on the pavement or something, we need to know about that because that's a nick to. Or something. </w:t>
      </w:r>
    </w:p>
    <w:p>
      <w:r>
        <w:t xml:space="preserve">46:04      (Speaker D)  It's exiting the road, it's in the, in the storm drains itself and the storm drain itself is just low. </w:t>
      </w:r>
    </w:p>
    <w:p>
      <w:r>
        <w:t xml:space="preserve">46:10      (Speaker E)  And this is between major, between major rains. We're still holding. </w:t>
      </w:r>
    </w:p>
    <w:p>
      <w:r>
        <w:t xml:space="preserve">46:15      (Speaker B)  So water moving system, I mean that's going to be driven by the hydraulic head that's in the pond. So ponds up here, the pipes down here, I mean, obviously there's going to be a problem. </w:t>
      </w:r>
    </w:p>
    <w:p>
      <w:r>
        <w:t xml:space="preserve">46:22      (Speaker A)  You know, it's just right. </w:t>
      </w:r>
    </w:p>
    <w:p>
      <w:r>
        <w:t xml:space="preserve">46:23      (Speaker E)  But like Energy, it doesn't necessarily match the pond level at all times. So like it might be three weeks </w:t>
      </w:r>
    </w:p>
    <w:p>
      <w:r>
        <w:t xml:space="preserve">46:28      (Speaker H)  where we're not having rain might have gotten in there. </w:t>
      </w:r>
    </w:p>
    <w:p>
      <w:r>
        <w:t xml:space="preserve">46:31      (Speaker E)  You know, I think that's more. And I could give you a couple drains where I think there is sedimentation that you can view. So that would. </w:t>
      </w:r>
    </w:p>
    <w:p>
      <w:r>
        <w:t xml:space="preserve">46:37      (Speaker B)  Yeah, look at that. And you know the system in general really should not be fully water. It should be drained. So if there's something. If there's water in the system you would want to look at that and see. </w:t>
      </w:r>
    </w:p>
    <w:p>
      <w:r>
        <w:t xml:space="preserve">46:47      (Speaker E)  So maybe I'll tackle. I'll give you six drains and whatever. Just let us know. A cost is kind of what I'm asking. </w:t>
      </w:r>
    </w:p>
    <w:p>
      <w:r>
        <w:t xml:space="preserve">46:52      (Speaker B)  You know, probably a day for us to come out and look at it and do the research and then maybe they put together quite some information back. </w:t>
      </w:r>
    </w:p>
    <w:p>
      <w:r>
        <w:t xml:space="preserve">47:01      (Speaker E)  Okay. </w:t>
      </w:r>
    </w:p>
    <w:p>
      <w:r>
        <w:t xml:space="preserve">47:01      (Speaker B)  You know, three or four grand maybe something like that. You know, I know it's kind of hard to say. </w:t>
      </w:r>
    </w:p>
    <w:p>
      <w:r>
        <w:t xml:space="preserve">47:06      (Speaker E)  Oh, everything costs money. There you go. </w:t>
      </w:r>
    </w:p>
    <w:p>
      <w:r>
        <w:t xml:space="preserve">47:08      (Speaker B)  Yeah, you know, it's just. I just look at it as time, you know, to save. It's 10 hours bill rates. </w:t>
      </w:r>
    </w:p>
    <w:p>
      <w:r>
        <w:t xml:space="preserve">47:17      (Speaker D)  Thank you. All right. </w:t>
      </w:r>
    </w:p>
    <w:p>
      <w:r>
        <w:t xml:space="preserve">47:20      (Speaker A)  Any other traffic calling? </w:t>
      </w:r>
    </w:p>
    <w:p>
      <w:r>
        <w:t xml:space="preserve">47:22      (Speaker B)  Yeah, so traffic calming is. The plan is approved. It's actually in the county right away group for review and we're waiting on them for the approval. And then I guess the other one was for the playground equipment which I guess we are in process of getting the quotes to do the work. There is a plan and we're waiting </w:t>
      </w:r>
    </w:p>
    <w:p>
      <w:r>
        <w:t xml:space="preserve">47:41      (Speaker D)  on proced for equipment. Playground equipment. </w:t>
      </w:r>
    </w:p>
    <w:p>
      <w:r>
        <w:t xml:space="preserve">47:43      (Speaker B)  Yeah, I think there was a plan. </w:t>
      </w:r>
    </w:p>
    <w:p>
      <w:r>
        <w:t xml:space="preserve">47:45      (Speaker A)  The fencing. </w:t>
      </w:r>
    </w:p>
    <w:p>
      <w:r>
        <w:t xml:space="preserve">47:46      (Speaker D)  Is that the fencing? I have. I just wanted. Do we have any attempt to modify. So I think this is just a discussion this. </w:t>
      </w:r>
    </w:p>
    <w:p>
      <w:r>
        <w:t xml:space="preserve">47:54      (Speaker H)  So everything and anything can be. </w:t>
      </w:r>
    </w:p>
    <w:p>
      <w:r>
        <w:t xml:space="preserve">47:58      (Speaker D)  The one I saw was a giant circle. </w:t>
      </w:r>
    </w:p>
    <w:p>
      <w:r>
        <w:t xml:space="preserve">48:00      (Speaker A)  Yeah, I think we're going to talk about that a little bit later. Yeah, we'll talk about that a little bit later and we'll come up with a good concept. </w:t>
      </w:r>
    </w:p>
    <w:p>
      <w:r>
        <w:t xml:space="preserve">48:05      (Speaker I)  Yeah. </w:t>
      </w:r>
    </w:p>
    <w:p>
      <w:r>
        <w:t xml:space="preserve">48:07      (Speaker A)  Anything else for Brad at this time? </w:t>
      </w:r>
    </w:p>
    <w:p>
      <w:r>
        <w:t xml:space="preserve">48:09      (Speaker D)  No. </w:t>
      </w:r>
    </w:p>
    <w:p>
      <w:r>
        <w:t xml:space="preserve">48:09      (Speaker C)  So there's direction for him to work </w:t>
      </w:r>
    </w:p>
    <w:p>
      <w:r>
        <w:t xml:space="preserve">48:10      (Speaker A)  with John, some brains, spot checks, that kind of stuff like that. </w:t>
      </w:r>
    </w:p>
    <w:p>
      <w:r>
        <w:t xml:space="preserve">48:15      (Speaker H)  So. </w:t>
      </w:r>
    </w:p>
    <w:p>
      <w:r>
        <w:t xml:space="preserve">48:15      (Speaker A)  All right, Brad, thank you so much for your time. Appreciate you being here. All right, next up, we do have aquatics. Virgil, go ahead with your report. Sir. </w:t>
      </w:r>
    </w:p>
    <w:p>
      <w:r>
        <w:t xml:space="preserve">48:25      (Speaker D)  Okay. I gave Matt what we found this week one floor numbers. </w:t>
      </w:r>
    </w:p>
    <w:p>
      <w:r>
        <w:t xml:space="preserve">48:33      (Speaker J)  I can't remember. </w:t>
      </w:r>
    </w:p>
    <w:p>
      <w:r>
        <w:t xml:space="preserve">48:34      (Speaker D)  Concerns about somebody drinking their cool off. I thought nobody was living in their house. </w:t>
      </w:r>
    </w:p>
    <w:p>
      <w:r>
        <w:t xml:space="preserve">48:50      (Speaker A)  No furniture inside. </w:t>
      </w:r>
    </w:p>
    <w:p>
      <w:r>
        <w:t xml:space="preserve">48:52      (Speaker D)  Somebody was using the pool. </w:t>
      </w:r>
    </w:p>
    <w:p>
      <w:r>
        <w:t xml:space="preserve">48:54      (Speaker A)  Oh, gosh. Okay. Think it was a. All right. But anyway I. I checked that spot out. </w:t>
      </w:r>
    </w:p>
    <w:p>
      <w:r>
        <w:t xml:space="preserve">49:07      (Speaker H)  It's really not an issue. </w:t>
      </w:r>
    </w:p>
    <w:p>
      <w:r>
        <w:t xml:space="preserve">49:09      (Speaker D)  Right Now I think Brian we sent </w:t>
      </w:r>
    </w:p>
    <w:p>
      <w:r>
        <w:t xml:space="preserve">49:12      (Speaker A)  you a thing about it. The residents should have. Yeah they do to properly drain their pools they have to make sure all </w:t>
      </w:r>
    </w:p>
    <w:p>
      <w:r>
        <w:t xml:space="preserve">49:21      (Speaker D)  the flooring is gone. Prefer to push it the front yard </w:t>
      </w:r>
    </w:p>
    <w:p>
      <w:r>
        <w:t xml:space="preserve">49:26      (Speaker A)  so the storm drains can handle it. Just because the banks do. </w:t>
      </w:r>
    </w:p>
    <w:p>
      <w:r>
        <w:t xml:space="preserve">49:31      (Speaker H)  If they're constantly draining or pool they could etch out cause some erosion. There wasn't possibly erosion problem. </w:t>
      </w:r>
    </w:p>
    <w:p>
      <w:r>
        <w:t xml:space="preserve">49:40      (Speaker A)  Not even worth worrying about fixing. But there was that grass behind their fence where the chlorinated water probably killed the grass. Weeds are growing their care. </w:t>
      </w:r>
    </w:p>
    <w:p>
      <w:r>
        <w:t xml:space="preserve">49:57      (Speaker D)  So that's just a matter of the </w:t>
      </w:r>
    </w:p>
    <w:p>
      <w:r>
        <w:t xml:space="preserve">49:59      (Speaker E)  resident </w:t>
      </w:r>
    </w:p>
    <w:p>
      <w:r>
        <w:t xml:space="preserve">50:03      (Speaker H)  just fighting algae but fighting more long shorelines more than anything with this grass. </w:t>
      </w:r>
    </w:p>
    <w:p>
      <w:r>
        <w:t xml:space="preserve">50:11      (Speaker A)  Our herbicide usage went way up this </w:t>
      </w:r>
    </w:p>
    <w:p>
      <w:r>
        <w:t xml:space="preserve">50:13      (Speaker H)  summer because only pond bottoms get exposed. </w:t>
      </w:r>
    </w:p>
    <w:p>
      <w:r>
        <w:t xml:space="preserve">50:18      (Speaker D)  Wheat seeds just take off. </w:t>
      </w:r>
    </w:p>
    <w:p>
      <w:r>
        <w:t xml:space="preserve">50:21      (Speaker A)  We're fighting everything. The algae hasn't been too. </w:t>
      </w:r>
    </w:p>
    <w:p>
      <w:r>
        <w:t xml:space="preserve">50:26      (Speaker H)  Too bad almost or something </w:t>
      </w:r>
    </w:p>
    <w:p>
      <w:r>
        <w:t xml:space="preserve">50:31      (Speaker D)  other than that. </w:t>
      </w:r>
    </w:p>
    <w:p>
      <w:r>
        <w:t xml:space="preserve">50:32      (Speaker A)  Randy has serious problems. </w:t>
      </w:r>
    </w:p>
    <w:p>
      <w:r>
        <w:t xml:space="preserve">50:35      (Speaker H)  I didn't see any. </w:t>
      </w:r>
    </w:p>
    <w:p>
      <w:r>
        <w:t xml:space="preserve">50:37      (Speaker D)  I don't know if you got any. It's a status quo for the most part. </w:t>
      </w:r>
    </w:p>
    <w:p>
      <w:r>
        <w:t xml:space="preserve">50:45      (Speaker A)  I did. I did get that from Brian that email about. I don't think that anything to do with us but we'll coordinate with you on it. We're still need to get in contact with Hines but yeah if. If we need you. I know where that area is. </w:t>
      </w:r>
    </w:p>
    <w:p>
      <w:r>
        <w:t xml:space="preserve">51:03      (Speaker F)  Yeah. </w:t>
      </w:r>
    </w:p>
    <w:p>
      <w:r>
        <w:t xml:space="preserve">51:04      (Speaker A)  I honestly I just wanted to get your eyes on it preliminary and then once we have a little bit more information we'll get you a little bit more involved if you want me to take it forward through it because how </w:t>
      </w:r>
    </w:p>
    <w:p>
      <w:r>
        <w:t xml:space="preserve">51:12      (Speaker H)  we did mention invasives. </w:t>
      </w:r>
    </w:p>
    <w:p>
      <w:r>
        <w:t xml:space="preserve">51:15      (Speaker A)  So there's probably some Brazilian. </w:t>
      </w:r>
    </w:p>
    <w:p>
      <w:r>
        <w:t xml:space="preserve">51:17      (Speaker H)  Probably some tavern. Pretty much the grass have disappeared. </w:t>
      </w:r>
    </w:p>
    <w:p>
      <w:r>
        <w:t xml:space="preserve">51:23      (Speaker B)  Right. </w:t>
      </w:r>
    </w:p>
    <w:p>
      <w:r>
        <w:t xml:space="preserve">51:23      (Speaker A)  It's been taken over. It's really grown up in the past few years. Nice. </w:t>
      </w:r>
    </w:p>
    <w:p>
      <w:r>
        <w:t xml:space="preserve">51:28      (Speaker F)  Okay. </w:t>
      </w:r>
    </w:p>
    <w:p>
      <w:r>
        <w:t xml:space="preserve">51:29      (Speaker A)  Yeah. As soon as we. We hop on that phone call with them we'll have a better idea of what our next steps are. </w:t>
      </w:r>
    </w:p>
    <w:p>
      <w:r>
        <w:t xml:space="preserve">51:36      (Speaker D)  Yeah, absolutely. </w:t>
      </w:r>
    </w:p>
    <w:p>
      <w:r>
        <w:t xml:space="preserve">51:37      (Speaker A)  Yeah I got your call too. I haven't had a chance to call you back but yeah, absolutely. </w:t>
      </w:r>
    </w:p>
    <w:p>
      <w:r>
        <w:t xml:space="preserve">51:42      (Speaker D)  You were going to do some planting. Now they got the June and now it's just getting. </w:t>
      </w:r>
    </w:p>
    <w:p>
      <w:r>
        <w:t xml:space="preserve">51:50      (Speaker H)  We still have some exposed area where but we figured it's wet enough so </w:t>
      </w:r>
    </w:p>
    <w:p>
      <w:r>
        <w:t xml:space="preserve">51:56      (Speaker A)  we'll plan and go because early August it's not that </w:t>
      </w:r>
    </w:p>
    <w:p>
      <w:r>
        <w:t xml:space="preserve">52:03      (Speaker D)  ones are starting to come out nice now. </w:t>
      </w:r>
    </w:p>
    <w:p>
      <w:r>
        <w:t xml:space="preserve">52:05      (Speaker A)  Yeah. </w:t>
      </w:r>
    </w:p>
    <w:p>
      <w:r>
        <w:t xml:space="preserve">52:07      (Speaker H)  Now that they're even smaller. </w:t>
      </w:r>
    </w:p>
    <w:p>
      <w:r>
        <w:t xml:space="preserve">52:08      (Speaker D)  Yeah. </w:t>
      </w:r>
    </w:p>
    <w:p>
      <w:r>
        <w:t xml:space="preserve">52:09      (Speaker H)  Awesome. </w:t>
      </w:r>
    </w:p>
    <w:p>
      <w:r>
        <w:t xml:space="preserve">52:10      (Speaker A)  Any questions for Virgil at this time board members Don, anything? </w:t>
      </w:r>
    </w:p>
    <w:p>
      <w:r>
        <w:t xml:space="preserve">52:14      (Speaker E)  Thank you Virgil. Thanks Virgil. </w:t>
      </w:r>
    </w:p>
    <w:p>
      <w:r>
        <w:t xml:space="preserve">52:17      (Speaker D)  Looks like. </w:t>
      </w:r>
    </w:p>
    <w:p>
      <w:r>
        <w:t xml:space="preserve">52:17      (Speaker A)  No thanks. </w:t>
      </w:r>
    </w:p>
    <w:p>
      <w:r>
        <w:t xml:space="preserve">52:18      (Speaker G)  Thanks Virgil. </w:t>
      </w:r>
    </w:p>
    <w:p>
      <w:r>
        <w:t xml:space="preserve">52:20      (Speaker A)  Thank you so much. Awesome. All right. With that next up we do have audience comments. We are updating this. Obviously that first comment section is for specific agenda items only. Obviously A lot of people might be here for the budget. So we're going to open that up to a broader spectrum. So at this time we will be taking audience comments. Again, just as a reminder, three minute time period. She'll have a timer on the board. Will, can or may choose not to respond at this time. But again, that budget discussion will happen more in depth at the August meeting. Okay, so with that, do we have any audience members in the room that would like to make a comment at this time? Sir, just name an address for the record. </w:t>
      </w:r>
    </w:p>
    <w:p>
      <w:r>
        <w:t xml:space="preserve">53:07      (Speaker D)  Hey, Williams, 26:17. </w:t>
      </w:r>
    </w:p>
    <w:p>
      <w:r>
        <w:t xml:space="preserve">53:10      (Speaker E)  Looking at the agenda, it says down here, discussion. I have no parking signs. Is that just for the club area </w:t>
      </w:r>
    </w:p>
    <w:p>
      <w:r>
        <w:t xml:space="preserve">53:17      (Speaker D)  here or is that, is that towing </w:t>
      </w:r>
    </w:p>
    <w:p>
      <w:r>
        <w:t xml:space="preserve">53:19      (Speaker E)  signs that we're supposed to, supposed to </w:t>
      </w:r>
    </w:p>
    <w:p>
      <w:r>
        <w:t xml:space="preserve">53:20      (Speaker D)  go in or what, what does that, </w:t>
      </w:r>
    </w:p>
    <w:p>
      <w:r>
        <w:t xml:space="preserve">53:22      (Speaker E)  what does that item refer to? </w:t>
      </w:r>
    </w:p>
    <w:p>
      <w:r>
        <w:t xml:space="preserve">53:25      (Speaker A)  Do you have any other questions? I want to just make sure your 3 minutes are fully used. Okay. </w:t>
      </w:r>
    </w:p>
    <w:p>
      <w:r>
        <w:t xml:space="preserve">53:29      (Speaker G)  Yeah, so, </w:t>
      </w:r>
    </w:p>
    <w:p>
      <w:r>
        <w:t xml:space="preserve">53:32      (Speaker A)  so the part is kind of a little bit of both. Right. So you got to get your towing signs in in order for them to tow. And then additionally some, some no parking signs that might, may or may not go up decided depending on whether the board wants to install them or not. So it's really just a discussion topic on certain areas that the tow company had pointed out on additional signage and they're going to be reviewing that tonight. </w:t>
      </w:r>
    </w:p>
    <w:p>
      <w:r>
        <w:t xml:space="preserve">53:52      (Speaker F)  And if I can. Yeah, there's been recent interest by residents for no parking signs on the grass near the playground because for the bus stop people have been parking there. And so that's part of it as well. </w:t>
      </w:r>
    </w:p>
    <w:p>
      <w:r>
        <w:t xml:space="preserve">54:03      (Speaker D)  Yes, sir. </w:t>
      </w:r>
    </w:p>
    <w:p>
      <w:r>
        <w:t xml:space="preserve">54:04      (Speaker A)  All right, Any other residents comments at this time? The next resident comment portion is at the very end of the meeting and we are going to be here for a while. Well, I would say probably 11 o'. </w:t>
      </w:r>
    </w:p>
    <w:p>
      <w:r>
        <w:t xml:space="preserve">54:15      (Speaker J)  Clock. </w:t>
      </w:r>
    </w:p>
    <w:p>
      <w:r>
        <w:t xml:space="preserve">54:15      (Speaker G)  I'm. </w:t>
      </w:r>
    </w:p>
    <w:p>
      <w:r>
        <w:t xml:space="preserve">54:15      (Speaker A)  That's not an exaggeration. We will be here till 11pm so sir, please, please just name an address for the record, please, Sir. </w:t>
      </w:r>
    </w:p>
    <w:p>
      <w:r>
        <w:t xml:space="preserve">54:23      (Speaker H)  Frank Rosky, 2231 Super Tr. </w:t>
      </w:r>
    </w:p>
    <w:p>
      <w:r>
        <w:t xml:space="preserve">54:25      (Speaker A)  All right, go ahead, sir. Thank you very much. </w:t>
      </w:r>
    </w:p>
    <w:p>
      <w:r>
        <w:t xml:space="preserve">54:27      (Speaker H)  Do we have a current landscape? </w:t>
      </w:r>
    </w:p>
    <w:p>
      <w:r>
        <w:t xml:space="preserve">54:29      (Speaker F)  No. </w:t>
      </w:r>
    </w:p>
    <w:p>
      <w:r>
        <w:t xml:space="preserve">54:30      (Speaker H)  How long has that been? </w:t>
      </w:r>
    </w:p>
    <w:p>
      <w:r>
        <w:t xml:space="preserve">54:31      (Speaker A)  It's been about two months. Cardinal here have stepped in as an emergency services. So they've, they've done, you know, mowing and some light detail, but it hasn't been the full scope of a contract. So that's what we're going to be deciding tonight. You have five vendors right here. The board's going to be looking at and deciding a new vendor for you guys. </w:t>
      </w:r>
    </w:p>
    <w:p>
      <w:r>
        <w:t xml:space="preserve">54:48      (Speaker D)  Okay, thank you. </w:t>
      </w:r>
    </w:p>
    <w:p>
      <w:r>
        <w:t xml:space="preserve">54:49      (Speaker H)  Did they quit or did you fire them? </w:t>
      </w:r>
    </w:p>
    <w:p>
      <w:r>
        <w:t xml:space="preserve">54:51      (Speaker A)  They quit. Before we fired them. Did they give a reason? </w:t>
      </w:r>
    </w:p>
    <w:p>
      <w:r>
        <w:t xml:space="preserve">54:54      (Speaker D)  No, they didn't need to. They understood we were not satisfied and we were in the process of looking elsewhere. So they realized they were looking elsewhere, putting out bids, so they just drop us. </w:t>
      </w:r>
    </w:p>
    <w:p>
      <w:r>
        <w:t xml:space="preserve">55:06      (Speaker E)  Yeah, I appreciate that. </w:t>
      </w:r>
    </w:p>
    <w:p>
      <w:r>
        <w:t xml:space="preserve">55:07      (Speaker A)  Yes. </w:t>
      </w:r>
    </w:p>
    <w:p>
      <w:r>
        <w:t xml:space="preserve">55:08      (Speaker E)  I'm not going to go into the length of detail. </w:t>
      </w:r>
    </w:p>
    <w:p>
      <w:r>
        <w:t xml:space="preserve">55:11      (Speaker H)  My concerns, I'm sure represents a lot of opinions within our community. I'll just say visually there's been a </w:t>
      </w:r>
    </w:p>
    <w:p>
      <w:r>
        <w:t xml:space="preserve">55:20      (Speaker E)  number of things that have been in </w:t>
      </w:r>
    </w:p>
    <w:p>
      <w:r>
        <w:t xml:space="preserve">55:21      (Speaker H)  the works for quite some time which usually lead to a property, </w:t>
      </w:r>
    </w:p>
    <w:p>
      <w:r>
        <w:t xml:space="preserve">55:29      (Speaker A)  a location, </w:t>
      </w:r>
    </w:p>
    <w:p>
      <w:r>
        <w:t xml:space="preserve">55:30      (Speaker H)  you know, a venue that beautiful when it first was created and all of a sudden went shift. There are things that residents do that plan. </w:t>
      </w:r>
    </w:p>
    <w:p>
      <w:r>
        <w:t xml:space="preserve">55:41      (Speaker I)  It's not just. </w:t>
      </w:r>
    </w:p>
    <w:p>
      <w:r>
        <w:t xml:space="preserve">55:41      (Speaker H)  I don't want to be just on top of all the landscapers and what appears to be miles and woods that are in South Dave that's been like that forever and filthy stained sidewalks that Norman takes a power washer to. Just these large items that have a lot of impact. Just generally that is the settlement countless amount of our residents, you all being part of that, recognizing that. And really I hope we hope that all of this gets worked out in a priority fashion so we can maybe bring in a reliable contractor that can maintain our drafts that's got a resume that can show that. And then we just move forward as quickly as it turns. It also very quickly go back to the way it was. </w:t>
      </w:r>
    </w:p>
    <w:p>
      <w:r>
        <w:t xml:space="preserve">56:29      (Speaker A)  Absolutely. </w:t>
      </w:r>
    </w:p>
    <w:p>
      <w:r>
        <w:t xml:space="preserve">56:30      (Speaker H)  So I just wanted to make that statement. </w:t>
      </w:r>
    </w:p>
    <w:p>
      <w:r>
        <w:t xml:space="preserve">56:33      (Speaker A)  Thank you so much, sir. Any other resident comments? Ma'? </w:t>
      </w:r>
    </w:p>
    <w:p>
      <w:r>
        <w:t xml:space="preserve">56:37      (Speaker D)  Am? </w:t>
      </w:r>
    </w:p>
    <w:p>
      <w:r>
        <w:t xml:space="preserve">56:37      (Speaker A)  Just name an address for the record, please. </w:t>
      </w:r>
    </w:p>
    <w:p>
      <w:r>
        <w:t xml:space="preserve">56:43      (Speaker C)  Run a 15111 Caravan Avenue in the road. But if I have a storm drain and it just keeps getting deeper and bigger and going to have big problems </w:t>
      </w:r>
    </w:p>
    <w:p>
      <w:r>
        <w:t xml:space="preserve">56:56      (Speaker E)  soon if that doesn't get fixed. </w:t>
      </w:r>
    </w:p>
    <w:p>
      <w:r>
        <w:t xml:space="preserve">56:57      (Speaker A)  You said 15111? Correct. Okay. All right, we'll have. We'll have the engineer look at that. </w:t>
      </w:r>
    </w:p>
    <w:p>
      <w:r>
        <w:t xml:space="preserve">57:12      (Speaker D)  Put that on the list. </w:t>
      </w:r>
    </w:p>
    <w:p>
      <w:r>
        <w:t xml:space="preserve">57:13      (Speaker A)  Yep. </w:t>
      </w:r>
    </w:p>
    <w:p>
      <w:r>
        <w:t xml:space="preserve">57:14      (Speaker D)  For him to look at. Yep. </w:t>
      </w:r>
    </w:p>
    <w:p>
      <w:r>
        <w:t xml:space="preserve">57:15      (Speaker A)  Okay. </w:t>
      </w:r>
    </w:p>
    <w:p>
      <w:r>
        <w:t xml:space="preserve">57:16      (Speaker C)  And I just want to give a shout out to Matt for always being very responsive to the residents concerns. I'll just speak for myself, but he's always very responsive. </w:t>
      </w:r>
    </w:p>
    <w:p>
      <w:r>
        <w:t xml:space="preserve">57:25      (Speaker D)  Thank you. That. </w:t>
      </w:r>
    </w:p>
    <w:p>
      <w:r>
        <w:t xml:space="preserve">57:26      (Speaker A)  Thank you very much for that. Any other resident comments in the room at this time, sir? Just name an address for the record please, John. </w:t>
      </w:r>
    </w:p>
    <w:p>
      <w:r>
        <w:t xml:space="preserve">57:32      (Speaker H)  14604 trail. </w:t>
      </w:r>
    </w:p>
    <w:p>
      <w:r>
        <w:t xml:space="preserve">57:35      (Speaker A)  All right, go ahead. </w:t>
      </w:r>
    </w:p>
    <w:p>
      <w:r>
        <w:t xml:space="preserve">57:36      (Speaker H)  There are two low spots about sidewalk that collects water. It might sit there several hours after ready storm and it really dirties up the sidewalk and those spots because the water sits there and it looks like the path of the sidewalk is soaked down maybe a few inches. </w:t>
      </w:r>
    </w:p>
    <w:p>
      <w:r>
        <w:t xml:space="preserve">58:02      (Speaker A)  Where's the location of this, sir? </w:t>
      </w:r>
    </w:p>
    <w:p>
      <w:r>
        <w:t xml:space="preserve">58:03      (Speaker H)  It's in front of our house. 14604 the trails edge. </w:t>
      </w:r>
    </w:p>
    <w:p>
      <w:r>
        <w:t xml:space="preserve">58:10      (Speaker A)  Okay. </w:t>
      </w:r>
    </w:p>
    <w:p>
      <w:r>
        <w:t xml:space="preserve">58:10      (Speaker H)  Might be worth taking a look at that. </w:t>
      </w:r>
    </w:p>
    <w:p>
      <w:r>
        <w:t xml:space="preserve">58:13      (Speaker A)  Is there anything else? </w:t>
      </w:r>
    </w:p>
    <w:p>
      <w:r>
        <w:t xml:space="preserve">58:14      (Speaker B)  That's it. </w:t>
      </w:r>
    </w:p>
    <w:p>
      <w:r>
        <w:t xml:space="preserve">58:15      (Speaker A)  All right. Any other resident comments in the room? Just a reminder again, late meeting, it's going to be all the way at the end and there's no, there's no point in between. Okay. So I'm going to open this up to the Zoom. If there's anyone on Zoom that wishes to make a public comment, please use the raise your hand feature. You can find that at the bottom of the screen. And the react button should be a little banner that says raise hand. Give everyone a few seconds to find it. Okay. Looks like, looks like none. So we're going to go ahead and move on this a little bit quicker than I thought. So thank you everyone. What we're going to move into now is consideration of proposals for landscape services. So at this time we are going to be starting this RFP process. Currently you guys have five landscape companies in the room here who are, are eager to present to you guys. So just as a rule here, we did set this up for 8 minute presentations for each. I think just as a courtesy, we would ask that the non presenters would step outside while the others are presenting. Just as a courtesy. And then, you know, we'll go through that now in front of you. You guys will see that we provided you with some scoring sheets. Okay. It is. Since this is an official bid process, the highest scoring bidder will win the contract. We have to submit one finalized, finalized bidding score sheet. So as we are hearing presentations as we're going through this, make sure that you are scoring each company in the respective categories that were that we're considering. All right. And at the end we'll have a discussion with the board, you know, in depth discussion regarding all five of the bids and we can kind of go through that process at that time. So with that I think we'll just go down the list here, which is alphabetical it looks like. So we will start with ASI Landscapes. </w:t>
      </w:r>
    </w:p>
    <w:p>
      <w:r>
        <w:t xml:space="preserve">01:00:13   (Speaker H)  If you guys want to step on a pool deck, you're more welcome. </w:t>
      </w:r>
    </w:p>
    <w:p>
      <w:r>
        <w:t xml:space="preserve">01:00:15   (Speaker A)  Yeah, it might be a little bit more comfortable back there. </w:t>
      </w:r>
    </w:p>
    <w:p>
      <w:r>
        <w:t xml:space="preserve">01:00:33   (Speaker D)  Right? </w:t>
      </w:r>
    </w:p>
    <w:p>
      <w:r>
        <w:t xml:space="preserve">01:00:36   (Speaker A)  That's why you did. </w:t>
      </w:r>
    </w:p>
    <w:p>
      <w:r>
        <w:t xml:space="preserve">01:00:38   (Speaker C)  Eight minutes starts now. </w:t>
      </w:r>
    </w:p>
    <w:p>
      <w:r>
        <w:t xml:space="preserve">01:00:39   (Speaker J)  Yep. </w:t>
      </w:r>
    </w:p>
    <w:p>
      <w:r>
        <w:t xml:space="preserve">01:00:40   (Speaker D)  All right guys, thank you. First off, I'm gonna give a shout out, Matt tube. Great guy. And that's sort of a Browning point, but yeah, no, just kidding. I'm Neil, I am the business developer with ASI Landscapes. I know that you guys get the same minutes. And today when the email went out it really came down to talking about our company and what makes us different and what makes us right for this property. So I'm going to tell you all four other companies out there are great companies. They all do what we do. They're landscapers that cut grass, they mow, blow and go. What sets us apart? We are a 30 year company in the Tampa Bay region and throughout the state of Florida. So a couple things I want to point out. This guy right here, which he's going to talk in a minute is the president and founder of our company and he is still involved in the day to day and he busted me all the time. Jeff is our senior, he's got many roles. One is looking at account management but the other is looking at operations over this region. When I talk about regions, we're throughout the state of Florida but we're also throughout the Gulf region and we've got supportive branches from Newport, Richie to Donna, Sassa, Sarasota. We dip down into at least the Gulf region. We dip down into Naples, Fort Myers and Haynes City. We get a little bit more into the central part when we get into Orlando and then the east side of the state. But I like to mention all the companies we have in this region because what it does that gives us the assets and the resources to get the job done. So we get times where we'll ask what about an emergency, what do you do to prepare for that emergency? Depending on where it is in the state. If it's the whole state then we bring in from other states because we have families. We have a family of companies that's in our group that are supportive of us all the way from here to North Carolina to Tennessee to Alabama. So we have those types of resources, assets and we have the backing for us to be successful no matter the size of the property. So talk about size of the property. Going back to why we're good for you guys, it's the experience. So in the experience we are a CDD and HOA company primarily we do multi family. We have outside of that we have 12 other different industries that we work in, whether it's hospitality, commercial, industrial. So we're very diverse in what we support and the types of services we provide that but for cdds we are Fishhawk Ranch for panel trays. We're ever since north we. Jeff's gonna chime in here in a minute. We have Spring Lake, Water's Edge which is sort of a combination property. So we're very Diverse and we understand the needs of community like this. If you look around the property, go back to what that gentleman said, there are a lot of issues on this property. So we have a team to put together to assign to this property that's going to bring it back to what it was when it was new. That's our hope. If you choose us, I'm gonna turn it over to Mr. Cellini and let him tell you a little bit more about the company. </w:t>
      </w:r>
    </w:p>
    <w:p>
      <w:r>
        <w:t xml:space="preserve">01:03:35   (Speaker E)  And thank you, Neil. </w:t>
      </w:r>
    </w:p>
    <w:p>
      <w:r>
        <w:t xml:space="preserve">01:03:37   (Speaker J)  Neil. As Neil mentioned, I am heavily involved in the day to day business of ASI landscapes and he drags me to these, to these eye candy and get to see everybody. But you know, I founded this company. I was a firefighter with Hillsborough County. I retired after 30 years of serving the community. I retired as a captain at the battalion chief. When I left, one of the things, the reasons I left is because I was having more fun doing landscaping and being with the team that than I was at the fire department. It was just time for me to go that whole political thing. But the biggest thing was I wanted, I carried everything I learned from there in the into this company. Neil's right. Those are all great companies. And we all have red, white trucks, green mowers, red mowers, it's pretty much the same thing. What's different is how we treat our team. And you'll notice I never say employees, they are team members and everybody knows that. And that's how we walk every day. The other piece is safety and training. We train our teams regularly. We're so serious about it. We have on staff in house training as far as all the different regions. And then also we have a six person safety team that goes out starting with the director of safety all the way down to a safety consultant goes around. We take it very serious because we form partnerships and our partnership with you, it's very serious. What could happen around this community or anything like that, it can come down to you and us being in lawsuits and everything else with the community or whatever's happening. So we take those things very serious. The last thing I'm going to. I think that separates us two things actually. Communication. Huge on communication. And I think that's what separates us. You check with our references, you, you will find that's one of our biggest things all our. The way we communicate. The last thing is, is we own it and it's one of our core values. It's our mantra. You'll see it on the back of our trunks, back of our trucks. It's ots I won't say what word is, but it's own that. </w:t>
      </w:r>
    </w:p>
    <w:p>
      <w:r>
        <w:t xml:space="preserve">01:05:24   (Speaker A)  Poo poo. </w:t>
      </w:r>
    </w:p>
    <w:p>
      <w:r>
        <w:t xml:space="preserve">01:05:25   (Speaker J)  We have it. We own that and we own every bit of it. </w:t>
      </w:r>
    </w:p>
    <w:p>
      <w:r>
        <w:t xml:space="preserve">01:05:29   (Speaker A)  Good battery and different. </w:t>
      </w:r>
    </w:p>
    <w:p>
      <w:r>
        <w:t xml:space="preserve">01:05:30   (Speaker J)  I'm going to a meeting tomorrow morning. Where we messed up. </w:t>
      </w:r>
    </w:p>
    <w:p>
      <w:r>
        <w:t xml:space="preserve">01:05:32   (Speaker I)  It's okay. </w:t>
      </w:r>
    </w:p>
    <w:p>
      <w:r>
        <w:t xml:space="preserve">01:05:33   (Speaker J)  We mess up and there's gonna be some hiccups when we start. </w:t>
      </w:r>
    </w:p>
    <w:p>
      <w:r>
        <w:t xml:space="preserve">01:05:35   (Speaker A)  Things are going to happen. </w:t>
      </w:r>
    </w:p>
    <w:p>
      <w:r>
        <w:t xml:space="preserve">01:05:36   (Speaker J)  It's a matter of how we respond to that. And I promise you, there's nobody, any of the other companies here or anywhere in the area that have the owner and founder standing in this room talking to you and telling you that we're going to own it. I'm taking a personal preference in this property. I wanted it. Neil called me, I know this property because Jeff actually, when he was at Valley Grass and then went to Brightview with Jeff and one of our production managers, who I'm very proud to have on our team been with us a long time, service the property when it was first being built and so forth. So we're coming after this one very hard and we want, we want your business and we want to form a </w:t>
      </w:r>
    </w:p>
    <w:p>
      <w:r>
        <w:t xml:space="preserve">01:06:06   (Speaker A)  partnership with you guys. </w:t>
      </w:r>
    </w:p>
    <w:p>
      <w:r>
        <w:t xml:space="preserve">01:06:08   (Speaker J)  We're probably about eight minutes, right? </w:t>
      </w:r>
    </w:p>
    <w:p>
      <w:r>
        <w:t xml:space="preserve">01:06:11   (Speaker E)  Oh, sure. </w:t>
      </w:r>
    </w:p>
    <w:p>
      <w:r>
        <w:t xml:space="preserve">01:06:11   (Speaker B)  Look, </w:t>
      </w:r>
    </w:p>
    <w:p>
      <w:r>
        <w:t xml:space="preserve">01:06:17   (Speaker D)  You just wasted 15. </w:t>
      </w:r>
    </w:p>
    <w:p>
      <w:r>
        <w:t xml:space="preserve">01:06:20   (Speaker C)  You have two minutes. </w:t>
      </w:r>
    </w:p>
    <w:p>
      <w:r>
        <w:t xml:space="preserve">01:06:21   (Speaker J)  Okay. So anyways, those are some of the, the bigger things that I feel that we bring to the table and me as being the owner and being founder of the company. So with that, you got anything else? </w:t>
      </w:r>
    </w:p>
    <w:p>
      <w:r>
        <w:t xml:space="preserve">01:06:30   (Speaker D)  Yeah, I'm gonna add the other 1 minute, 45 seconds to the plate. You'll see in your packet. If you want to look through it, it's more toward the middle or the back. We did lay out the properties way as far as the way we see it initially. Now we're going to treat every property the same way. We're doing an initial assessment. We're doing a 30, 60, 90, 120 day, which every vendor should do that. But we did go in there and we laid out the property on how we thought the property should be maintained by week, by day and then by week. So you'll see in the back, it's more like a zone implementation. So we look at this property as four zones. That's the way the team moves around the property. When you think about detail and things of that nature, think about clubhouse, you detail every week. Think about the mowing. We're on a 80 hour average for the property just to get the mowing done. So you're looking at. Jeff can speak that in a minute, but you're really looking at, you can look at a team of of one that's here for a couple days. You can look at a team, two teams that are here for one day. But we like smaller teams because they take ownership. They take ownership in the area that they're assigned. They're not taking care of the whole problem. So that's what we like about the way we set up our operations plan. I did want to make a quick note to see in the call sting where it looks like our palms are priced higher than the others. I do want to take. I want you to consider this. It's an average palm. And the reason did an average palm. You got 23 palms out here. None of those palms are Sylvester dates. They cost more money to trim. </w:t>
      </w:r>
    </w:p>
    <w:p>
      <w:r>
        <w:t xml:space="preserve">01:07:56   (Speaker A)  To do them right. </w:t>
      </w:r>
    </w:p>
    <w:p>
      <w:r>
        <w:t xml:space="preserve">01:07:57   (Speaker D)  To do them right. </w:t>
      </w:r>
    </w:p>
    <w:p>
      <w:r>
        <w:t xml:space="preserve">01:07:57   (Speaker J)  To do them right. </w:t>
      </w:r>
    </w:p>
    <w:p>
      <w:r>
        <w:t xml:space="preserve">01:07:58   (Speaker D)  They're a higher risk coming in and trimming. Yeah, they're a higher risk. They're a higher hazard. So you're looking at a standard sable compared to a Sylvester. So we did go in and create an average on what it takes to trim those palms. That's why you see that number, it looks a little bit higher than some of the elements. Yeah, yeah. So I be the account manager. </w:t>
      </w:r>
    </w:p>
    <w:p>
      <w:r>
        <w:t xml:space="preserve">01:08:16   (Speaker A)  Like Jo said, my production have been </w:t>
      </w:r>
    </w:p>
    <w:p>
      <w:r>
        <w:t xml:space="preserve">01:08:18   (Speaker E)  with me for 25 years. We started this job when it was brand new from the ground. </w:t>
      </w:r>
    </w:p>
    <w:p>
      <w:r>
        <w:t xml:space="preserve">01:08:23   (Speaker A)  So we know a lot of this neighborhood already. </w:t>
      </w:r>
    </w:p>
    <w:p>
      <w:r>
        <w:t xml:space="preserve">01:08:25   (Speaker D)  I would bring two trucks in with </w:t>
      </w:r>
    </w:p>
    <w:p>
      <w:r>
        <w:t xml:space="preserve">01:08:27   (Speaker A)  four guys, split them up into two sections like Neil said and put them through and then, you know, detail the sections as we go. </w:t>
      </w:r>
    </w:p>
    <w:p>
      <w:r>
        <w:t xml:space="preserve">01:08:34   (Speaker E)  Clubhouse. </w:t>
      </w:r>
    </w:p>
    <w:p>
      <w:r>
        <w:t xml:space="preserve">01:08:35   (Speaker A)  All your parts would get seen every week. </w:t>
      </w:r>
    </w:p>
    <w:p>
      <w:r>
        <w:t xml:space="preserve">01:08:37   (Speaker D)  And then we would do the regular. </w:t>
      </w:r>
    </w:p>
    <w:p>
      <w:r>
        <w:t xml:space="preserve">01:08:40   (Speaker A)  That is the eight minute timer. If we want to allow a few more minutes or do you guys have. Want to give me question and answer here? </w:t>
      </w:r>
    </w:p>
    <w:p>
      <w:r>
        <w:t xml:space="preserve">01:08:47   (Speaker F)  I think it's a dangerous. </w:t>
      </w:r>
    </w:p>
    <w:p>
      <w:r>
        <w:t xml:space="preserve">01:08:51   (Speaker D)  Yeah, you want it? </w:t>
      </w:r>
    </w:p>
    <w:p>
      <w:r>
        <w:t xml:space="preserve">01:08:52   (Speaker G)  When I heard 11 o'. </w:t>
      </w:r>
    </w:p>
    <w:p>
      <w:r>
        <w:t xml:space="preserve">01:08:52   (Speaker I)  Clock. </w:t>
      </w:r>
    </w:p>
    <w:p>
      <w:r>
        <w:t xml:space="preserve">01:08:53   (Speaker G)  I think we need to go into question and answer. </w:t>
      </w:r>
    </w:p>
    <w:p>
      <w:r>
        <w:t xml:space="preserve">01:08:56   (Speaker E)  You want to go to Q A? </w:t>
      </w:r>
    </w:p>
    <w:p>
      <w:r>
        <w:t xml:space="preserve">01:08:57   (Speaker A)  No, I think Q A is probably broken. So. Anyone have any questions for ASI at this time? </w:t>
      </w:r>
    </w:p>
    <w:p>
      <w:r>
        <w:t xml:space="preserve">01:09:02   (Speaker E)  Let's go first. </w:t>
      </w:r>
    </w:p>
    <w:p>
      <w:r>
        <w:t xml:space="preserve">01:09:03   (Speaker D)  I will. </w:t>
      </w:r>
    </w:p>
    <w:p>
      <w:r>
        <w:t xml:space="preserve">01:09:03   (Speaker C)  Weird question, Joe. How often are you on site of myself yourself? </w:t>
      </w:r>
    </w:p>
    <w:p>
      <w:r>
        <w:t xml:space="preserve">01:09:08   (Speaker J)  I'm gonna go quarterly on that. I'm not gonna try to tell you I'm gonna be here every week or month. What I would. What I would commit to is walks with. If there are walks scheduled with a team out here, I will be at those. I always commit to those because I feel like we're all in that together at that point. We're partnering and then those talks. If those walks are monthly, then it'll be monthly. I commit to Those walks. But if it's just me coming out with a team quarterly. </w:t>
      </w:r>
    </w:p>
    <w:p>
      <w:r>
        <w:t xml:space="preserve">01:09:34   (Speaker D)  And what Joe is going to know weekly is the fact that Jeff and his team meet every Thursday operationally. So all the issues are addressed in </w:t>
      </w:r>
    </w:p>
    <w:p>
      <w:r>
        <w:t xml:space="preserve">01:09:43   (Speaker A)  team meetings every week. </w:t>
      </w:r>
    </w:p>
    <w:p>
      <w:r>
        <w:t xml:space="preserve">01:09:45   (Speaker D)  And if they're not good. Yeah. </w:t>
      </w:r>
    </w:p>
    <w:p>
      <w:r>
        <w:t xml:space="preserve">01:09:49   (Speaker A)  Is that all you had, Amanda? </w:t>
      </w:r>
    </w:p>
    <w:p>
      <w:r>
        <w:t xml:space="preserve">01:09:50   (Speaker C)  Yes. </w:t>
      </w:r>
    </w:p>
    <w:p>
      <w:r>
        <w:t xml:space="preserve">01:09:50   (Speaker B)  All right. </w:t>
      </w:r>
    </w:p>
    <w:p>
      <w:r>
        <w:t xml:space="preserve">01:09:54   (Speaker A)  Sam's going to go down and then we'll get you next. </w:t>
      </w:r>
    </w:p>
    <w:p>
      <w:r>
        <w:t xml:space="preserve">01:09:56   (Speaker D)  All right. A couple things. Two days a week, supervisors. I'm sorry, Two supervisors coming two days a week. Who are the supervisors? What are they? What are they supervising? The crew leader of each truck. </w:t>
      </w:r>
    </w:p>
    <w:p>
      <w:r>
        <w:t xml:space="preserve">01:10:07   (Speaker A)  So there's a production manager? </w:t>
      </w:r>
    </w:p>
    <w:p>
      <w:r>
        <w:t xml:space="preserve">01:10:09   (Speaker D)  They come two days a week? Yes. Both of them? </w:t>
      </w:r>
    </w:p>
    <w:p>
      <w:r>
        <w:t xml:space="preserve">01:10:12   (Speaker A)  Yes. </w:t>
      </w:r>
    </w:p>
    <w:p>
      <w:r>
        <w:t xml:space="preserve">01:10:14   (Speaker D)  What, are they just watching the laborers? No, they're on the trucks with the crews for their section manager. </w:t>
      </w:r>
    </w:p>
    <w:p>
      <w:r>
        <w:t xml:space="preserve">01:10:21   (Speaker J)  Actually, they're workers. Yeah. </w:t>
      </w:r>
    </w:p>
    <w:p>
      <w:r>
        <w:t xml:space="preserve">01:10:23   (Speaker E)  Yeah, they're workers. </w:t>
      </w:r>
    </w:p>
    <w:p>
      <w:r>
        <w:t xml:space="preserve">01:10:23   (Speaker D)  And then two days a week they have four to five laborers. And they'll be doing two zones of day. We have four zones? Yes. In the mowing part, it'll take, depending on how many people he decides to bring. </w:t>
      </w:r>
    </w:p>
    <w:p>
      <w:r>
        <w:t xml:space="preserve">01:10:35   (Speaker A)  But the way we laid it out, </w:t>
      </w:r>
    </w:p>
    <w:p>
      <w:r>
        <w:t xml:space="preserve">01:10:36   (Speaker D)  looking at a two day period, smaller cruise, they're mowing at the same time. They're handling a section of zone for detail. But when you think about four zones, that detail, it takes about 30 days for things to grow. So we rotate the property on those four zones. Wheat, one zone one week, two zone two, week three, zone three. So do you. Do you mow everybody on the day one one day and you do something else the next day? Or do you do half of the neighborhood one day and the other half of the neighborhood is. </w:t>
      </w:r>
    </w:p>
    <w:p>
      <w:r>
        <w:t xml:space="preserve">01:11:05   (Speaker A)  I said both trucks in there, they're going to mow a detail that one </w:t>
      </w:r>
    </w:p>
    <w:p>
      <w:r>
        <w:t xml:space="preserve">01:11:08   (Speaker D)  section of for the week. </w:t>
      </w:r>
    </w:p>
    <w:p>
      <w:r>
        <w:t xml:space="preserve">01:11:09   (Speaker A)  And they'll mow the whole property in one day. </w:t>
      </w:r>
    </w:p>
    <w:p>
      <w:r>
        <w:t xml:space="preserve">01:11:12   (Speaker D)  You have two texts. What are they tech in. So I. I'll explain that. Two texts two days a month. Well, two checks are not. They're not full time on the property. So when you think about technicians, you're talking about the agronomics technicians. Technician fertilization. And you're talking about irrigation techniques. Yeah. So when we talk about technicians and we talk about managers or supervisors, your account manager is your primary point of contact. Manager that you report all the problems to. And if he's not doing a good job, it's going to come to us. And then we're gonna have to talk with him. But he's at least on the property once a week. Your production manager or manager, depending on how many teams you got in this case, Two. You got a production manager per team. They're on the property the entire time. </w:t>
      </w:r>
    </w:p>
    <w:p>
      <w:r>
        <w:t xml:space="preserve">01:11:52   (Speaker H)  With that. </w:t>
      </w:r>
    </w:p>
    <w:p>
      <w:r>
        <w:t xml:space="preserve">01:11:54   (Speaker J)  The technicians that you're mentioning are agronomics and irrigation. That's what we call them. </w:t>
      </w:r>
    </w:p>
    <w:p>
      <w:r>
        <w:t xml:space="preserve">01:11:59   (Speaker D)  They come two days a week. Just. Or two days a month? Well, it takes about two days to get through this process. So who's the spray, fertilizer and all that? That's not one of your technicians. That is one of your technicians. Yeah. So that's for two days a month and a certified spray. Yeah. Okay. </w:t>
      </w:r>
    </w:p>
    <w:p>
      <w:r>
        <w:t xml:space="preserve">01:12:20   (Speaker A)  Anything else, Sam? </w:t>
      </w:r>
    </w:p>
    <w:p>
      <w:r>
        <w:t xml:space="preserve">01:12:21   (Speaker D)  It said in your application. It was just I. I read a lot, trying to find neighborhoods that are kind of on our size. Like, trust me, a couple of years are way bigger than ours. </w:t>
      </w:r>
    </w:p>
    <w:p>
      <w:r>
        <w:t xml:space="preserve">01:12:32   (Speaker E)  Right. </w:t>
      </w:r>
    </w:p>
    <w:p>
      <w:r>
        <w:t xml:space="preserve">01:12:32   (Speaker D)  We don't want to get lost in the big business. But it says that in your last year, you lost 15 contracts, but you retained them all. Now, either you lost them or you didn't want them. So I always like that. I'd love to answer that question because here's why you never leave a question blank. You don't leave a question blank. So you'll see in there is one property we did lose. It was multiple properties in the downtown Tampa area. It had to do. They were smaller, multifamily, had to a disagreement scope of work. The other ones do have to do with either property management change or the board change. So when that happened, the contracts were canceled. We had to resubmit, renegotiate, and so now they've become new contracts. So that's what we mean. So you didn't lose. You only lost one. We lost them, yeah. We only lost the one, but we permanently. </w:t>
      </w:r>
    </w:p>
    <w:p>
      <w:r>
        <w:t xml:space="preserve">01:13:21   (Speaker I)  Permanently. </w:t>
      </w:r>
    </w:p>
    <w:p>
      <w:r>
        <w:t xml:space="preserve">01:13:21   (Speaker D)  The other ones, we had to renegotiate our contract. So that's a loss and a win. </w:t>
      </w:r>
    </w:p>
    <w:p>
      <w:r>
        <w:t xml:space="preserve">01:13:26   (Speaker A)  Makes sense. </w:t>
      </w:r>
    </w:p>
    <w:p>
      <w:r>
        <w:t xml:space="preserve">01:13:27   (Speaker D)  No, that's all right. In the. In the application we had you fill out, there's extra fee. And it says trimming trees, mulch. Aren't those kind of like things we'd expect you to do anyway? Why is that an extra? That's not an </w:t>
      </w:r>
    </w:p>
    <w:p>
      <w:r>
        <w:t xml:space="preserve">01:13:47   (Speaker J)  Alaska business somewhere. Give me more. </w:t>
      </w:r>
    </w:p>
    <w:p>
      <w:r>
        <w:t xml:space="preserve">01:13:49   (Speaker D)  I'm not going to trim our trees regularly unless we pay. It depends on the size of the trees. Any of the treatment. You're not trimming any of them, correct? </w:t>
      </w:r>
    </w:p>
    <w:p>
      <w:r>
        <w:t xml:space="preserve">01:13:58   (Speaker A)  That's correct. </w:t>
      </w:r>
    </w:p>
    <w:p>
      <w:r>
        <w:t xml:space="preserve">01:13:58   (Speaker D)  And you're not doing any mulch unless we pass Guerrero. So we kind of anticipate. We would want you to do trimming of trees. We would want you to put mulch so be in the annual cost. Right? It is. So when we did the calculations, we included the extra Dollar amount within the total yearly amounts and what's the question? </w:t>
      </w:r>
    </w:p>
    <w:p>
      <w:r>
        <w:t xml:space="preserve">01:14:23   (Speaker H)  I mean, you're. </w:t>
      </w:r>
    </w:p>
    <w:p>
      <w:r>
        <w:t xml:space="preserve">01:14:24   (Speaker D)  You're. </w:t>
      </w:r>
    </w:p>
    <w:p>
      <w:r>
        <w:t xml:space="preserve">01:14:24   (Speaker A)  I just. Matt, Matt, stop, please. </w:t>
      </w:r>
    </w:p>
    <w:p>
      <w:r>
        <w:t xml:space="preserve">01:14:26   (Speaker D)  But you're saying it is a part of the we. You'd expect us to spend that money. </w:t>
      </w:r>
    </w:p>
    <w:p>
      <w:r>
        <w:t xml:space="preserve">01:14:30   (Speaker J)  Contracts are broken out in different things. There's the basic maintenance services. So when you look at a contract, you're competing and we're competing with these other companies. There's a basic contract price. And then you go to a palm tree, hey, how much to trim? </w:t>
      </w:r>
    </w:p>
    <w:p>
      <w:r>
        <w:t xml:space="preserve">01:14:41   (Speaker D)  You filled in that little box, </w:t>
      </w:r>
    </w:p>
    <w:p>
      <w:r>
        <w:t xml:space="preserve">01:14:48   (Speaker G)  Sam. It's just like everybody else. They have the basic services. Everyone else has done the same thing. They break the mulch out as a different line item. So we see what the cost is of that mulch. But it is part of the total services per year. </w:t>
      </w:r>
    </w:p>
    <w:p>
      <w:r>
        <w:t xml:space="preserve">01:15:02   (Speaker D)  Right. So it should be a part of the contract. When we do our calculations, it will be. </w:t>
      </w:r>
    </w:p>
    <w:p>
      <w:r>
        <w:t xml:space="preserve">01:15:06   (Speaker I)  Yeah. </w:t>
      </w:r>
    </w:p>
    <w:p>
      <w:r>
        <w:t xml:space="preserve">01:15:07   (Speaker A)  I mean, we're not even there that yet though. Sam. I think the first thing is we need to. We need to vet these. These proposers here. And then when we get to the contract, we'll negotiate. </w:t>
      </w:r>
    </w:p>
    <w:p>
      <w:r>
        <w:t xml:space="preserve">01:15:14   (Speaker D)  But they're not surprising. </w:t>
      </w:r>
    </w:p>
    <w:p>
      <w:r>
        <w:t xml:space="preserve">01:15:17   (Speaker A)  It gives you guys an opportunity to </w:t>
      </w:r>
    </w:p>
    <w:p>
      <w:r>
        <w:t xml:space="preserve">01:15:19   (Speaker J)  see who really looked at this property and who knows their number. </w:t>
      </w:r>
    </w:p>
    <w:p>
      <w:r>
        <w:t xml:space="preserve">01:15:21   (Speaker A)  Exactly. </w:t>
      </w:r>
    </w:p>
    <w:p>
      <w:r>
        <w:t xml:space="preserve">01:15:22   (Speaker J)  You just lump price everything. You can get into trouble. It gives you an opportunity to review these. Us as contractors. </w:t>
      </w:r>
    </w:p>
    <w:p>
      <w:r>
        <w:t xml:space="preserve">01:15:27   (Speaker D)  That was a clarification. </w:t>
      </w:r>
    </w:p>
    <w:p>
      <w:r>
        <w:t xml:space="preserve">01:15:29   (Speaker J)  You're picking the right one. I can tell who you're. </w:t>
      </w:r>
    </w:p>
    <w:p>
      <w:r>
        <w:t xml:space="preserve">01:15:30   (Speaker D)  But I do want to say about the trees. For the trees. We do dependent on the tree. We do trimming. That's part of your routine maintenance. Especially when it comes to a hazardous area over a car or sidewalk. Or that we have to keep the canopy up where it's not an endangerment to the community for those we are trimming. But you come to poultry trimming, so. </w:t>
      </w:r>
    </w:p>
    <w:p>
      <w:r>
        <w:t xml:space="preserve">01:15:48   (Speaker A)  Yeah, so we have. We have a couple other board members that have questions. I know, Don, you had a couple of questions, right? I just want to make sure that we're getting through this efficiently. So, Don, what kind of questions you got here? </w:t>
      </w:r>
    </w:p>
    <w:p>
      <w:r>
        <w:t xml:space="preserve">01:15:58   (Speaker G)  So my first question would be, if you are awarded the contract, how quickly would you be able to take over the mowing? </w:t>
      </w:r>
    </w:p>
    <w:p>
      <w:r>
        <w:t xml:space="preserve">01:16:06   (Speaker J)  Asap. We can put crews together. </w:t>
      </w:r>
    </w:p>
    <w:p>
      <w:r>
        <w:t xml:space="preserve">01:16:07   (Speaker I)  It's not all. </w:t>
      </w:r>
    </w:p>
    <w:p>
      <w:r>
        <w:t xml:space="preserve">01:16:08   (Speaker D)  Okay, you want it August 1st, we'll do it on. </w:t>
      </w:r>
    </w:p>
    <w:p>
      <w:r>
        <w:t xml:space="preserve">01:16:11   (Speaker G)  Yeah. </w:t>
      </w:r>
    </w:p>
    <w:p>
      <w:r>
        <w:t xml:space="preserve">01:16:11   (Speaker J)  I mean, I think operations would kill Neil, but. Okay. </w:t>
      </w:r>
    </w:p>
    <w:p>
      <w:r>
        <w:t xml:space="preserve">01:16:15   (Speaker D)  They won't get mad at me. We'll figure it out. </w:t>
      </w:r>
    </w:p>
    <w:p>
      <w:r>
        <w:t xml:space="preserve">01:16:17   (Speaker E)  Yes. </w:t>
      </w:r>
    </w:p>
    <w:p>
      <w:r>
        <w:t xml:space="preserve">01:16:17   (Speaker F)  Okay. </w:t>
      </w:r>
    </w:p>
    <w:p>
      <w:r>
        <w:t xml:space="preserve">01:16:18   (Speaker C)  Just a couple rest of the board clarification purposes. Once you do pick someone, we do notices of intent to Award and there is a seven day waiting period before we can enter into any contract negotiation, any vendor. </w:t>
      </w:r>
    </w:p>
    <w:p>
      <w:r>
        <w:t xml:space="preserve">01:16:32   (Speaker G)  Okay. </w:t>
      </w:r>
    </w:p>
    <w:p>
      <w:r>
        <w:t xml:space="preserve">01:16:34   (Speaker A)  Asap after that. </w:t>
      </w:r>
    </w:p>
    <w:p>
      <w:r>
        <w:t xml:space="preserve">01:16:35   (Speaker C)  Yeah. </w:t>
      </w:r>
    </w:p>
    <w:p>
      <w:r>
        <w:t xml:space="preserve">01:16:36   (Speaker G)  Couple of things I do like you very clarified. You would be doing mowing. I think you do one zone one day and I think the other zones the next day. One thing that our residents have, have continually to ask for and I need to see if this is something you all would be able to do. It's a small thing, is when you are spraying for weeds, especially in like in some of these areas, would we be able to put signs up letting people know that the weed has been sprayed because black people get concerned with their pets and things like that. Is that something you all would be able to do? </w:t>
      </w:r>
    </w:p>
    <w:p>
      <w:r>
        <w:t xml:space="preserve">01:17:08   (Speaker J)  Are you talking in planter beds or in the turf? </w:t>
      </w:r>
    </w:p>
    <w:p>
      <w:r>
        <w:t xml:space="preserve">01:17:11   (Speaker G)  In the turf, because that's where a lot of their. </w:t>
      </w:r>
    </w:p>
    <w:p>
      <w:r>
        <w:t xml:space="preserve">01:17:14   (Speaker J)  It's by law we have to, by law we have to notify after we spray herbicides or pesticides or anything like that. Yeah, absolutely. </w:t>
      </w:r>
    </w:p>
    <w:p>
      <w:r>
        <w:t xml:space="preserve">01:17:22   (Speaker G)  Okay, two, two extra questions, two other questions and I'll finish up. I noticed that you all do have landscape architect. If we came to you and said, okay, we want to, to come up with a plan because I think you all see what the community looks like. We have talked in very much about going to more of a drought tolerant type landscaping, not just replacing a bunch of sod, where would we. I didn't see the cost of what it would be to use your landscape architect to come up with plans. </w:t>
      </w:r>
    </w:p>
    <w:p>
      <w:r>
        <w:t xml:space="preserve">01:17:51   (Speaker J)  It's actually part of our services. I mean we, if we're partnered together, we view it as a partnership. They're in house, so we're not having to pay for anybody. So to come out and do designs on especially Florida friendly landscapes. We're doing a lot of that right now. Especially this drought we just came out of. People are begging for it right now. So well versed in. There's. There's not a charge for that. There's not a charge for the architect at all. </w:t>
      </w:r>
    </w:p>
    <w:p>
      <w:r>
        <w:t xml:space="preserve">01:18:13   (Speaker G)  Okay, if, if I told, if you were awarded the contract and I told you that we have a set amount budget that we needed to use by the end of September to do some kind of replacement, would that be even be possible? </w:t>
      </w:r>
    </w:p>
    <w:p>
      <w:r>
        <w:t xml:space="preserve">01:18:27   (Speaker J)  Absolutely. Like Neil mentioned, we have resources that we can bring in. It's not a problem. Just so you know, just out of the branch here in Tampa, we have 200. </w:t>
      </w:r>
    </w:p>
    <w:p>
      <w:r>
        <w:t xml:space="preserve">01:18:36   (Speaker A)  200 team members. </w:t>
      </w:r>
    </w:p>
    <w:p>
      <w:r>
        <w:t xml:space="preserve">01:18:37   (Speaker J)  We have 200 team members that report to our Tampa branch. </w:t>
      </w:r>
    </w:p>
    <w:p>
      <w:r>
        <w:t xml:space="preserve">01:18:40   (Speaker G)  Okay. </w:t>
      </w:r>
    </w:p>
    <w:p>
      <w:r>
        <w:t xml:space="preserve">01:18:40   (Speaker J)  And that's not including Sarasota, Newport, Richie, we'll be able to Pull that off, no problem. </w:t>
      </w:r>
    </w:p>
    <w:p>
      <w:r>
        <w:t xml:space="preserve">01:18:45   (Speaker G)  Okay. We only have one point. </w:t>
      </w:r>
    </w:p>
    <w:p>
      <w:r>
        <w:t xml:space="preserve">01:18:46   (Speaker J)  We just did 1.2 million in Fort Myers and we brought people in. That's what, that's what we do. Customer. </w:t>
      </w:r>
    </w:p>
    <w:p>
      <w:r>
        <w:t xml:space="preserve">01:18:52   (Speaker G)  We won't have a budget that big, I'll tell you that. Now, my last question would be, and I know this sounds that I'm getting a lot of complaints from, from previous around the ponds. I know you, I think you, I think you all were specific about mowing away from the ponds. Is that just a straight mower or is that mulching mower? Because what's happening is all that is now being thrown into the resident's yards. </w:t>
      </w:r>
    </w:p>
    <w:p>
      <w:r>
        <w:t xml:space="preserve">01:19:16   (Speaker J)  So no matter what mower we use around the ponds, you're going to have some kind of discharge. It's a matter of taking it and making sure the discharge is facing, Facing away. But still someone's going to blow out. But we have to work around ponds all the time. And that, that guy right there will raise hell if we don't. And we'll know about it. Again, it's a true partnership, and we have to discharge away sometimes. We got a line trim down there, though, and that's gonna go in the water, but it's very minimal. We can work around that. That's. That's not an issue. </w:t>
      </w:r>
    </w:p>
    <w:p>
      <w:r>
        <w:t xml:space="preserve">01:19:41   (Speaker G)  Okay. That's all I got, Sir John. </w:t>
      </w:r>
    </w:p>
    <w:p>
      <w:r>
        <w:t xml:space="preserve">01:19:45   (Speaker E)  All right, I will try to go quick. So I liked the bid that we did here was done in man hours, but yours did not have an estimated man hours. Do you have an annual man hours that you were planning on for property? </w:t>
      </w:r>
    </w:p>
    <w:p>
      <w:r>
        <w:t xml:space="preserve">01:19:58   (Speaker D)  Yeah. Okay. </w:t>
      </w:r>
    </w:p>
    <w:p>
      <w:r>
        <w:t xml:space="preserve">01:20:03   (Speaker A)  3636. </w:t>
      </w:r>
    </w:p>
    <w:p>
      <w:r>
        <w:t xml:space="preserve">01:20:08   (Speaker D)  Okay. But you take the short note of what we said earlier. You think about the cruise, right? Just the mowing in details, about 80 hours. </w:t>
      </w:r>
    </w:p>
    <w:p>
      <w:r>
        <w:t xml:space="preserve">01:20:15   (Speaker E)  Yeah. </w:t>
      </w:r>
    </w:p>
    <w:p>
      <w:r>
        <w:t xml:space="preserve">01:20:15   (Speaker D)  But you still got your irrigation agronomous hours that calculate into that. Okay. </w:t>
      </w:r>
    </w:p>
    <w:p>
      <w:r>
        <w:t xml:space="preserve">01:20:19   (Speaker E)  And then, you know, I view these contracts kind of as a. I mean, it's an agreement, right? We're signing it. But I view it additionally, on top of that as basically the company's word. Right. Like, this is what we're going to do. We're going to meet the contract. I've been here, I've been on this board for quite a while longer than some of the other members. I've seen us not do that. So most of it has been disagreement over, like, hey, we haven't done the thing that's in the contract. So I just want to make sure that, you know, you guys understand from my perspective, I see this as your word, and I'm giving my word that we're going to hold up our side side and just. That's cool with everybody. Right. </w:t>
      </w:r>
    </w:p>
    <w:p>
      <w:r>
        <w:t xml:space="preserve">01:20:49   (Speaker J)  Been in business almost 30 years and we're not in. Me personally, we're not in business. Still in business after 30 years of doing that stuff. No way. Absolutely not. And we're talking 10 year. I mean our average 10 year in our clients is closing in on 10 years. And the only reason I think it's that low is because we do some multi family drives it down a little bit. But other than that we keep our clients. </w:t>
      </w:r>
    </w:p>
    <w:p>
      <w:r>
        <w:t xml:space="preserve">01:21:12   (Speaker E)  I was going to ask about your Tera lens. Does that. That's kind of just boxing packaged. Right. </w:t>
      </w:r>
    </w:p>
    <w:p>
      <w:r>
        <w:t xml:space="preserve">01:21:19   (Speaker D)  Hands on new communication tool. I'll tell you. I'm heavily involved in the development side of that. It's a work in progress every day but about six months now and now. And it covers all angles of what we call field management. So from account management to irrigation technicians to agronomist to business development. It's a one, one horse tool for taking care of what needs to happen out there. Okay. </w:t>
      </w:r>
    </w:p>
    <w:p>
      <w:r>
        <w:t xml:space="preserve">01:21:42   (Speaker E)  So that's. But it's kind of like plug and play as far as we're concerned. Right. Like you're going to do that? We do. Do you access our infrastructure? Do that. Is that. Imagine how it goes. Because like what Terrence is Terence is </w:t>
      </w:r>
    </w:p>
    <w:p>
      <w:r>
        <w:t xml:space="preserve">01:21:55   (Speaker D)  a couple different things. It's a reporting mechanism. But you, you talk about scope of work. </w:t>
      </w:r>
    </w:p>
    <w:p>
      <w:r>
        <w:t xml:space="preserve">01:22:00   (Speaker J)  He just wants to make sure he's getting it. </w:t>
      </w:r>
    </w:p>
    <w:p>
      <w:r>
        <w:t xml:space="preserve">01:22:01   (Speaker E)  Yeah, exactly. </w:t>
      </w:r>
    </w:p>
    <w:p>
      <w:r>
        <w:t xml:space="preserve">01:22:02   (Speaker J)  You're getting it. </w:t>
      </w:r>
    </w:p>
    <w:p>
      <w:r>
        <w:t xml:space="preserve">01:22:03   (Speaker D)  The two mention scope of work price and we have an obligation. </w:t>
      </w:r>
    </w:p>
    <w:p>
      <w:r>
        <w:t xml:space="preserve">01:22:06   (Speaker H)  Can you. </w:t>
      </w:r>
    </w:p>
    <w:p>
      <w:r>
        <w:t xml:space="preserve">01:22:06   (Speaker A)  To meet scope of work. </w:t>
      </w:r>
    </w:p>
    <w:p>
      <w:r>
        <w:t xml:space="preserve">01:22:07   (Speaker D)  And in that scope of work, Terence holds us accountable for that. Okay. And it allows you to see what we're doing and what we're doing. So that's the tool behind that. And if we redline, we redline. We. We have an obligation. You have to sign a contract. </w:t>
      </w:r>
    </w:p>
    <w:p>
      <w:r>
        <w:t xml:space="preserve">01:22:19   (Speaker H)  We have to be. </w:t>
      </w:r>
    </w:p>
    <w:p>
      <w:r>
        <w:t xml:space="preserve">01:22:20   (Speaker A)  I got to wrap this up. We got other vendors </w:t>
      </w:r>
    </w:p>
    <w:p>
      <w:r>
        <w:t xml:space="preserve">01:22:24   (Speaker D)  so. </w:t>
      </w:r>
    </w:p>
    <w:p>
      <w:r>
        <w:t xml:space="preserve">01:22:25   (Speaker A)  No, I appreciate you guys. If you don't mind. </w:t>
      </w:r>
    </w:p>
    <w:p>
      <w:r>
        <w:t xml:space="preserve">01:22:27   (Speaker I)  Yeah. </w:t>
      </w:r>
    </w:p>
    <w:p>
      <w:r>
        <w:t xml:space="preserve">01:22:27   (Speaker A)  We're going to move on to Cardinal Landscape while we go ahead and get the guys. I am. We're trying to get two of us, hopefully not later. So we need to move this along. So. All right Sam, we're done here. So sorry. We got to keep this official. This is. We. We can't be doing that. </w:t>
      </w:r>
    </w:p>
    <w:p>
      <w:r>
        <w:t xml:space="preserve">01:22:46   (Speaker E)  So as. </w:t>
      </w:r>
    </w:p>
    <w:p>
      <w:r>
        <w:t xml:space="preserve">01:22:47   (Speaker A)  As Matt is bringing Cardinal board members. </w:t>
      </w:r>
    </w:p>
    <w:p>
      <w:r>
        <w:t xml:space="preserve">01:22:50   (Speaker G)  We. </w:t>
      </w:r>
    </w:p>
    <w:p>
      <w:r>
        <w:t xml:space="preserve">01:22:51   (Speaker A)  We can't take that much time on every vendor. Please have your questions ready. We can't have the background information or any of that. We'll figure that out when the time comes. Okay, we have. We need to get through. Yes. </w:t>
      </w:r>
    </w:p>
    <w:p>
      <w:r>
        <w:t xml:space="preserve">01:23:01   (Speaker B)  All right. </w:t>
      </w:r>
    </w:p>
    <w:p>
      <w:r>
        <w:t xml:space="preserve">01:23:04   (Speaker E)  See you guys. </w:t>
      </w:r>
    </w:p>
    <w:p>
      <w:r>
        <w:t xml:space="preserve">01:23:05   (Speaker C)  Thank you. </w:t>
      </w:r>
    </w:p>
    <w:p>
      <w:r>
        <w:t xml:space="preserve">01:23:05   (Speaker A)  Yes, absolutely. </w:t>
      </w:r>
    </w:p>
    <w:p>
      <w:r>
        <w:t xml:space="preserve">01:23:08   (Speaker J)  And your wife. </w:t>
      </w:r>
    </w:p>
    <w:p>
      <w:r>
        <w:t xml:space="preserve">01:23:08   (Speaker F)  Absolutely. </w:t>
      </w:r>
    </w:p>
    <w:p>
      <w:r>
        <w:t xml:space="preserve">01:23:09   (Speaker A)  We'll see next time you got. </w:t>
      </w:r>
    </w:p>
    <w:p>
      <w:r>
        <w:t xml:space="preserve">01:23:11   (Speaker J)  Hey, you run a great meeting, too. </w:t>
      </w:r>
    </w:p>
    <w:p>
      <w:r>
        <w:t xml:space="preserve">01:23:13   (Speaker A)  Oh, thanks. I appreciate that. </w:t>
      </w:r>
    </w:p>
    <w:p>
      <w:r>
        <w:t xml:space="preserve">01:23:15   (Speaker B)  Y. </w:t>
      </w:r>
    </w:p>
    <w:p>
      <w:r>
        <w:t xml:space="preserve">01:23:19   (Speaker A)  All right, let them exit here. All right, we're going to go ahead and start your timer right now. Go ahead, sir. </w:t>
      </w:r>
    </w:p>
    <w:p>
      <w:r>
        <w:t xml:space="preserve">01:23:28   (Speaker D)  Thank you. </w:t>
      </w:r>
    </w:p>
    <w:p>
      <w:r>
        <w:t xml:space="preserve">01:23:29   (Speaker I)  So my name is Michael Mantine, part of landscaping. This is my brother Jeff. Over the owners, we also have another owner, Brother Mark is our landscape architect. So that'll come in handy for what you have here. So obviously, we're the company that came in, filled in, we got three days notice and came in and start mowing and made it happen for you. So hopefully that proves our financial capability, our knowledge in the business and things like that. Because it's in June, it's not an easy task to make that happen for sure. So, you know, some of the things that we see and, you know, there's obviously a lot of improvements that we believe can happen here. We do things, you know, obviously, like, Jeff will talk in more depth, but, you know, there's things that need to be pulled out. Bushes, landscaping, landscape enhancements. One of the things that we do is with our landscape architect, we kind of came up years ago with a plant palette. And, you know, if you kind of look around your screen now, there's just </w:t>
      </w:r>
    </w:p>
    <w:p>
      <w:r>
        <w:t xml:space="preserve">01:24:40   (Speaker E)  a lot of green. </w:t>
      </w:r>
    </w:p>
    <w:p>
      <w:r>
        <w:t xml:space="preserve">01:24:41   (Speaker I)  What we try to do is enhance the property by using end caps with color tier, things like that. Not redoing the wheel, but just enhancing it and giving it the color that, you know, probably bring it back to what it was, you know, five years ago. And one of the other things with us and Cardinal Landscaping is we're local to this area. Jeff, my brother, lives less than two miles from here. You know, for example, his daughter has friends in here, and they. She's already familiar with the area. </w:t>
      </w:r>
    </w:p>
    <w:p>
      <w:r>
        <w:t xml:space="preserve">01:25:16   (Speaker E)  So. </w:t>
      </w:r>
    </w:p>
    <w:p>
      <w:r>
        <w:t xml:space="preserve">01:25:18   (Speaker I)  Example, he's in here, and all of a sudden I'm getting text messages with pictures that, hey, you know, tell our crew leaders, get this, do this, you know, the cruise. So we did send our. Our number one crew leader over here to try to get things going and back. You know, we're. Our job was just to mow, you know, like the kind of same M.O. blow and go. It was hard for us to do that, and we don't like really telling her guys to do a less than adequate job. So we did have them hedging and spraying, but again, we weren't doing the full detail that we would want to do. </w:t>
      </w:r>
    </w:p>
    <w:p>
      <w:r>
        <w:t xml:space="preserve">01:25:53   (Speaker A)  Or capable of doing or what we will do. </w:t>
      </w:r>
    </w:p>
    <w:p>
      <w:r>
        <w:t xml:space="preserve">01:25:55   (Speaker I)  Yeah. So our references. I hopefully had a chance to look at our references. We have numerous CBDs, HOAs, USAA. You know, I assume you get pictures of those things with our references as well. So we're a full gamut. You know, we're in house irrigation, tree work and everything like that. So all these things are what your community needs right now. We also do roadways in Pasco County, Hillsborough County. You've probably seen our trucks doing little road and everywhere. So we're in the area continually, continually, continually. What we do with our landscaping maintenance guys, which is maybe different from other companies, is, you know, we have our guys who will do the main enhancement areas. And then we have a crew pond that just specializes in the ponds and they're more familiar and they have different mowers. So we come in two and sometimes three different during three different days. Which also gives you the advantage that we're always on site. You know, we take care of Murata CBD and. And with Matt specifically. And he can tell you that he can text us and he'll text one of us. We have just a string between us and we're able to get things done immediately because we're on site. And we find, you know, being on site more obviously is. Is an. Is an advantage to us and to you that things don't get put down the line and things like that. So. So it's a quick turnaround and Matt can definitely attest to that. We did notice, you know, we had to, you know, it was sent out to everybody price and, you know, we're not the lowest price, you know, but we are the best company and we based our price on that. We have a distinct advantage. We based our price because we have two months here or maybe seven weeks of taking care of the property. And, you know, this is a. A more difficult property than most because it's in different segments in your. In different areas all the time. You know, just. We had to realize that we had to take two. Two crews, two trailers just to move things around because you can get kind of bogged down into the front. And then it's just tough to get around because it's long drives. So we kind of split up the crew. So we've already learned these things and, and we're able to, you know, make improvements right. Right as they're happening. So. And again, you know, we're here on the property, you know, when between my brother Mark and Jeff and myself, who all live in this Area, obviously, we're. We all live in Pasco county, driving down 54. We're here. We're here with the crews. We're helping them. So that's why our price is based the way it is, you know, and some of the. Some of the pricing that I saw was maybe based because they don't have the advantage that we do. But they're also. We are also sent a contract, the original contract that you guys had, and the pricing was closer to that original contract than it is to what it </w:t>
      </w:r>
    </w:p>
    <w:p>
      <w:r>
        <w:t xml:space="preserve">01:29:15   (Speaker E)  should be, the price should be. </w:t>
      </w:r>
    </w:p>
    <w:p>
      <w:r>
        <w:t xml:space="preserve">01:29:17   (Speaker I)  So I just want to explain the pricing for when, you know, when you take a look at that portion of it. </w:t>
      </w:r>
    </w:p>
    <w:p>
      <w:r>
        <w:t xml:space="preserve">01:29:23   (Speaker H)  And that's. </w:t>
      </w:r>
    </w:p>
    <w:p>
      <w:r>
        <w:t xml:space="preserve">01:29:24   (Speaker A)  That's one of the things when we first came, I live right across the street through belly crossover, so I live </w:t>
      </w:r>
    </w:p>
    <w:p>
      <w:r>
        <w:t xml:space="preserve">01:29:29   (Speaker E)  less than two miles away. </w:t>
      </w:r>
    </w:p>
    <w:p>
      <w:r>
        <w:t xml:space="preserve">01:29:30   (Speaker F)  So. </w:t>
      </w:r>
    </w:p>
    <w:p>
      <w:r>
        <w:t xml:space="preserve">01:29:31   (Speaker H)  But one thing is, it's all. </w:t>
      </w:r>
    </w:p>
    <w:p>
      <w:r>
        <w:t xml:space="preserve">01:29:33   (Speaker A)  It is kind of cut up. So when I first came through, I was like, oh, this is easy. We're just gonna send six or seven guys. And then after a week or two, we were like. Like, oh, no, it's a lot more. So I think that's maybe why the price is where it's at, why we're a little. We're 10. 5% higher. But we. We do think we do know the price. Like, we know that's the right price to get the job done. </w:t>
      </w:r>
    </w:p>
    <w:p>
      <w:r>
        <w:t xml:space="preserve">01:29:52   (Speaker D)  We're. </w:t>
      </w:r>
    </w:p>
    <w:p>
      <w:r>
        <w:t xml:space="preserve">01:29:52   (Speaker A)  We're also sending our very best crew. It's Isaac Rodriguez. I think maybe some of you have seen them. Those, the two crews that run together, that's our number one group. So you're getting the. I mean, Cardinal landscape is number one group. So it really doesn't get much better than that. There's only six days out of the week, so that's, you know, and then there's. There's a lot more improvement. Isaac and I have been talking. You know, there's some moss in the front areas. The Liriope, we, you know, we want to pull all that moss out. You know, it's just tangling after wind blow, if it's just tangling there. So we've been pulling some of it out, but there's still some more to do. On the right, when you come into the entrance, you know, there's brown underneath. Like, we. We actually have females that come in and they. They come in and they'll nip that up and cut it around and they'll spend all day there. I mean, it'll look sharp. So your entrance, you don't even have to spend much money. You just need some detail. Like, we can put some small little areas of landscape, not spending thousands and thousands of dollars to improve it, but we can also do it just with your maintenance until, you know, you guys can budget it next year. </w:t>
      </w:r>
    </w:p>
    <w:p>
      <w:r>
        <w:t xml:space="preserve">01:30:50   (Speaker H)  So. </w:t>
      </w:r>
    </w:p>
    <w:p>
      <w:r>
        <w:t xml:space="preserve">01:30:52   (Speaker E)  Yeah, so. </w:t>
      </w:r>
    </w:p>
    <w:p>
      <w:r>
        <w:t xml:space="preserve">01:30:52   (Speaker I)  And we are ready to, you know, we have fertilize, which obviously you need fertilization and you need irrigation. Luckily, it started raining, but obviously the irrigation, you know, like, one of the. Well, you might be gone, but, you know, there's just areas that need soda and need replacement. </w:t>
      </w:r>
    </w:p>
    <w:p>
      <w:r>
        <w:t xml:space="preserve">01:31:08   (Speaker H)  So there's going to be a lot </w:t>
      </w:r>
    </w:p>
    <w:p>
      <w:r>
        <w:t xml:space="preserve">01:31:09   (Speaker A)  of irrigation since no one started three months. So, yeah, we're playing. We're ready to come in and get back to when we map. We had to do it for Marauder. A few other companies had the same situation, and we came right in, and we just. We already have the place that was just our most recent with Matt, so that's why we're bringing it up. And that's what we'll do with irrigation. You won't have. You won't skip me. There it is. Eight minutes. So we're gonna go right into Q A. Just as a reminder, guys, just have your questions ready. No background. Just please ask your questions so we can move this along. Who wants to go first? </w:t>
      </w:r>
    </w:p>
    <w:p>
      <w:r>
        <w:t xml:space="preserve">01:31:42   (Speaker E)  I can go. </w:t>
      </w:r>
    </w:p>
    <w:p>
      <w:r>
        <w:t xml:space="preserve">01:31:43   (Speaker F)  Perfect. </w:t>
      </w:r>
    </w:p>
    <w:p>
      <w:r>
        <w:t xml:space="preserve">01:31:44   (Speaker I)  All right. </w:t>
      </w:r>
    </w:p>
    <w:p>
      <w:r>
        <w:t xml:space="preserve">01:31:44   (Speaker E)  You had a high labor commitment. I like this hours thing that they've done. You get 5,100 hours. And you kind of explained and talked about that a little bit. It's more about that detail, which is what I'm looking for. </w:t>
      </w:r>
    </w:p>
    <w:p>
      <w:r>
        <w:t xml:space="preserve">01:31:55   (Speaker D)  Your. </w:t>
      </w:r>
    </w:p>
    <w:p>
      <w:r>
        <w:t xml:space="preserve">01:31:55   (Speaker E)  Your mulch prices are higher. Are the highest of them. Could you explain, like, was there a reason that you felt that that was needed? </w:t>
      </w:r>
    </w:p>
    <w:p>
      <w:r>
        <w:t xml:space="preserve">01:32:01   (Speaker I)  Yeah, it's. It's. To us. You pay for exactly the amount of yards to get with the mulch. </w:t>
      </w:r>
    </w:p>
    <w:p>
      <w:r>
        <w:t xml:space="preserve">01:32:09   (Speaker A)  We'll send pictures of what we bring in. That's one of those things that we're not saying anybody. We're friends with log if you sell, because we don't. Not saying anybody, but we know the side business and the mulch business. Who knows how much you really bring in? We charge for what you get, so </w:t>
      </w:r>
    </w:p>
    <w:p>
      <w:r>
        <w:t xml:space="preserve">01:32:24   (Speaker I)  it's an exact amount. </w:t>
      </w:r>
    </w:p>
    <w:p>
      <w:r>
        <w:t xml:space="preserve">01:32:25   (Speaker E)  So you're saying more accurate and saying. </w:t>
      </w:r>
    </w:p>
    <w:p>
      <w:r>
        <w:t xml:space="preserve">01:32:28   (Speaker A)  We're not saying anything about that. I'm saying we're accurate. </w:t>
      </w:r>
    </w:p>
    <w:p>
      <w:r>
        <w:t xml:space="preserve">01:32:31   (Speaker I)  It's 100 accurate. </w:t>
      </w:r>
    </w:p>
    <w:p>
      <w:r>
        <w:t xml:space="preserve">01:32:32   (Speaker D)  No, no. </w:t>
      </w:r>
    </w:p>
    <w:p>
      <w:r>
        <w:t xml:space="preserve">01:32:32   (Speaker E)  That's what I mean. </w:t>
      </w:r>
    </w:p>
    <w:p>
      <w:r>
        <w:t xml:space="preserve">01:32:33   (Speaker I)  Yeah. </w:t>
      </w:r>
    </w:p>
    <w:p>
      <w:r>
        <w:t xml:space="preserve">01:32:33   (Speaker E)  You know what the cost is because. </w:t>
      </w:r>
    </w:p>
    <w:p>
      <w:r>
        <w:t xml:space="preserve">01:32:35   (Speaker H)  Yeah. </w:t>
      </w:r>
    </w:p>
    <w:p>
      <w:r>
        <w:t xml:space="preserve">01:32:35   (Speaker A)  And there's not a much. There's no profit. </w:t>
      </w:r>
    </w:p>
    <w:p>
      <w:r>
        <w:t xml:space="preserve">01:32:37   (Speaker B)  It's. </w:t>
      </w:r>
    </w:p>
    <w:p>
      <w:r>
        <w:t xml:space="preserve">01:32:37   (Speaker I)  It's. </w:t>
      </w:r>
    </w:p>
    <w:p>
      <w:r>
        <w:t xml:space="preserve">01:32:38   (Speaker A)  It's cost us 42. </w:t>
      </w:r>
    </w:p>
    <w:p>
      <w:r>
        <w:t xml:space="preserve">01:32:39   (Speaker H)  Something like that. </w:t>
      </w:r>
    </w:p>
    <w:p>
      <w:r>
        <w:t xml:space="preserve">01:32:40   (Speaker J)  A yard. </w:t>
      </w:r>
    </w:p>
    <w:p>
      <w:r>
        <w:t xml:space="preserve">01:32:40   (Speaker A)  To some cost of. </w:t>
      </w:r>
    </w:p>
    <w:p>
      <w:r>
        <w:t xml:space="preserve">01:32:42   (Speaker B)  It's a. </w:t>
      </w:r>
    </w:p>
    <w:p>
      <w:r>
        <w:t xml:space="preserve">01:32:43   (Speaker A)  Not a profit. It should look good. </w:t>
      </w:r>
    </w:p>
    <w:p>
      <w:r>
        <w:t xml:space="preserve">01:32:45   (Speaker E)  And we'd be able to see, like, those man hours. Like, I mean, that's. That's one of the biggest ones we've struggled with is. Is detail management of, like, just getting to beds and weeding them. Just actually weeding them. So, you know, I'm. I'm glad to hear that. That's what I like to see is the. The higher man hours. So, yeah, that's it for me. </w:t>
      </w:r>
    </w:p>
    <w:p>
      <w:r>
        <w:t xml:space="preserve">01:33:00   (Speaker D)  Yeah. </w:t>
      </w:r>
    </w:p>
    <w:p>
      <w:r>
        <w:t xml:space="preserve">01:33:01   (Speaker I)  Great. </w:t>
      </w:r>
    </w:p>
    <w:p>
      <w:r>
        <w:t xml:space="preserve">01:33:01   (Speaker D)  Thank you, </w:t>
      </w:r>
    </w:p>
    <w:p>
      <w:r>
        <w:t xml:space="preserve">01:33:03   (Speaker A)  Amanda. </w:t>
      </w:r>
    </w:p>
    <w:p>
      <w:r>
        <w:t xml:space="preserve">01:33:04   (Speaker C)  Yes. Weekly irrigation inspections. </w:t>
      </w:r>
    </w:p>
    <w:p>
      <w:r>
        <w:t xml:space="preserve">01:33:08   (Speaker I)  Yes. Okay. Yes. Now, we don't go through the whole system, but our crew leader again, Isaac Rodriguez, he's been with us for 22 years, 24 years. What he's able to do, like, he has a small kit that they carry that he carries with him. He won't do decoders and things like that, but he. He can easily identify. Our crews can easily identify a hole or something where there's a broken head </w:t>
      </w:r>
    </w:p>
    <w:p>
      <w:r>
        <w:t xml:space="preserve">01:33:35   (Speaker A)  because it gets a washout irrigation type as well. Yeah, yeah. So it's just that we. He won't maybe go through the whole system in one week, but he's on site. So, like, if Isaac was to say, hey, we saw this, or all of a sudden we get an email that says, hey, somebody said they saw guys, or, you know, it's fixed right away. And again, I just want you to know I live right around the corner, and I know how to do irrigation. I'm not scared to get dirt. </w:t>
      </w:r>
    </w:p>
    <w:p>
      <w:r>
        <w:t xml:space="preserve">01:34:00   (Speaker C)  It's my weird question because I did not hear. Know anything about the owner of the previous company until we're. They are saying, we're done with you. We're finished. That's when we see. How often are you guys on owners. Owners? Yeah, yeah. Owners on site? </w:t>
      </w:r>
    </w:p>
    <w:p>
      <w:r>
        <w:t xml:space="preserve">01:34:19   (Speaker F)  No. </w:t>
      </w:r>
    </w:p>
    <w:p>
      <w:r>
        <w:t xml:space="preserve">01:34:20   (Speaker C)  Yeah. </w:t>
      </w:r>
    </w:p>
    <w:p>
      <w:r>
        <w:t xml:space="preserve">01:34:20   (Speaker A)  How often do you come on site to do a review? </w:t>
      </w:r>
    </w:p>
    <w:p>
      <w:r>
        <w:t xml:space="preserve">01:34:22   (Speaker I)  Once a week. </w:t>
      </w:r>
    </w:p>
    <w:p>
      <w:r>
        <w:t xml:space="preserve">01:34:23   (Speaker A)  Once a week. So we've been here every. Every week. And I was even here. Any other questions? Amanda? Sorry, I got to keep this wrong. I'm so sorry. </w:t>
      </w:r>
    </w:p>
    <w:p>
      <w:r>
        <w:t xml:space="preserve">01:34:34   (Speaker B)  All right. </w:t>
      </w:r>
    </w:p>
    <w:p>
      <w:r>
        <w:t xml:space="preserve">01:34:34   (Speaker A)  Jesse. No, Sam. </w:t>
      </w:r>
    </w:p>
    <w:p>
      <w:r>
        <w:t xml:space="preserve">01:34:37   (Speaker D)  It's two supervisors two days a week. Yes. You're a crew supervisor. </w:t>
      </w:r>
    </w:p>
    <w:p>
      <w:r>
        <w:t xml:space="preserve">01:34:41   (Speaker I)  Yeah. Okay, so we are. We. Since we have two crews, they're the two crew supervisors that are here. And then obviously, the irrigation tack who comes, and he will, like, go through part of the system every single week and then be able to identify. So we. We break everything up into segments so we're here more often and able to get things done. </w:t>
      </w:r>
    </w:p>
    <w:p>
      <w:r>
        <w:t xml:space="preserve">01:34:58   (Speaker D)  Your tech, it's one day a week. Is your irrigation tech, Is there Irrigation tech, Your spray guy. Is that also your irrigation tech or that's something. How often does that person come. </w:t>
      </w:r>
    </w:p>
    <w:p>
      <w:r>
        <w:t xml:space="preserve">01:35:09   (Speaker A)  That comes usually. We do seven applications a year, even though the contract would be four to five. That's another thing we didn't mention about that. </w:t>
      </w:r>
    </w:p>
    <w:p>
      <w:r>
        <w:t xml:space="preserve">01:35:16   (Speaker D)  Regardless of whether it's pests or weeds, </w:t>
      </w:r>
    </w:p>
    <w:p>
      <w:r>
        <w:t xml:space="preserve">01:35:18   (Speaker A)  we do it seven times because it's </w:t>
      </w:r>
    </w:p>
    <w:p>
      <w:r>
        <w:t xml:space="preserve">01:35:20   (Speaker H)  the only way to change plugs that </w:t>
      </w:r>
    </w:p>
    <w:p>
      <w:r>
        <w:t xml:space="preserve">01:35:22   (Speaker A)  you got right now. So even though the contract says four, we're doing seven, and they're going. </w:t>
      </w:r>
    </w:p>
    <w:p>
      <w:r>
        <w:t xml:space="preserve">01:35:28   (Speaker F)  Just keep that in. </w:t>
      </w:r>
    </w:p>
    <w:p>
      <w:r>
        <w:t xml:space="preserve">01:35:29   (Speaker D)  Seven times a year. </w:t>
      </w:r>
    </w:p>
    <w:p>
      <w:r>
        <w:t xml:space="preserve">01:35:30   (Speaker A)  Seven times a year. Next question. </w:t>
      </w:r>
    </w:p>
    <w:p>
      <w:r>
        <w:t xml:space="preserve">01:35:32   (Speaker D)  10 to 12 laborers. Instead of four to five, you have, what, two crews of five? So the same five, five coming each week. </w:t>
      </w:r>
    </w:p>
    <w:p>
      <w:r>
        <w:t xml:space="preserve">01:35:40   (Speaker A)  Okay. </w:t>
      </w:r>
    </w:p>
    <w:p>
      <w:r>
        <w:t xml:space="preserve">01:35:43   (Speaker D)  I don't. I'm looking for your financials. I don't see anything except you have $228,000 in the bank. </w:t>
      </w:r>
    </w:p>
    <w:p>
      <w:r>
        <w:t xml:space="preserve">01:35:49   (Speaker I)  Okay. </w:t>
      </w:r>
    </w:p>
    <w:p>
      <w:r>
        <w:t xml:space="preserve">01:35:50   (Speaker D)  That's your. </w:t>
      </w:r>
    </w:p>
    <w:p>
      <w:r>
        <w:t xml:space="preserve">01:35:50   (Speaker I)  Well, no, I can explain that. I personally don't feel comfortable, like, just putting out our profit and loss to. To companies, our competitors. So that was our bid price. So I use that as we have the whole years that you would pay us in the bank. I just went to the bank and they wrote a letter and said, hey, </w:t>
      </w:r>
    </w:p>
    <w:p>
      <w:r>
        <w:t xml:space="preserve">01:36:15   (Speaker D)  but that was your financial. </w:t>
      </w:r>
    </w:p>
    <w:p>
      <w:r>
        <w:t xml:space="preserve">01:36:16   (Speaker H)  That was our finance. </w:t>
      </w:r>
    </w:p>
    <w:p>
      <w:r>
        <w:t xml:space="preserve">01:36:18   (Speaker I)  But that's what we get. Now, obviously, that's not all, but that's just the exact amount that we bid for all services, including mulch, palm trimming, everything that's not essential services. </w:t>
      </w:r>
    </w:p>
    <w:p>
      <w:r>
        <w:t xml:space="preserve">01:36:29   (Speaker E)  So that's different. </w:t>
      </w:r>
    </w:p>
    <w:p>
      <w:r>
        <w:t xml:space="preserve">01:36:31   (Speaker A)  Okay, Sam, Anything else? Don, any questions? </w:t>
      </w:r>
    </w:p>
    <w:p>
      <w:r>
        <w:t xml:space="preserve">01:36:35   (Speaker G)  I do have just two questions. The first one, I don't see anywhere on the bid. If I missed it, I apologize about tree trimming. I see palms, but I don't see any tree trimming in any of the estimates. </w:t>
      </w:r>
    </w:p>
    <w:p>
      <w:r>
        <w:t xml:space="preserve">01:36:47   (Speaker I)  Yeah, because that's. That's a standard height. So we trim to the height of the contract. So then anything above that would be, in addition, you know, an additional line item. </w:t>
      </w:r>
    </w:p>
    <w:p>
      <w:r>
        <w:t xml:space="preserve">01:36:58   (Speaker A)  It would be a later quote like that, or somebody would come and say quotas to trees. And you could get other companies and </w:t>
      </w:r>
    </w:p>
    <w:p>
      <w:r>
        <w:t xml:space="preserve">01:37:04   (Speaker D)  so regular, like above sidewalks, above street. Yeah, yeah. It's part of the contract, </w:t>
      </w:r>
    </w:p>
    <w:p>
      <w:r>
        <w:t xml:space="preserve">01:37:10   (Speaker A)  not anything else. </w:t>
      </w:r>
    </w:p>
    <w:p>
      <w:r>
        <w:t xml:space="preserve">01:37:11   (Speaker G)  So that's part of the contract. I'm just. Sam was talking. I'm just trying to. Is that. </w:t>
      </w:r>
    </w:p>
    <w:p>
      <w:r>
        <w:t xml:space="preserve">01:37:16   (Speaker C)  Yes. </w:t>
      </w:r>
    </w:p>
    <w:p>
      <w:r>
        <w:t xml:space="preserve">01:37:17   (Speaker A)  Yes. </w:t>
      </w:r>
    </w:p>
    <w:p>
      <w:r>
        <w:t xml:space="preserve">01:37:18   (Speaker G)  Okay. My only other question, and I'm at the ssl, so is with the annuals, would that be a problem? We. I know it's four times a year, but we honestly sometimes do not need them changed out four times a year. We would need to do the approval process somehow or another. How we need to do that before they're replaced because we've seen them where they're thriving. They're done. Great. We replace them and then boom, they're dead. And sometimes it's just not necessary. It's an unnecessary expense. </w:t>
      </w:r>
    </w:p>
    <w:p>
      <w:r>
        <w:t xml:space="preserve">01:37:45   (Speaker D)  We agree. </w:t>
      </w:r>
    </w:p>
    <w:p>
      <w:r>
        <w:t xml:space="preserve">01:37:46   (Speaker A)  And sometimes we just to help budget, we can put in foliage that last longer and maybe only getting twice a year because we love foliage and buildings. </w:t>
      </w:r>
    </w:p>
    <w:p>
      <w:r>
        <w:t xml:space="preserve">01:37:55   (Speaker H)  They last forever. </w:t>
      </w:r>
    </w:p>
    <w:p>
      <w:r>
        <w:t xml:space="preserve">01:37:55   (Speaker A)  You can almost do the two. </w:t>
      </w:r>
    </w:p>
    <w:p>
      <w:r>
        <w:t xml:space="preserve">01:37:57   (Speaker G)  Just do two. </w:t>
      </w:r>
    </w:p>
    <w:p>
      <w:r>
        <w:t xml:space="preserve">01:37:58   (Speaker A)  Two a year and make, you know, as a sometimes three. But yes, that is answer is yes. </w:t>
      </w:r>
    </w:p>
    <w:p>
      <w:r>
        <w:t xml:space="preserve">01:38:03   (Speaker D)  Okay. </w:t>
      </w:r>
    </w:p>
    <w:p>
      <w:r>
        <w:t xml:space="preserve">01:38:04   (Speaker G)  That's all I got. Thank you. </w:t>
      </w:r>
    </w:p>
    <w:p>
      <w:r>
        <w:t xml:space="preserve">01:38:06   (Speaker A)  Thank you gentlemen so much. </w:t>
      </w:r>
    </w:p>
    <w:p>
      <w:r>
        <w:t xml:space="preserve">01:38:07   (Speaker B)  Okay. </w:t>
      </w:r>
    </w:p>
    <w:p>
      <w:r>
        <w:t xml:space="preserve">01:38:08   (Speaker A)  Okay. </w:t>
      </w:r>
    </w:p>
    <w:p>
      <w:r>
        <w:t xml:space="preserve">01:38:08   (Speaker H)  And if you have any more questions, we're. </w:t>
      </w:r>
    </w:p>
    <w:p>
      <w:r>
        <w:t xml:space="preserve">01:38:12   (Speaker A)  You guys feel free to stay. We're gonna stay. Yeah. The board. Do you want to bring us back in for something? Yeah, that's more than welcome. </w:t>
      </w:r>
    </w:p>
    <w:p>
      <w:r>
        <w:t xml:space="preserve">01:38:17   (Speaker I)  Okay, thank you. </w:t>
      </w:r>
    </w:p>
    <w:p>
      <w:r>
        <w:t xml:space="preserve">01:38:20   (Speaker A)  Next up is Juniper. That one went much better. So let's keep on that track. And getting yelled at. </w:t>
      </w:r>
    </w:p>
    <w:p>
      <w:r>
        <w:t xml:space="preserve">01:38:31   (Speaker E)  Well, I just missed something, this one. So let's. </w:t>
      </w:r>
    </w:p>
    <w:p>
      <w:r>
        <w:t xml:space="preserve">01:38:37   (Speaker A)  Juniper is not here. </w:t>
      </w:r>
    </w:p>
    <w:p>
      <w:r>
        <w:t xml:space="preserve">01:38:39   (Speaker D)  Were they here earlier? </w:t>
      </w:r>
    </w:p>
    <w:p>
      <w:r>
        <w:t xml:space="preserve">01:38:40   (Speaker A)  Okay, okay, okay. </w:t>
      </w:r>
    </w:p>
    <w:p>
      <w:r>
        <w:t xml:space="preserve">01:38:43   (Speaker H)  So Russell or. </w:t>
      </w:r>
    </w:p>
    <w:p>
      <w:r>
        <w:t xml:space="preserve">01:38:45   (Speaker A)  Well, let's. </w:t>
      </w:r>
    </w:p>
    <w:p>
      <w:r>
        <w:t xml:space="preserve">01:38:46   (Speaker I)  Let's. </w:t>
      </w:r>
    </w:p>
    <w:p>
      <w:r>
        <w:t xml:space="preserve">01:38:46   (Speaker A)  I mean, I guess we can just. </w:t>
      </w:r>
    </w:p>
    <w:p>
      <w:r>
        <w:t xml:space="preserve">01:38:47   (Speaker C)  Alphabetical. </w:t>
      </w:r>
    </w:p>
    <w:p>
      <w:r>
        <w:t xml:space="preserve">01:38:48   (Speaker A)  Yeah, we're doing alphabetical so Prince would be next. But let's wait for a second. Do we want to discuss Juniper or do you guys want to just say automatic disqualification because they're not in person? </w:t>
      </w:r>
    </w:p>
    <w:p>
      <w:r>
        <w:t xml:space="preserve">01:38:58   (Speaker G)  Automatic. </w:t>
      </w:r>
    </w:p>
    <w:p>
      <w:r>
        <w:t xml:space="preserve">01:39:00   (Speaker C)  We can't do an automatic disqualification unless they do not meet one of the mandatory requirements. And the presentation was not mandatory. So you still have to score them, but you can take their non presentation into account. </w:t>
      </w:r>
    </w:p>
    <w:p>
      <w:r>
        <w:t xml:space="preserve">01:39:13   (Speaker G)  Yeah, we don't need to have a discussion though. </w:t>
      </w:r>
    </w:p>
    <w:p>
      <w:r>
        <w:t xml:space="preserve">01:39:15   (Speaker A)  I don't think Prince is. Ready to water. </w:t>
      </w:r>
    </w:p>
    <w:p>
      <w:r>
        <w:t xml:space="preserve">01:39:34   (Speaker D)  What? </w:t>
      </w:r>
    </w:p>
    <w:p>
      <w:r>
        <w:t xml:space="preserve">01:39:44   (Speaker A)  All right, just as. Just as a reminder, eight minutes, the clock is starting. </w:t>
      </w:r>
    </w:p>
    <w:p>
      <w:r>
        <w:t xml:space="preserve">01:39:50   (Speaker J)  Hey. </w:t>
      </w:r>
    </w:p>
    <w:p>
      <w:r>
        <w:t xml:space="preserve">01:39:51   (Speaker H)  Hey. </w:t>
      </w:r>
    </w:p>
    <w:p>
      <w:r>
        <w:t xml:space="preserve">01:39:52   (Speaker A)  So sorry. </w:t>
      </w:r>
    </w:p>
    <w:p>
      <w:r>
        <w:t xml:space="preserve">01:39:54   (Speaker H)  You got. </w:t>
      </w:r>
    </w:p>
    <w:p>
      <w:r>
        <w:t xml:space="preserve">01:39:54   (Speaker A)  How are you? </w:t>
      </w:r>
    </w:p>
    <w:p>
      <w:r>
        <w:t xml:space="preserve">01:39:55   (Speaker B)  Good. </w:t>
      </w:r>
    </w:p>
    <w:p>
      <w:r>
        <w:t xml:space="preserve">01:39:55   (Speaker A)  How are you? Good to see you guys. </w:t>
      </w:r>
    </w:p>
    <w:p>
      <w:r>
        <w:t xml:space="preserve">01:39:56   (Speaker H)  We don't need eight. </w:t>
      </w:r>
    </w:p>
    <w:p>
      <w:r>
        <w:t xml:space="preserve">01:39:58   (Speaker A)  Okay, perfect. </w:t>
      </w:r>
    </w:p>
    <w:p>
      <w:r>
        <w:t xml:space="preserve">01:40:01   (Speaker D)  All right, guys, let me. </w:t>
      </w:r>
    </w:p>
    <w:p>
      <w:r>
        <w:t xml:space="preserve">01:40:05   (Speaker H)  All right, so. </w:t>
      </w:r>
    </w:p>
    <w:p>
      <w:r>
        <w:t xml:space="preserve">01:40:06   (Speaker D)  We are prison sons. </w:t>
      </w:r>
    </w:p>
    <w:p>
      <w:r>
        <w:t xml:space="preserve">01:40:08   (Speaker H)  My name is Lucas Martin. I'm the vice president. </w:t>
      </w:r>
    </w:p>
    <w:p>
      <w:r>
        <w:t xml:space="preserve">01:40:11   (Speaker B)  James Smith. </w:t>
      </w:r>
    </w:p>
    <w:p>
      <w:r>
        <w:t xml:space="preserve">01:40:12   (Speaker D)  I'm operations manager. </w:t>
      </w:r>
    </w:p>
    <w:p>
      <w:r>
        <w:t xml:space="preserve">01:40:13   (Speaker A)  Harold Simmons, account manager. </w:t>
      </w:r>
    </w:p>
    <w:p>
      <w:r>
        <w:t xml:space="preserve">01:40:16   (Speaker H)  We are a local family owned company. We're out of Polk county, but we have an office here. We are a. We don't have the sales team which this presentation might deem that really easy to tell. But our all our proof is on the ground ourselves is our properties. So I hope you guys called our clients. I hope you looked at our properties because that's. </w:t>
      </w:r>
    </w:p>
    <w:p>
      <w:r>
        <w:t xml:space="preserve">01:40:39   (Speaker E)  That's our sales. </w:t>
      </w:r>
    </w:p>
    <w:p>
      <w:r>
        <w:t xml:space="preserve">01:40:40   (Speaker H)  We. We send people to our properties. We have great references. We have a lot in this area. Like we do decree lakes. We do Angela big chunk of Angeline Lakes of town. You know like Thomas Morata. A lot of nice communities around here. So just tell you a little bit about us again. We are privately owned and we. We really value the communication aspect of it. We treat you guys like a. Like we're a small company but we're not a small company anymore. We have around 350 employees. So you get that small company treatment. </w:t>
      </w:r>
    </w:p>
    <w:p>
      <w:r>
        <w:t xml:space="preserve">01:41:14   (Speaker A)  But we have the weird if the </w:t>
      </w:r>
    </w:p>
    <w:p>
      <w:r>
        <w:t xml:space="preserve">01:41:16   (Speaker H)  manager calls out or if we more breaks down. It's not going to affect your service pattern. That and that's what James let him kind of touch on his method for maintenance. </w:t>
      </w:r>
    </w:p>
    <w:p>
      <w:r>
        <w:t xml:space="preserve">01:41:26   (Speaker B)  I run all the operations in a mult retired military. So we have a lot of structure, communication quality top line. </w:t>
      </w:r>
    </w:p>
    <w:p>
      <w:r>
        <w:t xml:space="preserve">01:41:35   (Speaker H)  I guarantee it. </w:t>
      </w:r>
    </w:p>
    <w:p>
      <w:r>
        <w:t xml:space="preserve">01:41:36   (Speaker B)  If you call us today, we gonna call you back today. If you call late in the afternoon, it'll be in the morning but we will call you back. These guys know they have to call you back. Top line customer service. We're all about making things happen all the time. We're gonna have problems, sure, everybody has problems. But we fix them and we fix them right away. I'll cut it short letter Harold. He's actually the Tampa branch manager. He oversees everything we do over here. Reports to me but never having issues. Harold does a really good job. I'm gonna say one thing is our owner would be here. He's hands on but he's in a meeting in Orlando. So he ends up young man. He's only like 30 something years old. Best thing, best person ever worked for my life and I'm 60 so I'll let her speak for himself a little bit. </w:t>
      </w:r>
    </w:p>
    <w:p>
      <w:r>
        <w:t xml:space="preserve">01:42:20   (Speaker A)  So I'm. My career started in the golf business. </w:t>
      </w:r>
    </w:p>
    <w:p>
      <w:r>
        <w:t xml:space="preserve">01:42:25   (Speaker H)  Building the landscaping golf courses Champions game reunion. </w:t>
      </w:r>
    </w:p>
    <w:p>
      <w:r>
        <w:t xml:space="preserve">01:42:31   (Speaker A)  That's where I started growing grass and maintenance. </w:t>
      </w:r>
    </w:p>
    <w:p>
      <w:r>
        <w:t xml:space="preserve">01:42:34   (Speaker H)  So I've been doing it for 39 years. </w:t>
      </w:r>
    </w:p>
    <w:p>
      <w:r>
        <w:t xml:space="preserve">01:42:39   (Speaker E)  So then the biggest thing like James was saying is communication. </w:t>
      </w:r>
    </w:p>
    <w:p>
      <w:r>
        <w:t xml:space="preserve">01:42:42   (Speaker A)  Doing what you say you're going to do. That's what makes us different. </w:t>
      </w:r>
    </w:p>
    <w:p>
      <w:r>
        <w:t xml:space="preserve">01:42:46   (Speaker H)  If you ask us to, we're going </w:t>
      </w:r>
    </w:p>
    <w:p>
      <w:r>
        <w:t xml:space="preserve">01:42:47   (Speaker E)  to take care of it. </w:t>
      </w:r>
    </w:p>
    <w:p>
      <w:r>
        <w:t xml:space="preserve">01:42:49   (Speaker H)  We. We do not let nothing go two or three days. </w:t>
      </w:r>
    </w:p>
    <w:p>
      <w:r>
        <w:t xml:space="preserve">01:42:53   (Speaker A)  You got a complaint taking care of that day or the very first in </w:t>
      </w:r>
    </w:p>
    <w:p>
      <w:r>
        <w:t xml:space="preserve">01:42:58   (Speaker E)  the morning, the next day. </w:t>
      </w:r>
    </w:p>
    <w:p>
      <w:r>
        <w:t xml:space="preserve">01:43:01   (Speaker H)  That's the thing you can't really teach is we have, we really treat. We have the best employees and our managers. We really invest in them. We make, we make the incentivize them to stay and not try to scare them to leave which is a lot of people as you guys overhauling that. I mean you're only as good as your managers and their companies, their business profile. The same way if your managers don't communicate and they aren't good, then you know GMS isn't going to be good or the same thing. You're going to have very experienced, very trained, top of the line managers that will communicate well with you guys. We do have just some of the departments we have in house. We do obviously do the maintenance that you're doing, mo edge, weeding, blow detail, all that. And I can show you again the military background. If we're at your, once we get to know your property, if we're at this point of your property at 9 o' clock on a Tuesday morning, guess what? We're gonna be back at that spot. Nine o' clock on Tuesday morning. That's how regimented we do things in house port. And we know that's a big problem out here. I, I, my degree is also I used to be a golf course guy too. So my degrees of horticulture, this turf grass management. So we are very good at turf. So we, so your agronomy is going to be second to none. We, I put extra money in there for that. You're going to get granular fertilizers, you're going to get Arena. We're partners with Harold's Fertilizer. They're a national company that is in Lakeland which is where I live. They do, they do little properties like Augusta national and things like that and they custom blend fertilizers based on soil, your soil analytics out here and they do that for us. So irrigation again you got, we can see there's a lot of irrigation issues out here which is killing her, which is hurting turf. It's the most important part of my health and we have, we have the best technicians there are. You will get a irrigation inspection every single month, every month guaranteed for your contract. </w:t>
      </w:r>
    </w:p>
    <w:p>
      <w:r>
        <w:t xml:space="preserve">01:44:52   (Speaker B)  They report to me as well and they're all hand picked, the same as a man. </w:t>
      </w:r>
    </w:p>
    <w:p>
      <w:r>
        <w:t xml:space="preserve">01:44:57   (Speaker H)  And then enhancements wise, we, we know, we're the experts, we know that we want to present renderings and things to you guys to make your property look good. We want our prop, we, we want to suggest things to you guys. Doesn't need to be a bunch of Latin names on it, you guys. Don't expect you guys to know what that is. We're going to give you guys pictures and we're going to recommend things that </w:t>
      </w:r>
    </w:p>
    <w:p>
      <w:r>
        <w:t xml:space="preserve">01:45:17   (Speaker D)  will work in these areas. </w:t>
      </w:r>
    </w:p>
    <w:p>
      <w:r>
        <w:t xml:space="preserve">01:45:18   (Speaker H)  We're going to get shade tolerantries in the shade, sun loving things. We're going to give you safe to make your property. Look, this property is gorgeous. Not too. You can tell it hasn't been that many years ago. This property was. And we'll get it back there. And we do have it in how. And we have an arborist in house. We have our own tree division, so it's going to save you guys a ton of money on extras. She has the highest level of arbor's credentials, so she can do all your tree analysis and she can do parks and things like that. So she is in house arborist. And then we also offer. We do heavy equipment. We have grapple trucks, we have bulldozers, we have skid steers. We have mulching decks on our skid steers. We have all this heavy equipment that really hurricane time. We're going to be on it and we can, we can clean up your debris. And we're not looking to gouge you either. </w:t>
      </w:r>
    </w:p>
    <w:p>
      <w:r>
        <w:t xml:space="preserve">01:46:09   (Speaker D)  You want to tell them about your problem? </w:t>
      </w:r>
    </w:p>
    <w:p>
      <w:r>
        <w:t xml:space="preserve">01:46:11   (Speaker F)  Well, just. </w:t>
      </w:r>
    </w:p>
    <w:p>
      <w:r>
        <w:t xml:space="preserve">01:46:11   (Speaker B)  I try to trade like we come out here and it's a mess. </w:t>
      </w:r>
    </w:p>
    <w:p>
      <w:r>
        <w:t xml:space="preserve">01:46:14   (Speaker D)  We can't mow. </w:t>
      </w:r>
    </w:p>
    <w:p>
      <w:r>
        <w:t xml:space="preserve">01:46:14   (Speaker B)  So we'll use our man hours we had to mow to clean the property up. Now if I had to bring grapple trucks and big equipment as a charge for it. But still, the man hours. You've already paid for them. I'm not gonna be for them. We have 14 gravel trucks, about 20 $500. So it's easy to get a place cleaned up. One thing I want to add, if I had been doing this property as favors or for the last couple months, it'd be looking really good right now. And if we get this, it'll be cleaned up quick. </w:t>
      </w:r>
    </w:p>
    <w:p>
      <w:r>
        <w:t xml:space="preserve">01:46:41   (Speaker H)  Promise. It seems, it seems like you can't do much with basic maintenance, but you can, you can, you can </w:t>
      </w:r>
    </w:p>
    <w:p>
      <w:r>
        <w:t xml:space="preserve">01:46:49   (Speaker B)  slightly happen. </w:t>
      </w:r>
    </w:p>
    <w:p>
      <w:r>
        <w:t xml:space="preserve">01:46:51   (Speaker C)  Yeah. </w:t>
      </w:r>
    </w:p>
    <w:p>
      <w:r>
        <w:t xml:space="preserve">01:46:51   (Speaker H)  So, yeah, that's kind of our. That's our company in a nutshell. We take a lot of. </w:t>
      </w:r>
    </w:p>
    <w:p>
      <w:r>
        <w:t xml:space="preserve">01:46:56   (Speaker D)  We take a lot of pride in it. </w:t>
      </w:r>
    </w:p>
    <w:p>
      <w:r>
        <w:t xml:space="preserve">01:46:57   (Speaker H)  We really would revalue this opportunity. And we have a lot of properties in this area, so we can really have quick response to any problems you guys may have. </w:t>
      </w:r>
    </w:p>
    <w:p>
      <w:r>
        <w:t xml:space="preserve">01:47:06   (Speaker C)  Yeah. </w:t>
      </w:r>
    </w:p>
    <w:p>
      <w:r>
        <w:t xml:space="preserve">01:47:06   (Speaker A)  So again, questions. 45 seconds is fair. </w:t>
      </w:r>
    </w:p>
    <w:p>
      <w:r>
        <w:t xml:space="preserve">01:47:10   (Speaker E)  Let's just. </w:t>
      </w:r>
    </w:p>
    <w:p>
      <w:r>
        <w:t xml:space="preserve">01:47:11   (Speaker A)  Yeah, let's start on the end. Sam, questions. </w:t>
      </w:r>
    </w:p>
    <w:p>
      <w:r>
        <w:t xml:space="preserve">01:47:14   (Speaker D)  I didn't see your financials in the. In the bid at all. </w:t>
      </w:r>
    </w:p>
    <w:p>
      <w:r>
        <w:t xml:space="preserve">01:47:20   (Speaker H)  Well, I emailed Clayton about it as I asked. </w:t>
      </w:r>
    </w:p>
    <w:p>
      <w:r>
        <w:t xml:space="preserve">01:47:22   (Speaker D)  That's part of the points. I don't have any financials. </w:t>
      </w:r>
    </w:p>
    <w:p>
      <w:r>
        <w:t xml:space="preserve">01:47:26   (Speaker H)  Okay, well, I emailed, I emailed them and I said, hey, how much. How detail do you guys need on that? We give Our yearly earnings on it. We know we see our growth every. Every year. So I thought that was not part of it anymore. </w:t>
      </w:r>
    </w:p>
    <w:p>
      <w:r>
        <w:t xml:space="preserve">01:47:39   (Speaker D)  So I apologize for that. So your contracts that you said you have, that were what they were. Darn it. This is horrible. I'm sorry. These pages, to find them. But you had something something hundred thousand something hundred thousand, something like that. And then it dropped down to 25. It was 3,000. So it's just got to be a typographical error. Linked up. </w:t>
      </w:r>
    </w:p>
    <w:p>
      <w:r>
        <w:t xml:space="preserve">01:48:04   (Speaker H)  Sures. </w:t>
      </w:r>
    </w:p>
    <w:p>
      <w:r>
        <w:t xml:space="preserve">01:48:05   (Speaker D)  No, no, take that. So your property's total annual dollar value. Is that what your financials is? </w:t>
      </w:r>
    </w:p>
    <w:p>
      <w:r>
        <w:t xml:space="preserve">01:48:11   (Speaker E)  Yeah, yeah. </w:t>
      </w:r>
    </w:p>
    <w:p>
      <w:r>
        <w:t xml:space="preserve">01:48:13   (Speaker D)  From 18 billion to 44 million. Yeah. </w:t>
      </w:r>
    </w:p>
    <w:p>
      <w:r>
        <w:t xml:space="preserve">01:48:17   (Speaker H)  Yeah. </w:t>
      </w:r>
    </w:p>
    <w:p>
      <w:r>
        <w:t xml:space="preserve">01:48:18   (Speaker D)  So we just. </w:t>
      </w:r>
    </w:p>
    <w:p>
      <w:r>
        <w:t xml:space="preserve">01:48:18   (Speaker H)  We got heavily into landscape maintenance about six years ago, and we went from. I mean, it was just me and James in there. We both had a lot of experience with other companies and we both basically picked us off and we. He's like, I want to get into maintenance big time. So that's why you may not have </w:t>
      </w:r>
    </w:p>
    <w:p>
      <w:r>
        <w:t xml:space="preserve">01:48:33   (Speaker D)  heard of us a lot. </w:t>
      </w:r>
    </w:p>
    <w:p>
      <w:r>
        <w:t xml:space="preserve">01:48:34   (Speaker H)  That's why we're, you know, that's why we're coming in here is that. That's why you don't. You know, that's why you don't see that. </w:t>
      </w:r>
    </w:p>
    <w:p>
      <w:r>
        <w:t xml:space="preserve">01:48:42   (Speaker D)  You got a lot of equipment. </w:t>
      </w:r>
    </w:p>
    <w:p>
      <w:r>
        <w:t xml:space="preserve">01:48:45   (Speaker J)  Yeah. </w:t>
      </w:r>
    </w:p>
    <w:p>
      <w:r>
        <w:t xml:space="preserve">01:48:45   (Speaker D)  Some of it's dedicated to our location. </w:t>
      </w:r>
    </w:p>
    <w:p>
      <w:r>
        <w:t xml:space="preserve">01:48:47   (Speaker C)  Yeah. </w:t>
      </w:r>
    </w:p>
    <w:p>
      <w:r>
        <w:t xml:space="preserve">01:48:48   (Speaker D)  Oh, yeah. The cruelty coming. Same place, same crew. Same crew, same manager. </w:t>
      </w:r>
    </w:p>
    <w:p>
      <w:r>
        <w:t xml:space="preserve">01:48:53   (Speaker B)  Same time, same day of the week. Unless the storms are holiday. </w:t>
      </w:r>
    </w:p>
    <w:p>
      <w:r>
        <w:t xml:space="preserve">01:48:56   (Speaker D)  How many crew members you have coming and how many. How often? We're. </w:t>
      </w:r>
    </w:p>
    <w:p>
      <w:r>
        <w:t xml:space="preserve">01:49:00   (Speaker H)  We have it set up initially to average two days, five guys each day. But summertime, whenever you. Whenever we're in rain, rain, rain, rain. </w:t>
      </w:r>
    </w:p>
    <w:p>
      <w:r>
        <w:t xml:space="preserve">01:49:11   (Speaker E)  Rain season. </w:t>
      </w:r>
    </w:p>
    <w:p>
      <w:r>
        <w:t xml:space="preserve">01:49:13   (Speaker H)  We figure around here at least another half a day. </w:t>
      </w:r>
    </w:p>
    <w:p>
      <w:r>
        <w:t xml:space="preserve">01:49:15   (Speaker D)  Top of that, operation manager one day a month. </w:t>
      </w:r>
    </w:p>
    <w:p>
      <w:r>
        <w:t xml:space="preserve">01:49:21   (Speaker H)  That's. That's January. </w:t>
      </w:r>
    </w:p>
    <w:p>
      <w:r>
        <w:t xml:space="preserve">01:49:24   (Speaker D)  Two days a month. So it'll be coming around measure. We'll be out here and I don't know what the other one was. I forgot. Now something else. Two days a month. Those are your tech people. Your. </w:t>
      </w:r>
    </w:p>
    <w:p>
      <w:r>
        <w:t xml:space="preserve">01:49:35   (Speaker B)  Your account manager will be out here every time the crew comes out. Brad's manager will be out here every week. I'll probably be every couple weeks. I have a pest control manager will </w:t>
      </w:r>
    </w:p>
    <w:p>
      <w:r>
        <w:t xml:space="preserve">01:49:42   (Speaker D)  be out here every month. </w:t>
      </w:r>
    </w:p>
    <w:p>
      <w:r>
        <w:t xml:space="preserve">01:49:44   (Speaker B)  Certified armors will be out here looking </w:t>
      </w:r>
    </w:p>
    <w:p>
      <w:r>
        <w:t xml:space="preserve">01:49:45   (Speaker D)  around everybody and your own irrigation. Same with irrigation once a month. </w:t>
      </w:r>
    </w:p>
    <w:p>
      <w:r>
        <w:t xml:space="preserve">01:49:51   (Speaker B)  Yes, you get a full inspection every month. </w:t>
      </w:r>
    </w:p>
    <w:p>
      <w:r>
        <w:t xml:space="preserve">01:49:53   (Speaker H)  But again, that's the manager. It's really important that manager knows irrigation too, which our managers know, because just having that inspection on this, like these two days, if nobody looks at irrigation for A month. </w:t>
      </w:r>
    </w:p>
    <w:p>
      <w:r>
        <w:t xml:space="preserve">01:50:05   (Speaker A)  A lot can happen. </w:t>
      </w:r>
    </w:p>
    <w:p>
      <w:r>
        <w:t xml:space="preserve">01:50:06   (Speaker D)  Before the weather irrigation seemed to have been our problem. </w:t>
      </w:r>
    </w:p>
    <w:p>
      <w:r>
        <w:t xml:space="preserve">01:50:10   (Speaker E)  Yes. </w:t>
      </w:r>
    </w:p>
    <w:p>
      <w:r>
        <w:t xml:space="preserve">01:50:11   (Speaker D)  The grass to die and they blame the county and checking it once a month is adequate. You think you're going to be doing </w:t>
      </w:r>
    </w:p>
    <w:p>
      <w:r>
        <w:t xml:space="preserve">01:50:18   (Speaker H)  it more frequently but would be riding you know like myself. I'll ride it at least once or twice a week, if not more. </w:t>
      </w:r>
    </w:p>
    <w:p>
      <w:r>
        <w:t xml:space="preserve">01:50:24   (Speaker B)  If we see an issue like hot spot then we'll check it again. </w:t>
      </w:r>
    </w:p>
    <w:p>
      <w:r>
        <w:t xml:space="preserve">01:50:26   (Speaker D)  That's my. We have dry spots. Nothing was happening </w:t>
      </w:r>
    </w:p>
    <w:p>
      <w:r>
        <w:t xml:space="preserve">01:50:32   (Speaker H)  irrigation back in the </w:t>
      </w:r>
    </w:p>
    <w:p>
      <w:r>
        <w:t xml:space="preserve">01:50:33   (Speaker A)  golf business as far as designing and overseeing irrigation. </w:t>
      </w:r>
    </w:p>
    <w:p>
      <w:r>
        <w:t xml:space="preserve">01:50:36   (Speaker D)  I fill a story with Harold too. </w:t>
      </w:r>
    </w:p>
    <w:p>
      <w:r>
        <w:t xml:space="preserve">01:50:38   (Speaker H)  We the county was giving you this thing about we, you know we're providing the water yada yada. And they only had in their contract that they're cleaning their filters a certain amount of time. And Harold went out to the property angeline 2 o' clock in the morning </w:t>
      </w:r>
    </w:p>
    <w:p>
      <w:r>
        <w:t xml:space="preserve">01:50:51   (Speaker D)  to see if stuff wasn't it. And then he found the filter. </w:t>
      </w:r>
    </w:p>
    <w:p>
      <w:r>
        <w:t xml:space="preserve">01:50:54   (Speaker H)  I mean I got it two or three o' clock in the morning because </w:t>
      </w:r>
    </w:p>
    <w:p>
      <w:r>
        <w:t xml:space="preserve">01:50:56   (Speaker D)  they was telling me I had plenty of waters. </w:t>
      </w:r>
    </w:p>
    <w:p>
      <w:r>
        <w:t xml:space="preserve">01:50:58   (Speaker A)  It's on our side. In reality Haskin county side their backflow filter was a clean. </w:t>
      </w:r>
    </w:p>
    <w:p>
      <w:r>
        <w:t xml:space="preserve">01:51:05   (Speaker D)  We've had a problem. BLS were going back and forth. </w:t>
      </w:r>
    </w:p>
    <w:p>
      <w:r>
        <w:t xml:space="preserve">01:51:10   (Speaker A)  Any more questions Sam? No question. </w:t>
      </w:r>
    </w:p>
    <w:p>
      <w:r>
        <w:t xml:space="preserve">01:51:14   (Speaker H)  No. </w:t>
      </w:r>
    </w:p>
    <w:p>
      <w:r>
        <w:t xml:space="preserve">01:51:15   (Speaker A)  Jesse, any questions? Amanda, any questions? </w:t>
      </w:r>
    </w:p>
    <w:p>
      <w:r>
        <w:t xml:space="preserve">01:51:18   (Speaker C)  My weird question but how often is Ian on. On properties. On his properties. </w:t>
      </w:r>
    </w:p>
    <w:p>
      <w:r>
        <w:t xml:space="preserve">01:51:23   (Speaker A)  Okay. </w:t>
      </w:r>
    </w:p>
    <w:p>
      <w:r>
        <w:t xml:space="preserve">01:51:24   (Speaker D)  Okay. He has use this beyond belief with him. </w:t>
      </w:r>
    </w:p>
    <w:p>
      <w:r>
        <w:t xml:space="preserve">01:51:29   (Speaker A)  Yeah. </w:t>
      </w:r>
    </w:p>
    <w:p>
      <w:r>
        <w:t xml:space="preserve">01:51:29   (Speaker D)  Okay. And we do have a lot in </w:t>
      </w:r>
    </w:p>
    <w:p>
      <w:r>
        <w:t xml:space="preserve">01:51:30   (Speaker H)  this area so it really helps us really get concentrated. </w:t>
      </w:r>
    </w:p>
    <w:p>
      <w:r>
        <w:t xml:space="preserve">01:51:34   (Speaker D)  So that's why we're able to give </w:t>
      </w:r>
    </w:p>
    <w:p>
      <w:r>
        <w:t xml:space="preserve">01:51:35   (Speaker H)  you guys a really competitive price to work right here. </w:t>
      </w:r>
    </w:p>
    <w:p>
      <w:r>
        <w:t xml:space="preserve">01:51:39   (Speaker F)  You have the. </w:t>
      </w:r>
    </w:p>
    <w:p>
      <w:r>
        <w:t xml:space="preserve">01:51:40   (Speaker E)  You have the overall highest man hours bid. I just want to confirm that like I think you're at 5290. That's where. That's what we're getting to. And is there any like reduction seasonally or anything like that? </w:t>
      </w:r>
    </w:p>
    <w:p>
      <w:r>
        <w:t xml:space="preserve">01:51:52   (Speaker H)  A lot of times what that's the annual hours. And people don't realize what GMS when they ask that question. They say every hour you're spending on the job that's ipms the hor managers that's this is all the other men. Not just the. Not just the laborers. </w:t>
      </w:r>
    </w:p>
    <w:p>
      <w:r>
        <w:t xml:space="preserve">01:52:05   (Speaker J)  Right. </w:t>
      </w:r>
    </w:p>
    <w:p>
      <w:r>
        <w:t xml:space="preserve">01:52:06   (Speaker H)  Everything. So yeah, I mean winter time when you switch the crew to every other week mowing. </w:t>
      </w:r>
    </w:p>
    <w:p>
      <w:r>
        <w:t xml:space="preserve">01:52:12   (Speaker D)  But we'll. </w:t>
      </w:r>
    </w:p>
    <w:p>
      <w:r>
        <w:t xml:space="preserve">01:52:13   (Speaker H)  We'll usually split that crew for like one day and still be here every week and then. </w:t>
      </w:r>
    </w:p>
    <w:p>
      <w:r>
        <w:t xml:space="preserve">01:52:18   (Speaker E)  But I mean. I mean more like peak season. You're not like reducing based on need anything like that. </w:t>
      </w:r>
    </w:p>
    <w:p>
      <w:r>
        <w:t xml:space="preserve">01:52:22   (Speaker H)  Yeah, absolutely. </w:t>
      </w:r>
    </w:p>
    <w:p>
      <w:r>
        <w:t xml:space="preserve">01:52:23   (Speaker E)  Okay. Yeah. And then you're. You said your office you're down the road. </w:t>
      </w:r>
    </w:p>
    <w:p>
      <w:r>
        <w:t xml:space="preserve">01:52:26   (Speaker F)  Where. </w:t>
      </w:r>
    </w:p>
    <w:p>
      <w:r>
        <w:t xml:space="preserve">01:52:27   (Speaker E)  Where is that locally? </w:t>
      </w:r>
    </w:p>
    <w:p>
      <w:r>
        <w:t xml:space="preserve">01:52:29   (Speaker D)  40 minutes. </w:t>
      </w:r>
    </w:p>
    <w:p>
      <w:r>
        <w:t xml:space="preserve">01:52:30   (Speaker H)  Yeah, it's right there and it's </w:t>
      </w:r>
    </w:p>
    <w:p>
      <w:r>
        <w:t xml:space="preserve">01:52:34   (Speaker A)  75. </w:t>
      </w:r>
    </w:p>
    <w:p>
      <w:r>
        <w:t xml:space="preserve">01:52:35   (Speaker F)  Yeah. </w:t>
      </w:r>
    </w:p>
    <w:p>
      <w:r>
        <w:t xml:space="preserve">01:52:35   (Speaker D)  301 corridor. </w:t>
      </w:r>
    </w:p>
    <w:p>
      <w:r>
        <w:t xml:space="preserve">01:52:37   (Speaker E)  Gotcha. </w:t>
      </w:r>
    </w:p>
    <w:p>
      <w:r>
        <w:t xml:space="preserve">01:52:37   (Speaker D)  Right there. </w:t>
      </w:r>
    </w:p>
    <w:p>
      <w:r>
        <w:t xml:space="preserve">01:52:38   (Speaker A)  Right in the middle of it. </w:t>
      </w:r>
    </w:p>
    <w:p>
      <w:r>
        <w:t xml:space="preserve">01:52:39   (Speaker D)  Yeah. Yeah, we do work north of here. </w:t>
      </w:r>
    </w:p>
    <w:p>
      <w:r>
        <w:t xml:space="preserve">01:52:40   (Speaker B)  Fifteen minutes. </w:t>
      </w:r>
    </w:p>
    <w:p>
      <w:r>
        <w:t xml:space="preserve">01:52:41   (Speaker J)  Yeah. </w:t>
      </w:r>
    </w:p>
    <w:p>
      <w:r>
        <w:t xml:space="preserve">01:52:41   (Speaker I)  Okay. </w:t>
      </w:r>
    </w:p>
    <w:p>
      <w:r>
        <w:t xml:space="preserve">01:52:42   (Speaker A)  Okay. Anything else, Don, any questions? </w:t>
      </w:r>
    </w:p>
    <w:p>
      <w:r>
        <w:t xml:space="preserve">01:52:45   (Speaker G)  The only question I have, and if you could try to. I think I understand some of. But under the turf, maintenance and detailing the pricing, it seems to be all over the place. January, February, March is like 64. Then April goes up to 12, 9. So is May. June goes up to 16, 1. July drops to 12, 9, August goes to 16, 1. Then September drops to 12, 9 and then October goes to 9, 6. I'm not understanding why the pricing is so based on. </w:t>
      </w:r>
    </w:p>
    <w:p>
      <w:r>
        <w:t xml:space="preserve">01:53:16   (Speaker H)  That's based on the number of services in your contract. So if we're only going to be out for two mowings in a month, that's two full services. So that's those man hours dedicated to your job twice versus some of the months are three, some of them are four, some of them are five. So that's why, you know, they, they say on the page two or three of their. </w:t>
      </w:r>
    </w:p>
    <w:p>
      <w:r>
        <w:t xml:space="preserve">01:53:40   (Speaker E)  The price machine. So that's why that's. It's a. </w:t>
      </w:r>
    </w:p>
    <w:p>
      <w:r>
        <w:t xml:space="preserve">01:53:42   (Speaker H)  It's a. </w:t>
      </w:r>
    </w:p>
    <w:p>
      <w:r>
        <w:t xml:space="preserve">01:53:43   (Speaker D)  It's intentional. </w:t>
      </w:r>
    </w:p>
    <w:p>
      <w:r>
        <w:t xml:space="preserve">01:53:44   (Speaker G)  Okay. Okay, that's fine. I figured it was something because I see the winter months was. But. But yeah, that. I'm good with that. Okay, thanks. That's all I have. Brian. </w:t>
      </w:r>
    </w:p>
    <w:p>
      <w:r>
        <w:t xml:space="preserve">01:53:54   (Speaker A)  All right with that. </w:t>
      </w:r>
    </w:p>
    <w:p>
      <w:r>
        <w:t xml:space="preserve">01:53:55   (Speaker D)  Thank you, gentlemen. </w:t>
      </w:r>
    </w:p>
    <w:p>
      <w:r>
        <w:t xml:space="preserve">01:53:59   (Speaker H)  Are we hanging around? </w:t>
      </w:r>
    </w:p>
    <w:p>
      <w:r>
        <w:t xml:space="preserve">01:54:00   (Speaker A)  I'm assuming there's going to be a decision. You guys are more than welcome to hang around or we can contact you ever, whatever you guys prefer. All right, thank you. All right, so this is Russell Landscape. This is the last bidder, the ninth. </w:t>
      </w:r>
    </w:p>
    <w:p>
      <w:r>
        <w:t xml:space="preserve">01:54:16   (Speaker D)  So </w:t>
      </w:r>
    </w:p>
    <w:p>
      <w:r>
        <w:t xml:space="preserve">01:54:18   (Speaker A)  they'll just lock themselves up. </w:t>
      </w:r>
    </w:p>
    <w:p>
      <w:r>
        <w:t xml:space="preserve">01:54:28   (Speaker E)  Jesse. Amanda. </w:t>
      </w:r>
    </w:p>
    <w:p>
      <w:r>
        <w:t xml:space="preserve">01:54:30   (Speaker I)  Amanda. </w:t>
      </w:r>
    </w:p>
    <w:p>
      <w:r>
        <w:t xml:space="preserve">01:54:31   (Speaker E)  John. </w:t>
      </w:r>
    </w:p>
    <w:p>
      <w:r>
        <w:t xml:space="preserve">01:54:31   (Speaker H)  John. </w:t>
      </w:r>
    </w:p>
    <w:p>
      <w:r>
        <w:t xml:space="preserve">01:54:32   (Speaker J)  Brian. </w:t>
      </w:r>
    </w:p>
    <w:p>
      <w:r>
        <w:t xml:space="preserve">01:54:32   (Speaker H)  Good to see you again. </w:t>
      </w:r>
    </w:p>
    <w:p>
      <w:r>
        <w:t xml:space="preserve">01:54:33   (Speaker A)  You too, man. </w:t>
      </w:r>
    </w:p>
    <w:p>
      <w:r>
        <w:t xml:space="preserve">01:54:33   (Speaker D)  How you doing? </w:t>
      </w:r>
    </w:p>
    <w:p>
      <w:r>
        <w:t xml:space="preserve">01:54:34   (Speaker A)  Good, good. We're going to start your 8 minute timer right now, sir. </w:t>
      </w:r>
    </w:p>
    <w:p>
      <w:r>
        <w:t xml:space="preserve">01:54:38   (Speaker D)  Fantastic. </w:t>
      </w:r>
    </w:p>
    <w:p>
      <w:r>
        <w:t xml:space="preserve">01:54:39   (Speaker H)  Thank you guys. First of all, thank you guys for serving on the board. I know it's a thankless job from time to time. You guys have great partnership with vms. Brian and his team do a fantastic job. So if you don't mind, I would like to spend most of my time a little bit different, kind of get to know you guys and your expectations as well as setting up what our partnership would look like over the next five years. So obviously you guys have kind of gone through a whirlwind in the landscaping department. Had a good partnership with Cardinal coming in to kind of fill that gap for you. But from your perspective as a board in the community, what do you think a quality partnership in a landscape company comes from? </w:t>
      </w:r>
    </w:p>
    <w:p>
      <w:r>
        <w:t xml:space="preserve">01:55:26   (Speaker C)  Don, you want to answer that? </w:t>
      </w:r>
    </w:p>
    <w:p>
      <w:r>
        <w:t xml:space="preserve">01:55:31   (Speaker G)  I think. I think we need to have open and honest conversation. I don't think we need to hear a lot of excuses why something wasn't done and why things were not completed when they were supposed to. I think we need a landscaper and I think John said it earlier and you, I know you're in the room, you know, this is your word and I think he put that probably the best. It is your word. </w:t>
      </w:r>
    </w:p>
    <w:p>
      <w:r>
        <w:t xml:space="preserve">01:55:56   (Speaker H)  And. </w:t>
      </w:r>
    </w:p>
    <w:p>
      <w:r>
        <w:t xml:space="preserve">01:55:56   (Speaker G)  And we've got to take you at your word, especially when you're the highest bidder. I believe you are the highest bidder. I think we just need to hear from you honestly, the justification for the high bid. That's what I'd like to hear is your justification for that. </w:t>
      </w:r>
    </w:p>
    <w:p>
      <w:r>
        <w:t xml:space="preserve">01:56:13   (Speaker E)  Yeah. </w:t>
      </w:r>
    </w:p>
    <w:p>
      <w:r>
        <w:t xml:space="preserve">01:56:14   (Speaker H)  So just to take a little deep dive into that since, you know, I figured was going to be one of the questions that come up about pricing. So as you guys can see in our irrigation portion of the contract that we put in, I think it was right around 19,000 annually. And what that, what that circulates from is that we are going to be a full operation of the management from programming as well as making sure any minor repairs are taken care of in that price point, which is going to be 2 inches or less in piping and then from the valve out so that the rotors, spray heads, nozzles, drip line brakes, those are all included into that price. So the only additional billing that you would get for the irrigation is any pipe above 2 inches and then from the valve back to the timer would be within that $500 NTE mark or a proposal that goes in above that 500 mark. Also during for our irrigation portion, what we do is we like to sit down with the communities and start working through water wise and smart water use, which does come back with a grant to the community. That is a process that we have certified installation specialists that can go through and help with the paperwork to make sure you guys can qualify for that grant, which comes directly back to the community as a savings over the course of the year. The other thing is fertilization. So fertilization is a key component that I during our property drive throughs and going throughout the community that we noticed we got a lot of work to do from weed control to making sure that the soils, soil amendments are putting in, put in each application because of the current condition of the sod. There is going to be some areas that we're not going to be able to recover based off of the current conditions. But with our program, what we are going to be doing is we work with our providers to come up with a special blend. After we get the soil samples back, we'll come up with a special blend that is dedicated strictly to this property. So that way we can try to get some of the Bermuda to bounce back some of the St. Augustine to be healthy and green year round. And that is going to be a process that happens within the first 30 to 60 days after transition after contract is awarded. What we would do or process to get to that point would be meet with Matt on site with our whole entire operations team. We would go through boundaries, set up guidelines with streamlined communication and making sure that everybody's on that same page. And then start building into to the program based off of our findings. We have individualized the management team from our lutes location. We are about 18 to 20 minutes down the road from you guys. So quick response teams that will be dedicated here. Personal note, the account manager lives right over here in Odessa. So he's pretty close. Easy access. He'll be here. They're dedicated point of contact throughout the process of the contract. As you guys can see, I have not put an increase in place for the pricing. One of those things that. The reason for that is I wanted you guys to have some consistency. I know that you guys have had, like I mentioned, some inconsistency in services and you know, having to bring other contractors in. So just trying to create a consistent baseline for the community. So that way there's no surprises moving forward. </w:t>
      </w:r>
    </w:p>
    <w:p>
      <w:r>
        <w:t xml:space="preserve">02:00:03   (Speaker A)  Okay, Any questions from the start, we'll just do it all over. So Sam, do you have any questions? </w:t>
      </w:r>
    </w:p>
    <w:p>
      <w:r>
        <w:t xml:space="preserve">02:00:09   (Speaker D)  What I'm saying is you provide four supervisors two days a week. </w:t>
      </w:r>
    </w:p>
    <w:p>
      <w:r>
        <w:t xml:space="preserve">02:00:12   (Speaker I)  Yes. </w:t>
      </w:r>
    </w:p>
    <w:p>
      <w:r>
        <w:t xml:space="preserve">02:00:13   (Speaker D)  They're crew supervisors and specialists. </w:t>
      </w:r>
    </w:p>
    <w:p>
      <w:r>
        <w:t xml:space="preserve">02:00:16   (Speaker H)  So the supervisors that we dedicate, supervisors are going to be salary physicians. So they're not running the actual machinery. </w:t>
      </w:r>
    </w:p>
    <w:p>
      <w:r>
        <w:t xml:space="preserve">02:00:24   (Speaker E)  This is going to be from our leadership position. </w:t>
      </w:r>
    </w:p>
    <w:p>
      <w:r>
        <w:t xml:space="preserve">02:00:27   (Speaker H)  Account manager, production manager, irrigation and port manager. </w:t>
      </w:r>
    </w:p>
    <w:p>
      <w:r>
        <w:t xml:space="preserve">02:00:30   (Speaker D)  Your account manager doesn't come out here though, right? </w:t>
      </w:r>
    </w:p>
    <w:p>
      <w:r>
        <w:t xml:space="preserve">02:00:33   (Speaker A)  He will. </w:t>
      </w:r>
    </w:p>
    <w:p>
      <w:r>
        <w:t xml:space="preserve">02:00:33   (Speaker D)  So four days a week or four people, two days a week as supervisors, three texts, one day a week? </w:t>
      </w:r>
    </w:p>
    <w:p>
      <w:r>
        <w:t xml:space="preserve">02:00:39   (Speaker H)  Yes, yes. So your techs are going to be your irrigation team and your fertilization team. And so the fertilization team will be out here on site once a week doing weed control, spot treatments, bug disease. </w:t>
      </w:r>
    </w:p>
    <w:p>
      <w:r>
        <w:t xml:space="preserve">02:00:51   (Speaker D)  That's your sprayer. </w:t>
      </w:r>
    </w:p>
    <w:p>
      <w:r>
        <w:t xml:space="preserve">02:00:53   (Speaker E)  As the sprayer. </w:t>
      </w:r>
    </w:p>
    <w:p>
      <w:r>
        <w:t xml:space="preserve">02:00:53   (Speaker D)  So he is the tech and you have five laborers two days a week. You have more supervisors than I typically saw. I also noticed what you said your added, what they call them, extra. Extra services was much lower. That's because you put it into the regular service. That is correct. So it's hard to make that comparison. But you. You're going to take care of irrigation stuff. </w:t>
      </w:r>
    </w:p>
    <w:p>
      <w:r>
        <w:t xml:space="preserve">02:01:19   (Speaker F)  That's close. </w:t>
      </w:r>
    </w:p>
    <w:p>
      <w:r>
        <w:t xml:space="preserve">02:01:20   (Speaker D)  You're going to take care of trimming. </w:t>
      </w:r>
    </w:p>
    <w:p>
      <w:r>
        <w:t xml:space="preserve">02:01:22   (Speaker E)  Yes. </w:t>
      </w:r>
    </w:p>
    <w:p>
      <w:r>
        <w:t xml:space="preserve">02:01:23   (Speaker D)  Fertilizing. The mulch is still extra, correct? </w:t>
      </w:r>
    </w:p>
    <w:p>
      <w:r>
        <w:t xml:space="preserve">02:01:26   (Speaker H)  Yeah. Mulch and annuals are extra. Proposals that will come in. We actually have it set for. </w:t>
      </w:r>
    </w:p>
    <w:p>
      <w:r>
        <w:t xml:space="preserve">02:01:35   (Speaker D)  For the four rotations. </w:t>
      </w:r>
    </w:p>
    <w:p>
      <w:r>
        <w:t xml:space="preserve">02:01:36   (Speaker H)  You guys will have the proposals. Brian have them the month before the installation date goes in. So that way we can make sure that they're going in on time and we don't have empty beds for extended periods of time. One of the other things about our seasonal color rotations is that we actually own the nursery that provides the annual colors for us. So as we get building in our relationship after year one, we can start propagating color specifically for Assyria. So if there's any specific color schemes or designs that the community is looking for, we can go ahead and put that into place. So that way, for the next rotation we can. </w:t>
      </w:r>
    </w:p>
    <w:p>
      <w:r>
        <w:t xml:space="preserve">02:02:17   (Speaker D)  Were those prices indicated lower than your bid? </w:t>
      </w:r>
    </w:p>
    <w:p>
      <w:r>
        <w:t xml:space="preserve">02:02:20   (Speaker A)  What's that? </w:t>
      </w:r>
    </w:p>
    <w:p>
      <w:r>
        <w:t xml:space="preserve">02:02:21   (Speaker D)  Were the prices indicated lower in your bids since you're doing your own growing? </w:t>
      </w:r>
    </w:p>
    <w:p>
      <w:r>
        <w:t xml:space="preserve">02:02:25   (Speaker A)  So I didn't see. </w:t>
      </w:r>
    </w:p>
    <w:p>
      <w:r>
        <w:t xml:space="preserve">02:02:26   (Speaker H)  I didn't see the whole entire spreadsheet of what everybody did on the. For the seasonal color. But our seasonal color is priced out on there. </w:t>
      </w:r>
    </w:p>
    <w:p>
      <w:r>
        <w:t xml:space="preserve">02:02:35   (Speaker A)  It's based off of our. </w:t>
      </w:r>
    </w:p>
    <w:p>
      <w:r>
        <w:t xml:space="preserve">02:02:37   (Speaker H)  It's what we can handle. </w:t>
      </w:r>
    </w:p>
    <w:p>
      <w:r>
        <w:t xml:space="preserve">02:02:40   (Speaker A)  Anything else? Sam? </w:t>
      </w:r>
    </w:p>
    <w:p>
      <w:r>
        <w:t xml:space="preserve">02:02:41   (Speaker D)  No. </w:t>
      </w:r>
    </w:p>
    <w:p>
      <w:r>
        <w:t xml:space="preserve">02:02:42   (Speaker A)  Jesse? </w:t>
      </w:r>
    </w:p>
    <w:p>
      <w:r>
        <w:t xml:space="preserve">02:02:43   (Speaker F)  No. </w:t>
      </w:r>
    </w:p>
    <w:p>
      <w:r>
        <w:t xml:space="preserve">02:02:44   (Speaker A)  Amanda? </w:t>
      </w:r>
    </w:p>
    <w:p>
      <w:r>
        <w:t xml:space="preserve">02:02:45   (Speaker C)  My, my question doesn't apply here. </w:t>
      </w:r>
    </w:p>
    <w:p>
      <w:r>
        <w:t xml:space="preserve">02:02:47   (Speaker D)  Okay. </w:t>
      </w:r>
    </w:p>
    <w:p>
      <w:r>
        <w:t xml:space="preserve">02:02:48   (Speaker A)  John? </w:t>
      </w:r>
    </w:p>
    <w:p>
      <w:r>
        <w:t xml:space="preserve">02:02:48   (Speaker E)  Okay, sure. So we talked about, you know, my question initially was going to be like the premium price, of course, but I had noticed the, the lock in for five years, the 4,600 and man hours you noted like the two inch pipes and things like that. So it sounds like there's a. A policy list for you to kind of get rid of nickel and diming on like whatever the repair is. And if it's something small that can be done, do we have a list of what those would be? </w:t>
      </w:r>
    </w:p>
    <w:p>
      <w:r>
        <w:t xml:space="preserve">02:03:14   (Speaker H)  So I can send that over to. </w:t>
      </w:r>
    </w:p>
    <w:p>
      <w:r>
        <w:t xml:space="preserve">02:03:16   (Speaker I)  To Brian. </w:t>
      </w:r>
    </w:p>
    <w:p>
      <w:r>
        <w:t xml:space="preserve">02:03:17   (Speaker H)  But it's anything 2 inches or less in piping and then from the valve out that. So that's going to be your spray heads, rotors. </w:t>
      </w:r>
    </w:p>
    <w:p>
      <w:r>
        <w:t xml:space="preserve">02:03:23   (Speaker E)  Right. Like irrigation. But I mean like do you do that with other stuff like oh, there's a small area of turf. So we're not Going to put in, you know, $150 bid or whatnot. Is that that included in pricing or is it just irrigation? </w:t>
      </w:r>
    </w:p>
    <w:p>
      <w:r>
        <w:t xml:space="preserve">02:03:34   (Speaker H)  Just from the irrigation standpoint. And for extra applications on chemical treatments. Okay, those, those are included. Now anything additional like SOD or, you know, we'll remove plant material at no cost, but installation of new plant material that would come with a purple. </w:t>
      </w:r>
    </w:p>
    <w:p>
      <w:r>
        <w:t xml:space="preserve">02:03:55   (Speaker E)  Okay. And then the grant you mentioned, what, what was the target goal of that grant? </w:t>
      </w:r>
    </w:p>
    <w:p>
      <w:r>
        <w:t xml:space="preserve">02:03:59   (Speaker A)  So what that. </w:t>
      </w:r>
    </w:p>
    <w:p>
      <w:r>
        <w:t xml:space="preserve">02:04:00   (Speaker H)  So what we have to do is it's a smart system for the state of Florida. They run a grant that you come in and we put in a new system. There's paperwork that you have to go </w:t>
      </w:r>
    </w:p>
    <w:p>
      <w:r>
        <w:t xml:space="preserve">02:04:09   (Speaker E)  out, fill in like irrigation reduction or irrigation water usage. Okay. So yeah. </w:t>
      </w:r>
    </w:p>
    <w:p>
      <w:r>
        <w:t xml:space="preserve">02:04:13   (Speaker H)  So with all that money now, what you have to do with that, it has to be applied towards the proposal for the irrigation. </w:t>
      </w:r>
    </w:p>
    <w:p>
      <w:r>
        <w:t xml:space="preserve">02:04:22   (Speaker F)  Right. </w:t>
      </w:r>
    </w:p>
    <w:p>
      <w:r>
        <w:t xml:space="preserve">02:04:23   (Speaker E)  And then you guys master whatnot. </w:t>
      </w:r>
    </w:p>
    <w:p>
      <w:r>
        <w:t xml:space="preserve">02:04:25   (Speaker H)  Take that, take that, those funds and put it back into your budget and allocate them how you'd like. You can, you can allocate it towards the monthly irrigation portion of the bill or it can go into. </w:t>
      </w:r>
    </w:p>
    <w:p>
      <w:r>
        <w:t xml:space="preserve">02:04:36   (Speaker E)  Yeah, absolutely. I was just wondering what the target was. So. Irrigation reduction. </w:t>
      </w:r>
    </w:p>
    <w:p>
      <w:r>
        <w:t xml:space="preserve">02:04:39   (Speaker F)  Yep. </w:t>
      </w:r>
    </w:p>
    <w:p>
      <w:r>
        <w:t xml:space="preserve">02:04:39   (Speaker D)  Thank you. </w:t>
      </w:r>
    </w:p>
    <w:p>
      <w:r>
        <w:t xml:space="preserve">02:04:40   (Speaker H)  What smart water usage. </w:t>
      </w:r>
    </w:p>
    <w:p>
      <w:r>
        <w:t xml:space="preserve">02:04:42   (Speaker A)  Don, anything from you? </w:t>
      </w:r>
    </w:p>
    <w:p>
      <w:r>
        <w:t xml:space="preserve">02:04:43   (Speaker G)  The only question I have, and I don't see, I see you have a certified arborist, but I don't see any kind of in house landscape architect. </w:t>
      </w:r>
    </w:p>
    <w:p>
      <w:r>
        <w:t xml:space="preserve">02:04:52   (Speaker H)  We do. So we actually have a certified architect, landscape architect, as well as an landscape specialist who is our design team here locally. He actually works out of the St. Pete branch, but he travels throughout all, all of the greater Tampa Bay area. So our landscape architect is Scott Tanner. He is certified and then we do have certified. He's certified in the programming here for landscaping. So he's going to be the guy where you have a master plan to phase out some of the plant material, start adding some more coloring or change out some of the landscape scheme. He will put together a three to five year plan, talk about budgeting and you know, work with the board directly to, to come up with a price point for that. </w:t>
      </w:r>
    </w:p>
    <w:p>
      <w:r>
        <w:t xml:space="preserve">02:05:44   (Speaker G)  Okay. Is there a charge to use him or her? </w:t>
      </w:r>
    </w:p>
    <w:p>
      <w:r>
        <w:t xml:space="preserve">02:05:48   (Speaker I)  Okay. </w:t>
      </w:r>
    </w:p>
    <w:p>
      <w:r>
        <w:t xml:space="preserve">02:05:49   (Speaker G)  That's all I got, Brian. </w:t>
      </w:r>
    </w:p>
    <w:p>
      <w:r>
        <w:t xml:space="preserve">02:05:51   (Speaker D)  All right. </w:t>
      </w:r>
    </w:p>
    <w:p>
      <w:r>
        <w:t xml:space="preserve">02:05:52   (Speaker A)  All right, thank you very much. If you want to just go ahead, you're more than welcome to stay. We are going to make a decision here at some point, but we would ask you to leave while we have a discussion and then we'll bring you back in when. Absolutely not. You gotta hold it. </w:t>
      </w:r>
    </w:p>
    <w:p>
      <w:r>
        <w:t xml:space="preserve">02:06:06   (Speaker B)  Yeah. </w:t>
      </w:r>
    </w:p>
    <w:p>
      <w:r>
        <w:t xml:space="preserve">02:06:07   (Speaker A)  So I don't know if you guys want to take like maybe 5 minute recess for him to go to the bathroom, come back and then maybe we. </w:t>
      </w:r>
    </w:p>
    <w:p>
      <w:r>
        <w:t xml:space="preserve">02:06:13   (Speaker E)  Why not? </w:t>
      </w:r>
    </w:p>
    <w:p>
      <w:r>
        <w:t xml:space="preserve">02:06:14   (Speaker A)  Yeah. So yeah, we'll just do that Right now we're gonna take a five minute recess for everyone on the zoom. So I will be muting up and we'll ready to get started. So we are back from recess. We are going to go ahead and Matt went and to his car real quick to grab something. So we're going to move down and just go to the minutes approval so we can get something done until he comes back. So we do have the approval of the June 23, 2026 Board of Supervisors meeting minutes. Didn't get any in it. Any edits prior to just be looking for a motion. </w:t>
      </w:r>
    </w:p>
    <w:p>
      <w:r>
        <w:t xml:space="preserve">02:11:11   (Speaker E)  I didn't see anything. </w:t>
      </w:r>
    </w:p>
    <w:p>
      <w:r>
        <w:t xml:space="preserve">02:11:12   (Speaker A)  I'll move to first from John, second, second from Amanda. All in favor? </w:t>
      </w:r>
    </w:p>
    <w:p>
      <w:r>
        <w:t xml:space="preserve">02:11:21   (Speaker E)  Super excited. </w:t>
      </w:r>
    </w:p>
    <w:p>
      <w:r>
        <w:t xml:space="preserve">02:11:23   (Speaker A)  So we'll move on. Masters and backs. </w:t>
      </w:r>
    </w:p>
    <w:p>
      <w:r>
        <w:t xml:space="preserve">02:11:24   (Speaker H)  We'll move on. </w:t>
      </w:r>
    </w:p>
    <w:p>
      <w:r>
        <w:t xml:space="preserve">02:11:25   (Speaker A)  We'll go to the acceptance of the fiscal year 2025 audit report from Burger Tunes, Alarm gains and Frank, as far as I know, your audit came back clean. Looks good. So we just be looking for a motion to approve. So moved first from John, second second from Amanda. All in favor? Motion passes five to zero. Next up, we do have consideration of Resolution 2026-16 declaring a vacancy. So this is declaring the Jesse seat vacant because he did not choose to run this year. So as of November that seat will be vacant unless he chooses to stay on and the board want to appoint him in that November time frame. But we would just be looking for </w:t>
      </w:r>
    </w:p>
    <w:p>
      <w:r>
        <w:t xml:space="preserve">02:12:07   (Speaker E)  a motion to approve this. </w:t>
      </w:r>
    </w:p>
    <w:p>
      <w:r>
        <w:t xml:space="preserve">02:12:08   (Speaker F)  I have I motion to </w:t>
      </w:r>
    </w:p>
    <w:p>
      <w:r>
        <w:t xml:space="preserve">02:12:11   (Speaker A)  first from Jesse, second from John. All in favor? You could let me just shoot. </w:t>
      </w:r>
    </w:p>
    <w:p>
      <w:r>
        <w:t xml:space="preserve">02:12:22   (Speaker C)  I can give an update on land use council if we want. </w:t>
      </w:r>
    </w:p>
    <w:p>
      <w:r>
        <w:t xml:space="preserve">02:12:32   (Speaker A)  Okay. </w:t>
      </w:r>
    </w:p>
    <w:p>
      <w:r>
        <w:t xml:space="preserve">02:12:33   (Speaker C)  Please, no update. Yeah, no, she doesn't have anything right now. Unless John, did you want to share the cost or no? </w:t>
      </w:r>
    </w:p>
    <w:p>
      <w:r>
        <w:t xml:space="preserve">02:12:42   (Speaker E)  Yeah, so I had. We talked about it at last meeting but basically I ran some procedural items through land use and Lindsay and it's something that we could maybe revisit. But the. There were three items. The first two items they estimated the cost would be around $10,000. So that's just basically like proceeding through and I can go through that but I would suggest we basically just table it for now. We could have when we have a once the budget's completed, then we could go to that. We do have some line items that are sitting for that. I think that eventually at some point this would be to the board's advantage. It's not something we need to do immediately, although I think the sooner the better. But this would basically put the county on the spot to provide some documentation and some written responses as to what is what happened with Asturia and why they made the decisions they made, which may provide the district with some clarity on its own position of where it's going forward, especially as we get into like, discussions around Rangeland and some of the, you know, considerations of costs that we have on our side versus costs that the county feels it has on their side. So I would recommend that the board look at these. I could. I could go a little further. I just. I just have personally not had the time to like, like, put everything together. I wanted to get a cost from them on those so I could give the board a little presentation of like, what these things would be, and then this is what they're saying the cost would be and why I would recommend we move forward. And then again, it's something like we could budget it. You know, we could budget it for next year, but I do think we have the line item, like currently for 25. We had land use budgeted for that. Go ahead. You have something done. </w:t>
      </w:r>
    </w:p>
    <w:p>
      <w:r>
        <w:t xml:space="preserve">02:14:14   (Speaker G)  I'm just listening. Yeah. </w:t>
      </w:r>
    </w:p>
    <w:p>
      <w:r>
        <w:t xml:space="preserve">02:14:16   (Speaker D)  Okay. </w:t>
      </w:r>
    </w:p>
    <w:p>
      <w:r>
        <w:t xml:space="preserve">02:14:16   (Speaker E)  So I mean, I would just say either workshop or the next meeting once we've approved. I mean, I know we have budget meetings for August, so we would just take pick a time to discuss that. </w:t>
      </w:r>
    </w:p>
    <w:p>
      <w:r>
        <w:t xml:space="preserve">02:14:25   (Speaker C)  And just to clarify. So the three things that John had requested to us to potentially look into, he wanted a cost estimate for because it would be a lengthy project as council Jane, as well as land use Council did not want to work on anything unless there was board direction. So that is our direction right now is to not do anything. And that's why the cost estimate for two of these three things was going to be at least $10,000 for the hours to. To investigate. </w:t>
      </w:r>
    </w:p>
    <w:p>
      <w:r>
        <w:t xml:space="preserve">02:14:56   (Speaker A)  So at least correct, as a minimum. </w:t>
      </w:r>
    </w:p>
    <w:p>
      <w:r>
        <w:t xml:space="preserve">02:14:58   (Speaker C)  Yeah. </w:t>
      </w:r>
    </w:p>
    <w:p>
      <w:r>
        <w:t xml:space="preserve">02:14:58   (Speaker F)  And what were the three items? </w:t>
      </w:r>
    </w:p>
    <w:p>
      <w:r>
        <w:t xml:space="preserve">02:14:59   (Speaker C)  It was basically a resolution regarding the CDB POA structure regarding singular governance. I'm using quotes because that's what John put in his email. Condition 17 of 2009, MPUD conditions, an administrative request to the county to reconcile CDD boundaries with the original MPUD condition, and then a memo outlining steps needed to audit commercial site plans against condition </w:t>
      </w:r>
    </w:p>
    <w:p>
      <w:r>
        <w:t xml:space="preserve">02:15:26   (Speaker E)  42, which is ARB. They're supposed to do an ARB review of like, for example, the pediatrician's office with the neon neon sign pointing northward into residential homes. Things like that. Like, was that conducted, getting them on paper? </w:t>
      </w:r>
    </w:p>
    <w:p>
      <w:r>
        <w:t xml:space="preserve">02:15:40   (Speaker C)  The board would need to determine whether or not that's something they would want to look into. And whether or not this would be good or not for the board or something that you would want to expend district funds on. </w:t>
      </w:r>
    </w:p>
    <w:p>
      <w:r>
        <w:t xml:space="preserve">02:15:50   (Speaker E)  So at most what I'd be looking for now is just to find a time for us to discuss it. </w:t>
      </w:r>
    </w:p>
    <w:p>
      <w:r>
        <w:t xml:space="preserve">02:15:55   (Speaker D)  Now, all those attorney fees cost. </w:t>
      </w:r>
    </w:p>
    <w:p>
      <w:r>
        <w:t xml:space="preserve">02:15:57   (Speaker E)  Well, that's what. Yeah, I think so. </w:t>
      </w:r>
    </w:p>
    <w:p>
      <w:r>
        <w:t xml:space="preserve">02:15:59   (Speaker D)  Yeah. </w:t>
      </w:r>
    </w:p>
    <w:p>
      <w:r>
        <w:t xml:space="preserve">02:15:59   (Speaker E)  It's basically like administrative cost on. I mean if none of it's lit, none of it's litigation. I. I'd be specifically avoiding use of funds for that. </w:t>
      </w:r>
    </w:p>
    <w:p>
      <w:r>
        <w:t xml:space="preserve">02:16:08   (Speaker D)  So we're not using attorney necessarily. </w:t>
      </w:r>
    </w:p>
    <w:p>
      <w:r>
        <w:t xml:space="preserve">02:16:10   (Speaker E)  Well, they would have to prepare the documents such as the resolutions that we'd be passing the request to the county. I mean, like, in theory I could do that, but like that's not. Yeah, do it. </w:t>
      </w:r>
    </w:p>
    <w:p>
      <w:r>
        <w:t xml:space="preserve">02:16:22   (Speaker C)  The workshop request to be on a workshop. </w:t>
      </w:r>
    </w:p>
    <w:p>
      <w:r>
        <w:t xml:space="preserve">02:16:24   (Speaker E)  Right. So that's basically what I'm asking. </w:t>
      </w:r>
    </w:p>
    <w:p>
      <w:r>
        <w:t xml:space="preserve">02:16:26   (Speaker C)  But otherwise there's nothing currently being under the land use umbrella. And it looks like since Matt's back, we can go with a discussion. </w:t>
      </w:r>
    </w:p>
    <w:p>
      <w:r>
        <w:t xml:space="preserve">02:16:32   (Speaker A)  Okay, awesome. So we'll. We'll put that on the next workshop agenda for you guys to speak about. Okay, so Matt has returned, so we're going to get jump right back into the landscape maintenance service proposals. So you guys have a couple of options here on how to do that. So have you all scored on your arrangement sheets yet? </w:t>
      </w:r>
    </w:p>
    <w:p>
      <w:r>
        <w:t xml:space="preserve">02:16:52   (Speaker F)  No, no, I haven't written it down yet because. </w:t>
      </w:r>
    </w:p>
    <w:p>
      <w:r>
        <w:t xml:space="preserve">02:16:56   (Speaker A)  Yeah, so that is an option. So what we can do either one of two ways. We can either you guys can either use. Do your own score on each individual scoring sheet, or we can do one consensus scoring where I write it down. If you guys choose to do it yourself, we can do. We have to use one final scoring sheet as like the final thing. So if you guys choose to score by yourselves, what you could do is have a discussion regarding your scoring amongst each other and at the end say, well, we think Don's scoring sheet or John's scoring sheet reflects most what the. The board wants and we're going to use his as the final. So the highest scoring bidder on that would be the winner. </w:t>
      </w:r>
    </w:p>
    <w:p>
      <w:r>
        <w:t xml:space="preserve">02:17:33   (Speaker E)  I. I would prefer to have discussion and then bring that to Brian and have him fill it out and then go in there and have as few as. As few Indians or Chiefs in there. </w:t>
      </w:r>
    </w:p>
    <w:p>
      <w:r>
        <w:t xml:space="preserve">02:17:43   (Speaker G)  Johnny, you suggest, you're saying would just do one sheet, right? Not all individuals. Isn't that what we had discussed, I think the last time we said we'd do one instead of each individual? </w:t>
      </w:r>
    </w:p>
    <w:p>
      <w:r>
        <w:t xml:space="preserve">02:17:52   (Speaker E)  I. Yeah. </w:t>
      </w:r>
    </w:p>
    <w:p>
      <w:r>
        <w:t xml:space="preserve">02:17:52   (Speaker F)  So. </w:t>
      </w:r>
    </w:p>
    <w:p>
      <w:r>
        <w:t xml:space="preserve">02:17:53   (Speaker A)  All right, so basically with that let's how it's going to work. We're just going to work down this list here. It's not going to be an alphabetical order. We're going to start with Princeton Sons, just on the top of your list there. I'll go category by category and then you guys discuss per category and we'll put, we'll come up with a consensus score. We'll go from there. It sound good to everybody? </w:t>
      </w:r>
    </w:p>
    <w:p>
      <w:r>
        <w:t xml:space="preserve">02:18:08   (Speaker E)  Yeah, yeah. </w:t>
      </w:r>
    </w:p>
    <w:p>
      <w:r>
        <w:t xml:space="preserve">02:18:09   (Speaker F)  I mean I have more lateral questions for you and Matt, but I can, I can, we can dip in and </w:t>
      </w:r>
    </w:p>
    <w:p>
      <w:r>
        <w:t xml:space="preserve">02:18:15   (Speaker A)  once we're in there. </w:t>
      </w:r>
    </w:p>
    <w:p>
      <w:r>
        <w:t xml:space="preserve">02:18:16   (Speaker F)  Okay, perfect. </w:t>
      </w:r>
    </w:p>
    <w:p>
      <w:r>
        <w:t xml:space="preserve">02:18:16   (Speaker A)  So. All right, so we're going to start with Prince and Sons. The first category we have personnel and equipment. This specific category is out of 20 points. </w:t>
      </w:r>
    </w:p>
    <w:p>
      <w:r>
        <w:t xml:space="preserve">02:18:26   (Speaker F)  This is the one I'm struggling the most with. </w:t>
      </w:r>
    </w:p>
    <w:p>
      <w:r>
        <w:t xml:space="preserve">02:18:28   (Speaker A)  Okay. </w:t>
      </w:r>
    </w:p>
    <w:p>
      <w:r>
        <w:t xml:space="preserve">02:18:28   (Speaker F)  So with being. I don't like. Not everybody spoke explicitly to it. At least here I, I'm not. I'm less concerned about the equipment and more like we have like what to me feels like a pretty big spread on proposed man hours and so. And a. A variety of which specialists they have on staff versus what we have to like go out for. And so I guess for this group. Do you either of you have personal insight on one, like do, like do they. Have you had any experience with these companies where they've actually lacked like personnel or had struggled to get people to show up? And like, can you account for the range of the proposed man hours? Because that's. That that feels like a big range for me. </w:t>
      </w:r>
    </w:p>
    <w:p>
      <w:r>
        <w:t xml:space="preserve">02:19:20   (Speaker A)  Sure. Yeah. So what we can speak to is who we've worked with in the past. Maybe me personally, I've worked with Prince and Sons, Cardinal Landscaping, Juniper and Russell. I have not had the opportunity to work with ASI Landscapes when it comes to Prince and Sons. Just answering your question straight up. Recently at one of my properties they have had some personnel issues. </w:t>
      </w:r>
    </w:p>
    <w:p>
      <w:r>
        <w:t xml:space="preserve">02:19:43   (Speaker D)  They. </w:t>
      </w:r>
    </w:p>
    <w:p>
      <w:r>
        <w:t xml:space="preserve">02:19:43   (Speaker A)  They had a two or three managers in a two or three month time. But again that's in a completely different zone that's in Hillsborough county. So I don't really. I haven't worked with them in Pasco, so I'm not familiar with their Pasco team. Cardinal, I've never had issues with personnel with them. Juniper, yes, I've had issues with their personnel. And Russell Landscape Group, newer vendor. I've only been working with them for about three months. </w:t>
      </w:r>
    </w:p>
    <w:p>
      <w:r>
        <w:t xml:space="preserve">02:20:09   (Speaker D)  I just like that they had four supervisors. They had four supervisors plus the five guys. We seems like they had more leadership out here man in the place. </w:t>
      </w:r>
    </w:p>
    <w:p>
      <w:r>
        <w:t xml:space="preserve">02:20:18   (Speaker A)  So yeah, what I will say, you know Regarding Russell is that during my short period of time with them, communication issues ever rose, lack of follow up as a rose. Not to say they're not a capable company. I'm sure that they are. Just those are stuff that I've dealt with directly here in the last couple </w:t>
      </w:r>
    </w:p>
    <w:p>
      <w:r>
        <w:t xml:space="preserve">02:20:34   (Speaker C)  of months for Princeton Sons. I went through Dupree Lakes, Angelini Townhomes, everybody's minutes for as much as. And I. Yeah, there's not, there's nothing that says anything like our previous. I don't know if that means anything. </w:t>
      </w:r>
    </w:p>
    <w:p>
      <w:r>
        <w:t xml:space="preserve">02:20:49   (Speaker A)  So no complaints. </w:t>
      </w:r>
    </w:p>
    <w:p>
      <w:r>
        <w:t xml:space="preserve">02:20:50   (Speaker C)  No complaints. </w:t>
      </w:r>
    </w:p>
    <w:p>
      <w:r>
        <w:t xml:space="preserve">02:20:51   (Speaker A)  So does anyone have like a rough score that they want to give Prince? </w:t>
      </w:r>
    </w:p>
    <w:p>
      <w:r>
        <w:t xml:space="preserve">02:20:55   (Speaker F)  Well, I just wanted to hear from that. </w:t>
      </w:r>
    </w:p>
    <w:p>
      <w:r>
        <w:t xml:space="preserve">02:20:57   (Speaker H)  I mean honestly I, I work with Prince, Cardinal and Juniper. Me personally. Cardinal is very responsive here with what they're doing here. Emergency lines. Anything that I've ever asked of him at the Rama is done. Not next day. The worst possible case, you know, it's 48 hours. But honestly there's nobody in the. I mean if, if I had to give a equipment number I would say Princeton Son Gardner would probably be the most two equipment wise ready to go. And then Russell after that and then ASI and Judah for the lowest on terms. </w:t>
      </w:r>
    </w:p>
    <w:p>
      <w:r>
        <w:t xml:space="preserve">02:21:38   (Speaker D)  Have you worked with ASI before at all? </w:t>
      </w:r>
    </w:p>
    <w:p>
      <w:r>
        <w:t xml:space="preserve">02:21:41   (Speaker H)  Not on, on the landscaping side, some of the irrigation stuff that I've done, yes. They had some tar to do the irrigation work we did at some other properties. Yes. </w:t>
      </w:r>
    </w:p>
    <w:p>
      <w:r>
        <w:t xml:space="preserve">02:21:51   (Speaker D)  Were you worried about their equipment? Wasn't as good? </w:t>
      </w:r>
    </w:p>
    <w:p>
      <w:r>
        <w:t xml:space="preserve">02:21:53   (Speaker H)  No, not so much worried about it. </w:t>
      </w:r>
    </w:p>
    <w:p>
      <w:r>
        <w:t xml:space="preserve">02:21:54   (Speaker E)  It's available. </w:t>
      </w:r>
    </w:p>
    <w:p>
      <w:r>
        <w:t xml:space="preserve">02:21:56   (Speaker F)  Got it. </w:t>
      </w:r>
    </w:p>
    <w:p>
      <w:r>
        <w:t xml:space="preserve">02:21:56   (Speaker H)  Okay. Not so much worry. </w:t>
      </w:r>
    </w:p>
    <w:p>
      <w:r>
        <w:t xml:space="preserve">02:21:58   (Speaker F)  And then the range of man hours is this. I'm trying to. Is that a proxy for their estimation abilities or what kind of work they anticipate actually doing on site? </w:t>
      </w:r>
    </w:p>
    <w:p>
      <w:r>
        <w:t xml:space="preserve">02:22:09   (Speaker D)  A little both. </w:t>
      </w:r>
    </w:p>
    <w:p>
      <w:r>
        <w:t xml:space="preserve">02:22:10   (Speaker H)  So some of the guys like Russell because they incorporate the irrigation like the 2 inch repairs below 2 inch repairs, basic irrigation, that stuff will bring up their hours up higher because it's already factored into the tool. Whereas Prince and the carnival will give you your direct monthly, you know, repairs and then estimates for anything after that. So they, they tend to be more streamlined, I guess you would say far more prints in terms of how they do it. And Russell has a lot of incorporated the other two. I mean no issues for me. Everybody seems to be pretty status quo per se. </w:t>
      </w:r>
    </w:p>
    <w:p>
      <w:r>
        <w:t xml:space="preserve">02:22:49   (Speaker F)  Thank you. </w:t>
      </w:r>
    </w:p>
    <w:p>
      <w:r>
        <w:t xml:space="preserve">02:22:50   (Speaker E)  I. I wanted to really praise GMS on I thought the man hours thing was genius is it puts a number to like the time spent on site. </w:t>
      </w:r>
    </w:p>
    <w:p>
      <w:r>
        <w:t xml:space="preserve">02:23:00   (Speaker C)  Correct. </w:t>
      </w:r>
    </w:p>
    <w:p>
      <w:r>
        <w:t xml:space="preserve">02:23:00   (Speaker E)  Which is pretty easy. </w:t>
      </w:r>
    </w:p>
    <w:p>
      <w:r>
        <w:t xml:space="preserve">02:23:01   (Speaker G)  John, I couldn't agree with you more. I would just But Matt and Brian, I got the impression if I'm wrong and it's just, I got the impression though that I don't know if they all did the man hours the same way. I just got the one comment. It was like one person said every minute. I, I just. Because there's such a huge swing in the man hours from these companies. </w:t>
      </w:r>
    </w:p>
    <w:p>
      <w:r>
        <w:t xml:space="preserve">02:23:28   (Speaker A)  Yeah, one thing I'll say to that. Oops, sorry, Doc. </w:t>
      </w:r>
    </w:p>
    <w:p>
      <w:r>
        <w:t xml:space="preserve">02:23:30   (Speaker F)  Continue. </w:t>
      </w:r>
    </w:p>
    <w:p>
      <w:r>
        <w:t xml:space="preserve">02:23:31   (Speaker A)  My bad. </w:t>
      </w:r>
    </w:p>
    <w:p>
      <w:r>
        <w:t xml:space="preserve">02:23:31   (Speaker G)  No, no, I, I, no, that's what </w:t>
      </w:r>
    </w:p>
    <w:p>
      <w:r>
        <w:t xml:space="preserve">02:23:33   (Speaker I)  I want to hear. </w:t>
      </w:r>
    </w:p>
    <w:p>
      <w:r>
        <w:t xml:space="preserve">02:23:33   (Speaker G)  Because I, there's just such a big swing. I'm wondering if everybody calculated it the same way. </w:t>
      </w:r>
    </w:p>
    <w:p>
      <w:r>
        <w:t xml:space="preserve">02:23:38   (Speaker A)  Generally, they should have calculated the same way. But see, each company does it differently. Each company thinks you need more than you do or less than you do. Right. So these are what these guys are saying what you, they think professionally, you guys are going to, going to need to get the whole job done. </w:t>
      </w:r>
    </w:p>
    <w:p>
      <w:r>
        <w:t xml:space="preserve">02:23:51   (Speaker G)  Okay, well, based on, based on you and Matt's experience, is one way too low is one way too high. Is it? </w:t>
      </w:r>
    </w:p>
    <w:p>
      <w:r>
        <w:t xml:space="preserve">02:24:01   (Speaker E)  I can try to answer that for you because I tried to adjust for this because I, because I was, as soon as I realized they used man hours, I was like, okay, so now I have like a number that's not dollars. And so I start. So two of them, the princess on some cardinal, came in really close, 5290 and 5100. 100. And then everybody else was like 20 or 40% below it. So I kind of went and targeted it. Like that's probably around the range of what I thought the man hours likely were to be. And then Prince and Sons was the lowest per man hour. And then Cardinal was, I think, I don't know, I think they were number three or four on that. So I, I just tried to adjust for that. And a couple of them didn't even have the man hours calculated correctly. And there was like, if you went by what they put in other areas, they were all within like 4200 to 4600 other than Prince and Sons and Cardinal. So it was like, so Asi, Juniper and Russell were all between 4200 and 4600 when you accounted for that. And then Princeton Sons and Cardinal were both above 5,000. </w:t>
      </w:r>
    </w:p>
    <w:p>
      <w:r>
        <w:t xml:space="preserve">02:24:54   (Speaker F)  Well, and I, I give some additional deference to Cardinals estimate just because they've been on here. Yeah. </w:t>
      </w:r>
    </w:p>
    <w:p>
      <w:r>
        <w:t xml:space="preserve">02:25:00   (Speaker E)  And so I, yeah, I targeted about </w:t>
      </w:r>
    </w:p>
    <w:p>
      <w:r>
        <w:t xml:space="preserve">02:25:02   (Speaker H)  4,500 at the start of the job. </w:t>
      </w:r>
    </w:p>
    <w:p>
      <w:r>
        <w:t xml:space="preserve">02:25:06   (Speaker E)  So let me ask you guys another general, what's your, how would you typically verify those man hours? </w:t>
      </w:r>
    </w:p>
    <w:p>
      <w:r>
        <w:t xml:space="preserve">02:25:11   (Speaker H)  Honestly, all reporting, I, I thoroughly go through the reports from Cardinal and, and even Virgil. I mean, you know, I, I go through all those reports every time I get, you know, because I, you know, and, and then you can kind of really see what, what's being done. We've, we've, we've had our, our downs and, and I think we're getting to that point. We're going to start seeing our, our ups, you know, where we actually see that the hours on site are really showing up. </w:t>
      </w:r>
    </w:p>
    <w:p>
      <w:r>
        <w:t xml:space="preserve">02:25:38   (Speaker E)  Right. </w:t>
      </w:r>
    </w:p>
    <w:p>
      <w:r>
        <w:t xml:space="preserve">02:25:38   (Speaker H)  You know, not, not really battling get this done that done this time, you know. </w:t>
      </w:r>
    </w:p>
    <w:p>
      <w:r>
        <w:t xml:space="preserve">02:25:43   (Speaker E)  Yeah. And then, you know, again, not so not putting it towards them because they can only speak in generalities. But so just looking at like overall numbers and I am more big picture than just personal and equipment on the score. I do have a score for that, by the way, if we want to start with it. I, I, for example, gave Prince and Sons personnel equipment an 18 and a half. And then for example, like I gave cardinal a 19 in that category. Prince and Sons had talked about like a heavy equipment and things like that. And that's why they have the higher score. Like, I think they're number two out of, out of the five or six that I had done. But on the numbers, for example, so like Prince and Sons is the lowest bid. And so going back to like what we had with Red Tree, I believe they're actually under Red Tree's bid or Red Tree's contract value. But with Redtree, we had ended up at like a. Yearly, like I looked at last year and I think we were around like 210 to 215. And overall extensive. Like you just took everything for land landscape and put it in one bin. It was like 215. </w:t>
      </w:r>
    </w:p>
    <w:p>
      <w:r>
        <w:t xml:space="preserve">02:26:34   (Speaker F)  Susan was throwing around a number of over 300,000 at one point. </w:t>
      </w:r>
    </w:p>
    <w:p>
      <w:r>
        <w:t xml:space="preserve">02:26:38   (Speaker E)  Yeah, I, I tried. That's where I was kind of going with it. And I, I didn't see that it was that high. I think it was like, I mean, you could have, if you included some other incidentals that were around that we had like asked them to do that weren't really landscape. It was more like 225. But I didn't get to like, just </w:t>
      </w:r>
    </w:p>
    <w:p>
      <w:r>
        <w:t xml:space="preserve">02:26:53   (Speaker G)  to let y' all know, I, I did look, there is no bid on here. That is over what we have budgeted for next year. </w:t>
      </w:r>
    </w:p>
    <w:p>
      <w:r>
        <w:t xml:space="preserve">02:27:02   (Speaker E)  Right, right, right. Which I was pleasant. </w:t>
      </w:r>
    </w:p>
    <w:p>
      <w:r>
        <w:t xml:space="preserve">02:27:04   (Speaker G)  I was pleasantly surprised. </w:t>
      </w:r>
    </w:p>
    <w:p>
      <w:r>
        <w:t xml:space="preserve">02:27:06   (Speaker E)  Yes. I thought for sure that it would be way higher than this. This is, I provided that guidance to streamline. </w:t>
      </w:r>
    </w:p>
    <w:p>
      <w:r>
        <w:t xml:space="preserve">02:27:12   (Speaker C)  We have a couple of numbers given with our personal and equipment for Prince and sons. </w:t>
      </w:r>
    </w:p>
    <w:p>
      <w:r>
        <w:t xml:space="preserve">02:27:17   (Speaker A)  So 18 and a half. Is the board comfortable with that? From John's assessment, do we even want </w:t>
      </w:r>
    </w:p>
    <w:p>
      <w:r>
        <w:t xml:space="preserve">02:27:23   (Speaker C)  to do point points? </w:t>
      </w:r>
    </w:p>
    <w:p>
      <w:r>
        <w:t xml:space="preserve">02:27:25   (Speaker F)  Yeah. </w:t>
      </w:r>
    </w:p>
    <w:p>
      <w:r>
        <w:t xml:space="preserve">02:27:25   (Speaker A)  Do we want to do half points? </w:t>
      </w:r>
    </w:p>
    <w:p>
      <w:r>
        <w:t xml:space="preserve">02:27:27   (Speaker E)  Oh, you can do. </w:t>
      </w:r>
    </w:p>
    <w:p>
      <w:r>
        <w:t xml:space="preserve">02:27:27   (Speaker F)  Yeah. </w:t>
      </w:r>
    </w:p>
    <w:p>
      <w:r>
        <w:t xml:space="preserve">02:27:28   (Speaker E)  However, adjust up or down. </w:t>
      </w:r>
    </w:p>
    <w:p>
      <w:r>
        <w:t xml:space="preserve">02:27:31   (Speaker G)  Let's do day on 18. </w:t>
      </w:r>
    </w:p>
    <w:p>
      <w:r>
        <w:t xml:space="preserve">02:27:33   (Speaker A)  18 with eight for Prince. Yes, we're on Prince. </w:t>
      </w:r>
    </w:p>
    <w:p>
      <w:r>
        <w:t xml:space="preserve">02:27:37   (Speaker C)  Yeah. </w:t>
      </w:r>
    </w:p>
    <w:p>
      <w:r>
        <w:t xml:space="preserve">02:27:37   (Speaker D)  Yeah, I had him at 17. So. </w:t>
      </w:r>
    </w:p>
    <w:p>
      <w:r>
        <w:t xml:space="preserve">02:27:39   (Speaker B)  So 18. </w:t>
      </w:r>
    </w:p>
    <w:p>
      <w:r>
        <w:t xml:space="preserve">02:27:40   (Speaker A)  Okay, 18 for that. And the next category to be experience. This is out of 25 points. </w:t>
      </w:r>
    </w:p>
    <w:p>
      <w:r>
        <w:t xml:space="preserve">02:27:49   (Speaker D)  25. Seems like they've all been at the visit for a while. Yeah. </w:t>
      </w:r>
    </w:p>
    <w:p>
      <w:r>
        <w:t xml:space="preserve">02:27:53   (Speaker A)  Is that the only. </w:t>
      </w:r>
    </w:p>
    <w:p>
      <w:r>
        <w:t xml:space="preserve">02:27:56   (Speaker F)  The only question in my head is like the people who have been in the industry for like decades have been working for this guy for like six years. So I don't know. Is that doing. </w:t>
      </w:r>
    </w:p>
    <w:p>
      <w:r>
        <w:t xml:space="preserve">02:28:05   (Speaker D)  Oh, I think Prince, I had 23. I think they had some people that were only in their leadership roles for four years. Okay. And that. </w:t>
      </w:r>
    </w:p>
    <w:p>
      <w:r>
        <w:t xml:space="preserve">02:28:13   (Speaker E)  Yeah, I have them at 23 as well. </w:t>
      </w:r>
    </w:p>
    <w:p>
      <w:r>
        <w:t xml:space="preserve">02:28:15   (Speaker A)  The rest of the board comfortable with 23. </w:t>
      </w:r>
    </w:p>
    <w:p>
      <w:r>
        <w:t xml:space="preserve">02:28:17   (Speaker E)  I mean. Yeah, I'm fine with it. I get nervous with the numbers, see them coming out. </w:t>
      </w:r>
    </w:p>
    <w:p>
      <w:r>
        <w:t xml:space="preserve">02:28:22   (Speaker G)  So I understand. I actually score them lower. And I think you all could tell from my questions I'm looking at more what we're going to be able to do from a landscape architect point of view. And I don't know how much Princeton Sons is going to have the experience on that side. </w:t>
      </w:r>
    </w:p>
    <w:p>
      <w:r>
        <w:t xml:space="preserve">02:28:45   (Speaker A)  So if you want to suggest another number, then. </w:t>
      </w:r>
    </w:p>
    <w:p>
      <w:r>
        <w:t xml:space="preserve">02:28:47   (Speaker G)  Don, you started this. John, you started this. </w:t>
      </w:r>
    </w:p>
    <w:p>
      <w:r>
        <w:t xml:space="preserve">02:28:49   (Speaker F)  No. Yes, you did. </w:t>
      </w:r>
    </w:p>
    <w:p>
      <w:r>
        <w:t xml:space="preserve">02:28:51   (Speaker G)  You started this. About the drought tolerant. And I've latched onto it because I do believe it is something we need to strongly look at. And I think, in my opinion, I think we need to take that in consideration. The next company we hire, and that's my Prince and Son, is I don't know how experienced they are on that side of it. </w:t>
      </w:r>
    </w:p>
    <w:p>
      <w:r>
        <w:t xml:space="preserve">02:29:08   (Speaker F)  I think that's a good point. But if you look at the tactical elements of that, like they have an arborist, they have a tree department, like in house agronomy, which seems like it's fertilizer. </w:t>
      </w:r>
    </w:p>
    <w:p>
      <w:r>
        <w:t xml:space="preserve">02:29:20   (Speaker E)  Well, I think what Don was saying is their experience leans more towards like golf. Golf courses. So they're more turf oriented. </w:t>
      </w:r>
    </w:p>
    <w:p>
      <w:r>
        <w:t xml:space="preserve">02:29:27   (Speaker G)  Yeah. They're going to be more of the maintenance side of it, not so much of the design and replacement that I think, in my opinion we need more of than somebody that just can come in and cut the grass. Because I think we need to look at somebody that's going to help us for lack of better time. </w:t>
      </w:r>
    </w:p>
    <w:p>
      <w:r>
        <w:t xml:space="preserve">02:29:42   (Speaker F)  I wouldn't be having an in house arborist for that very purpose. Done, Right? </w:t>
      </w:r>
    </w:p>
    <w:p>
      <w:r>
        <w:t xml:space="preserve">02:29:48   (Speaker I)  Yeah. </w:t>
      </w:r>
    </w:p>
    <w:p>
      <w:r>
        <w:t xml:space="preserve">02:29:48   (Speaker A)  No, either way, we just need to put a score down for it. </w:t>
      </w:r>
    </w:p>
    <w:p>
      <w:r>
        <w:t xml:space="preserve">02:29:51   (Speaker D)  So how about 21? </w:t>
      </w:r>
    </w:p>
    <w:p>
      <w:r>
        <w:t xml:space="preserve">02:29:52   (Speaker A)  So I heard 23. Don, what did you put it at? </w:t>
      </w:r>
    </w:p>
    <w:p>
      <w:r>
        <w:t xml:space="preserve">02:29:55   (Speaker G)  I had it at 20. </w:t>
      </w:r>
    </w:p>
    <w:p>
      <w:r>
        <w:t xml:space="preserve">02:29:57   (Speaker A)  So I think a good compromise is either 21 or 22. Is the board comfortable with either one of those numbers? </w:t>
      </w:r>
    </w:p>
    <w:p>
      <w:r>
        <w:t xml:space="preserve">02:30:04   (Speaker D)  I. Same concern. I think we do need as an architect, because we have two areas, and we want to try to get this. More water, Brian. </w:t>
      </w:r>
    </w:p>
    <w:p>
      <w:r>
        <w:t xml:space="preserve">02:30:12   (Speaker G)  I think we need to. I think we need to go. I'm okay with 22. </w:t>
      </w:r>
    </w:p>
    <w:p>
      <w:r>
        <w:t xml:space="preserve">02:30:16   (Speaker F)  I think 22 feels right. </w:t>
      </w:r>
    </w:p>
    <w:p>
      <w:r>
        <w:t xml:space="preserve">02:30:18   (Speaker A)  22 for experience for Princeton Sons. Understanding scope of the RFP. </w:t>
      </w:r>
    </w:p>
    <w:p>
      <w:r>
        <w:t xml:space="preserve">02:30:23   (Speaker F)  So this is out of 15 points indexing on Cardinal. The fact that they came so close to the number, I. I actually think that implies they know how much work actually needs to get done here. </w:t>
      </w:r>
    </w:p>
    <w:p>
      <w:r>
        <w:t xml:space="preserve">02:30:35   (Speaker E)  Yeah. </w:t>
      </w:r>
    </w:p>
    <w:p>
      <w:r>
        <w:t xml:space="preserve">02:30:36   (Speaker C)  Does that mean. </w:t>
      </w:r>
    </w:p>
    <w:p>
      <w:r>
        <w:t xml:space="preserve">02:30:37   (Speaker F)  That means I give him 15 out of 15 for the understanding of the scope. </w:t>
      </w:r>
    </w:p>
    <w:p>
      <w:r>
        <w:t xml:space="preserve">02:30:42   (Speaker A)  Don, are you okay with 15? </w:t>
      </w:r>
    </w:p>
    <w:p>
      <w:r>
        <w:t xml:space="preserve">02:30:44   (Speaker G)  I think all of them understood the scope, to be honest with you. I think they all did a great job on it all. </w:t>
      </w:r>
    </w:p>
    <w:p>
      <w:r>
        <w:t xml:space="preserve">02:30:48   (Speaker A)  On all the board. Okay. With every single bidder getting a 15 in that category. </w:t>
      </w:r>
    </w:p>
    <w:p>
      <w:r>
        <w:t xml:space="preserve">02:30:54   (Speaker D)  And I think that they didn't get that we don't want. </w:t>
      </w:r>
    </w:p>
    <w:p>
      <w:r>
        <w:t xml:space="preserve">02:30:57   (Speaker C)  So it sounds like it's not okay. </w:t>
      </w:r>
    </w:p>
    <w:p>
      <w:r>
        <w:t xml:space="preserve">02:30:58   (Speaker D)  No. </w:t>
      </w:r>
    </w:p>
    <w:p>
      <w:r>
        <w:t xml:space="preserve">02:30:59   (Speaker F)  And also, I would. This comes back to the mana. Matters like that to me there. That's a proxy for understanding the scope in my head. </w:t>
      </w:r>
    </w:p>
    <w:p>
      <w:r>
        <w:t xml:space="preserve">02:31:05   (Speaker A)  Okay. So 15 for princessons is appropriate, though. </w:t>
      </w:r>
    </w:p>
    <w:p>
      <w:r>
        <w:t xml:space="preserve">02:31:08   (Speaker E)  Yeah, I'm okay with them and Cardinal at 15. The others all had issues with. </w:t>
      </w:r>
    </w:p>
    <w:p>
      <w:r>
        <w:t xml:space="preserve">02:31:12   (Speaker A)  Well, we're just gonna go. Yeah, we'll just go down the list. We'll start at Princess Sons. Okay. The next category would be financial capacity. This is out of five points. </w:t>
      </w:r>
    </w:p>
    <w:p>
      <w:r>
        <w:t xml:space="preserve">02:31:20   (Speaker C)  Clarify. Sorry, Sam. But just to clarify, based on the question you had asked earlier, they were not required to submit actual financials. Some companies do, some companies don't. But anybody that you decide to go with, we then can ask during contract negotiations for their financials for the last three years. So I'm just letting you know it wasn't a mandatory provision of the proposal, but you can take into consideration whether or not they shared more information. </w:t>
      </w:r>
    </w:p>
    <w:p>
      <w:r>
        <w:t xml:space="preserve">02:31:47   (Speaker G)  If I had a company, I wouldn't. I wouldn't be telling my competitors my financial information. If I was standing in front of competitors, they were going to see my financial information. That'd be like me coming to the board and saying, okay, guys, to the other four members, here's my personal financial. For me to be a board member. </w:t>
      </w:r>
    </w:p>
    <w:p>
      <w:r>
        <w:t xml:space="preserve">02:32:02   (Speaker E)  So I. Oh, we do do that, </w:t>
      </w:r>
    </w:p>
    <w:p>
      <w:r>
        <w:t xml:space="preserve">02:32:04   (Speaker D)  but </w:t>
      </w:r>
    </w:p>
    <w:p>
      <w:r>
        <w:t xml:space="preserve">02:32:07   (Speaker G)  it wouldn't be a good place. </w:t>
      </w:r>
    </w:p>
    <w:p>
      <w:r>
        <w:t xml:space="preserve">02:32:08   (Speaker E)  So for negotiations, does that become public if they provide it to you the three years? </w:t>
      </w:r>
    </w:p>
    <w:p>
      <w:r>
        <w:t xml:space="preserve">02:32:14   (Speaker C)  No, there's still certain exceptions so I'd have to go through. </w:t>
      </w:r>
    </w:p>
    <w:p>
      <w:r>
        <w:t xml:space="preserve">02:32:17   (Speaker E)  So there's no reason for them to be hesitant at that point. Correct. </w:t>
      </w:r>
    </w:p>
    <w:p>
      <w:r>
        <w:t xml:space="preserve">02:32:21   (Speaker D)  Okay, so it's a, it's a requirement, but we don't. That we're going to score it, but we don't need to know it. </w:t>
      </w:r>
    </w:p>
    <w:p>
      <w:r>
        <w:t xml:space="preserve">02:32:27   (Speaker C)  Financial capacity is a requirement. You can take that into consideration based on what they have said that their totals have been for 23, 24, 25, what their contracts have been in the amounts for the similar projects that they gave. So looking at the other information they provided that would be what how you would determine financial capacity for for example, </w:t>
      </w:r>
    </w:p>
    <w:p>
      <w:r>
        <w:t xml:space="preserve">02:32:51   (Speaker E)  I gave all of them fives in this category. Like for example in cardinal. I fully accepted. When I looked in there and they did have, they had the contract value and liquidity. So I was like okay, no problem. The remainder of them they were like, either they had a lot of money or they had a lot of real estate. Like Russell had like 16 branches. It's like okay, yeah. </w:t>
      </w:r>
    </w:p>
    <w:p>
      <w:r>
        <w:t xml:space="preserve">02:33:07   (Speaker D)  So just not knowing that all I've got is this one amount in the bank. So to worry me, I can cover your contract. </w:t>
      </w:r>
    </w:p>
    <w:p>
      <w:r>
        <w:t xml:space="preserve">02:33:14   (Speaker A)  But what I heard from John was that he gave five out of five points for each vendor. Is that appropriate? </w:t>
      </w:r>
    </w:p>
    <w:p>
      <w:r>
        <w:t xml:space="preserve">02:33:21   (Speaker F)  That's where I was going. I didn't see any reason to. </w:t>
      </w:r>
    </w:p>
    <w:p>
      <w:r>
        <w:t xml:space="preserve">02:33:25   (Speaker A)  So is that okay? Amanda, you okay with that? And Sam, you're okay with that? </w:t>
      </w:r>
    </w:p>
    <w:p>
      <w:r>
        <w:t xml:space="preserve">02:33:28   (Speaker D)  Sure. </w:t>
      </w:r>
    </w:p>
    <w:p>
      <w:r>
        <w:t xml:space="preserve">02:33:28   (Speaker A)  Okay. So we're going to put fives across the board for each vendor on the financial capacity. </w:t>
      </w:r>
    </w:p>
    <w:p>
      <w:r>
        <w:t xml:space="preserve">02:33:38   (Speaker D)  I take exception in the next category only because I can't believe the, the non essentials that are essentially we do them every year and that's where some people change their pricing. </w:t>
      </w:r>
    </w:p>
    <w:p>
      <w:r>
        <w:t xml:space="preserve">02:33:53   (Speaker A)  Well, you could choose not to do </w:t>
      </w:r>
    </w:p>
    <w:p>
      <w:r>
        <w:t xml:space="preserve">02:33:54   (Speaker C)  those things for the percentages for consideration for the pricing. </w:t>
      </w:r>
    </w:p>
    <w:p>
      <w:r>
        <w:t xml:space="preserve">02:33:59   (Speaker D)  The things that. No, we can't choose not to have our palms, palm trees trim. We can't choose not to have mulch put in. </w:t>
      </w:r>
    </w:p>
    <w:p>
      <w:r>
        <w:t xml:space="preserve">02:34:06   (Speaker F)  You can't. </w:t>
      </w:r>
    </w:p>
    <w:p>
      <w:r>
        <w:t xml:space="preserve">02:34:07   (Speaker D)  Those are, those are things that you really know you're going to do. So it ought to be a part of the annual contract that we did. We consider. </w:t>
      </w:r>
    </w:p>
    <w:p>
      <w:r>
        <w:t xml:space="preserve">02:34:16   (Speaker E)  I agree with you because that's the </w:t>
      </w:r>
    </w:p>
    <w:p>
      <w:r>
        <w:t xml:space="preserve">02:34:18   (Speaker D)  add on pieces that, that our friends that we just lost made a gazillion dollars. </w:t>
      </w:r>
    </w:p>
    <w:p>
      <w:r>
        <w:t xml:space="preserve">02:34:24   (Speaker A)  I've never seen a landscape contract. </w:t>
      </w:r>
    </w:p>
    <w:p>
      <w:r>
        <w:t xml:space="preserve">02:34:26   (Speaker E)  I agree with you but I think what it is is that the industry moves toward these standards of like what is included and what is not. Whereas like I was Talking about breaking out the entire contract. And they're like, well, that's too much of it. You know what I mean? And I think they find this balance. I don't know if the balance is in the perfect spot. If I'm just by worry. </w:t>
      </w:r>
    </w:p>
    <w:p>
      <w:r>
        <w:t xml:space="preserve">02:34:43   (Speaker D)  That's how Rentree made their money. </w:t>
      </w:r>
    </w:p>
    <w:p>
      <w:r>
        <w:t xml:space="preserve">02:34:44   (Speaker E)  That's what I mean. </w:t>
      </w:r>
    </w:p>
    <w:p>
      <w:r>
        <w:t xml:space="preserve">02:34:45   (Speaker D)  Did only what they had to do then charge us a gazillion dollars for every little thing. </w:t>
      </w:r>
    </w:p>
    <w:p>
      <w:r>
        <w:t xml:space="preserve">02:34:49   (Speaker E)  I think it's built on experience, collective experience. So, no, I'm just trying to explain to them, like, I think that's where, like, the line is drawn that, like, you want to be able to go out to other vendors for those specific services because they're infrequent and because you can get them. Get more competitive pricing. </w:t>
      </w:r>
    </w:p>
    <w:p>
      <w:r>
        <w:t xml:space="preserve">02:35:02   (Speaker F)  Well, when you're talking about Fulton Annual, there's a clear marginal cost that that's going to. Could be variable depending on the need at that moment. And I would put palm trees in the same category. </w:t>
      </w:r>
    </w:p>
    <w:p>
      <w:r>
        <w:t xml:space="preserve">02:35:11   (Speaker E)  Right. </w:t>
      </w:r>
    </w:p>
    <w:p>
      <w:r>
        <w:t xml:space="preserve">02:35:12   (Speaker F)  Because not everything's going to need service </w:t>
      </w:r>
    </w:p>
    <w:p>
      <w:r>
        <w:t xml:space="preserve">02:35:13   (Speaker E)  on the same schedule. And if something goes hell in a hand basket and it's like we somehow you got to cut something then. Now you're not budgeted into a contract that's on the palms. That in theory really could wait a year if you had to. </w:t>
      </w:r>
    </w:p>
    <w:p>
      <w:r>
        <w:t xml:space="preserve">02:35:26   (Speaker D)  I thought that was where they're actually looking at what we need and trying to anticipate this is what it's really going to cost to do these other things you want to have done. I mean, that. That was. </w:t>
      </w:r>
    </w:p>
    <w:p>
      <w:r>
        <w:t xml:space="preserve">02:35:36   (Speaker E)  Yeah, it does create neighborhood. I agree. </w:t>
      </w:r>
    </w:p>
    <w:p>
      <w:r>
        <w:t xml:space="preserve">02:35:38   (Speaker A)  Don. I heard you tried to. </w:t>
      </w:r>
    </w:p>
    <w:p>
      <w:r>
        <w:t xml:space="preserve">02:35:40   (Speaker G)  But like the mulch. So Sam and John like the mulch. That pricing would be in the contract of what they're saying it would cost. So that would be part of the contract. </w:t>
      </w:r>
    </w:p>
    <w:p>
      <w:r>
        <w:t xml:space="preserve">02:35:51   (Speaker E)  Yes. Yeah. I think that's a misunderstanding. Yeah. </w:t>
      </w:r>
    </w:p>
    <w:p>
      <w:r>
        <w:t xml:space="preserve">02:35:54   (Speaker A)  Yeah. </w:t>
      </w:r>
    </w:p>
    <w:p>
      <w:r>
        <w:t xml:space="preserve">02:35:54   (Speaker D)  We'd be able to. </w:t>
      </w:r>
    </w:p>
    <w:p>
      <w:r>
        <w:t xml:space="preserve">02:35:55   (Speaker G)  We wouldn't know. We wouldn't have a total number of palms. It would just be what I think what he said. $150 a tree. So. But like, we may have 30 palms. I'm just. And only 10 of them need to be pruned. So. But some of that stuff is tied into the contract. I think the thing that Russell Landscape had over the others, I'll be honest with you, is this is where we had a big issue with Red Tree is the nickel and dime on the irrigation. But then if you look at it, $13,000 is a lot of irrigation repairs. </w:t>
      </w:r>
    </w:p>
    <w:p>
      <w:r>
        <w:t xml:space="preserve">02:36:26   (Speaker E)  It was too much. I didn't think it was enough. </w:t>
      </w:r>
    </w:p>
    <w:p>
      <w:r>
        <w:t xml:space="preserve">02:36:28   (Speaker D)  Yeah. </w:t>
      </w:r>
    </w:p>
    <w:p>
      <w:r>
        <w:t xml:space="preserve">02:36:30   (Speaker A)  Yes. </w:t>
      </w:r>
    </w:p>
    <w:p>
      <w:r>
        <w:t xml:space="preserve">02:36:30   (Speaker D)  The concern is that. That piece. That extra piece. 66 grand out of 150 bid is. Is almost half of. Of what the general bid is. That's the cushion piece they put in. So we thought it should be in the percentages, so we went ahead. </w:t>
      </w:r>
    </w:p>
    <w:p>
      <w:r>
        <w:t xml:space="preserve">02:36:46   (Speaker A)  Just so you guys know, we went ahead and we. We put the scoring down. You can see it on the sheets. Per the prices that were given, this is the fairest way to score that. Unless you guys feel differently. I would asked the board if they </w:t>
      </w:r>
    </w:p>
    <w:p>
      <w:r>
        <w:t xml:space="preserve">02:36:57   (Speaker H)  were okay with the scoring. </w:t>
      </w:r>
    </w:p>
    <w:p>
      <w:r>
        <w:t xml:space="preserve">02:36:59   (Speaker C)  It does have to follow the mathematical formula that was provided in the evaluation criteria. So it is parts one through four. That's how you did it, right? </w:t>
      </w:r>
    </w:p>
    <w:p>
      <w:r>
        <w:t xml:space="preserve">02:37:10   (Speaker A)  Yes, yes. </w:t>
      </w:r>
    </w:p>
    <w:p>
      <w:r>
        <w:t xml:space="preserve">02:37:11   (Speaker E)  Yeah. It's the. </w:t>
      </w:r>
    </w:p>
    <w:p>
      <w:r>
        <w:t xml:space="preserve">02:37:12   (Speaker D)  He has. </w:t>
      </w:r>
    </w:p>
    <w:p>
      <w:r>
        <w:t xml:space="preserve">02:37:13   (Speaker A)  You're talking about price. Yeah, yeah, yeah, yeah. </w:t>
      </w:r>
    </w:p>
    <w:p>
      <w:r>
        <w:t xml:space="preserve">02:37:16   (Speaker E)  It's included in that calculation, as far as I know. Yeah. </w:t>
      </w:r>
    </w:p>
    <w:p>
      <w:r>
        <w:t xml:space="preserve">02:37:19   (Speaker A)  This is the scoring that we came up with based on. </w:t>
      </w:r>
    </w:p>
    <w:p>
      <w:r>
        <w:t xml:space="preserve">02:37:21   (Speaker H)  Yeah, yeah. </w:t>
      </w:r>
    </w:p>
    <w:p>
      <w:r>
        <w:t xml:space="preserve">02:37:22   (Speaker E)  But she's asking if it. </w:t>
      </w:r>
    </w:p>
    <w:p>
      <w:r>
        <w:t xml:space="preserve">02:37:23   (Speaker C)  The calculation you did under pricing matches the calculation on the evaluation criteria for pricing. </w:t>
      </w:r>
    </w:p>
    <w:p>
      <w:r>
        <w:t xml:space="preserve">02:37:31   (Speaker D)  So the criteria said only use essential price. </w:t>
      </w:r>
    </w:p>
    <w:p>
      <w:r>
        <w:t xml:space="preserve">02:37:34   (Speaker C)  I believe it have categories 1 through 4, 1 through 3, whichever the ones were, it was on there. So those are locked in based on the formula that had to be used. </w:t>
      </w:r>
    </w:p>
    <w:p>
      <w:r>
        <w:t xml:space="preserve">02:37:45   (Speaker E)  I mean, fair point, though, because, like, a couple of the vendors had the highest. Like Cardinal had the highest on mulch, for example. </w:t>
      </w:r>
    </w:p>
    <w:p>
      <w:r>
        <w:t xml:space="preserve">02:37:50   (Speaker D)  Yeah. </w:t>
      </w:r>
    </w:p>
    <w:p>
      <w:r>
        <w:t xml:space="preserve">02:37:51   (Speaker E)  So, but like he was saying, and this will come up when you get back around to mulching, which is. I mean, really should be doing that twice a year or something, but it's only ever been done once a year. But like irrigation, it's the volume. Any other thing, the volume being accurate is where they'll tell you that the price differential is coming from. Now, the vendor you have that's on contract will charge us a premium for doing it. And then they'll tell you it's because they know the property and they can integrate it with their other work that they're doing. And don't worry, we'll mulch it for. Or weed it first, which would be great, but I've just never actually seen it weeded and then mulched. But they usually just, like, mulch it and then. </w:t>
      </w:r>
    </w:p>
    <w:p>
      <w:r>
        <w:t xml:space="preserve">02:38:26   (Speaker A)  Yeah, okay. All right, so the next one would be reasonable reasonableness of numbers. </w:t>
      </w:r>
    </w:p>
    <w:p>
      <w:r>
        <w:t xml:space="preserve">02:38:34   (Speaker F)  Do we have a working definition for that? </w:t>
      </w:r>
    </w:p>
    <w:p>
      <w:r>
        <w:t xml:space="preserve">02:38:37   (Speaker G)  Yes, please. Thanks, Jesse. </w:t>
      </w:r>
    </w:p>
    <w:p>
      <w:r>
        <w:t xml:space="preserve">02:38:41   (Speaker D)  Sure. </w:t>
      </w:r>
    </w:p>
    <w:p>
      <w:r>
        <w:t xml:space="preserve">02:38:41   (Speaker C)  Guys, let me just fill up your evaluation criteria. </w:t>
      </w:r>
    </w:p>
    <w:p>
      <w:r>
        <w:t xml:space="preserve">02:38:46   (Speaker D)  I have it here, too. </w:t>
      </w:r>
    </w:p>
    <w:p>
      <w:r>
        <w:t xml:space="preserve">02:38:48   (Speaker C)  All right, so the reasonableness of all numbers, how quickly my word wants to work, which is not very reasonable. </w:t>
      </w:r>
    </w:p>
    <w:p>
      <w:r>
        <w:t xml:space="preserve">02:38:59   (Speaker D)  You got to read those words. </w:t>
      </w:r>
    </w:p>
    <w:p>
      <w:r>
        <w:t xml:space="preserve">02:39:03   (Speaker C)  Accuracy will be awarded to the Reasonables of all numbers, quantities and costs including but not limited to fertilizer quantities, mulch quantities based on contractors field measurements provided, including the essential services as well as unit costs from the additional schedules. So here's where you could take into account the stuff that isn't in your basic essential package of mowing and trimming </w:t>
      </w:r>
    </w:p>
    <w:p>
      <w:r>
        <w:t xml:space="preserve">02:39:28   (Speaker A)  and edging, like how reasonable is the cost of mulch? How reasonable is the cost of your annuals? So that's what you're, that's what you're going to be scoring on. And this again, this is out of </w:t>
      </w:r>
    </w:p>
    <w:p>
      <w:r>
        <w:t xml:space="preserve">02:39:37   (Speaker E)  15 point Princess Sons. I gave a 12. I felt that they are the low bid and I compared that myself to like Red Tree where we were at a low bid like 158 initially and then we were getting more into the 2,210, 215. So I felt that the lower the bid, not necessarily because it's a low that that happens, but just I feel like their targeting is under what I feel the property needs. That's where it came in on the man hours. Like they have the highest man hours but their per hour man hour is the lowest, lowest. So I'm like a little worried that that's going to end up being like, well we have to make that up in some other area. If they under targeted. </w:t>
      </w:r>
    </w:p>
    <w:p>
      <w:r>
        <w:t xml:space="preserve">02:40:11   (Speaker C)  You said 12. </w:t>
      </w:r>
    </w:p>
    <w:p>
      <w:r>
        <w:t xml:space="preserve">02:40:12   (Speaker A)  I heard. Is the rest of the board okay or want to suggest another number? </w:t>
      </w:r>
    </w:p>
    <w:p>
      <w:r>
        <w:t xml:space="preserve">02:40:16   (Speaker D)  That's good. </w:t>
      </w:r>
    </w:p>
    <w:p>
      <w:r>
        <w:t xml:space="preserve">02:40:18   (Speaker A)  Sam says okay for 12. Jesse? </w:t>
      </w:r>
    </w:p>
    <w:p>
      <w:r>
        <w:t xml:space="preserve">02:40:21   (Speaker F)  I can live with 12. </w:t>
      </w:r>
    </w:p>
    <w:p>
      <w:r>
        <w:t xml:space="preserve">02:40:23   (Speaker A)  12. Amanda? </w:t>
      </w:r>
    </w:p>
    <w:p>
      <w:r>
        <w:t xml:space="preserve">02:40:24   (Speaker E)  I'm good. </w:t>
      </w:r>
    </w:p>
    <w:p>
      <w:r>
        <w:t xml:space="preserve">02:40:24   (Speaker G)  Don? Yeah, I'm good. Okay with it. </w:t>
      </w:r>
    </w:p>
    <w:p>
      <w:r>
        <w:t xml:space="preserve">02:40:27   (Speaker D)  Okay. </w:t>
      </w:r>
    </w:p>
    <w:p>
      <w:r>
        <w:t xml:space="preserve">02:40:28   (Speaker F)  I, I will say just not trying to change the number, but when I did my back on the napkin, the other companies did assume more like supervisor managers on site more often as part of their model. If I, if I took my notes </w:t>
      </w:r>
    </w:p>
    <w:p>
      <w:r>
        <w:t xml:space="preserve">02:40:44   (Speaker E)  then printing songs, they had the least of that. </w:t>
      </w:r>
    </w:p>
    <w:p>
      <w:r>
        <w:t xml:space="preserve">02:40:47   (Speaker F)  No, I'm saying like they, yeah, like they have their, their managers doing spot checking the irrigation but the actual irrigation specialist is on site once a month. </w:t>
      </w:r>
    </w:p>
    <w:p>
      <w:r>
        <w:t xml:space="preserve">02:40:57   (Speaker E)  Once a month. I know. </w:t>
      </w:r>
    </w:p>
    <w:p>
      <w:r>
        <w:t xml:space="preserve">02:40:58   (Speaker G)  Yeah. </w:t>
      </w:r>
    </w:p>
    <w:p>
      <w:r>
        <w:t xml:space="preserve">02:40:58   (Speaker E)  That's why I gave them the. </w:t>
      </w:r>
    </w:p>
    <w:p>
      <w:r>
        <w:t xml:space="preserve">02:40:59   (Speaker F)  Whereas on other ones they were saying they had higher, higher numbers. </w:t>
      </w:r>
    </w:p>
    <w:p>
      <w:r>
        <w:t xml:space="preserve">02:41:03   (Speaker E)  Yeah, I gave them a lower score. </w:t>
      </w:r>
    </w:p>
    <w:p>
      <w:r>
        <w:t xml:space="preserve">02:41:05   (Speaker C)  So we got 18, 22, 15, 5. 2012 for a total of 92. </w:t>
      </w:r>
    </w:p>
    <w:p>
      <w:r>
        <w:t xml:space="preserve">02:41:12   (Speaker E)  Yeah. </w:t>
      </w:r>
    </w:p>
    <w:p>
      <w:r>
        <w:t xml:space="preserve">02:41:13   (Speaker C)  Okay. </w:t>
      </w:r>
    </w:p>
    <w:p>
      <w:r>
        <w:t xml:space="preserve">02:41:13   (Speaker A)  All right, next up we have ASI personnel and equipment out of 20. </w:t>
      </w:r>
    </w:p>
    <w:p>
      <w:r>
        <w:t xml:space="preserve">02:41:23   (Speaker G)  I'm not, I. This one I give very strong to ASI because I do like the two days. It's one of those. And, and I know I've talked to some people and it's like if you have a problem on the first, if they. When they're back out, the second day can be addressed. </w:t>
      </w:r>
    </w:p>
    <w:p>
      <w:r>
        <w:t xml:space="preserve">02:41:39   (Speaker E)  It's. </w:t>
      </w:r>
    </w:p>
    <w:p>
      <w:r>
        <w:t xml:space="preserve">02:41:39   (Speaker G)  But I did like the, I did like the fact of the rotating with the, the personnel with the, the detailing because basically every section is going to be hit over a course of a month. Just not. Just, not every. Every week. So I, I think very highly. I think this is one of the stronger pieces for ASI. </w:t>
      </w:r>
    </w:p>
    <w:p>
      <w:r>
        <w:t xml:space="preserve">02:42:08   (Speaker D)  I have a 20. </w:t>
      </w:r>
    </w:p>
    <w:p>
      <w:r>
        <w:t xml:space="preserve">02:42:10   (Speaker E)  I gave him a 16. I thought that the Terra lens. I was asking him about it, but I felt that that indicated to me more remote management where they were going to be like identifying stuff. </w:t>
      </w:r>
    </w:p>
    <w:p>
      <w:r>
        <w:t xml:space="preserve">02:42:20   (Speaker A)  So before they came. Yeah. So I heard 20 from. </w:t>
      </w:r>
    </w:p>
    <w:p>
      <w:r>
        <w:t xml:space="preserve">02:42:24   (Speaker H)  From Sam. </w:t>
      </w:r>
    </w:p>
    <w:p>
      <w:r>
        <w:t xml:space="preserve">02:42:24   (Speaker E)  Right. </w:t>
      </w:r>
    </w:p>
    <w:p>
      <w:r>
        <w:t xml:space="preserve">02:42:25   (Speaker D)  And I. </w:t>
      </w:r>
    </w:p>
    <w:p>
      <w:r>
        <w:t xml:space="preserve">02:42:25   (Speaker A)  And I heard 16 from John. I'm sorry, Don. 16 from John. Does anyone else have any other suggestions? Just because we. They are waiting for us out here to make. </w:t>
      </w:r>
    </w:p>
    <w:p>
      <w:r>
        <w:t xml:space="preserve">02:42:34   (Speaker F)  Yeah, I mean, I, I'm kind of where Don is right there. </w:t>
      </w:r>
    </w:p>
    <w:p>
      <w:r>
        <w:t xml:space="preserve">02:42:38   (Speaker G)  I gave him a 20. </w:t>
      </w:r>
    </w:p>
    <w:p>
      <w:r>
        <w:t xml:space="preserve">02:42:40   (Speaker A)  Is everyone else comfortable? </w:t>
      </w:r>
    </w:p>
    <w:p>
      <w:r>
        <w:t xml:space="preserve">02:42:41   (Speaker F)  Oh, wait, no, I thought you gave him the 16. Oh, the number. John is. </w:t>
      </w:r>
    </w:p>
    <w:p>
      <w:r>
        <w:t xml:space="preserve">02:42:45   (Speaker A)  Okay, so I got two for 16. Do we want to meet in the middle and bring it up to 17? I was just putting something out there. </w:t>
      </w:r>
    </w:p>
    <w:p>
      <w:r>
        <w:t xml:space="preserve">02:42:56   (Speaker C)  That's why he's not on the account. </w:t>
      </w:r>
    </w:p>
    <w:p>
      <w:r>
        <w:t xml:space="preserve">02:42:57   (Speaker D)  Just put it at 18. That's what's. </w:t>
      </w:r>
    </w:p>
    <w:p>
      <w:r>
        <w:t xml:space="preserve">02:43:00   (Speaker C)  But it's up to the board. </w:t>
      </w:r>
    </w:p>
    <w:p>
      <w:r>
        <w:t xml:space="preserve">02:43:01   (Speaker E)  Just be careful because like I said, the numbers coming out at 18. </w:t>
      </w:r>
    </w:p>
    <w:p>
      <w:r>
        <w:t xml:space="preserve">02:43:05   (Speaker D)  Yeah. </w:t>
      </w:r>
    </w:p>
    <w:p>
      <w:r>
        <w:t xml:space="preserve">02:43:06   (Speaker A)  Is what I'll say. Just put 17. </w:t>
      </w:r>
    </w:p>
    <w:p>
      <w:r>
        <w:t xml:space="preserve">02:43:10   (Speaker F)  The edge I give to Princeton Sons just to where I'm calibrating is it's more credible to me that they have people nearby. </w:t>
      </w:r>
    </w:p>
    <w:p>
      <w:r>
        <w:t xml:space="preserve">02:43:17   (Speaker A)  So 17 is what I'm hearing. </w:t>
      </w:r>
    </w:p>
    <w:p>
      <w:r>
        <w:t xml:space="preserve">02:43:19   (Speaker E)  Yeah. ASI as well. Like, I didn't let. Look. But they are regional, not local. </w:t>
      </w:r>
    </w:p>
    <w:p>
      <w:r>
        <w:t xml:space="preserve">02:43:24   (Speaker A)  Yeah. Okay, so I'm going to put 17. </w:t>
      </w:r>
    </w:p>
    <w:p>
      <w:r>
        <w:t xml:space="preserve">02:43:26   (Speaker E)  Okay. </w:t>
      </w:r>
    </w:p>
    <w:p>
      <w:r>
        <w:t xml:space="preserve">02:43:26   (Speaker J)  Right. </w:t>
      </w:r>
    </w:p>
    <w:p>
      <w:r>
        <w:t xml:space="preserve">02:43:28   (Speaker A)  Next up is experience based off 20. 25 points. Princeton Stones was given a 22. </w:t>
      </w:r>
    </w:p>
    <w:p>
      <w:r>
        <w:t xml:space="preserve">02:43:35   (Speaker E)  Oh, out. It's out of 22. </w:t>
      </w:r>
    </w:p>
    <w:p>
      <w:r>
        <w:t xml:space="preserve">02:43:37   (Speaker A)  25. </w:t>
      </w:r>
    </w:p>
    <w:p>
      <w:r>
        <w:t xml:space="preserve">02:43:38   (Speaker D)  I gave ASI 25. </w:t>
      </w:r>
    </w:p>
    <w:p>
      <w:r>
        <w:t xml:space="preserve">02:43:40   (Speaker A)  ASI was 25. Any other comments from. Or is everyone comfortable with that? </w:t>
      </w:r>
    </w:p>
    <w:p>
      <w:r>
        <w:t xml:space="preserve">02:43:46   (Speaker E)  ASI gave and 18 because they had. The employees had been with them shorter periods. They have more experience, but they've been with them a shorter period. </w:t>
      </w:r>
    </w:p>
    <w:p>
      <w:r>
        <w:t xml:space="preserve">02:43:53   (Speaker A)  So I got a 25 and an 18. </w:t>
      </w:r>
    </w:p>
    <w:p>
      <w:r>
        <w:t xml:space="preserve">02:43:55   (Speaker E)  Jesse said that or someone else they don't like? </w:t>
      </w:r>
    </w:p>
    <w:p>
      <w:r>
        <w:t xml:space="preserve">02:43:57   (Speaker A)  No, that was. </w:t>
      </w:r>
    </w:p>
    <w:p>
      <w:r>
        <w:t xml:space="preserve">02:43:59   (Speaker F)  That was. </w:t>
      </w:r>
    </w:p>
    <w:p>
      <w:r>
        <w:t xml:space="preserve">02:43:59   (Speaker G)  I had him at a. I had him at a 23. </w:t>
      </w:r>
    </w:p>
    <w:p>
      <w:r>
        <w:t xml:space="preserve">02:44:05   (Speaker E)  I do go low overall on scoring because I'm a teacher. </w:t>
      </w:r>
    </w:p>
    <w:p>
      <w:r>
        <w:t xml:space="preserve">02:44:10   (Speaker G)  You fail it. </w:t>
      </w:r>
    </w:p>
    <w:p>
      <w:r>
        <w:t xml:space="preserve">02:44:11   (Speaker D)  We're going. </w:t>
      </w:r>
    </w:p>
    <w:p>
      <w:r>
        <w:t xml:space="preserve">02:44:11   (Speaker G)  We're doing the curve, John. </w:t>
      </w:r>
    </w:p>
    <w:p>
      <w:r>
        <w:t xml:space="preserve">02:44:12   (Speaker A)  We're doing it on a character. I heard. </w:t>
      </w:r>
    </w:p>
    <w:p>
      <w:r>
        <w:t xml:space="preserve">02:44:17   (Speaker C)  I feel like the price is right at this. </w:t>
      </w:r>
    </w:p>
    <w:p>
      <w:r>
        <w:t xml:space="preserve">02:44:18   (Speaker E)  I do grade low and then curve. I mean, to be fair, but. Yes. </w:t>
      </w:r>
    </w:p>
    <w:p>
      <w:r>
        <w:t xml:space="preserve">02:44:21   (Speaker F)  Yeah. I wish I had, like, a 22, 23. Just because the, like, you can't account for, like, who's actually going to be on site doing the work. </w:t>
      </w:r>
    </w:p>
    <w:p>
      <w:r>
        <w:t xml:space="preserve">02:44:30   (Speaker C)  True. </w:t>
      </w:r>
    </w:p>
    <w:p>
      <w:r>
        <w:t xml:space="preserve">02:44:31   (Speaker F)  But I. I give them credit. Like, they. Seems like they have the operations in place and the training in place to, like, try to. </w:t>
      </w:r>
    </w:p>
    <w:p>
      <w:r>
        <w:t xml:space="preserve">02:44:38   (Speaker A)  So I'm here in 23. </w:t>
      </w:r>
    </w:p>
    <w:p>
      <w:r>
        <w:t xml:space="preserve">02:44:43   (Speaker D)  Okay. </w:t>
      </w:r>
    </w:p>
    <w:p>
      <w:r>
        <w:t xml:space="preserve">02:44:45   (Speaker A)  Everyone has to be okay with this. You're gonna say something. </w:t>
      </w:r>
    </w:p>
    <w:p>
      <w:r>
        <w:t xml:space="preserve">02:44:48   (Speaker E)  You're 22. I mean. </w:t>
      </w:r>
    </w:p>
    <w:p>
      <w:r>
        <w:t xml:space="preserve">02:44:49   (Speaker A)  Yeah, that's 22. </w:t>
      </w:r>
    </w:p>
    <w:p>
      <w:r>
        <w:t xml:space="preserve">02:44:51   (Speaker E)  I'm gonna be on the low end. </w:t>
      </w:r>
    </w:p>
    <w:p>
      <w:r>
        <w:t xml:space="preserve">02:44:52   (Speaker J)  So. </w:t>
      </w:r>
    </w:p>
    <w:p>
      <w:r>
        <w:t xml:space="preserve">02:44:53   (Speaker D)  I thought they had only experience. Each of their. </w:t>
      </w:r>
    </w:p>
    <w:p>
      <w:r>
        <w:t xml:space="preserve">02:44:56   (Speaker A)  We need the consensus on something. We need the consensus on something more difficult than. </w:t>
      </w:r>
    </w:p>
    <w:p>
      <w:r>
        <w:t xml:space="preserve">02:45:01   (Speaker E)  No, 22 would be the same as Prince and Sons on experience. </w:t>
      </w:r>
    </w:p>
    <w:p>
      <w:r>
        <w:t xml:space="preserve">02:45:05   (Speaker D)  You thought as I had same experience as Prince. </w:t>
      </w:r>
    </w:p>
    <w:p>
      <w:r>
        <w:t xml:space="preserve">02:45:08   (Speaker E)  I thought they had less. </w:t>
      </w:r>
    </w:p>
    <w:p>
      <w:r>
        <w:t xml:space="preserve">02:45:08   (Speaker D)  I thought they had more aside. </w:t>
      </w:r>
    </w:p>
    <w:p>
      <w:r>
        <w:t xml:space="preserve">02:45:11   (Speaker F)  Yeah, I think separating, like, the overall company from, like, who's likely to be on site. </w:t>
      </w:r>
    </w:p>
    <w:p>
      <w:r>
        <w:t xml:space="preserve">02:45:16   (Speaker E)  Right. Their employees themselves, to me, had been there less time, but it seemed like people. </w:t>
      </w:r>
    </w:p>
    <w:p>
      <w:r>
        <w:t xml:space="preserve">02:45:22   (Speaker A)  Not 22 or 23. </w:t>
      </w:r>
    </w:p>
    <w:p>
      <w:r>
        <w:t xml:space="preserve">02:45:25   (Speaker G)  23. </w:t>
      </w:r>
    </w:p>
    <w:p>
      <w:r>
        <w:t xml:space="preserve">02:45:26   (Speaker E)  22. </w:t>
      </w:r>
    </w:p>
    <w:p>
      <w:r>
        <w:t xml:space="preserve">02:45:28   (Speaker A)  Amanda. </w:t>
      </w:r>
    </w:p>
    <w:p>
      <w:r>
        <w:t xml:space="preserve">02:45:31   (Speaker D)  23. </w:t>
      </w:r>
    </w:p>
    <w:p>
      <w:r>
        <w:t xml:space="preserve">02:45:32   (Speaker A)  So I got 3 for 22 and 2 for 23. So I think 22 is going to win this one. </w:t>
      </w:r>
    </w:p>
    <w:p>
      <w:r>
        <w:t xml:space="preserve">02:45:37   (Speaker D)  Okay. </w:t>
      </w:r>
    </w:p>
    <w:p>
      <w:r>
        <w:t xml:space="preserve">02:45:37   (Speaker A)  Okay. All right, next up, we have understanding scope of RFP. </w:t>
      </w:r>
    </w:p>
    <w:p>
      <w:r>
        <w:t xml:space="preserve">02:45:42   (Speaker D)  Everybody 15, remember? </w:t>
      </w:r>
    </w:p>
    <w:p>
      <w:r>
        <w:t xml:space="preserve">02:45:44   (Speaker C)  Well, no, no, we did not do that. </w:t>
      </w:r>
    </w:p>
    <w:p>
      <w:r>
        <w:t xml:space="preserve">02:45:46   (Speaker A)  Yeah, we took that back. So. So this one, Princeton Son's got 15. So start down the line. Don, what do you think? </w:t>
      </w:r>
    </w:p>
    <w:p>
      <w:r>
        <w:t xml:space="preserve">02:45:53   (Speaker E)  15. </w:t>
      </w:r>
    </w:p>
    <w:p>
      <w:r>
        <w:t xml:space="preserve">02:45:55   (Speaker A)  Okay. John, </w:t>
      </w:r>
    </w:p>
    <w:p>
      <w:r>
        <w:t xml:space="preserve">02:45:58   (Speaker D)  I thought. </w:t>
      </w:r>
    </w:p>
    <w:p>
      <w:r>
        <w:t xml:space="preserve">02:45:58   (Speaker E)  I think I had some notes on this one, but they didn't have, like, discussion of some of the things that the other ones did on the scope. Were they missing something? Like they didn't have a mapping and they had the error on the hours that I had to. </w:t>
      </w:r>
    </w:p>
    <w:p>
      <w:r>
        <w:t xml:space="preserve">02:46:11   (Speaker I)  Wait. </w:t>
      </w:r>
    </w:p>
    <w:p>
      <w:r>
        <w:t xml:space="preserve">02:46:12   (Speaker E)  No, that's Juniper. </w:t>
      </w:r>
    </w:p>
    <w:p>
      <w:r>
        <w:t xml:space="preserve">02:46:13   (Speaker B)  Sorry. </w:t>
      </w:r>
    </w:p>
    <w:p>
      <w:r>
        <w:t xml:space="preserve">02:46:13   (Speaker E)  Hold on. We're on asi. </w:t>
      </w:r>
    </w:p>
    <w:p>
      <w:r>
        <w:t xml:space="preserve">02:46:15   (Speaker G)  They had a map. </w:t>
      </w:r>
    </w:p>
    <w:p>
      <w:r>
        <w:t xml:space="preserve">02:46:17   (Speaker E)  They said they had the hours box, but I never found it. So that's why I scored them lower, because they didn't have that. To me, they didn't have hours, but somebody. They said they did 3,696. 6. So it's in there. So that's my wrong one. And then they use GPS for the thing, but that's fine. I mean, if you guys think it's a 15, I put them at 13. </w:t>
      </w:r>
    </w:p>
    <w:p>
      <w:r>
        <w:t xml:space="preserve">02:46:33   (Speaker A)  All right, so I got 15. 13. Amanda, </w:t>
      </w:r>
    </w:p>
    <w:p>
      <w:r>
        <w:t xml:space="preserve">02:46:38   (Speaker C)  I'm gonna go 13 on that one. </w:t>
      </w:r>
    </w:p>
    <w:p>
      <w:r>
        <w:t xml:space="preserve">02:46:40   (Speaker D)  13. </w:t>
      </w:r>
    </w:p>
    <w:p>
      <w:r>
        <w:t xml:space="preserve">02:46:40   (Speaker A)  Jesse. </w:t>
      </w:r>
    </w:p>
    <w:p>
      <w:r>
        <w:t xml:space="preserve">02:46:41   (Speaker F)  13. 13. </w:t>
      </w:r>
    </w:p>
    <w:p>
      <w:r>
        <w:t xml:space="preserve">02:46:42   (Speaker A)  So I got three. 13. Sam, 13. 13 is okay, so we're gonna go or 14. </w:t>
      </w:r>
    </w:p>
    <w:p>
      <w:r>
        <w:t xml:space="preserve">02:46:47   (Speaker C)  So you guys want to do 14? You said 15. Oh, you have two 15s, three 13s? </w:t>
      </w:r>
    </w:p>
    <w:p>
      <w:r>
        <w:t xml:space="preserve">02:46:54   (Speaker E)  Yeah, we can go to 14 on it. </w:t>
      </w:r>
    </w:p>
    <w:p>
      <w:r>
        <w:t xml:space="preserve">02:46:56   (Speaker A)  Is everyone okay with 14? </w:t>
      </w:r>
    </w:p>
    <w:p>
      <w:r>
        <w:t xml:space="preserve">02:46:57   (Speaker I)  You? </w:t>
      </w:r>
    </w:p>
    <w:p>
      <w:r>
        <w:t xml:space="preserve">02:46:57   (Speaker A)  Yeah, Don? </w:t>
      </w:r>
    </w:p>
    <w:p>
      <w:r>
        <w:t xml:space="preserve">02:46:59   (Speaker G)  I'm good. That's fine. </w:t>
      </w:r>
    </w:p>
    <w:p>
      <w:r>
        <w:t xml:space="preserve">02:47:00   (Speaker A)  All right, 14 for ASI landscapes and understanding scope. You guys already gave financial capacity as a 5. Price is 19.63. Next up, we have reasonableness of numbers. Don, what you have there? </w:t>
      </w:r>
    </w:p>
    <w:p>
      <w:r>
        <w:t xml:space="preserve">02:47:17   (Speaker G)  I actually put it. I. I'm looking at some. I actually had them at a. At an 11 on that. </w:t>
      </w:r>
    </w:p>
    <w:p>
      <w:r>
        <w:t xml:space="preserve">02:47:22   (Speaker A)  Love him, John. </w:t>
      </w:r>
    </w:p>
    <w:p>
      <w:r>
        <w:t xml:space="preserve">02:47:23   (Speaker E)  I have their extras at 56, 000. 56, 008, which was the highest one other than Cardinal, but they were because they were on mulch, so I gave them that one. So I separated the two out. So they were the highest except for the mulch, so I brought that down. So I had them at a 12. </w:t>
      </w:r>
    </w:p>
    <w:p>
      <w:r>
        <w:t xml:space="preserve">02:47:38   (Speaker A)  Okay, Amanda, </w:t>
      </w:r>
    </w:p>
    <w:p>
      <w:r>
        <w:t xml:space="preserve">02:47:43   (Speaker C)  I'm gonna go with 11 on that one. </w:t>
      </w:r>
    </w:p>
    <w:p>
      <w:r>
        <w:t xml:space="preserve">02:47:45   (Speaker A)  All right, 13. </w:t>
      </w:r>
    </w:p>
    <w:p>
      <w:r>
        <w:t xml:space="preserve">02:47:47   (Speaker D)  12. </w:t>
      </w:r>
    </w:p>
    <w:p>
      <w:r>
        <w:t xml:space="preserve">02:47:47   (Speaker A)  11. Jesse? </w:t>
      </w:r>
    </w:p>
    <w:p>
      <w:r>
        <w:t xml:space="preserve">02:47:49   (Speaker F)  I'm 11 as well, because I don't buy their rationale about the palms. </w:t>
      </w:r>
    </w:p>
    <w:p>
      <w:r>
        <w:t xml:space="preserve">02:47:53   (Speaker D)  All right, 13. </w:t>
      </w:r>
    </w:p>
    <w:p>
      <w:r>
        <w:t xml:space="preserve">02:47:54   (Speaker A)  13. </w:t>
      </w:r>
    </w:p>
    <w:p>
      <w:r>
        <w:t xml:space="preserve">02:47:55   (Speaker E)  So I can give an 11 because, I mean, I'm. I'm trying to bring it slightly up in line, but. </w:t>
      </w:r>
    </w:p>
    <w:p>
      <w:r>
        <w:t xml:space="preserve">02:48:00   (Speaker A)  So I got three for 11, and looks like two for 13. Is everyone okay with 12? </w:t>
      </w:r>
    </w:p>
    <w:p>
      <w:r>
        <w:t xml:space="preserve">02:48:07   (Speaker E)  I mean, we had three elevens, right? </w:t>
      </w:r>
    </w:p>
    <w:p>
      <w:r>
        <w:t xml:space="preserve">02:48:09   (Speaker A)  Yeah, we had three. </w:t>
      </w:r>
    </w:p>
    <w:p>
      <w:r>
        <w:t xml:space="preserve">02:48:10   (Speaker B)  11. </w:t>
      </w:r>
    </w:p>
    <w:p>
      <w:r>
        <w:t xml:space="preserve">02:48:10   (Speaker A)  Or we could go to 11. </w:t>
      </w:r>
    </w:p>
    <w:p>
      <w:r>
        <w:t xml:space="preserve">02:48:11   (Speaker E)  I mean, I. I think it's an 11, especially if these two guys. </w:t>
      </w:r>
    </w:p>
    <w:p>
      <w:r>
        <w:t xml:space="preserve">02:48:14   (Speaker A)  Everyone okay with 11, Don? </w:t>
      </w:r>
    </w:p>
    <w:p>
      <w:r>
        <w:t xml:space="preserve">02:48:16   (Speaker G)  I'm good with 11. That's what I had it at. </w:t>
      </w:r>
    </w:p>
    <w:p>
      <w:r>
        <w:t xml:space="preserve">02:48:19   (Speaker A)  Okay, 11. All right, 11. All right, so next up, you do have Cardinal Lance. </w:t>
      </w:r>
    </w:p>
    <w:p>
      <w:r>
        <w:t xml:space="preserve">02:48:29   (Speaker C)  Dang it. </w:t>
      </w:r>
    </w:p>
    <w:p>
      <w:r>
        <w:t xml:space="preserve">02:48:31   (Speaker D)  Specialty. </w:t>
      </w:r>
    </w:p>
    <w:p>
      <w:r>
        <w:t xml:space="preserve">02:48:31   (Speaker B)  Hold on. </w:t>
      </w:r>
    </w:p>
    <w:p>
      <w:r>
        <w:t xml:space="preserve">02:48:41   (Speaker A)  88.63. Oh, I was accounting this one. All right, next up, we do have Cardinal Landscaping. First up is personal personnel and equipment. Don, what you have there? </w:t>
      </w:r>
    </w:p>
    <w:p>
      <w:r>
        <w:t xml:space="preserve">02:48:56   (Speaker G)  I've got that one at a 19 on them, basically mainly because of the experience we've had with them. They seem to have had plenty enough personnel to get the job done fairly accurately, even when. So I'm sure you all see where we had a lot of rain on a Friday, they actually brought their crews back out on Saturday to finish it up, including, like, cleaning off the. The sidewalks, finishing the. Cutting the grass. So they definitely had the personnel to make up when they miss a day because of rain. They were out here, like, a half a day. So that's why I put them at a 19, because they had the personnel to come back out on a Saturday. </w:t>
      </w:r>
    </w:p>
    <w:p>
      <w:r>
        <w:t xml:space="preserve">02:49:33   (Speaker B)  John? </w:t>
      </w:r>
    </w:p>
    <w:p>
      <w:r>
        <w:t xml:space="preserve">02:49:33   (Speaker A)  I got 19 from Don. </w:t>
      </w:r>
    </w:p>
    <w:p>
      <w:r>
        <w:t xml:space="preserve">02:49:34   (Speaker E)  Yeah, I've got a 19 there too. </w:t>
      </w:r>
    </w:p>
    <w:p>
      <w:r>
        <w:t xml:space="preserve">02:49:35   (Speaker A)  19 from John. Amanda? </w:t>
      </w:r>
    </w:p>
    <w:p>
      <w:r>
        <w:t xml:space="preserve">02:49:37   (Speaker C)  Yes. </w:t>
      </w:r>
    </w:p>
    <w:p>
      <w:r>
        <w:t xml:space="preserve">02:49:37   (Speaker A)  Yeah, 19, Jesse. </w:t>
      </w:r>
    </w:p>
    <w:p>
      <w:r>
        <w:t xml:space="preserve">02:49:39   (Speaker F)  19. Adding to the rationale that they talked about, specifically hand detailing the entrance. </w:t>
      </w:r>
    </w:p>
    <w:p>
      <w:r>
        <w:t xml:space="preserve">02:49:46   (Speaker A)  Sam, you okay with 19? </w:t>
      </w:r>
    </w:p>
    <w:p>
      <w:r>
        <w:t xml:space="preserve">02:49:48   (Speaker D)  I had low 17. That's okay. </w:t>
      </w:r>
    </w:p>
    <w:p>
      <w:r>
        <w:t xml:space="preserve">02:49:50   (Speaker A)  So 19's okay. All right, so next up, we have experience. </w:t>
      </w:r>
    </w:p>
    <w:p>
      <w:r>
        <w:t xml:space="preserve">02:49:54   (Speaker E)  Out of 25, I gave him a 23. </w:t>
      </w:r>
    </w:p>
    <w:p>
      <w:r>
        <w:t xml:space="preserve">02:49:58   (Speaker G)  I gave him a 24. </w:t>
      </w:r>
    </w:p>
    <w:p>
      <w:r>
        <w:t xml:space="preserve">02:50:00   (Speaker E)  Oh, well, then I would go with the chair because he's the one who's experienced them. I just see what they did. I didn't. And, you know. And that's where I was basing that </w:t>
      </w:r>
    </w:p>
    <w:p>
      <w:r>
        <w:t xml:space="preserve">02:50:07   (Speaker A)  off of 24 as of right now. </w:t>
      </w:r>
    </w:p>
    <w:p>
      <w:r>
        <w:t xml:space="preserve">02:50:09   (Speaker E)  Amanda, 24? </w:t>
      </w:r>
    </w:p>
    <w:p>
      <w:r>
        <w:t xml:space="preserve">02:50:10   (Speaker H)  Yeah. </w:t>
      </w:r>
    </w:p>
    <w:p>
      <w:r>
        <w:t xml:space="preserve">02:50:11   (Speaker F)  Jesse, I gave it to them because they said they're gonna have our first string. </w:t>
      </w:r>
    </w:p>
    <w:p>
      <w:r>
        <w:t xml:space="preserve">02:50:14   (Speaker A)  Okay, okay. With 24, sure. All right. </w:t>
      </w:r>
    </w:p>
    <w:p>
      <w:r>
        <w:t xml:space="preserve">02:50:18   (Speaker E)  Lives up the road. </w:t>
      </w:r>
    </w:p>
    <w:p>
      <w:r>
        <w:t xml:space="preserve">02:50:20   (Speaker A)  Understanding scope of RFP. Out of 15 points. </w:t>
      </w:r>
    </w:p>
    <w:p>
      <w:r>
        <w:t xml:space="preserve">02:50:24   (Speaker E)  I gave him. I gave him a 14. </w:t>
      </w:r>
    </w:p>
    <w:p>
      <w:r>
        <w:t xml:space="preserve">02:50:26   (Speaker A)  All right, 14 from John Don. </w:t>
      </w:r>
    </w:p>
    <w:p>
      <w:r>
        <w:t xml:space="preserve">02:50:29   (Speaker G)  I'll go with 14. I had it at 15, but I'll go with 14. They have a little bit of an advantage because they've been out here. </w:t>
      </w:r>
    </w:p>
    <w:p>
      <w:r>
        <w:t xml:space="preserve">02:50:34   (Speaker A)  You okay, 14, Amanda? </w:t>
      </w:r>
    </w:p>
    <w:p>
      <w:r>
        <w:t xml:space="preserve">02:50:36   (Speaker C)  Oh, that's true. </w:t>
      </w:r>
    </w:p>
    <w:p>
      <w:r>
        <w:t xml:space="preserve">02:50:37   (Speaker E)  Okay. </w:t>
      </w:r>
    </w:p>
    <w:p>
      <w:r>
        <w:t xml:space="preserve">02:50:37   (Speaker C)  Yeah, 14. </w:t>
      </w:r>
    </w:p>
    <w:p>
      <w:r>
        <w:t xml:space="preserve">02:50:38   (Speaker A)  14, Jesse? </w:t>
      </w:r>
    </w:p>
    <w:p>
      <w:r>
        <w:t xml:space="preserve">02:50:41   (Speaker F)  Yeah, I was at a 15, but I can go down to a 14. </w:t>
      </w:r>
    </w:p>
    <w:p>
      <w:r>
        <w:t xml:space="preserve">02:50:44   (Speaker D)  Sam, 14 is fine. </w:t>
      </w:r>
    </w:p>
    <w:p>
      <w:r>
        <w:t xml:space="preserve">02:50:47   (Speaker A)  14. All right, beautiful. Next up, you did put 5 for financial capacity, and they're at 17.54 for price. Next, it would be reasonableness of numbers. </w:t>
      </w:r>
    </w:p>
    <w:p>
      <w:r>
        <w:t xml:space="preserve">02:50:57   (Speaker E)  I gave him a 15 there. I think they were spot on. </w:t>
      </w:r>
    </w:p>
    <w:p>
      <w:r>
        <w:t xml:space="preserve">02:51:00   (Speaker G)  I gave him a 14. So we're right there. I'll go to 15. I had him out of 14. I'll go to 15. I'll go to 15. </w:t>
      </w:r>
    </w:p>
    <w:p>
      <w:r>
        <w:t xml:space="preserve">02:51:07   (Speaker C)  I'm doing 15. </w:t>
      </w:r>
    </w:p>
    <w:p>
      <w:r>
        <w:t xml:space="preserve">02:51:09   (Speaker A)  Okay. Jesse, you okay with 15? </w:t>
      </w:r>
    </w:p>
    <w:p>
      <w:r>
        <w:t xml:space="preserve">02:51:11   (Speaker F)  I think that's 15. </w:t>
      </w:r>
    </w:p>
    <w:p>
      <w:r>
        <w:t xml:space="preserve">02:51:12   (Speaker E)  And just to explain a little further, that mulch, their number was higher on the extras, but they were lower on the. On the annuals. And then he even said that they can find a way to make two rotations, but I think their mulch numbers are the most accurate. And I. And I have found that, like, I looked at the amount and I looked at previous cubic feet there that I think they're on. </w:t>
      </w:r>
    </w:p>
    <w:p>
      <w:r>
        <w:t xml:space="preserve">02:51:30   (Speaker D)  So that tree was the lowest bit, too. </w:t>
      </w:r>
    </w:p>
    <w:p>
      <w:r>
        <w:t xml:space="preserve">02:51:33   (Speaker A)  So that leaves Cardinal with a total of 94.54 points. </w:t>
      </w:r>
    </w:p>
    <w:p>
      <w:r>
        <w:t xml:space="preserve">02:51:38   (Speaker G)  95.44. </w:t>
      </w:r>
    </w:p>
    <w:p>
      <w:r>
        <w:t xml:space="preserve">02:51:40   (Speaker A)  You said 94.54. Next up, we do have juniper landscaping. This is a reminder. This is the vendor that did not show up tonight to present. So first up, we do have personnel of a personnel and equipment. </w:t>
      </w:r>
    </w:p>
    <w:p>
      <w:r>
        <w:t xml:space="preserve">02:51:53   (Speaker D)  It </w:t>
      </w:r>
    </w:p>
    <w:p>
      <w:r>
        <w:t xml:space="preserve">02:51:56   (Speaker A)  for two. You said two, Don. </w:t>
      </w:r>
    </w:p>
    <w:p>
      <w:r>
        <w:t xml:space="preserve">02:51:58   (Speaker G)  Two. </w:t>
      </w:r>
    </w:p>
    <w:p>
      <w:r>
        <w:t xml:space="preserve">02:51:59   (Speaker A)  All right. </w:t>
      </w:r>
    </w:p>
    <w:p>
      <w:r>
        <w:t xml:space="preserve">02:52:00   (Speaker E)  You gave him a two on. On personnel, you said. </w:t>
      </w:r>
    </w:p>
    <w:p>
      <w:r>
        <w:t xml:space="preserve">02:52:02   (Speaker D)  Who? </w:t>
      </w:r>
    </w:p>
    <w:p>
      <w:r>
        <w:t xml:space="preserve">02:52:02   (Speaker A)  That's what I thought, too. </w:t>
      </w:r>
    </w:p>
    <w:p>
      <w:r>
        <w:t xml:space="preserve">02:52:03   (Speaker D)  Yeah, I did It. I did it ahead of time. </w:t>
      </w:r>
    </w:p>
    <w:p>
      <w:r>
        <w:t xml:space="preserve">02:52:05   (Speaker E)  So I. I gave him a 14 on. On personnel. It's totally fine to do in advance. It's just we need to do what we're doing right now. </w:t>
      </w:r>
    </w:p>
    <w:p>
      <w:r>
        <w:t xml:space="preserve">02:52:11   (Speaker A)  Yeah. </w:t>
      </w:r>
    </w:p>
    <w:p>
      <w:r>
        <w:t xml:space="preserve">02:52:12   (Speaker E)  Yeah. </w:t>
      </w:r>
    </w:p>
    <w:p>
      <w:r>
        <w:t xml:space="preserve">02:52:12   (Speaker A)  So I heard a two from Don, a 14 from John. Huge disparity there, Amanda. </w:t>
      </w:r>
    </w:p>
    <w:p>
      <w:r>
        <w:t xml:space="preserve">02:52:16   (Speaker B)  Five. </w:t>
      </w:r>
    </w:p>
    <w:p>
      <w:r>
        <w:t xml:space="preserve">02:52:17   (Speaker D)  Five. </w:t>
      </w:r>
    </w:p>
    <w:p>
      <w:r>
        <w:t xml:space="preserve">02:52:17   (Speaker E)  Okay. </w:t>
      </w:r>
    </w:p>
    <w:p>
      <w:r>
        <w:t xml:space="preserve">02:52:18   (Speaker F)  I mean, I'm low because they couldn't even get someone to show up for them. </w:t>
      </w:r>
    </w:p>
    <w:p>
      <w:r>
        <w:t xml:space="preserve">02:52:22   (Speaker E)  That's a fair point. This is what I had from my notes. </w:t>
      </w:r>
    </w:p>
    <w:p>
      <w:r>
        <w:t xml:space="preserve">02:52:24   (Speaker A)  So I heard a 2, 5, 4. </w:t>
      </w:r>
    </w:p>
    <w:p>
      <w:r>
        <w:t xml:space="preserve">02:52:28   (Speaker F)  I give him a 5 for the money. </w:t>
      </w:r>
    </w:p>
    <w:p>
      <w:r>
        <w:t xml:space="preserve">02:52:31   (Speaker E)  I'm gonna withdraw my rating from the </w:t>
      </w:r>
    </w:p>
    <w:p>
      <w:r>
        <w:t xml:space="preserve">02:52:33   (Speaker A)  average, so don't ask me. </w:t>
      </w:r>
    </w:p>
    <w:p>
      <w:r>
        <w:t xml:space="preserve">02:52:35   (Speaker D)  I don't care. </w:t>
      </w:r>
    </w:p>
    <w:p>
      <w:r>
        <w:t xml:space="preserve">02:52:36   (Speaker A)  So I heard five. Is everyone okay with five? </w:t>
      </w:r>
    </w:p>
    <w:p>
      <w:r>
        <w:t xml:space="preserve">02:52:38   (Speaker E)  Five's fine. Yes. </w:t>
      </w:r>
    </w:p>
    <w:p>
      <w:r>
        <w:t xml:space="preserve">02:52:39   (Speaker A)  Okay, five. Experience. </w:t>
      </w:r>
    </w:p>
    <w:p>
      <w:r>
        <w:t xml:space="preserve">02:52:42   (Speaker E)  They had Starkey Ranch cdd, so I had them higher, but I'll give him like, an 18 if everyone's given, like. I guess I could go like. I was thinking more like a 21. Originally, I'd given it a 24 because they had Starkey Ranch, but Seven Oaks has struggled some. </w:t>
      </w:r>
    </w:p>
    <w:p>
      <w:r>
        <w:t xml:space="preserve">02:52:55   (Speaker A)  So, Don, where are you at at this one? </w:t>
      </w:r>
    </w:p>
    <w:p>
      <w:r>
        <w:t xml:space="preserve">02:52:57   (Speaker G)  15. </w:t>
      </w:r>
    </w:p>
    <w:p>
      <w:r>
        <w:t xml:space="preserve">02:52:58   (Speaker A)  15. All right. </w:t>
      </w:r>
    </w:p>
    <w:p>
      <w:r>
        <w:t xml:space="preserve">02:52:59   (Speaker D)  Where are we doing Experience? </w:t>
      </w:r>
    </w:p>
    <w:p>
      <w:r>
        <w:t xml:space="preserve">02:53:01   (Speaker A)  Experience. </w:t>
      </w:r>
    </w:p>
    <w:p>
      <w:r>
        <w:t xml:space="preserve">02:53:02   (Speaker D)  We're doing Juniper. </w:t>
      </w:r>
    </w:p>
    <w:p>
      <w:r>
        <w:t xml:space="preserve">02:53:03   (Speaker A)  Juniper. </w:t>
      </w:r>
    </w:p>
    <w:p>
      <w:r>
        <w:t xml:space="preserve">02:53:04   (Speaker B)  We. </w:t>
      </w:r>
    </w:p>
    <w:p>
      <w:r>
        <w:t xml:space="preserve">02:53:04   (Speaker A)  We should be able to cruise through Juniper. </w:t>
      </w:r>
    </w:p>
    <w:p>
      <w:r>
        <w:t xml:space="preserve">02:53:06   (Speaker D)  I was going to say. </w:t>
      </w:r>
    </w:p>
    <w:p>
      <w:r>
        <w:t xml:space="preserve">02:53:07   (Speaker J)  Yeah. </w:t>
      </w:r>
    </w:p>
    <w:p>
      <w:r>
        <w:t xml:space="preserve">02:53:07   (Speaker A)  So what are you guys thinking? Another five? </w:t>
      </w:r>
    </w:p>
    <w:p>
      <w:r>
        <w:t xml:space="preserve">02:53:10   (Speaker G)  Sounds good. </w:t>
      </w:r>
    </w:p>
    <w:p>
      <w:r>
        <w:t xml:space="preserve">02:53:13   (Speaker A)  Yes. Other board members. </w:t>
      </w:r>
    </w:p>
    <w:p>
      <w:r>
        <w:t xml:space="preserve">02:53:16   (Speaker E)  Yes. </w:t>
      </w:r>
    </w:p>
    <w:p>
      <w:r>
        <w:t xml:space="preserve">02:53:16   (Speaker A)  And what about understanding scope of rfp? </w:t>
      </w:r>
    </w:p>
    <w:p>
      <w:r>
        <w:t xml:space="preserve">02:53:20   (Speaker F)  This is low because their man hours are just, like, the lowest. </w:t>
      </w:r>
    </w:p>
    <w:p>
      <w:r>
        <w:t xml:space="preserve">02:53:24   (Speaker A)  Atrocious. Yeah. </w:t>
      </w:r>
    </w:p>
    <w:p>
      <w:r>
        <w:t xml:space="preserve">02:53:25   (Speaker E)  And they did the drone. They did, like, satellite map. </w:t>
      </w:r>
    </w:p>
    <w:p>
      <w:r>
        <w:t xml:space="preserve">02:53:28   (Speaker F)  I mean, I think that's a zero. Honestly, they didn't know the job. </w:t>
      </w:r>
    </w:p>
    <w:p>
      <w:r>
        <w:t xml:space="preserve">02:53:31   (Speaker A)  Anyone else, any argument? </w:t>
      </w:r>
    </w:p>
    <w:p>
      <w:r>
        <w:t xml:space="preserve">02:53:33   (Speaker D)  They were good. There were aquatics in our legs, too, which. </w:t>
      </w:r>
    </w:p>
    <w:p>
      <w:r>
        <w:t xml:space="preserve">02:53:36   (Speaker B)  Yeah. </w:t>
      </w:r>
    </w:p>
    <w:p>
      <w:r>
        <w:t xml:space="preserve">02:53:37   (Speaker E)  No. </w:t>
      </w:r>
    </w:p>
    <w:p>
      <w:r>
        <w:t xml:space="preserve">02:53:37   (Speaker G)  No argument. Zero. Zero is. </w:t>
      </w:r>
    </w:p>
    <w:p>
      <w:r>
        <w:t xml:space="preserve">02:53:39   (Speaker E)  No, I did not say that. </w:t>
      </w:r>
    </w:p>
    <w:p>
      <w:r>
        <w:t xml:space="preserve">02:53:40   (Speaker A)  All right, zero it is. For financial capacity. You guys put five. Price was 15.13. Reasonable business of numbers. </w:t>
      </w:r>
    </w:p>
    <w:p>
      <w:r>
        <w:t xml:space="preserve">02:53:50   (Speaker G)  Five. </w:t>
      </w:r>
    </w:p>
    <w:p>
      <w:r>
        <w:t xml:space="preserve">02:53:51   (Speaker B)  Okay. </w:t>
      </w:r>
    </w:p>
    <w:p>
      <w:r>
        <w:t xml:space="preserve">02:53:52   (Speaker E)  I'll go with the chair. Out of five. </w:t>
      </w:r>
    </w:p>
    <w:p>
      <w:r>
        <w:t xml:space="preserve">02:53:53   (Speaker A)  Everyone okay with five? Okay. All right, that leaves them with 35.13. Yes, 35.13. All right, next up, we have Russell Landscape Group, personal and equipment. Now, where'd you have this one? </w:t>
      </w:r>
    </w:p>
    <w:p>
      <w:r>
        <w:t xml:space="preserve">02:54:10   (Speaker E)  At that? </w:t>
      </w:r>
    </w:p>
    <w:p>
      <w:r>
        <w:t xml:space="preserve">02:54:12   (Speaker G)  I really went back and forth, but I've got them at an 18 on this one. </w:t>
      </w:r>
    </w:p>
    <w:p>
      <w:r>
        <w:t xml:space="preserve">02:54:17   (Speaker E)  Me too. </w:t>
      </w:r>
    </w:p>
    <w:p>
      <w:r>
        <w:t xml:space="preserve">02:54:18   (Speaker A)  Amanda? </w:t>
      </w:r>
    </w:p>
    <w:p>
      <w:r>
        <w:t xml:space="preserve">02:54:19   (Speaker C)  Yeah, I can go with Jesse. </w:t>
      </w:r>
    </w:p>
    <w:p>
      <w:r>
        <w:t xml:space="preserve">02:54:21   (Speaker F)  That sounds right. </w:t>
      </w:r>
    </w:p>
    <w:p>
      <w:r>
        <w:t xml:space="preserve">02:54:23   (Speaker D)  I had 20. They had more people on. </w:t>
      </w:r>
    </w:p>
    <w:p>
      <w:r>
        <w:t xml:space="preserve">02:54:25   (Speaker A)  On site than anybody, so 18 is a pro. You okay with 18, though, Sam? </w:t>
      </w:r>
    </w:p>
    <w:p>
      <w:r>
        <w:t xml:space="preserve">02:54:29   (Speaker D)  Sure. </w:t>
      </w:r>
    </w:p>
    <w:p>
      <w:r>
        <w:t xml:space="preserve">02:54:29   (Speaker A)  Okay, 18 it is. Experience. Out of 25 points. </w:t>
      </w:r>
    </w:p>
    <w:p>
      <w:r>
        <w:t xml:space="preserve">02:54:33   (Speaker E)  I went with a 21 because I saw. </w:t>
      </w:r>
    </w:p>
    <w:p>
      <w:r>
        <w:t xml:space="preserve">02:54:35   (Speaker A)  Okay. </w:t>
      </w:r>
    </w:p>
    <w:p>
      <w:r>
        <w:t xml:space="preserve">02:54:36   (Speaker E)  They had. They listed one of their references, and they did not do the irrigation for that site. But we're listing it as like that they were working on the irrigation there. I mean, it's not that I don't like that. It's just like maybe that's not their scope, but it just seemed weird to put that for the reference. And then also like the properties were not similar to ours. </w:t>
      </w:r>
    </w:p>
    <w:p>
      <w:r>
        <w:t xml:space="preserve">02:54:56   (Speaker A)  So 21 is what I heard. Don, does that track with you? </w:t>
      </w:r>
    </w:p>
    <w:p>
      <w:r>
        <w:t xml:space="preserve">02:54:59   (Speaker E)  21? </w:t>
      </w:r>
    </w:p>
    <w:p>
      <w:r>
        <w:t xml:space="preserve">02:55:00   (Speaker G)  I had it at a 20, so. But I'm good with 21. They are a newer company than the rest of the of them. </w:t>
      </w:r>
    </w:p>
    <w:p>
      <w:r>
        <w:t xml:space="preserve">02:55:06   (Speaker C)  Yeah, they are, yeah. </w:t>
      </w:r>
    </w:p>
    <w:p>
      <w:r>
        <w:t xml:space="preserve">02:55:07   (Speaker A)  21. Jesse, you okay with 21? </w:t>
      </w:r>
    </w:p>
    <w:p>
      <w:r>
        <w:t xml:space="preserve">02:55:09   (Speaker F)  Yeah, I was. I was at 21. </w:t>
      </w:r>
    </w:p>
    <w:p>
      <w:r>
        <w:t xml:space="preserve">02:55:12   (Speaker A)  Sam, 21 okay with you? </w:t>
      </w:r>
    </w:p>
    <w:p>
      <w:r>
        <w:t xml:space="preserve">02:55:13   (Speaker E)  Sure. </w:t>
      </w:r>
    </w:p>
    <w:p>
      <w:r>
        <w:t xml:space="preserve">02:55:13   (Speaker A)  All right, 21 it is. I'm sorry. Yes. Yep. Understanding scope of RFP for Russell, best out of 15 points. Don, what you have here? </w:t>
      </w:r>
    </w:p>
    <w:p>
      <w:r>
        <w:t xml:space="preserve">02:55:23   (Speaker G)  14. </w:t>
      </w:r>
    </w:p>
    <w:p>
      <w:r>
        <w:t xml:space="preserve">02:55:25   (Speaker E)  I gave him a 14 for the five year rate. </w:t>
      </w:r>
    </w:p>
    <w:p>
      <w:r>
        <w:t xml:space="preserve">02:55:27   (Speaker A)  Okay. </w:t>
      </w:r>
    </w:p>
    <w:p>
      <w:r>
        <w:t xml:space="preserve">02:55:28   (Speaker C)  Yeah. </w:t>
      </w:r>
    </w:p>
    <w:p>
      <w:r>
        <w:t xml:space="preserve">02:55:29   (Speaker A)  Amanda's okay with that as well. Jesse okay with that. </w:t>
      </w:r>
    </w:p>
    <w:p>
      <w:r>
        <w:t xml:space="preserve">02:55:31   (Speaker F)  I gave them a 13 wherever he sent 14. I could live with a 14. </w:t>
      </w:r>
    </w:p>
    <w:p>
      <w:r>
        <w:t xml:space="preserve">02:55:35   (Speaker A)  Sam? 14, sure. Okay, 14 it is. You had 5 for financial capacity and a 14.58 for price. Reasonableness of numbers gave him an 11 </w:t>
      </w:r>
    </w:p>
    <w:p>
      <w:r>
        <w:t xml:space="preserve">02:55:47   (Speaker E)  because the extras came out at 51. I felt that they were a little low on some of like I again, like the five year rate was great and then the irrigation was to bring down the overall bids, but I felt that the number still looked like we were going to have extra overages. Like you guys were present them on the palms. </w:t>
      </w:r>
    </w:p>
    <w:p>
      <w:r>
        <w:t xml:space="preserve">02:56:05   (Speaker G)  I had it just, you know, I had it at a nine. And the way I looked at that is they were moving numbers around. </w:t>
      </w:r>
    </w:p>
    <w:p>
      <w:r>
        <w:t xml:space="preserve">02:56:13   (Speaker E)  Right. </w:t>
      </w:r>
    </w:p>
    <w:p>
      <w:r>
        <w:t xml:space="preserve">02:56:14   (Speaker G)  I think some of the extras, but I still, I keep going back to the landscaping and I get it. But they were $13,000 higher than the majority of the other ones. That's just an enormous amount. So that to me, I don't think. I think they were playing with the numbers. </w:t>
      </w:r>
    </w:p>
    <w:p>
      <w:r>
        <w:t xml:space="preserve">02:56:28   (Speaker A)  I heard a 9 from Don. Is that appropriate, John? </w:t>
      </w:r>
    </w:p>
    <w:p>
      <w:r>
        <w:t xml:space="preserve">02:56:32   (Speaker E)  Yeah, I mean like I had asked him. I asked him for like that list of the things that would be included over and above considering that the bid was higher. And then they got hit on the number for price as well. So I didn't ding them as hard. But if the chair feels it's a nine. Yeah, I mean. </w:t>
      </w:r>
    </w:p>
    <w:p>
      <w:r>
        <w:t xml:space="preserve">02:56:46   (Speaker A)  Amanda, you okay? </w:t>
      </w:r>
    </w:p>
    <w:p>
      <w:r>
        <w:t xml:space="preserve">02:56:47   (Speaker E)  Eleven. No, no big difference there. </w:t>
      </w:r>
    </w:p>
    <w:p>
      <w:r>
        <w:t xml:space="preserve">02:56:50   (Speaker C)  I can come back to me on that one. Let me see. </w:t>
      </w:r>
    </w:p>
    <w:p>
      <w:r>
        <w:t xml:space="preserve">02:56:52   (Speaker F)  Jesse, I was lower, but I can come up to a nine because I think they're. I also don't buy their pump price. </w:t>
      </w:r>
    </w:p>
    <w:p>
      <w:r>
        <w:t xml:space="preserve">02:56:59   (Speaker E)  And yeah, Their numbers just. </w:t>
      </w:r>
    </w:p>
    <w:p>
      <w:r>
        <w:t xml:space="preserve">02:57:01   (Speaker H)  They're squeezing up a little. </w:t>
      </w:r>
    </w:p>
    <w:p>
      <w:r>
        <w:t xml:space="preserve">02:57:02   (Speaker A)  Okay. Okay, Sam. </w:t>
      </w:r>
    </w:p>
    <w:p>
      <w:r>
        <w:t xml:space="preserve">02:57:04   (Speaker H)  Sorry. </w:t>
      </w:r>
    </w:p>
    <w:p>
      <w:r>
        <w:t xml:space="preserve">02:57:04   (Speaker D)  I'm good with whatever. </w:t>
      </w:r>
    </w:p>
    <w:p>
      <w:r>
        <w:t xml:space="preserve">02:57:05   (Speaker A)  All right, Amanda, back to you. </w:t>
      </w:r>
    </w:p>
    <w:p>
      <w:r>
        <w:t xml:space="preserve">02:57:06   (Speaker E)  Yeah. </w:t>
      </w:r>
    </w:p>
    <w:p>
      <w:r>
        <w:t xml:space="preserve">02:57:07   (Speaker A)  All right, so 9 it is. </w:t>
      </w:r>
    </w:p>
    <w:p>
      <w:r>
        <w:t xml:space="preserve">02:57:09   (Speaker B)  All right. </w:t>
      </w:r>
    </w:p>
    <w:p>
      <w:r>
        <w:t xml:space="preserve">02:57:09   (Speaker A)  With 81.58. So as of right now, it would look like it's very close. Landscaping would win the contract with 94.54 points. Total points. </w:t>
      </w:r>
    </w:p>
    <w:p>
      <w:r>
        <w:t xml:space="preserve">02:57:23   (Speaker E)  Very good. </w:t>
      </w:r>
    </w:p>
    <w:p>
      <w:r>
        <w:t xml:space="preserve">02:57:24   (Speaker A)  So is everyone okay with that? </w:t>
      </w:r>
    </w:p>
    <w:p>
      <w:r>
        <w:t xml:space="preserve">02:57:26   (Speaker E)  They've been pretty seamless, right? I mean, your. Your experience. Your experience, the chair. I have not really experienced them at all. </w:t>
      </w:r>
    </w:p>
    <w:p>
      <w:r>
        <w:t xml:space="preserve">02:57:33   (Speaker G)  So I think. Be honest with you, I'm kind of glad of this. I would have been fine, but I think they deserve a little bit of. Of the advantage because they did step in and, yeah, there was some issues, and I've got to make sure that they understand we can't have those going forward because they were temporary, but they were minor issues. But I think they've earned our business, to be honest with you. That's just my opinion. </w:t>
      </w:r>
    </w:p>
    <w:p>
      <w:r>
        <w:t xml:space="preserve">02:57:56   (Speaker E)  And corrected. The issues were corrected. </w:t>
      </w:r>
    </w:p>
    <w:p>
      <w:r>
        <w:t xml:space="preserve">02:57:59   (Speaker G)  I don't. I don't know if they were ever informed of the issues, because I think it was a situation where I think GMS was just concerned because they were a temporary vendor that they didn't. And, Brian, you correct me if I'm wrong. I don't think they felt like it was in the best interest to go to them and say, hey, we noticed there's some deficiencies, and they were corrected the following week. So I don't think they were ever made aware of the deficiencies. </w:t>
      </w:r>
    </w:p>
    <w:p>
      <w:r>
        <w:t xml:space="preserve">02:58:27   (Speaker A)  Not really, necessarily. I think our standpoint was that they weren't. They weren't doing a full scope of services for you guys. So, you know, asking them to come in and do you a favor of mowing your grass and doing the detailing that they did was leave that they were doing it on as they're passing by on their way to another contract. </w:t>
      </w:r>
    </w:p>
    <w:p>
      <w:r>
        <w:t xml:space="preserve">02:58:42   (Speaker J)  Right. </w:t>
      </w:r>
    </w:p>
    <w:p>
      <w:r>
        <w:t xml:space="preserve">02:58:42   (Speaker A)  So it was hard for them to say, hey, you guys missed that, or the other. But when we did tell them about sections, they were back the next day to take care of it. So they were very responsive when it came. </w:t>
      </w:r>
    </w:p>
    <w:p>
      <w:r>
        <w:t xml:space="preserve">02:58:50   (Speaker F)  When I brought up the resident thing, whether they did it on purpose or not, that was corrected very quickly. </w:t>
      </w:r>
    </w:p>
    <w:p>
      <w:r>
        <w:t xml:space="preserve">02:58:56   (Speaker E)  So it was corrected. Whether or not it was communicated either way. It was. It was. So it was either communicated and corrected </w:t>
      </w:r>
    </w:p>
    <w:p>
      <w:r>
        <w:t xml:space="preserve">02:59:03   (Speaker A)  or it was more like a. We communicated with them, but we couldn't hold their feet to the fight to fix it. </w:t>
      </w:r>
    </w:p>
    <w:p>
      <w:r>
        <w:t xml:space="preserve">02:59:07   (Speaker G)  Okay, that makes sense. That makes sense. </w:t>
      </w:r>
    </w:p>
    <w:p>
      <w:r>
        <w:t xml:space="preserve">02:59:09   (Speaker A)  That's fine. </w:t>
      </w:r>
    </w:p>
    <w:p>
      <w:r>
        <w:t xml:space="preserve">02:59:10   (Speaker E)  Yeah, I'm. I'm. I'm comfortable. I mean, I think they ended up getting that advantage in the scoring. So. </w:t>
      </w:r>
    </w:p>
    <w:p>
      <w:r>
        <w:t xml:space="preserve">02:59:14   (Speaker C)  Okay, do we want to. </w:t>
      </w:r>
    </w:p>
    <w:p>
      <w:r>
        <w:t xml:space="preserve">02:59:15   (Speaker H)  Yeah. </w:t>
      </w:r>
    </w:p>
    <w:p>
      <w:r>
        <w:t xml:space="preserve">02:59:16   (Speaker A)  So I will reiterate the scoring for you guys out loud. So for Prince and Sons, we had them at 18 for personnel, equipment. </w:t>
      </w:r>
    </w:p>
    <w:p>
      <w:r>
        <w:t xml:space="preserve">02:59:23   (Speaker I)  Okay. </w:t>
      </w:r>
    </w:p>
    <w:p>
      <w:r>
        <w:t xml:space="preserve">02:59:24   (Speaker A)  Just the totals. 92 for Prince and Sons, 88.63 for ASI, 94.54 for Cardinal, 35.13 for Juniper, and 81.58 for Russell Landscape. </w:t>
      </w:r>
    </w:p>
    <w:p>
      <w:r>
        <w:t xml:space="preserve">02:59:36   (Speaker E)  And you, you have worked with Cardinal at other properties? Yes. </w:t>
      </w:r>
    </w:p>
    <w:p>
      <w:r>
        <w:t xml:space="preserve">02:59:39   (Speaker A)  Okay, you can call them all in, Matt. And you know, if it's okay with the board, I'll go ahead and make the announcement. Thank them for being here for all their efforts and if anything comes up, </w:t>
      </w:r>
    </w:p>
    <w:p>
      <w:r>
        <w:t xml:space="preserve">02:59:49   (Speaker F)  I just want to put the second place person in our short list if you're in a similar situation. </w:t>
      </w:r>
    </w:p>
    <w:p>
      <w:r>
        <w:t xml:space="preserve">02:59:53   (Speaker D)  Yes, yes. </w:t>
      </w:r>
    </w:p>
    <w:p>
      <w:r>
        <w:t xml:space="preserve">02:59:54   (Speaker A)  Yeah, absolutely. </w:t>
      </w:r>
    </w:p>
    <w:p>
      <w:r>
        <w:t xml:space="preserve">03:00:10   (Speaker E)  Oh, I know. It's the worst part of it, right? </w:t>
      </w:r>
    </w:p>
    <w:p>
      <w:r>
        <w:t xml:space="preserve">03:00:15   (Speaker A)  All right, well, first of all, gentlemen, thank you guys for sticking around and thanks for all your effort on this. Obviously this is official bid process so that they went through the scoring sheet. As for the scoring, it looks like Cardinal Landscaping was awarded the contract tonight. So we appreciate again you guys being here and for sticking around Russell Prince and Sons, I will gladly send this scoring sheet to you guys if you guys. </w:t>
      </w:r>
    </w:p>
    <w:p>
      <w:r>
        <w:t xml:space="preserve">03:00:39   (Speaker E)  Email. </w:t>
      </w:r>
    </w:p>
    <w:p>
      <w:r>
        <w:t xml:space="preserve">03:00:39   (Speaker A)  Yes. </w:t>
      </w:r>
    </w:p>
    <w:p>
      <w:r>
        <w:t xml:space="preserve">03:00:44   (Speaker E)  Yeah, </w:t>
      </w:r>
    </w:p>
    <w:p>
      <w:r>
        <w:t xml:space="preserve">03:00:47   (Speaker A)  I just like to learn so </w:t>
      </w:r>
    </w:p>
    <w:p>
      <w:r>
        <w:t xml:space="preserve">03:00:48   (Speaker H)  I can do better. </w:t>
      </w:r>
    </w:p>
    <w:p>
      <w:r>
        <w:t xml:space="preserve">03:00:50   (Speaker A)  Little chicken scratching. </w:t>
      </w:r>
    </w:p>
    <w:p>
      <w:r>
        <w:t xml:space="preserve">03:00:51   (Speaker E)  Thank you. </w:t>
      </w:r>
    </w:p>
    <w:p>
      <w:r>
        <w:t xml:space="preserve">03:00:52   (Speaker D)  Appreciate you. </w:t>
      </w:r>
    </w:p>
    <w:p>
      <w:r>
        <w:t xml:space="preserve">03:00:52   (Speaker E)  Thank you guys so much. </w:t>
      </w:r>
    </w:p>
    <w:p>
      <w:r>
        <w:t xml:space="preserve">03:00:54   (Speaker C)  Thank you. </w:t>
      </w:r>
    </w:p>
    <w:p>
      <w:r>
        <w:t xml:space="preserve">03:00:55   (Speaker E)  Thank you so much. </w:t>
      </w:r>
    </w:p>
    <w:p>
      <w:r>
        <w:t xml:space="preserve">03:00:58   (Speaker A)  All right, so I'm gonna pass this around. I need each of one of you to sign this. </w:t>
      </w:r>
    </w:p>
    <w:p>
      <w:r>
        <w:t xml:space="preserve">03:01:02   (Speaker J)  Okay. </w:t>
      </w:r>
    </w:p>
    <w:p>
      <w:r>
        <w:t xml:space="preserve">03:01:04   (Speaker E)  Any color is fine. </w:t>
      </w:r>
    </w:p>
    <w:p>
      <w:r>
        <w:t xml:space="preserve">03:01:05   (Speaker A)  Yeah, any color is fine. </w:t>
      </w:r>
    </w:p>
    <w:p>
      <w:r>
        <w:t xml:space="preserve">03:01:06   (Speaker C)  You're red. It's a little nicer than we're just saying. </w:t>
      </w:r>
    </w:p>
    <w:p>
      <w:r>
        <w:t xml:space="preserve">03:01:12   (Speaker E)  The seven year old used to like pink. Now she hates it, but now the three year old seems to like she hates it, but he loves it. </w:t>
      </w:r>
    </w:p>
    <w:p>
      <w:r>
        <w:t xml:space="preserve">03:01:19   (Speaker H)  So you guys will be meeting Mark as well? Yeah, I. I failed because I was supposed to bring my renderings from Orana to kind of tell you guys what they do. I forgot about the house. </w:t>
      </w:r>
    </w:p>
    <w:p>
      <w:r>
        <w:t xml:space="preserve">03:01:34   (Speaker E)  Yes, we are looking for that. We're looking. We're looking forward so much. </w:t>
      </w:r>
    </w:p>
    <w:p>
      <w:r>
        <w:t xml:space="preserve">03:01:37   (Speaker I)  Yeah, there's a lot of opportunities here, as you know. </w:t>
      </w:r>
    </w:p>
    <w:p>
      <w:r>
        <w:t xml:space="preserve">03:01:41   (Speaker D)  Yeah. </w:t>
      </w:r>
    </w:p>
    <w:p>
      <w:r>
        <w:t xml:space="preserve">03:01:43   (Speaker A)  You know, some of the things that we do, we really do think about like, you know, this is like. </w:t>
      </w:r>
    </w:p>
    <w:p>
      <w:r>
        <w:t xml:space="preserve">03:01:49   (Speaker H)  So this is. </w:t>
      </w:r>
    </w:p>
    <w:p>
      <w:r>
        <w:t xml:space="preserve">03:01:50   (Speaker A)  We're not volume company. Like we can say this now. We've already hired us. </w:t>
      </w:r>
    </w:p>
    <w:p>
      <w:r>
        <w:t xml:space="preserve">03:01:56   (Speaker H)  Well, sign that. </w:t>
      </w:r>
    </w:p>
    <w:p>
      <w:r>
        <w:t xml:space="preserve">03:01:57   (Speaker D)  Really? </w:t>
      </w:r>
    </w:p>
    <w:p>
      <w:r>
        <w:t xml:space="preserve">03:01:57   (Speaker E)  Yeah, sign it first. </w:t>
      </w:r>
    </w:p>
    <w:p>
      <w:r>
        <w:t xml:space="preserve">03:01:58   (Speaker F)  Yeah, we're not here for volume. </w:t>
      </w:r>
    </w:p>
    <w:p>
      <w:r>
        <w:t xml:space="preserve">03:02:00   (Speaker A)  We pick and choose our accounts. Like we don't want a board that's not gonna collect us. </w:t>
      </w:r>
    </w:p>
    <w:p>
      <w:r>
        <w:t xml:space="preserve">03:02:04   (Speaker I)  We don't Want to board. </w:t>
      </w:r>
    </w:p>
    <w:p>
      <w:r>
        <w:t xml:space="preserve">03:02:05   (Speaker A)  We've had boards that are argumentative. </w:t>
      </w:r>
    </w:p>
    <w:p>
      <w:r>
        <w:t xml:space="preserve">03:02:07   (Speaker H)  We have to be the same page. </w:t>
      </w:r>
    </w:p>
    <w:p>
      <w:r>
        <w:t xml:space="preserve">03:02:09   (Speaker A)  Like, there's other. That's why we do all our work </w:t>
      </w:r>
    </w:p>
    <w:p>
      <w:r>
        <w:t xml:space="preserve">03:02:11   (Speaker H)  with gms, because there's another company that we used to do work with and </w:t>
      </w:r>
    </w:p>
    <w:p>
      <w:r>
        <w:t xml:space="preserve">03:02:13   (Speaker A)  they just want to be argumentative. </w:t>
      </w:r>
    </w:p>
    <w:p>
      <w:r>
        <w:t xml:space="preserve">03:02:15   (Speaker H)  And like, it's just like, we got </w:t>
      </w:r>
    </w:p>
    <w:p>
      <w:r>
        <w:t xml:space="preserve">03:02:16   (Speaker A)  to be a team together. </w:t>
      </w:r>
    </w:p>
    <w:p>
      <w:r>
        <w:t xml:space="preserve">03:02:17   (Speaker H)  If you guys want, we want the </w:t>
      </w:r>
    </w:p>
    <w:p>
      <w:r>
        <w:t xml:space="preserve">03:02:18   (Speaker A)  same goals as you. If you're yelling at me all the time like it's not going to happen, but you know what I'm saying, like, relationship. </w:t>
      </w:r>
    </w:p>
    <w:p>
      <w:r>
        <w:t xml:space="preserve">03:02:25   (Speaker H)  Relationship. </w:t>
      </w:r>
    </w:p>
    <w:p>
      <w:r>
        <w:t xml:space="preserve">03:02:26   (Speaker E)  Oh, absolutely. </w:t>
      </w:r>
    </w:p>
    <w:p>
      <w:r>
        <w:t xml:space="preserve">03:02:26   (Speaker A)  Yeah. </w:t>
      </w:r>
    </w:p>
    <w:p>
      <w:r>
        <w:t xml:space="preserve">03:02:27   (Speaker E)  To be completely fair, our biggest hamstring has been that, like, we can't really outlay a huge amount each year saying, like, oh, we're going to do a huge replace all at once. So one of the largest ones we had with different vendors was they're like, well, we need to do 150,000 thousand in replacement like this week. And then we would get really edgy because it's like, well, yeah, you have a one year guarantee. But we're still struggling with irrigation and we don't really want to do that when it's not full on. Like, you want me to just be like, oh, I know there's problems with irrigation, but you're going to put in 150k and it's going to be fine. So there was like, I always told them low and slow, like, just show me improvement week on week. I don't care if it looks great next month, but in six months would be amazing. So it just never happens. </w:t>
      </w:r>
    </w:p>
    <w:p>
      <w:r>
        <w:t xml:space="preserve">03:03:07   (Speaker F)  And thank you so much for your </w:t>
      </w:r>
    </w:p>
    <w:p>
      <w:r>
        <w:t xml:space="preserve">03:03:09   (Speaker E)  help the last couple of months. Thank you. </w:t>
      </w:r>
    </w:p>
    <w:p>
      <w:r>
        <w:t xml:space="preserve">03:03:13   (Speaker I)  Yeah. </w:t>
      </w:r>
    </w:p>
    <w:p>
      <w:r>
        <w:t xml:space="preserve">03:03:14   (Speaker A)  And it was something I kicked around. </w:t>
      </w:r>
    </w:p>
    <w:p>
      <w:r>
        <w:t xml:space="preserve">03:03:16   (Speaker D)  But </w:t>
      </w:r>
    </w:p>
    <w:p>
      <w:r>
        <w:t xml:space="preserve">03:03:18   (Speaker A)  we'll match the low at that mulch price. Whoever wanted that mulch, like, we'll, we'll just give it. </w:t>
      </w:r>
    </w:p>
    <w:p>
      <w:r>
        <w:t xml:space="preserve">03:03:23   (Speaker E)  Oh, I mean, we just want, we're looking, we're looking for the weeds to not come up. </w:t>
      </w:r>
    </w:p>
    <w:p>
      <w:r>
        <w:t xml:space="preserve">03:03:31   (Speaker A)  Not bare minimum, making progress. </w:t>
      </w:r>
    </w:p>
    <w:p>
      <w:r>
        <w:t xml:space="preserve">03:03:33   (Speaker H)  Pretty spot on with your yardages and everything else. That was a big. </w:t>
      </w:r>
    </w:p>
    <w:p>
      <w:r>
        <w:t xml:space="preserve">03:03:37   (Speaker E)  It was more about accuracy. </w:t>
      </w:r>
    </w:p>
    <w:p>
      <w:r>
        <w:t xml:space="preserve">03:03:38   (Speaker H)  Yeah. Sure. That you cared. Took time. </w:t>
      </w:r>
    </w:p>
    <w:p>
      <w:r>
        <w:t xml:space="preserve">03:03:40   (Speaker I)  Yeah. Yeah. </w:t>
      </w:r>
    </w:p>
    <w:p>
      <w:r>
        <w:t xml:space="preserve">03:03:41   (Speaker E)  You were more in line with, with what we had put down previously and then had to put more. You were more in line with what we had. Had to put more. So we, you guys are the experts. I don't do this every day. </w:t>
      </w:r>
    </w:p>
    <w:p>
      <w:r>
        <w:t xml:space="preserve">03:03:50   (Speaker I)  Yeah, yeah. </w:t>
      </w:r>
    </w:p>
    <w:p>
      <w:r>
        <w:t xml:space="preserve">03:03:51   (Speaker E)  You know, we've talked at a board, just the work session about the Florida friendly landscaping that we want to try to reduce our irrigation needs as basically as much as possible, you know, while still obviously using water. And we want good, nice, open Green spaces. But we've talked about like way more tree cover, stuff like that. We want to go this direction of like. </w:t>
      </w:r>
    </w:p>
    <w:p>
      <w:r>
        <w:t xml:space="preserve">03:04:09   (Speaker H)  Yeah. </w:t>
      </w:r>
    </w:p>
    <w:p>
      <w:r>
        <w:t xml:space="preserve">03:04:10   (Speaker A)  And we can. </w:t>
      </w:r>
    </w:p>
    <w:p>
      <w:r>
        <w:t xml:space="preserve">03:04:11   (Speaker G)  Yeah. </w:t>
      </w:r>
    </w:p>
    <w:p>
      <w:r>
        <w:t xml:space="preserve">03:04:13   (Speaker E)  Giving you general. </w:t>
      </w:r>
    </w:p>
    <w:p>
      <w:r>
        <w:t xml:space="preserve">03:04:14   (Speaker A)  We have quite a bit left to go over. </w:t>
      </w:r>
    </w:p>
    <w:p>
      <w:r>
        <w:t xml:space="preserve">03:04:16   (Speaker E)  Yeah. </w:t>
      </w:r>
    </w:p>
    <w:p>
      <w:r>
        <w:t xml:space="preserve">03:04:17   (Speaker I)  So. </w:t>
      </w:r>
    </w:p>
    <w:p>
      <w:r>
        <w:t xml:space="preserve">03:04:18   (Speaker D)  Yeah. </w:t>
      </w:r>
    </w:p>
    <w:p>
      <w:r>
        <w:t xml:space="preserve">03:04:18   (Speaker H)  Okay. </w:t>
      </w:r>
    </w:p>
    <w:p>
      <w:r>
        <w:t xml:space="preserve">03:04:18   (Speaker A)  Yeah, take care. </w:t>
      </w:r>
    </w:p>
    <w:p>
      <w:r>
        <w:t xml:space="preserve">03:04:19   (Speaker E)  Thank you guys. </w:t>
      </w:r>
    </w:p>
    <w:p>
      <w:r>
        <w:t xml:space="preserve">03:04:20   (Speaker A)  We'll be in close contact. </w:t>
      </w:r>
    </w:p>
    <w:p>
      <w:r>
        <w:t xml:space="preserve">03:04:22   (Speaker F)  Yeah. </w:t>
      </w:r>
    </w:p>
    <w:p>
      <w:r>
        <w:t xml:space="preserve">03:04:22   (Speaker A)  Thanks guys. Is that why you stuck around, Virgil? If you just wanted to see who they went with. </w:t>
      </w:r>
    </w:p>
    <w:p>
      <w:r>
        <w:t xml:space="preserve">03:04:33   (Speaker H)  Interest in that. </w:t>
      </w:r>
    </w:p>
    <w:p>
      <w:r>
        <w:t xml:space="preserve">03:04:35   (Speaker A)  Thank you. All right. </w:t>
      </w:r>
    </w:p>
    <w:p>
      <w:r>
        <w:t xml:space="preserve">03:04:37   (Speaker C)  Thank you guys. </w:t>
      </w:r>
    </w:p>
    <w:p>
      <w:r>
        <w:t xml:space="preserve">03:04:38   (Speaker E)  Have a good night. </w:t>
      </w:r>
    </w:p>
    <w:p>
      <w:r>
        <w:t xml:space="preserve">03:04:39   (Speaker A)  All right, so with that, I would like to just kind of go straight into the field manager report so we can get Matt out of here as well. So Matt, go ahead and take it away. And I think this is going to also address some of your questions regarding maybe a tracking system of some sort of. </w:t>
      </w:r>
    </w:p>
    <w:p>
      <w:r>
        <w:t xml:space="preserve">03:04:57   (Speaker G)  If I can say something first, I just want this board to know that from the workshop, one of the things we had talked about was communication. And I think you all know last week we had a little bit of disaster after disaster after disaster. Just to give you an idea. We had the clubhouse air conditioner go down twice. Had to get the vendor out here. I think three times. We had the bathroom go collapse in the gym. We have roof leaks in the gym. The ladies restroom is about to collapse. We had a pool leak. So all this was going on and Matt specifically, I know Brian did, but Matt specifically kept me extremely informed of exactly what was going on. I know once we got that, Brian sent out several emails to give updates. So I just want to let you know, you know, we have asked for better communication and I know Jesse, you've talked about and I think think they're open to that about that program. But in the interim, I just want to really give a shout out to. To Matt. He worked his butt off. He was working with vendors left and right. And let me tell you, he found a roofing vendor that is not only going to seal the roof, but fix the ductwork for $1500 one hour. When our AC vendor was going to charge us $1800 just for the duct work work. So. </w:t>
      </w:r>
    </w:p>
    <w:p>
      <w:r>
        <w:t xml:space="preserve">03:06:20   (Speaker E)  And juggled the pool leak at the same time. I mean, very well. Excellent. And the communication was great. </w:t>
      </w:r>
    </w:p>
    <w:p>
      <w:r>
        <w:t xml:space="preserve">03:06:27   (Speaker A)  Just to add to that, John, thank, first of all, thank you very much for that. That's. That's our standard communication. So we didn't change anything. In light of what you guys talk about the workshop, what we like to give you guys updates on is the important stuff. Like we're not going to contact you guys every time someone's a signs a contract or maybe when the pest control kind Guy comes out here. But when you have a pool leak, when you have a building that shutting down, we're going to keep every single one of you as updated as possible on that stuff. So from our perspective, we absolutely want you guys to feel like you guys are getting these constant updates and we can absolutely upgrade our communication styles if that's what you guys are needing. But from a standpoint, we also just want to get this stuff done for you in between meetings and so you guys come to the next meeting information. </w:t>
      </w:r>
    </w:p>
    <w:p>
      <w:r>
        <w:t xml:space="preserve">03:07:10   (Speaker F)  I think the. The sentiment was more we as a board lose track of things that are long running projects. </w:t>
      </w:r>
    </w:p>
    <w:p>
      <w:r>
        <w:t xml:space="preserve">03:07:18   (Speaker H)  I have a way of. </w:t>
      </w:r>
    </w:p>
    <w:p>
      <w:r>
        <w:t xml:space="preserve">03:07:21   (Speaker F)  And so that the. What I shared was like what my industry uses for that very thing. I like it was just like. </w:t>
      </w:r>
    </w:p>
    <w:p>
      <w:r>
        <w:t xml:space="preserve">03:07:29   (Speaker A)  No, absolutely. Like I said, open the discussion. What you'll see in front of you and Matt will go over a little bit more. This is what your regular maintenance looks like on a day to day. What we provide you guys in the other sheets is basically a snapshot of what's currently going on. But if you guys want. And again Matt can talk to you if you guys want access to this form. You guys can all have access to this form, update it, check back on it as needed. He's updating it at least once a week, right Matt? Twice a week maybe. </w:t>
      </w:r>
    </w:p>
    <w:p>
      <w:r>
        <w:t xml:space="preserve">03:07:56   (Speaker E)  Yeah, I love that because it sometimes would. I don't need to email you then so. </w:t>
      </w:r>
    </w:p>
    <w:p>
      <w:r>
        <w:t xml:space="preserve">03:08:01   (Speaker H)  And let me. Let me kind of go into it and then you can. I may end up answering why there's questions. </w:t>
      </w:r>
    </w:p>
    <w:p>
      <w:r>
        <w:t xml:space="preserve">03:08:06   (Speaker G)  Well, also bad. But I just want to let the board know through all this just so you'll know. And I'm sure Matt's already working on it. I know he has. We will be changing AC vendors. Just let you know Matt is in the process because I didn't see it on the last yet. </w:t>
      </w:r>
    </w:p>
    <w:p>
      <w:r>
        <w:t xml:space="preserve">03:08:18   (Speaker E)  We just signed that contract. Right. </w:t>
      </w:r>
    </w:p>
    <w:p>
      <w:r>
        <w:t xml:space="preserve">03:08:19   (Speaker A)  Well, we'll get into it. </w:t>
      </w:r>
    </w:p>
    <w:p>
      <w:r>
        <w:t xml:space="preserve">03:08:22   (Speaker H)  Yeah. </w:t>
      </w:r>
    </w:p>
    <w:p>
      <w:r>
        <w:t xml:space="preserve">03:08:22   (Speaker A)  There's a little bit more than. Than meets the eye with that one. </w:t>
      </w:r>
    </w:p>
    <w:p>
      <w:r>
        <w:t xml:space="preserve">03:08:25   (Speaker B)  Yes. </w:t>
      </w:r>
    </w:p>
    <w:p>
      <w:r>
        <w:t xml:space="preserve">03:08:25   (Speaker E)  I mean that's fine. We had another one. </w:t>
      </w:r>
    </w:p>
    <w:p>
      <w:r>
        <w:t xml:space="preserve">03:08:26   (Speaker D)  Right. </w:t>
      </w:r>
    </w:p>
    <w:p>
      <w:r>
        <w:t xml:space="preserve">03:08:27   (Speaker E)  So just. </w:t>
      </w:r>
    </w:p>
    <w:p>
      <w:r>
        <w:t xml:space="preserve">03:08:27   (Speaker A)  Yeah, there's plenty of them. It's just one of those types of vendors where it's hard to find a good reliable. </w:t>
      </w:r>
    </w:p>
    <w:p>
      <w:r>
        <w:t xml:space="preserve">03:08:32   (Speaker E)  Who is it currently? Frank B. </w:t>
      </w:r>
    </w:p>
    <w:p>
      <w:r>
        <w:t xml:space="preserve">03:08:33   (Speaker D)  Okay. </w:t>
      </w:r>
    </w:p>
    <w:p>
      <w:r>
        <w:t xml:space="preserve">03:08:34   (Speaker H)  Yeah. </w:t>
      </w:r>
    </w:p>
    <w:p>
      <w:r>
        <w:t xml:space="preserve">03:08:34   (Speaker A)  It might just be a case where they're just a little bit too big. </w:t>
      </w:r>
    </w:p>
    <w:p>
      <w:r>
        <w:t xml:space="preserve">03:08:36   (Speaker I)  Yeah. </w:t>
      </w:r>
    </w:p>
    <w:p>
      <w:r>
        <w:t xml:space="preserve">03:08:37   (Speaker A)  Or something like that. </w:t>
      </w:r>
    </w:p>
    <w:p>
      <w:r>
        <w:t xml:space="preserve">03:08:39   (Speaker C)  We. </w:t>
      </w:r>
    </w:p>
    <w:p>
      <w:r>
        <w:t xml:space="preserve">03:08:40   (Speaker E)  Yeah, I mean. Okay. Yeah. </w:t>
      </w:r>
    </w:p>
    <w:p>
      <w:r>
        <w:t xml:space="preserve">03:08:42   (Speaker A)  But anyway, ultimately like I'm gonna kind </w:t>
      </w:r>
    </w:p>
    <w:p>
      <w:r>
        <w:t xml:space="preserve">03:08:45   (Speaker H)  of go over this really quick. So what I do have and. And have made is a pretty simple setup. So the first one is who's who it's going to be assigned to. It's always going to be either a vendor or our maintenance team. </w:t>
      </w:r>
    </w:p>
    <w:p>
      <w:r>
        <w:t xml:space="preserve">03:08:56   (Speaker F)  Simple. </w:t>
      </w:r>
    </w:p>
    <w:p>
      <w:r>
        <w:t xml:space="preserve">03:08:57   (Speaker H)  Now, I've also created what's created by. So I have board member. I can actually go in there and actually put your name in there if you wanted to, John, Jesse, whatever may be, and just simply add that in there so that we know who actually added it. Ideally, we could put the full task description and then in action required. You could put a quick synopsis. You can put a pin location, any notes that you may have. I usually put pin locations in there for the guy, stuff like that. And then kind of it's all broken down, down on what's being done, what's being being worked on, what's already completed like that. And every, every one of you guys can easily have access to this. </w:t>
      </w:r>
    </w:p>
    <w:p>
      <w:r>
        <w:t xml:space="preserve">03:09:32   (Speaker F)  I would love that, number one. Number two, I, I defer to council as. Is this a channel where we're like communicating in a way that violates SUN </w:t>
      </w:r>
    </w:p>
    <w:p>
      <w:r>
        <w:t xml:space="preserve">03:09:42   (Speaker H)  because you're not actually communicating with each other. And this is a online form where they can individually go in there and add tasks? I don't believe so. But I, I would still bounce it off here. </w:t>
      </w:r>
    </w:p>
    <w:p>
      <w:r>
        <w:t xml:space="preserve">03:09:52   (Speaker C)  I'm not familiar with the program. </w:t>
      </w:r>
    </w:p>
    <w:p>
      <w:r>
        <w:t xml:space="preserve">03:09:56   (Speaker F)  You can comment. You can. </w:t>
      </w:r>
    </w:p>
    <w:p>
      <w:r>
        <w:t xml:space="preserve">03:09:59   (Speaker H)  I gave it to you. </w:t>
      </w:r>
    </w:p>
    <w:p>
      <w:r>
        <w:t xml:space="preserve">03:10:01   (Speaker F)  I, I commented and said, hey, can you do this? I think that kind of sounds like </w:t>
      </w:r>
    </w:p>
    <w:p>
      <w:r>
        <w:t xml:space="preserve">03:10:06   (Speaker E)  you should just be able to set us as viewers. </w:t>
      </w:r>
    </w:p>
    <w:p>
      <w:r>
        <w:t xml:space="preserve">03:10:09   (Speaker F)  That was what I was going to say. Make us viewers on our. </w:t>
      </w:r>
    </w:p>
    <w:p>
      <w:r>
        <w:t xml:space="preserve">03:10:11   (Speaker A)  And then any, anything you need just. </w:t>
      </w:r>
    </w:p>
    <w:p>
      <w:r>
        <w:t xml:space="preserve">03:10:14   (Speaker H)  And then I can track it, see </w:t>
      </w:r>
    </w:p>
    <w:p>
      <w:r>
        <w:t xml:space="preserve">03:10:15   (Speaker C)  what other people are saying. And then you'd be like, oh, I don't think so. And it's like. </w:t>
      </w:r>
    </w:p>
    <w:p>
      <w:r>
        <w:t xml:space="preserve">03:10:19   (Speaker F)  And for viewers, I think we can still set it up so we get notified if there's changes. </w:t>
      </w:r>
    </w:p>
    <w:p>
      <w:r>
        <w:t xml:space="preserve">03:10:24   (Speaker D)  Yeah. Yeah. </w:t>
      </w:r>
    </w:p>
    <w:p>
      <w:r>
        <w:t xml:space="preserve">03:10:26   (Speaker H)  So as soon as I sit down, do that. But that's kind of what I have going on and what I do with the guys. And it's like I started running. Anything green has all been completed already and it's our running task list. And, and anything that you guys like. I actually put all the irrigation stuff on here here. </w:t>
      </w:r>
    </w:p>
    <w:p>
      <w:r>
        <w:t xml:space="preserve">03:10:40   (Speaker D)  So. </w:t>
      </w:r>
    </w:p>
    <w:p>
      <w:r>
        <w:t xml:space="preserve">03:10:40   (Speaker C)  Yeah. </w:t>
      </w:r>
    </w:p>
    <w:p>
      <w:r>
        <w:t xml:space="preserve">03:10:41   (Speaker E)  However I can do that to make it less work for you for stuff like that. I mean the street lights, like, if you want to, if you want it, I'll, I'll, you know. Or I'll give you the coat. The, the polls. I just. The reason I sent them to that lady is that like it gets. I can't use their tool to do 55 light. </w:t>
      </w:r>
    </w:p>
    <w:p>
      <w:r>
        <w:t xml:space="preserve">03:10:55   (Speaker G)  No. </w:t>
      </w:r>
    </w:p>
    <w:p>
      <w:r>
        <w:t xml:space="preserve">03:10:55   (Speaker H)  It's annoying. </w:t>
      </w:r>
    </w:p>
    <w:p>
      <w:r>
        <w:t xml:space="preserve">03:10:56   (Speaker E)  So I Just put down the code number. I do the same thing. Whatever works. If I can streamline it for you </w:t>
      </w:r>
    </w:p>
    <w:p>
      <w:r>
        <w:t xml:space="preserve">03:11:01   (Speaker H)  that would be that's my biggest help from you honestly is the street mics because I mean it's not, it's not ideal that I'm out here every night, you know. </w:t>
      </w:r>
    </w:p>
    <w:p>
      <w:r>
        <w:t xml:space="preserve">03:11:07   (Speaker E)  Yeah. Do you want want just poll numbers to you and then it's in one spot because she doesn't really like respond. I don't know if they got fixed. Maybe I just. </w:t>
      </w:r>
    </w:p>
    <w:p>
      <w:r>
        <w:t xml:space="preserve">03:11:14   (Speaker C)  Right. </w:t>
      </w:r>
    </w:p>
    <w:p>
      <w:r>
        <w:t xml:space="preserve">03:11:16   (Speaker H)  But you putting me on there allows me to go through and verify those. </w:t>
      </w:r>
    </w:p>
    <w:p>
      <w:r>
        <w:t xml:space="preserve">03:11:19   (Speaker A)  Yeah. </w:t>
      </w:r>
    </w:p>
    <w:p>
      <w:r>
        <w:t xml:space="preserve">03:11:19   (Speaker E)  So you just wanted to continue. </w:t>
      </w:r>
    </w:p>
    <w:p>
      <w:r>
        <w:t xml:space="preserve">03:11:23   (Speaker D)  Could you do you see in any way a report that follows through on what vendors are or not doing especially the landscape company. The one thing that we've been seeing is there's dead grass here. The trees aren't trimmed or whatever. We say it, we tell them and it's like wait, stop. </w:t>
      </w:r>
    </w:p>
    <w:p>
      <w:r>
        <w:t xml:space="preserve">03:11:41   (Speaker H)  I'm gonna stop you right there. That's the problem. </w:t>
      </w:r>
    </w:p>
    <w:p>
      <w:r>
        <w:t xml:space="preserve">03:11:44   (Speaker D)  Yeah. I don't want to tell them. </w:t>
      </w:r>
    </w:p>
    <w:p>
      <w:r>
        <w:t xml:space="preserve">03:11:45   (Speaker H)  You don't need to be telling me. </w:t>
      </w:r>
    </w:p>
    <w:p>
      <w:r>
        <w:t xml:space="preserve">03:11:47   (Speaker D)  Can we get a report that you told them because you've got all the things that are your responsibility or their board's notified but where'd you eyeball it and then tell them Sam. </w:t>
      </w:r>
    </w:p>
    <w:p>
      <w:r>
        <w:t xml:space="preserve">03:11:57   (Speaker H)  I, I, I know which one but that would be almost like micromanaging the management company. Yes. If you tell me something and and I tell them if it's not done I assure you I'm up there behind. </w:t>
      </w:r>
    </w:p>
    <w:p>
      <w:r>
        <w:t xml:space="preserve">03:12:10   (Speaker D)  I don't want to have to tell you I don't want to say a word. I want you to I'm not to put it on there vendors not or the weeds are in the in the front bed. </w:t>
      </w:r>
    </w:p>
    <w:p>
      <w:r>
        <w:t xml:space="preserve">03:12:19   (Speaker E)  Unless the idea is track like real </w:t>
      </w:r>
    </w:p>
    <w:p>
      <w:r>
        <w:t xml:space="preserve">03:12:20   (Speaker D)  things that we're seeing section area has got dead grass has been resolved that you recognize it so that we don't have to say is anybody doing anything what's or you don't see that responsibility of being charged with the vendors are doing their job or not. </w:t>
      </w:r>
    </w:p>
    <w:p>
      <w:r>
        <w:t xml:space="preserve">03:12:38   (Speaker F)  No. </w:t>
      </w:r>
    </w:p>
    <w:p>
      <w:r>
        <w:t xml:space="preserve">03:12:39   (Speaker D)  Is that our job? </w:t>
      </w:r>
    </w:p>
    <w:p>
      <w:r>
        <w:t xml:space="preserve">03:12:40   (Speaker H)  No, but I mean at the end of the day I mean when we say dead grass I mean we have major chinch problems. </w:t>
      </w:r>
    </w:p>
    <w:p>
      <w:r>
        <w:t xml:space="preserve">03:12:45   (Speaker D)  No no. It could be a reason. Yeah but that recognize that you see it and have notified the landscape. </w:t>
      </w:r>
    </w:p>
    <w:p>
      <w:r>
        <w:t xml:space="preserve">03:12:52   (Speaker A)  So can I ask a question I'm just going to interject here. What makes you think we're not communicating </w:t>
      </w:r>
    </w:p>
    <w:p>
      <w:r>
        <w:t xml:space="preserve">03:12:56   (Speaker D)  with your landscape company and it's that's my question. We end up complaining about it to the vent to the landscape companies like it's brand new and seeing On Facebook, I just want. Did you see the same thing that I'm seeing? Or did you miss it or did I. Did I not. </w:t>
      </w:r>
    </w:p>
    <w:p>
      <w:r>
        <w:t xml:space="preserve">03:13:12   (Speaker H)  Can you answer his question? </w:t>
      </w:r>
    </w:p>
    <w:p>
      <w:r>
        <w:t xml:space="preserve">03:13:13   (Speaker A)  So, no. So I think I get. I think I get where you're going. So I think what you're looking for is. Is, yeah. You guys don't want to be the ones that are going around the community and noticing this and telling Elena's saving. </w:t>
      </w:r>
    </w:p>
    <w:p>
      <w:r>
        <w:t xml:space="preserve">03:13:24   (Speaker J)  Right. </w:t>
      </w:r>
    </w:p>
    <w:p>
      <w:r>
        <w:t xml:space="preserve">03:13:24   (Speaker A)  What we deal with. Right. Is Matt is only on. On site twice. Twice a month. Right. I'm on site once a month. When I'm here at your meetings, you have your maintenance guys who are on site once a week. But necessarily they're kind of targeted in certain areas. They're not kind of going around. Around the community. So there is a sense of. Yeah. We do kind of rely on board members and residents alike in some. In a small fashion to tell us when things come up if we don't see it fast enough. But if we're on site and we notice something. Absolutely. They were communicating with your links. </w:t>
      </w:r>
    </w:p>
    <w:p>
      <w:r>
        <w:t xml:space="preserve">03:13:52   (Speaker D)  I honestly, truly believe you do stuff, but I. I get the feeling that I don't know that you've done something. I don't know that you recognized it. Because we bring it up at the board meeting and it's like a surprise. </w:t>
      </w:r>
    </w:p>
    <w:p>
      <w:r>
        <w:t xml:space="preserve">03:14:05   (Speaker A)  Yeah. </w:t>
      </w:r>
    </w:p>
    <w:p>
      <w:r>
        <w:t xml:space="preserve">03:14:06   (Speaker D)  Who's monitoring? </w:t>
      </w:r>
    </w:p>
    <w:p>
      <w:r>
        <w:t xml:space="preserve">03:14:08   (Speaker A)  That's not going to stop, though. Like, you guys are all. They're going to bring stuff to us and we're gonna be like, oh, we had no idea. Let's. Let's jump on it right now. So, yeah, maybe we can get a little bit better at our reviews and maybe encompass more. </w:t>
      </w:r>
    </w:p>
    <w:p>
      <w:r>
        <w:t xml:space="preserve">03:14:20   (Speaker D)  I guess that's all it was, was monitoring. Part of it was monitoring the vendors or getting their job done. So that. That's not our job. </w:t>
      </w:r>
    </w:p>
    <w:p>
      <w:r>
        <w:t xml:space="preserve">03:14:26   (Speaker A)  Absolutely. </w:t>
      </w:r>
    </w:p>
    <w:p>
      <w:r>
        <w:t xml:space="preserve">03:14:27   (Speaker D)  Notifying that. So this hasn't been taken care of and that you let the vendor know. </w:t>
      </w:r>
    </w:p>
    <w:p>
      <w:r>
        <w:t xml:space="preserve">03:14:32   (Speaker A)  Yeah, I mean, a lot of these. A lot of these types of conversations, and especially in Matt's world where he's on site, a lot of these conversations happen over the phone. </w:t>
      </w:r>
    </w:p>
    <w:p>
      <w:r>
        <w:t xml:space="preserve">03:14:43   (Speaker I)  Yeah. </w:t>
      </w:r>
    </w:p>
    <w:p>
      <w:r>
        <w:t xml:space="preserve">03:14:43   (Speaker A)  Right. </w:t>
      </w:r>
    </w:p>
    <w:p>
      <w:r>
        <w:t xml:space="preserve">03:14:43   (Speaker H)  So they're saying that I could ask them of you guys has, as always asked is two things in location and a picture to tell me that it's east of the playground. </w:t>
      </w:r>
    </w:p>
    <w:p>
      <w:r>
        <w:t xml:space="preserve">03:14:57   (Speaker D)  If I've got it reported, I can do that. I. I just. </w:t>
      </w:r>
    </w:p>
    <w:p>
      <w:r>
        <w:t xml:space="preserve">03:15:01   (Speaker H)  I'm just asking you what would help target. </w:t>
      </w:r>
    </w:p>
    <w:p>
      <w:r>
        <w:t xml:space="preserve">03:15:04   (Speaker D)  Yes. </w:t>
      </w:r>
    </w:p>
    <w:p>
      <w:r>
        <w:t xml:space="preserve">03:15:04   (Speaker H)  You know what I mean? So if you tell me, hey, Matt, I have a irrigation cover that's loose somewhere here and. And I can't just try. If you Tell me, hey, it's here. Like, John does it all the time. He tells me, it's like, you know, it's, it's Easter Park. He sends me a picture and I, </w:t>
      </w:r>
    </w:p>
    <w:p>
      <w:r>
        <w:t xml:space="preserve">03:15:18   (Speaker E)  I, and I target it. </w:t>
      </w:r>
    </w:p>
    <w:p>
      <w:r>
        <w:t xml:space="preserve">03:15:20   (Speaker H)  So just help me with that aspect and I assure you, you will see things happen fast. </w:t>
      </w:r>
    </w:p>
    <w:p>
      <w:r>
        <w:t xml:space="preserve">03:15:24   (Speaker G)  Well, I think, Sam, Sam, let me, let me give you, let me give you an example. And, and this is where I think, I'm not gonna lie to you. I think it's, I think we're asking a little bit too much on that. So when Cardinal came out, they came out on a Friday. They had not weeded around the, the lot, the lamppost. So is one of the situations, Matt and them aren't on the property on Friday afternoon. They're not. I mean, they have families, they have other things. They're not here 24 7. That is where. So when I did a ride along or if you all pass by and you see it, I sent it to Matt or to Matt and Brian and they took care of it. That's not going to stop. That's. To me as a board member, if we see things like that, just like, you know, when the pond wasn't, when they would call them first did. The pond wasn't cut. Well, they were out here on a Friday afternoon. Once again, they're not out here. Residents said, hey, they didn't, they didn't do the pond. We let them know, boom, the pond was, was cut. So we're going to continue to do those kind of things. I think that's, I think there's no way we're going to be able to get a message back every time they have a communication with a vendor. I think that is literally impossible. </w:t>
      </w:r>
    </w:p>
    <w:p>
      <w:r>
        <w:t xml:space="preserve">03:16:30   (Speaker A)  Well, yeah. I mean, do you guys. </w:t>
      </w:r>
    </w:p>
    <w:p>
      <w:r>
        <w:t xml:space="preserve">03:16:32   (Speaker E)  No, I think the tracking is more. </w:t>
      </w:r>
    </w:p>
    <w:p>
      <w:r>
        <w:t xml:space="preserve">03:16:34   (Speaker A)  Yeah. And I think that that's why we wanted to bring that to you guys. I heard what you guys said. Obviously. </w:t>
      </w:r>
    </w:p>
    <w:p>
      <w:r>
        <w:t xml:space="preserve">03:16:41   (Speaker E)  I think there's a little bit of, like, what I'm hearing from Sam and maybe I could give some perspective on is like, if you send an email about something that's like relatively small or whatnot, like, at which point does it make it to the list? Right. And I think it, that might be our job as the board member is like, we send something that's like, small. </w:t>
      </w:r>
    </w:p>
    <w:p>
      <w:r>
        <w:t xml:space="preserve">03:16:57   (Speaker G)  Yes. </w:t>
      </w:r>
    </w:p>
    <w:p>
      <w:r>
        <w:t xml:space="preserve">03:16:57   (Speaker E)  Right. And then you, maybe you miss it or whatever. Or we just haven't seen movement. Like, I think that's our job is to say, like, I did bring this up. That didn't get done within a reasonable time. So now I'm asking for it to be on this list. Yeah. I mean so then I, I think that's where we need to give a little bit. Like I probably. And then the other thing is like there's probably all five of us have noticed it and emailed about it is the other thing that I typically find. So if it showed up on here and we were checking this like maybe, maybe once a week easily like. And he's just got a link and you just keep the link pinned on your phone. You might be like oh, the, the irrigation cover already was reported and he's got it. Yeah, I, I think that's the key to like getting us all to not have to worry about this stuff because I think eventually it'll catch. </w:t>
      </w:r>
    </w:p>
    <w:p>
      <w:r>
        <w:t xml:space="preserve">03:17:37   (Speaker D)  What I was looking at was what we've had all, all these years we've had. The landscape people not doing a good job. And give an example here, give an example there. It would be nice to just have a map of. Of landscape. Landscape problems. What are they? Just so that somebody's monitoring and I don't have to walk up and down the main drag or, or go around the corner. It's just like today was left forever </w:t>
      </w:r>
    </w:p>
    <w:p>
      <w:r>
        <w:t xml:space="preserve">03:18:04   (Speaker H)  have a job, an obligation to perform a job for the CD. </w:t>
      </w:r>
    </w:p>
    <w:p>
      <w:r>
        <w:t xml:space="preserve">03:18:07   (Speaker D)  Okay. Yeah. </w:t>
      </w:r>
    </w:p>
    <w:p>
      <w:r>
        <w:t xml:space="preserve">03:18:08   (Speaker H)  the end of the day. So I mean I, I just. </w:t>
      </w:r>
    </w:p>
    <w:p>
      <w:r>
        <w:t xml:space="preserve">03:18:11   (Speaker I)  Right. </w:t>
      </w:r>
    </w:p>
    <w:p>
      <w:r>
        <w:t xml:space="preserve">03:18:11   (Speaker D)  That's what you were doing too is walking around seeing the bad spots. </w:t>
      </w:r>
    </w:p>
    <w:p>
      <w:r>
        <w:t xml:space="preserve">03:18:14   (Speaker A)  Oh yeah. </w:t>
      </w:r>
    </w:p>
    <w:p>
      <w:r>
        <w:t xml:space="preserve">03:18:14   (Speaker H)  I'm not walking the entire property by foot. </w:t>
      </w:r>
    </w:p>
    <w:p>
      <w:r>
        <w:t xml:space="preserve">03:18:17   (Speaker F)  Yeah. </w:t>
      </w:r>
    </w:p>
    <w:p>
      <w:r>
        <w:t xml:space="preserve">03:18:17   (Speaker H)  If I also like like prime example. I'm not here at 9:00 clock at night. I need that help from you guys. </w:t>
      </w:r>
    </w:p>
    <w:p>
      <w:r>
        <w:t xml:space="preserve">03:18:25   (Speaker D)  All right. </w:t>
      </w:r>
    </w:p>
    <w:p>
      <w:r>
        <w:t xml:space="preserve">03:18:26   (Speaker A)  You want to wrap this up? I think we've had healthy discussion on that. I think we're on the same page. </w:t>
      </w:r>
    </w:p>
    <w:p>
      <w:r>
        <w:t xml:space="preserve">03:18:29   (Speaker E)  Yeah. </w:t>
      </w:r>
    </w:p>
    <w:p>
      <w:r>
        <w:t xml:space="preserve">03:18:29   (Speaker A)  This is great. </w:t>
      </w:r>
    </w:p>
    <w:p>
      <w:r>
        <w:t xml:space="preserve">03:18:30   (Speaker E)  Keep it up. </w:t>
      </w:r>
    </w:p>
    <w:p>
      <w:r>
        <w:t xml:space="preserve">03:18:30   (Speaker I)  Keep it. </w:t>
      </w:r>
    </w:p>
    <w:p>
      <w:r>
        <w:t xml:space="preserve">03:18:31   (Speaker A)  Jesse has something you wanted to add. </w:t>
      </w:r>
    </w:p>
    <w:p>
      <w:r>
        <w:t xml:space="preserve">03:18:32   (Speaker F)  Just. Let's consider the communication tool option. </w:t>
      </w:r>
    </w:p>
    <w:p>
      <w:r>
        <w:t xml:space="preserve">03:18:35   (Speaker E)  Discuss. </w:t>
      </w:r>
    </w:p>
    <w:p>
      <w:r>
        <w:t xml:space="preserve">03:18:36   (Speaker A)  Sure. </w:t>
      </w:r>
    </w:p>
    <w:p>
      <w:r>
        <w:t xml:space="preserve">03:18:37   (Speaker C)  Yes. </w:t>
      </w:r>
    </w:p>
    <w:p>
      <w:r>
        <w:t xml:space="preserve">03:18:37   (Speaker D)  Perfect. </w:t>
      </w:r>
    </w:p>
    <w:p>
      <w:r>
        <w:t xml:space="preserve">03:18:38   (Speaker A)  No problem. Now Matt, I don't think you've gone through your actual. So let. </w:t>
      </w:r>
    </w:p>
    <w:p>
      <w:r>
        <w:t xml:space="preserve">03:18:43   (Speaker E)  Yeah, let's. </w:t>
      </w:r>
    </w:p>
    <w:p>
      <w:r>
        <w:t xml:space="preserve">03:18:43   (Speaker A)  Let's cruise through that. </w:t>
      </w:r>
    </w:p>
    <w:p>
      <w:r>
        <w:t xml:space="preserve">03:18:44   (Speaker H)  I'm gonna plow through all the. The completed stuff really quick. PVC fence on the entrance of the back back of the property was repaired fully. Power washed clean. All done. Got the guys this past two weeks hitting we killer throughout the entire pool deck. Today I hit more wasp nests along the back of the gazebo area and some trees along the line here. There was a down street sign on the Lance. Sorry. A caravan and claymore. I took care of that myself today. That is back up. </w:t>
      </w:r>
    </w:p>
    <w:p>
      <w:r>
        <w:t xml:space="preserve">03:19:17   (Speaker E)  Thank you. </w:t>
      </w:r>
    </w:p>
    <w:p>
      <w:r>
        <w:t xml:space="preserve">03:19:18   (Speaker H)  New Ballard was installed on the Verona Walking path which was knocked down two weeks ago. Now we have a solid steel bollard there on the walking path on Verona as well. You guys will also see I've installed some landscape edging around the drain. </w:t>
      </w:r>
    </w:p>
    <w:p>
      <w:r>
        <w:t xml:space="preserve">03:19:34   (Speaker E)  That is a. I did see that. </w:t>
      </w:r>
    </w:p>
    <w:p>
      <w:r>
        <w:t xml:space="preserve">03:19:35   (Speaker H)  That constant issue with mulch and pine straw. So now that should help alleviate some of that in that area. He's trying to be proactive on stuff. </w:t>
      </w:r>
    </w:p>
    <w:p>
      <w:r>
        <w:t xml:space="preserve">03:19:46   (Speaker G)  That was a great time you did something </w:t>
      </w:r>
    </w:p>
    <w:p>
      <w:r>
        <w:t xml:space="preserve">03:19:50   (Speaker H)  you quiet on your little computer there by yesterday. Let's just take a look. Fan covers in the gym that were kept getting removed and pulled away because people couldn't adjust the the fan speeds are all covered back and down there. Both of the thermostats have locking covers on them as well in both of the clubhouses. Now those keys will be available here until Dom gets them inside. I also have a key as well. I mean we got so much done this month. We got the roofer out the other day. We should briefly talk about active leak in the roof. Cut that squared away. Should have that finished repaired tomorrow. Worst case Thursday morning. And then shift my focus on sheetrock. Getting the sheetrock proposed and going from there. We are going to be looking into a new heating and air conditioning vendor. Should have that ready to go by next meeting as well. There's a lot that we've done this month. </w:t>
      </w:r>
    </w:p>
    <w:p>
      <w:r>
        <w:t xml:space="preserve">03:20:52   (Speaker E)  I see that. </w:t>
      </w:r>
    </w:p>
    <w:p>
      <w:r>
        <w:t xml:space="preserve">03:20:53   (Speaker H)  Yeah. </w:t>
      </w:r>
    </w:p>
    <w:p>
      <w:r>
        <w:t xml:space="preserve">03:20:53   (Speaker E)  While juggling some big ones. </w:t>
      </w:r>
    </w:p>
    <w:p>
      <w:r>
        <w:t xml:space="preserve">03:20:55   (Speaker C)  Yeah. </w:t>
      </w:r>
    </w:p>
    <w:p>
      <w:r>
        <w:t xml:space="preserve">03:20:56   (Speaker H)  And then obviously kind of run quickly into some of the stuff we've talked about over the past few months. I know it's getting a little long tonight. French drain project you guys all have in your agenda packet. I have worked on this French train scope pretty in depth with Amy as well as Brad and I personally had a estimate put together from GMS as well as three other veterans vendors. So I basically has four estimates on I I consider us an in house so I try to always get four in total three plus plus hours. After speaking with Brad we. We do feel that maybe you know some of the numbers may be a little bit higher than others but based on what we need to do I think in the 5:6,000 range we've been right. And that's kind of where GMS and Blue Water our in house aquatics came in and yeah no preference on that. If you guys prefer Virgil, the guys do it. I'm good with it. </w:t>
      </w:r>
    </w:p>
    <w:p>
      <w:r>
        <w:t xml:space="preserve">03:21:51   (Speaker E)  They've done some work for us before. </w:t>
      </w:r>
    </w:p>
    <w:p>
      <w:r>
        <w:t xml:space="preserve">03:21:52   (Speaker G)  Yeah. </w:t>
      </w:r>
    </w:p>
    <w:p>
      <w:r>
        <w:t xml:space="preserve">03:21:53   (Speaker E)  Any of the aquatic stuff I would prefer that just because I think it'll be a little. </w:t>
      </w:r>
    </w:p>
    <w:p>
      <w:r>
        <w:t xml:space="preserve">03:21:57   (Speaker G)  Take that off of your plate Matt. Take that off of Your plate. </w:t>
      </w:r>
    </w:p>
    <w:p>
      <w:r>
        <w:t xml:space="preserve">03:22:01   (Speaker H)  I mean, again, I. I just want to make sure I'm providing as many options for you guys as possible just to show that we at least are in the realm. </w:t>
      </w:r>
    </w:p>
    <w:p>
      <w:r>
        <w:t xml:space="preserve">03:22:09   (Speaker E)  I reviewed your plans and there was like, the. The proposals were at five, and I think two of them were four. The two that you had were four. I walked it quite pretty good again and, like, looked at the site locations, I think you could even get away with less. So I think the four even will be overkill, which is fine. So if you got. If, like, Amy strongly thinks four and everything, it just. I don't think. I think the cost will really come down much. So. But, you know, we'll talk about the playground side of it first later. Later. But that's being exacerbated by it existing. It is clearing quicker than it used to. I noticed that. </w:t>
      </w:r>
    </w:p>
    <w:p>
      <w:r>
        <w:t xml:space="preserve">03:22:40   (Speaker D)  Yeah. </w:t>
      </w:r>
    </w:p>
    <w:p>
      <w:r>
        <w:t xml:space="preserve">03:22:41   (Speaker H)  Well, Steve and I. </w:t>
      </w:r>
    </w:p>
    <w:p>
      <w:r>
        <w:t xml:space="preserve">03:22:42   (Speaker E)  It was only like 24 hours. </w:t>
      </w:r>
    </w:p>
    <w:p>
      <w:r>
        <w:t xml:space="preserve">03:22:44   (Speaker H)  Steve and I have been out there with some steaks, trying to get some aeration in the grass to try to alleviate some of that a little bit </w:t>
      </w:r>
    </w:p>
    <w:p>
      <w:r>
        <w:t xml:space="preserve">03:22:50   (Speaker E)  that it probably does. </w:t>
      </w:r>
    </w:p>
    <w:p>
      <w:r>
        <w:t xml:space="preserve">03:22:51   (Speaker F)  Okay. </w:t>
      </w:r>
    </w:p>
    <w:p>
      <w:r>
        <w:t xml:space="preserve">03:22:52   (Speaker A)  It sounds like. It sounds like you guys are leaning more towards the blue water aquatics proposal for five. </w:t>
      </w:r>
    </w:p>
    <w:p>
      <w:r>
        <w:t xml:space="preserve">03:22:57   (Speaker F)  Yeah, I would even move to accept that. </w:t>
      </w:r>
    </w:p>
    <w:p>
      <w:r>
        <w:t xml:space="preserve">03:22:59   (Speaker A)  Okay. </w:t>
      </w:r>
    </w:p>
    <w:p>
      <w:r>
        <w:t xml:space="preserve">03:22:59   (Speaker E)  Yeah. </w:t>
      </w:r>
    </w:p>
    <w:p>
      <w:r>
        <w:t xml:space="preserve">03:22:59   (Speaker G)  I think the only reason I'm saying is to get that off of Matt's place, without Matt's plate with everything else he's got going on from Amanda. </w:t>
      </w:r>
    </w:p>
    <w:p>
      <w:r>
        <w:t xml:space="preserve">03:23:07   (Speaker A)  So further discussion now. Go ahead. </w:t>
      </w:r>
    </w:p>
    <w:p>
      <w:r>
        <w:t xml:space="preserve">03:23:09   (Speaker H)  Sorry. </w:t>
      </w:r>
    </w:p>
    <w:p>
      <w:r>
        <w:t xml:space="preserve">03:23:10   (Speaker E)  No, I think it's good that they. It's their pond. They know where they're going out to and everything. And this is what they do all day. So. </w:t>
      </w:r>
    </w:p>
    <w:p>
      <w:r>
        <w:t xml:space="preserve">03:23:16   (Speaker A)  So I got a first from Jesse, second from Amanda. All in. Favorite motion passes. </w:t>
      </w:r>
    </w:p>
    <w:p>
      <w:r>
        <w:t xml:space="preserve">03:23:22   (Speaker E)  Thank you. </w:t>
      </w:r>
    </w:p>
    <w:p>
      <w:r>
        <w:t xml:space="preserve">03:23:22   (Speaker A)  Zero. </w:t>
      </w:r>
    </w:p>
    <w:p>
      <w:r>
        <w:t xml:space="preserve">03:23:23   (Speaker E)  Very quick. </w:t>
      </w:r>
    </w:p>
    <w:p>
      <w:r>
        <w:t xml:space="preserve">03:23:23   (Speaker A)  Aquatics. </w:t>
      </w:r>
    </w:p>
    <w:p>
      <w:r>
        <w:t xml:space="preserve">03:23:24   (Speaker B)  All right. </w:t>
      </w:r>
    </w:p>
    <w:p>
      <w:r>
        <w:t xml:space="preserve">03:23:25   (Speaker D)  And we briefly. </w:t>
      </w:r>
    </w:p>
    <w:p>
      <w:r>
        <w:t xml:space="preserve">03:23:27   (Speaker H)  I know that in the workshops, you guys were all looking at the joining of the playgrounds. I know, Sam, this was something we talked about. Now we can kind of get, you know, dug into that. So I had met with engineering on site, which I provided this in the scope of work for all of the vendors. Engineering provided their estimate for what they felt was suffice for the playground. </w:t>
      </w:r>
    </w:p>
    <w:p>
      <w:r>
        <w:t xml:space="preserve">03:23:52   (Speaker E)  Is that in here? I got the. </w:t>
      </w:r>
    </w:p>
    <w:p>
      <w:r>
        <w:t xml:space="preserve">03:23:54   (Speaker H)  That actually should already be in the agenda. It should already be in the agenda. </w:t>
      </w:r>
    </w:p>
    <w:p>
      <w:r>
        <w:t xml:space="preserve">03:23:58   (Speaker D)  It's not. </w:t>
      </w:r>
    </w:p>
    <w:p>
      <w:r>
        <w:t xml:space="preserve">03:24:00   (Speaker H)  It is. Yeah, it is. </w:t>
      </w:r>
    </w:p>
    <w:p>
      <w:r>
        <w:t xml:space="preserve">03:24:02   (Speaker E)  That playground. </w:t>
      </w:r>
    </w:p>
    <w:p>
      <w:r>
        <w:t xml:space="preserve">03:24:04   (Speaker H)  Yeah, it's actually in the agenda. </w:t>
      </w:r>
    </w:p>
    <w:p>
      <w:r>
        <w:t xml:space="preserve">03:24:05   (Speaker E)  And I'm sorry I didn't get back to you. I did review it. I just. There wasn't anything like, not. Not that there wasn't anything substantial. There wasn't anything that I thought that, like, you needed right away. </w:t>
      </w:r>
    </w:p>
    <w:p>
      <w:r>
        <w:t xml:space="preserve">03:24:13   (Speaker H)  No, no, no, no. Because this is more discussion right now. </w:t>
      </w:r>
    </w:p>
    <w:p>
      <w:r>
        <w:t xml:space="preserve">03:24:16   (Speaker E)  Right. </w:t>
      </w:r>
    </w:p>
    <w:p>
      <w:r>
        <w:t xml:space="preserve">03:24:16   (Speaker D)  And kind of what I'm looking more </w:t>
      </w:r>
    </w:p>
    <w:p>
      <w:r>
        <w:t xml:space="preserve">03:24:18   (Speaker H)  to discuss is just the general idea </w:t>
      </w:r>
    </w:p>
    <w:p>
      <w:r>
        <w:t xml:space="preserve">03:24:20   (Speaker D)  of what we're looking to do. </w:t>
      </w:r>
    </w:p>
    <w:p>
      <w:r>
        <w:t xml:space="preserve">03:24:21   (Speaker H)  Because, I mean, like, I. I put some renderings in here, and I like the. </w:t>
      </w:r>
    </w:p>
    <w:p>
      <w:r>
        <w:t xml:space="preserve">03:24:26   (Speaker E)  The idea of like, kind of. Of bringing it all together and removing some of the concrete, because that brings it all together. I was a little worried about how we were going to do that tree thing. Like, just like, I don't want any trees removed now. I want more. Right. And that's what we were talking about. Pool stuff, too. </w:t>
      </w:r>
    </w:p>
    <w:p>
      <w:r>
        <w:t xml:space="preserve">03:24:40   (Speaker H)  So I'm not sure if you saw this one here in the middle. That's kind of what I think your idea may have been more adding. </w:t>
      </w:r>
    </w:p>
    <w:p>
      <w:r>
        <w:t xml:space="preserve">03:24:46   (Speaker E)  Right, right. And I think if you. We do some relatively large plantings, I think within a couple years, it'll be like, better than a cover. </w:t>
      </w:r>
    </w:p>
    <w:p>
      <w:r>
        <w:t xml:space="preserve">03:24:54   (Speaker H)  Obviously not something that large right away because it's substantial money. </w:t>
      </w:r>
    </w:p>
    <w:p>
      <w:r>
        <w:t xml:space="preserve">03:24:57   (Speaker E)  Right, right. </w:t>
      </w:r>
    </w:p>
    <w:p>
      <w:r>
        <w:t xml:space="preserve">03:24:57   (Speaker H)  Yeah. Like within about a two year, you know, years. </w:t>
      </w:r>
    </w:p>
    <w:p>
      <w:r>
        <w:t xml:space="preserve">03:24:59   (Speaker E)  And then removing some of the hardscape, I thought was a good idea. The bike racks, I didn't really want to move. </w:t>
      </w:r>
    </w:p>
    <w:p>
      <w:r>
        <w:t xml:space="preserve">03:25:04   (Speaker A)  No, no. </w:t>
      </w:r>
    </w:p>
    <w:p>
      <w:r>
        <w:t xml:space="preserve">03:25:05   (Speaker H)  That was more just something that I couldn't get out of the running. Those are going to stay okay. Those will stay. No, no. I. I tried working around that. For some reason, it just wasn't working the right. No. </w:t>
      </w:r>
    </w:p>
    <w:p>
      <w:r>
        <w:t xml:space="preserve">03:25:13   (Speaker E)  We could put them on the other side, but it's just like, why we </w:t>
      </w:r>
    </w:p>
    <w:p>
      <w:r>
        <w:t xml:space="preserve">03:25:15   (Speaker H)  just went through all that. </w:t>
      </w:r>
    </w:p>
    <w:p>
      <w:r>
        <w:t xml:space="preserve">03:25:16   (Speaker D)  Putting them in. </w:t>
      </w:r>
    </w:p>
    <w:p>
      <w:r>
        <w:t xml:space="preserve">03:25:16   (Speaker H)  No, I think we could easily work along that. </w:t>
      </w:r>
    </w:p>
    <w:p>
      <w:r>
        <w:t xml:space="preserve">03:25:19   (Speaker E)  Honestly. The whole area needs a kind of a real landscape anyway. So we have the. We. We timed it right with a new vendor. We might be able to kind of work some of that in with like, the whole area. I mean, I think you're on the right track. I think bringing them into one unified space is a good idea. </w:t>
      </w:r>
    </w:p>
    <w:p>
      <w:r>
        <w:t xml:space="preserve">03:25:35   (Speaker A)  And. </w:t>
      </w:r>
    </w:p>
    <w:p>
      <w:r>
        <w:t xml:space="preserve">03:25:35   (Speaker H)  And I mean, how do you guys feel about maybe removing that section right </w:t>
      </w:r>
    </w:p>
    <w:p>
      <w:r>
        <w:t xml:space="preserve">03:25:39   (Speaker D)  in the middle where the doors are? </w:t>
      </w:r>
    </w:p>
    <w:p>
      <w:r>
        <w:t xml:space="preserve">03:25:40   (Speaker A)  Yeah. So I know I had a conversation </w:t>
      </w:r>
    </w:p>
    <w:p>
      <w:r>
        <w:t xml:space="preserve">03:25:43   (Speaker D)  because moms like to come in with a stroller instead of trying to dragging their stroller through. Tumultuous is a little bit difficult to get right. </w:t>
      </w:r>
    </w:p>
    <w:p>
      <w:r>
        <w:t xml:space="preserve">03:25:50   (Speaker H)  So it's like, what I think I was trying to do was try to get some of the benches more along the outer ridges and kind of giving them a space where they can view into the kids. </w:t>
      </w:r>
    </w:p>
    <w:p>
      <w:r>
        <w:t xml:space="preserve">03:26:00   (Speaker D)  I think they want to be inside the playground because if a kid falls or whatever, they want to run to them. </w:t>
      </w:r>
    </w:p>
    <w:p>
      <w:r>
        <w:t xml:space="preserve">03:26:05   (Speaker H)  They don't have to run, but the benches are extra. My biggest Fear would be a trip hazard for that. </w:t>
      </w:r>
    </w:p>
    <w:p>
      <w:r>
        <w:t xml:space="preserve">03:26:13   (Speaker I)  That come. </w:t>
      </w:r>
    </w:p>
    <w:p>
      <w:r>
        <w:t xml:space="preserve">03:26:13   (Speaker H)  That's my. If the kids running through that don't </w:t>
      </w:r>
    </w:p>
    <w:p>
      <w:r>
        <w:t xml:space="preserve">03:26:17   (Speaker D)  place stuff over by the sidewalk to place stuff. </w:t>
      </w:r>
    </w:p>
    <w:p>
      <w:r>
        <w:t xml:space="preserve">03:26:20   (Speaker A)  How does the other. </w:t>
      </w:r>
    </w:p>
    <w:p>
      <w:r>
        <w:t xml:space="preserve">03:26:22   (Speaker D)  I think I heard also trying to keep the cost up, of course, removing cement. </w:t>
      </w:r>
    </w:p>
    <w:p>
      <w:r>
        <w:t xml:space="preserve">03:26:29   (Speaker A)  So I think I also. I also heard from. I also heard from John that he liked the removal of the concrete. Amanda, which side do you fall on? </w:t>
      </w:r>
    </w:p>
    <w:p>
      <w:r>
        <w:t xml:space="preserve">03:26:37   (Speaker C)  I would say remove the concrete because of the tripping liability. </w:t>
      </w:r>
    </w:p>
    <w:p>
      <w:r>
        <w:t xml:space="preserve">03:26:40   (Speaker E)  I think it wasn't well planned and I think this is an opportunity to kind of fix both at the same time. I don't think like the removal shouldn't be. It's not astronomical. It's just sidewalk. I think in the end, like we should kind of think about it longer term. Like we do stages of it. Like we fix this so that it's unified. But then like, well, maybe we're doing more of like that path on the other side. There's a bench there and it's more finished. Because I don't think. I think that was a secondary thought. </w:t>
      </w:r>
    </w:p>
    <w:p>
      <w:r>
        <w:t xml:space="preserve">03:27:06   (Speaker H)  And then this also kind of plays into the. The irrigation too. Taking that irrigation out of there. Having the best. Sorry. </w:t>
      </w:r>
    </w:p>
    <w:p>
      <w:r>
        <w:t xml:space="preserve">03:27:13   (Speaker F)  My feeling is nuanced. I think the biggest regression. I like this overall. I think the biggest regression is you do have kids that like do the loop around. So if one. If one kid is playing and like my daughters do this, if one kid is inside, there are kids just going around and it seems like we don't. We lose that track. </w:t>
      </w:r>
    </w:p>
    <w:p>
      <w:r>
        <w:t xml:space="preserve">03:27:34   (Speaker D)  Okay. </w:t>
      </w:r>
    </w:p>
    <w:p>
      <w:r>
        <w:t xml:space="preserve">03:27:35   (Speaker F)  So aside from that, I think this is directionally correct. </w:t>
      </w:r>
    </w:p>
    <w:p>
      <w:r>
        <w:t xml:space="preserve">03:27:38   (Speaker A)  Okay. </w:t>
      </w:r>
    </w:p>
    <w:p>
      <w:r>
        <w:t xml:space="preserve">03:27:39   (Speaker E)  That's what I was trying to say was that there needs to like maybe a. Make a bigger path that goes around the thing. </w:t>
      </w:r>
    </w:p>
    <w:p>
      <w:r>
        <w:t xml:space="preserve">03:27:45   (Speaker F)  If we, if we had that. I think this is a. A slam dunk. And I wanted to hear more about the trees versus the covers. And are those actually realistic covers? </w:t>
      </w:r>
    </w:p>
    <w:p>
      <w:r>
        <w:t xml:space="preserve">03:27:55   (Speaker H)  Shade structures are very, very, very substantially. </w:t>
      </w:r>
    </w:p>
    <w:p>
      <w:r>
        <w:t xml:space="preserve">03:27:58   (Speaker D)  But you're going to take out the trees. </w:t>
      </w:r>
    </w:p>
    <w:p>
      <w:r>
        <w:t xml:space="preserve">03:28:00   (Speaker E)  No, no, putting. </w:t>
      </w:r>
    </w:p>
    <w:p>
      <w:r>
        <w:t xml:space="preserve">03:28:02   (Speaker D)  Show the tree. It shows trees in one picture and then no trees with COVID Yeah. </w:t>
      </w:r>
    </w:p>
    <w:p>
      <w:r>
        <w:t xml:space="preserve">03:28:06   (Speaker A)  So there's three different options. </w:t>
      </w:r>
    </w:p>
    <w:p>
      <w:r>
        <w:t xml:space="preserve">03:28:08   (Speaker H)  Unshaded renderings. </w:t>
      </w:r>
    </w:p>
    <w:p>
      <w:r>
        <w:t xml:space="preserve">03:28:10   (Speaker A)  Natural shade with trees and then structure shade with the street. So what I will say is shade structures are insanely expensive. </w:t>
      </w:r>
    </w:p>
    <w:p>
      <w:r>
        <w:t xml:space="preserve">03:28:16   (Speaker J)  Crazy. </w:t>
      </w:r>
    </w:p>
    <w:p>
      <w:r>
        <w:t xml:space="preserve">03:28:17   (Speaker A)  And the maintenance costs on them. You have to clean them every couple of years. That's another astronomical. </w:t>
      </w:r>
    </w:p>
    <w:p>
      <w:r>
        <w:t xml:space="preserve">03:28:22   (Speaker H)  It's just something that I wanted at least give you an idea visually so you can kind of know what I mean. </w:t>
      </w:r>
    </w:p>
    <w:p>
      <w:r>
        <w:t xml:space="preserve">03:28:27   (Speaker F)  Could be. Would it be realistic to plant some fast growing trees in there for year two, year three, second or whatever, which </w:t>
      </w:r>
    </w:p>
    <w:p>
      <w:r>
        <w:t xml:space="preserve">03:28:33   (Speaker H)  is what we just found out. </w:t>
      </w:r>
    </w:p>
    <w:p>
      <w:r>
        <w:t xml:space="preserve">03:28:35   (Speaker E)  Sycamores are a little slower. Red maples would be the fastest but the messiest. But I think that landscape design from them, like having them have a go at this with. These are the species we. I mean, I'm going to tell you it's probably going to be red maples because they'll be like 35, 40ft into. I. I have one in the back of my area. Yeah. Three years old and it's like 60 foot. </w:t>
      </w:r>
    </w:p>
    <w:p>
      <w:r>
        <w:t xml:space="preserve">03:28:53   (Speaker H)  Crazy. </w:t>
      </w:r>
    </w:p>
    <w:p>
      <w:r>
        <w:t xml:space="preserve">03:28:53   (Speaker F)  No. Yeah, I think we've been on that. And the only adjustment, like John was saying, if we could get the path around, I think it's a way that </w:t>
      </w:r>
    </w:p>
    <w:p>
      <w:r>
        <w:t xml:space="preserve">03:29:02   (Speaker H)  I think we leave the existing path the way it is. And kind of just because, like we basically. </w:t>
      </w:r>
    </w:p>
    <w:p>
      <w:r>
        <w:t xml:space="preserve">03:29:06   (Speaker E)  Yeah, you kind of have the. </w:t>
      </w:r>
    </w:p>
    <w:p>
      <w:r>
        <w:t xml:space="preserve">03:29:07   (Speaker H)  Yeah, we basically generally have that, but </w:t>
      </w:r>
    </w:p>
    <w:p>
      <w:r>
        <w:t xml:space="preserve">03:29:09   (Speaker E)  not on the south side of that little kids playground. </w:t>
      </w:r>
    </w:p>
    <w:p>
      <w:r>
        <w:t xml:space="preserve">03:29:11   (Speaker H)  So that would be the only maybe small addition. </w:t>
      </w:r>
    </w:p>
    <w:p>
      <w:r>
        <w:t xml:space="preserve">03:29:13   (Speaker A)  Don, do you have an opinion here? </w:t>
      </w:r>
    </w:p>
    <w:p>
      <w:r>
        <w:t xml:space="preserve">03:29:16   (Speaker G)  You know, I'm going to defer overall to John and to Jesse and Amanda because they've got small children. But aesthetically, this, to me aesthetically looks so much better than what we have currently. This just. </w:t>
      </w:r>
    </w:p>
    <w:p>
      <w:r>
        <w:t xml:space="preserve">03:29:33   (Speaker E)  That's really important. </w:t>
      </w:r>
    </w:p>
    <w:p>
      <w:r>
        <w:t xml:space="preserve">03:29:34   (Speaker G)  So aesthetically it looks phenomenal. </w:t>
      </w:r>
    </w:p>
    <w:p>
      <w:r>
        <w:t xml:space="preserve">03:29:36   (Speaker A)  You think that you have good direction to move? </w:t>
      </w:r>
    </w:p>
    <w:p>
      <w:r>
        <w:t xml:space="preserve">03:29:38   (Speaker H)  Yes, yes. Now what I can do is now move on to Cardinal with all of our ideas and have them start working up an estimate for proposals. </w:t>
      </w:r>
    </w:p>
    <w:p>
      <w:r>
        <w:t xml:space="preserve">03:29:47   (Speaker D)  You were leaving the bike path, the bike rack. Yes. </w:t>
      </w:r>
    </w:p>
    <w:p>
      <w:r>
        <w:t xml:space="preserve">03:29:49   (Speaker H)  Bike racks are saying a bike grass is going to be staying. Like I said, it just couldn't work around that in the, in the, in the rendering. Next question. I had two. Two entrances or three considering if we're going to keep the backside. </w:t>
      </w:r>
    </w:p>
    <w:p>
      <w:r>
        <w:t xml:space="preserve">03:30:01   (Speaker E)  Great question. </w:t>
      </w:r>
    </w:p>
    <w:p>
      <w:r>
        <w:t xml:space="preserve">03:30:05   (Speaker A)  Can you start with two and then add a third? </w:t>
      </w:r>
    </w:p>
    <w:p>
      <w:r>
        <w:t xml:space="preserve">03:30:07   (Speaker D)  Is. </w:t>
      </w:r>
    </w:p>
    <w:p>
      <w:r>
        <w:t xml:space="preserve">03:30:08   (Speaker A)  We can start with two, evaluate to see if we even need a third and then add later if you guys really need. </w:t>
      </w:r>
    </w:p>
    <w:p>
      <w:r>
        <w:t xml:space="preserve">03:30:13   (Speaker F)  I assume we're going to need three. </w:t>
      </w:r>
    </w:p>
    <w:p>
      <w:r>
        <w:t xml:space="preserve">03:30:14   (Speaker H)  I think. </w:t>
      </w:r>
    </w:p>
    <w:p>
      <w:r>
        <w:t xml:space="preserve">03:30:17   (Speaker E)  I mean, I doubt the cost. I mean, it was getting like another 300, probably three. </w:t>
      </w:r>
    </w:p>
    <w:p>
      <w:r>
        <w:t xml:space="preserve">03:30:24   (Speaker H)  We're going to be trying to. In my scope, we're going to try to be repurposing a lot of what we have there. </w:t>
      </w:r>
    </w:p>
    <w:p>
      <w:r>
        <w:t xml:space="preserve">03:30:28   (Speaker E)  Right. </w:t>
      </w:r>
    </w:p>
    <w:p>
      <w:r>
        <w:t xml:space="preserve">03:30:28   (Speaker H)  I'm just paid for this. </w:t>
      </w:r>
    </w:p>
    <w:p>
      <w:r>
        <w:t xml:space="preserve">03:30:29   (Speaker E)  Yeah, we already have three. No, there's just two. </w:t>
      </w:r>
    </w:p>
    <w:p>
      <w:r>
        <w:t xml:space="preserve">03:30:33   (Speaker H)  There's two. </w:t>
      </w:r>
    </w:p>
    <w:p>
      <w:r>
        <w:t xml:space="preserve">03:30:33   (Speaker F)  Yeah. So we're. </w:t>
      </w:r>
    </w:p>
    <w:p>
      <w:r>
        <w:t xml:space="preserve">03:30:35   (Speaker H)  We're basically only heading. </w:t>
      </w:r>
    </w:p>
    <w:p>
      <w:r>
        <w:t xml:space="preserve">03:30:37   (Speaker D)  And. </w:t>
      </w:r>
    </w:p>
    <w:p>
      <w:r>
        <w:t xml:space="preserve">03:30:37   (Speaker H)  And I have new hinges in the truck, so I'm not worried about it. </w:t>
      </w:r>
    </w:p>
    <w:p>
      <w:r>
        <w:t xml:space="preserve">03:30:39   (Speaker E)  No, I think you did a great job. I think this is fantastic. I think you did fantastic at taking the input I think you did fantastic at moving at a good pace. So thank you very much. This is excellent. </w:t>
      </w:r>
    </w:p>
    <w:p>
      <w:r>
        <w:t xml:space="preserve">03:30:50   (Speaker I)  Help. </w:t>
      </w:r>
    </w:p>
    <w:p>
      <w:r>
        <w:t xml:space="preserve">03:30:50   (Speaker E)  Help us with that rain. Help us with those drains in there, too. Oh, yeah, yeah. </w:t>
      </w:r>
    </w:p>
    <w:p>
      <w:r>
        <w:t xml:space="preserve">03:30:57   (Speaker H)  Now, that's something. That's all been part of this for sure. But, I mean, I think I have a general idea which way we're looking to go here. And I can kind of take the next one. </w:t>
      </w:r>
    </w:p>
    <w:p>
      <w:r>
        <w:t xml:space="preserve">03:31:03   (Speaker E)  We'll probably have a little extra reason. </w:t>
      </w:r>
    </w:p>
    <w:p>
      <w:r>
        <w:t xml:space="preserve">03:31:04   (Speaker H)  Haven't even gotten that far. Literally haven't even gotten that far. Hang on, hang on, hang on, guys. Give me an opportunity to talk. So the engineer's estimate is roughly about 20,000. </w:t>
      </w:r>
    </w:p>
    <w:p>
      <w:r>
        <w:t xml:space="preserve">03:31:21   (Speaker D)  Do all of us. </w:t>
      </w:r>
    </w:p>
    <w:p>
      <w:r>
        <w:t xml:space="preserve">03:31:24   (Speaker E)  I mean, it is, you know, to hedge your bets a little bit. That is something that if it's going to be 20, it might be something that we're looking to budget for next year. </w:t>
      </w:r>
    </w:p>
    <w:p>
      <w:r>
        <w:t xml:space="preserve">03:31:32   (Speaker D)  No, I think that's. </w:t>
      </w:r>
    </w:p>
    <w:p>
      <w:r>
        <w:t xml:space="preserve">03:31:34   (Speaker E)  I don't like that. </w:t>
      </w:r>
    </w:p>
    <w:p>
      <w:r>
        <w:t xml:space="preserve">03:31:34   (Speaker D)  I was afraid it was really going to be expensive. </w:t>
      </w:r>
    </w:p>
    <w:p>
      <w:r>
        <w:t xml:space="preserve">03:31:36   (Speaker F)  No, I. I think it's winner. </w:t>
      </w:r>
    </w:p>
    <w:p>
      <w:r>
        <w:t xml:space="preserve">03:31:38   (Speaker H)  I'd say I want a 30. </w:t>
      </w:r>
    </w:p>
    <w:p>
      <w:r>
        <w:t xml:space="preserve">03:31:39   (Speaker D)  Yeah. </w:t>
      </w:r>
    </w:p>
    <w:p>
      <w:r>
        <w:t xml:space="preserve">03:31:40   (Speaker E)  Concrete removal, though, is not crazy. And then, like, we've got to do extra mulch. </w:t>
      </w:r>
    </w:p>
    <w:p>
      <w:r>
        <w:t xml:space="preserve">03:31:43   (Speaker H)  We have two on site. </w:t>
      </w:r>
    </w:p>
    <w:p>
      <w:r>
        <w:t xml:space="preserve">03:31:44   (Speaker A)  Making this guy perfect. </w:t>
      </w:r>
    </w:p>
    <w:p>
      <w:r>
        <w:t xml:space="preserve">03:31:45   (Speaker F)  And it's going to be something more beautiful. </w:t>
      </w:r>
    </w:p>
    <w:p>
      <w:r>
        <w:t xml:space="preserve">03:31:47   (Speaker A)  So any. Anything else you want to report on? </w:t>
      </w:r>
    </w:p>
    <w:p>
      <w:r>
        <w:t xml:space="preserve">03:31:50   (Speaker H)  Much more you want me, guys? Because I have all the stuff that </w:t>
      </w:r>
    </w:p>
    <w:p>
      <w:r>
        <w:t xml:space="preserve">03:31:52   (Speaker A)  we have to go into. Yeah, just. I was just looking through your report. Anything on the report specifically? </w:t>
      </w:r>
    </w:p>
    <w:p>
      <w:r>
        <w:t xml:space="preserve">03:31:57   (Speaker D)  We can. </w:t>
      </w:r>
    </w:p>
    <w:p>
      <w:r>
        <w:t xml:space="preserve">03:31:58   (Speaker A)  We can go through the quotes. We'll go through the quotes, but anything on the report? </w:t>
      </w:r>
    </w:p>
    <w:p>
      <w:r>
        <w:t xml:space="preserve">03:32:01   (Speaker H)  Not really. You know, I mean, I just want </w:t>
      </w:r>
    </w:p>
    <w:p>
      <w:r>
        <w:t xml:space="preserve">03:32:03   (Speaker F)  to kind touch the only thing I was curious because I've gotten a lot of questions like when is. Is the gym open? I assume. No, not when do we. </w:t>
      </w:r>
    </w:p>
    <w:p>
      <w:r>
        <w:t xml:space="preserve">03:32:14   (Speaker H)  I'm going to give you a loose answer. In best case scenario, maybe two, three weeks. I'm sorry, Worst case scenario, two, three weeks? Best case, about a week to week and a half. </w:t>
      </w:r>
    </w:p>
    <w:p>
      <w:r>
        <w:t xml:space="preserve">03:32:21   (Speaker F)  Okay. </w:t>
      </w:r>
    </w:p>
    <w:p>
      <w:r>
        <w:t xml:space="preserve">03:32:22   (Speaker D)  Yeah. </w:t>
      </w:r>
    </w:p>
    <w:p>
      <w:r>
        <w:t xml:space="preserve">03:32:23   (Speaker H)  The gym area, I think would be open sooner than the bathrooms because the gym doesn't really have major issues right now. Minor leaks that can be repaired, which will be repaired a bit more. But the biggest thing is obviously located to the chair, the bathrooms. </w:t>
      </w:r>
    </w:p>
    <w:p>
      <w:r>
        <w:t xml:space="preserve">03:32:38   (Speaker D)  Right. </w:t>
      </w:r>
    </w:p>
    <w:p>
      <w:r>
        <w:t xml:space="preserve">03:32:39   (Speaker A)  What. What's next that you want. Do you want to go over the roof, repair the ratification? </w:t>
      </w:r>
    </w:p>
    <w:p>
      <w:r>
        <w:t xml:space="preserve">03:32:43   (Speaker H)  Yeah, that would be the next thing I'd like to do. You guys definitely have that right in front of you. </w:t>
      </w:r>
    </w:p>
    <w:p>
      <w:r>
        <w:t xml:space="preserve">03:32:47   (Speaker A)  You have this printed out right in front of you. This would be up for ratification. Matt, go ahead with what exactly this is and what. </w:t>
      </w:r>
    </w:p>
    <w:p>
      <w:r>
        <w:t xml:space="preserve">03:32:55   (Speaker H)  What did it so we had the. Tyler is a roofer that we use very regularly through mgms. We was out here very quickly. His team was able to get up on the roof. Roof actively water test locate multiple leaks in the roof at the ridge. The ridge vent, as well as a couple of seams on the roof that were actively leaking. He has given us a proposal here for an emergency repair for fifteen hundred dollars to repair those seats, as well as the three, four spots that we have above the equipment area in the bin and rewrap our. And rewrap our duct. Don gave us the emergency okay. Darling gave us nearly okay to get that done. I think we needed to in that moment. </w:t>
      </w:r>
    </w:p>
    <w:p>
      <w:r>
        <w:t xml:space="preserve">03:33:41   (Speaker E)  Well done. This looks great. The price is really good. </w:t>
      </w:r>
    </w:p>
    <w:p>
      <w:r>
        <w:t xml:space="preserve">03:33:43   (Speaker H)  And Tyler does great work. </w:t>
      </w:r>
    </w:p>
    <w:p>
      <w:r>
        <w:t xml:space="preserve">03:33:45   (Speaker I)  And then what. </w:t>
      </w:r>
    </w:p>
    <w:p>
      <w:r>
        <w:t xml:space="preserve">03:33:45   (Speaker H)  Additionally, what I'm going to do is once that work is completed, I will have him provide a free estimate for the one that we're sitting in so we can proactively be ahead of time. </w:t>
      </w:r>
    </w:p>
    <w:p>
      <w:r>
        <w:t xml:space="preserve">03:33:54   (Speaker D)  So. So the $1,500 fixes what fixes the leaks in the roof as well as </w:t>
      </w:r>
    </w:p>
    <w:p>
      <w:r>
        <w:t xml:space="preserve">03:33:59   (Speaker H)  rewrapping the H vac ducting. </w:t>
      </w:r>
    </w:p>
    <w:p>
      <w:r>
        <w:t xml:space="preserve">03:34:01   (Speaker D)  And then you got to do what after that? </w:t>
      </w:r>
    </w:p>
    <w:p>
      <w:r>
        <w:t xml:space="preserve">03:34:02   (Speaker H)  That I'm gonna give us a free estimate for this one just for this room. </w:t>
      </w:r>
    </w:p>
    <w:p>
      <w:r>
        <w:t xml:space="preserve">03:34:07   (Speaker D)  It's not something we have to have. The hunter gets us all done. </w:t>
      </w:r>
    </w:p>
    <w:p>
      <w:r>
        <w:t xml:space="preserve">03:34:13   (Speaker E)  Well, we got to do the repairs and everything. </w:t>
      </w:r>
    </w:p>
    <w:p>
      <w:r>
        <w:t xml:space="preserve">03:34:17   (Speaker A)  So again, this has already been approved. Don and I approved it as an emergency expense. So we would just be looking for a motion to ratify this. I'll move first from John, Second. Second from Jesse. All in favor? </w:t>
      </w:r>
    </w:p>
    <w:p>
      <w:r>
        <w:t xml:space="preserve">03:34:30   (Speaker E)  Thank you. </w:t>
      </w:r>
    </w:p>
    <w:p>
      <w:r>
        <w:t xml:space="preserve">03:34:30   (Speaker A)  All right, motion passes. </w:t>
      </w:r>
    </w:p>
    <w:p>
      <w:r>
        <w:t xml:space="preserve">03:34:32   (Speaker E)  Thanks for doing that. </w:t>
      </w:r>
    </w:p>
    <w:p>
      <w:r>
        <w:t xml:space="preserve">03:34:34   (Speaker G)  You're welcome. It's been a fun week. </w:t>
      </w:r>
    </w:p>
    <w:p>
      <w:r>
        <w:t xml:space="preserve">03:34:37   (Speaker C)  I said on that topic. And anybody like to possibly get a mold inspection, make sure that it's not. There's not any microbe issues going on from the leak. </w:t>
      </w:r>
    </w:p>
    <w:p>
      <w:r>
        <w:t xml:space="preserve">03:34:47   (Speaker H)  After we're done with the sheetrock, you won't have any sheetrock left. </w:t>
      </w:r>
    </w:p>
    <w:p>
      <w:r>
        <w:t xml:space="preserve">03:34:49   (Speaker D)  It'll all be brand new. </w:t>
      </w:r>
    </w:p>
    <w:p>
      <w:r>
        <w:t xml:space="preserve">03:34:51   (Speaker A)  Yeah, that's where the mold would be. If it is and we, me and Matt walked it earlier, the entire entirety of both your bathroom ceilings is going </w:t>
      </w:r>
    </w:p>
    <w:p>
      <w:r>
        <w:t xml:space="preserve">03:34:57   (Speaker H)  to have to be replaced. </w:t>
      </w:r>
    </w:p>
    <w:p>
      <w:r>
        <w:t xml:space="preserve">03:34:58   (Speaker I)  Yeah. </w:t>
      </w:r>
    </w:p>
    <w:p>
      <w:r>
        <w:t xml:space="preserve">03:34:59   (Speaker E)  What. </w:t>
      </w:r>
    </w:p>
    <w:p>
      <w:r>
        <w:t xml:space="preserve">03:34:59   (Speaker I)  How. </w:t>
      </w:r>
    </w:p>
    <w:p>
      <w:r>
        <w:t xml:space="preserve">03:35:00   (Speaker E)  What was the turnaround on leak discovered to like it. It collapsed, and then the roof was sealed within two days. </w:t>
      </w:r>
    </w:p>
    <w:p>
      <w:r>
        <w:t xml:space="preserve">03:35:07   (Speaker A)  Three days. </w:t>
      </w:r>
    </w:p>
    <w:p>
      <w:r>
        <w:t xml:space="preserve">03:35:07   (Speaker E)  Two days. </w:t>
      </w:r>
    </w:p>
    <w:p>
      <w:r>
        <w:t xml:space="preserve">03:35:08   (Speaker D)  Yeah. </w:t>
      </w:r>
    </w:p>
    <w:p>
      <w:r>
        <w:t xml:space="preserve">03:35:08   (Speaker H)  Yeah. </w:t>
      </w:r>
    </w:p>
    <w:p>
      <w:r>
        <w:t xml:space="preserve">03:35:09   (Speaker E)  And then the AC was running the whole time and everything. So it should. I mean, it should be. So what. What I would say is they could complete the work and then you could go to do like a remediation. But I mean, it just Depends on the species. Like you got to do an agar plate and stuff. It's fun. </w:t>
      </w:r>
    </w:p>
    <w:p>
      <w:r>
        <w:t xml:space="preserve">03:35:23   (Speaker H)  Well, what I would like to do is get some mold kits up there. </w:t>
      </w:r>
    </w:p>
    <w:p>
      <w:r>
        <w:t xml:space="preserve">03:35:25   (Speaker F)  Yeah, yeah. </w:t>
      </w:r>
    </w:p>
    <w:p>
      <w:r>
        <w:t xml:space="preserve">03:35:26   (Speaker H)  Monitor them, you know. </w:t>
      </w:r>
    </w:p>
    <w:p>
      <w:r>
        <w:t xml:space="preserve">03:35:27   (Speaker E)  Yeah, that'd be good. </w:t>
      </w:r>
    </w:p>
    <w:p>
      <w:r>
        <w:t xml:space="preserve">03:35:28   (Speaker D)  Yeah. </w:t>
      </w:r>
    </w:p>
    <w:p>
      <w:r>
        <w:t xml:space="preserve">03:35:29   (Speaker H)  What's going on? Those are, that's easy. Way to go. Now set up a little mold kit. </w:t>
      </w:r>
    </w:p>
    <w:p>
      <w:r>
        <w:t xml:space="preserve">03:35:33   (Speaker E)  Okay. </w:t>
      </w:r>
    </w:p>
    <w:p>
      <w:r>
        <w:t xml:space="preserve">03:35:36   (Speaker H)  Lastly. Not always lastly, but there's a lot going on. </w:t>
      </w:r>
    </w:p>
    <w:p>
      <w:r>
        <w:t xml:space="preserve">03:35:39   (Speaker F)  Guys. </w:t>
      </w:r>
    </w:p>
    <w:p>
      <w:r>
        <w:t xml:space="preserve">03:35:39   (Speaker H)  The ADA mats, we gave me a contact, so I've, I've completed the scope for the ADA mats, all in three phases. I have just started sending this out to vendors and hoping to have a full proposal and everything for next meeting. </w:t>
      </w:r>
    </w:p>
    <w:p>
      <w:r>
        <w:t xml:space="preserve">03:35:56   (Speaker E)  Excellent work. </w:t>
      </w:r>
    </w:p>
    <w:p>
      <w:r>
        <w:t xml:space="preserve">03:35:56   (Speaker D)  But. No, no, no. </w:t>
      </w:r>
    </w:p>
    <w:p>
      <w:r>
        <w:t xml:space="preserve">03:36:07   (Speaker H)  In my scope, I specifically called out because there's a lot of areas on the Fenland side that are in very good shape that have bolt ons. Yes, exactly. So anything that is not needed to be replaced right now, it, you gotta do it. No, these are ones that look like I, I, I want eyes on everyone. </w:t>
      </w:r>
    </w:p>
    <w:p>
      <w:r>
        <w:t xml:space="preserve">03:36:25   (Speaker E)  No, phase one is like gone. </w:t>
      </w:r>
    </w:p>
    <w:p>
      <w:r>
        <w:t xml:space="preserve">03:36:27   (Speaker H)  Yeah, phase one's all painted on. It's bad otherwise. I, I, I probably missed some things, but we've been here all night, so anything in particular questions that you have, let me know. I'm here for you guys who know </w:t>
      </w:r>
    </w:p>
    <w:p>
      <w:r>
        <w:t xml:space="preserve">03:36:38   (Speaker E)  that pressure washing and the sidewalk leveling. There's a couple spots the sidewalk leveling. There's one by Jesse's house near the playground and there's one over by the apartments that are definitely within the range and they just didn't do it. </w:t>
      </w:r>
    </w:p>
    <w:p>
      <w:r>
        <w:t xml:space="preserve">03:36:52   (Speaker H)  So then if you could just. Jess, if you wouldn't mind, just send me some. </w:t>
      </w:r>
    </w:p>
    <w:p>
      <w:r>
        <w:t xml:space="preserve">03:36:55   (Speaker E)  I can do it. I'll take care. </w:t>
      </w:r>
    </w:p>
    <w:p>
      <w:r>
        <w:t xml:space="preserve">03:36:57   (Speaker H)  I will easily walk sidewalk in front of Trent's. </w:t>
      </w:r>
    </w:p>
    <w:p>
      <w:r>
        <w:t xml:space="preserve">03:37:02   (Speaker F)  Good with that. </w:t>
      </w:r>
    </w:p>
    <w:p>
      <w:r>
        <w:t xml:space="preserve">03:37:04   (Speaker D)  Sidewalk is our responsibility. </w:t>
      </w:r>
    </w:p>
    <w:p>
      <w:r>
        <w:t xml:space="preserve">03:37:07   (Speaker H)  Great question that I want to talk about. </w:t>
      </w:r>
    </w:p>
    <w:p>
      <w:r>
        <w:t xml:space="preserve">03:37:08   (Speaker D)  The homeowner brought it up and I was ask about that sidewalk is yours. </w:t>
      </w:r>
    </w:p>
    <w:p>
      <w:r>
        <w:t xml:space="preserve">03:37:14   (Speaker H)  Sidewalks in front of the home. </w:t>
      </w:r>
    </w:p>
    <w:p>
      <w:r>
        <w:t xml:space="preserve">03:37:15   (Speaker D)  Yeah. </w:t>
      </w:r>
    </w:p>
    <w:p>
      <w:r>
        <w:t xml:space="preserve">03:37:16   (Speaker E)  Are, are the homeowner's responsibility. </w:t>
      </w:r>
    </w:p>
    <w:p>
      <w:r>
        <w:t xml:space="preserve">03:37:23   (Speaker G)  Hold up the, the sidewalks from maintenance is the homeowners. But when there's repairs and stuff that have to be done, it's. </w:t>
      </w:r>
    </w:p>
    <w:p>
      <w:r>
        <w:t xml:space="preserve">03:37:33   (Speaker E)  The CDD leveling is off. Yes. </w:t>
      </w:r>
    </w:p>
    <w:p>
      <w:r>
        <w:t xml:space="preserve">03:37:36   (Speaker D)  Oh, is that right? So the tree roots start lifting people sidewalk ducks. We're responsible. </w:t>
      </w:r>
    </w:p>
    <w:p>
      <w:r>
        <w:t xml:space="preserve">03:37:42   (Speaker C)  That's why you guys did that? </w:t>
      </w:r>
    </w:p>
    <w:p>
      <w:r>
        <w:t xml:space="preserve">03:37:43   (Speaker E)  That's correct. </w:t>
      </w:r>
    </w:p>
    <w:p>
      <w:r>
        <w:t xml:space="preserve">03:37:44   (Speaker C)  Rating and such. </w:t>
      </w:r>
    </w:p>
    <w:p>
      <w:r>
        <w:t xml:space="preserve">03:37:45   (Speaker D)  Okay. Just making sure. </w:t>
      </w:r>
    </w:p>
    <w:p>
      <w:r>
        <w:t xml:space="preserve">03:37:46   (Speaker H)  Okay. </w:t>
      </w:r>
    </w:p>
    <w:p>
      <w:r>
        <w:t xml:space="preserve">03:37:47   (Speaker E)  But if it's their tree POA that they installed and it's an inappropriate tree and it's doing damage, we might need to like let them know if they put an oak tree in a container space which is between the, the street and the sidewalk and it lifts the sidewalk. That needs to like they need to either change the tree or. </w:t>
      </w:r>
    </w:p>
    <w:p>
      <w:r>
        <w:t xml:space="preserve">03:38:05   (Speaker D)  Didn't they make us put trees in? </w:t>
      </w:r>
    </w:p>
    <w:p>
      <w:r>
        <w:t xml:space="preserve">03:38:07   (Speaker E)  They did but they shouldn't have been oak oaks. None of them should have been oaks. </w:t>
      </w:r>
    </w:p>
    <w:p>
      <w:r>
        <w:t xml:space="preserve">03:38:10   (Speaker C)  Those things might be a case by case basis generally what the other stuff regarding maintenance versus but like if it's </w:t>
      </w:r>
    </w:p>
    <w:p>
      <w:r>
        <w:t xml:space="preserve">03:38:16   (Speaker E)  leveling and it can be done by our vendor and it wasn't crazy then it's just us now. </w:t>
      </w:r>
    </w:p>
    <w:p>
      <w:r>
        <w:t xml:space="preserve">03:38:20   (Speaker D)  We had that subdivision I was at. All of our oak trees were required put in by the subdivision. </w:t>
      </w:r>
    </w:p>
    <w:p>
      <w:r>
        <w:t xml:space="preserve">03:38:27   (Speaker F)  Well </w:t>
      </w:r>
    </w:p>
    <w:p>
      <w:r>
        <w:t xml:space="preserve">03:38:29   (Speaker H)  that resident that was here to have the dip. </w:t>
      </w:r>
    </w:p>
    <w:p>
      <w:r>
        <w:t xml:space="preserve">03:38:31   (Speaker E)  So he's supposed to put in like a drain or whatnot. This I don't want to get larger discussion or whatever but it goes back to poa of like they of kind could approve letting them put a drain to this to the curb which would be appropriate. So it bypasses that. </w:t>
      </w:r>
    </w:p>
    <w:p>
      <w:r>
        <w:t xml:space="preserve">03:38:42   (Speaker C)  But I think it's to step and investigate to see what even the problem is which is not going to happen. </w:t>
      </w:r>
    </w:p>
    <w:p>
      <w:r>
        <w:t xml:space="preserve">03:38:47   (Speaker E)  It's just the sidewalk dipping between houses like this and the water runs down it and it just sits there for 24 hours. </w:t>
      </w:r>
    </w:p>
    <w:p>
      <w:r>
        <w:t xml:space="preserve">03:38:52   (Speaker A)  Yeah, we're going to look into it either way and we'll see if it's CDD responsibility or not. We'll have a report to you. </w:t>
      </w:r>
    </w:p>
    <w:p>
      <w:r>
        <w:t xml:space="preserve">03:38:58   (Speaker D)  Give us some idea where we are responsible. </w:t>
      </w:r>
    </w:p>
    <w:p>
      <w:r>
        <w:t xml:space="preserve">03:39:01   (Speaker A)  Absolutely. </w:t>
      </w:r>
    </w:p>
    <w:p>
      <w:r>
        <w:t xml:space="preserve">03:39:01   (Speaker D)  Anything else? </w:t>
      </w:r>
    </w:p>
    <w:p>
      <w:r>
        <w:t xml:space="preserve">03:39:02   (Speaker H)  You guys have any questions? </w:t>
      </w:r>
    </w:p>
    <w:p>
      <w:r>
        <w:t xml:space="preserve">03:39:03   (Speaker E)  Why ask what the pressure washing. There's also spots missing on that. So I can let you know or just have the vendor take a look back back path. I mean like there's just some spots where there's like a. Like they had the circular thing and they like missed it and it's like detail stuff but it's also like we paid a lot of money for it. There's some other areas that like I think they were on the list but like I know that towards the apartments we didn't do that. That wasn't in that scope. Are we planning to do that eventually because that's what that gentleman was complaining about. Yeah. So I just like next year or whatnot. </w:t>
      </w:r>
    </w:p>
    <w:p>
      <w:r>
        <w:t xml:space="preserve">03:39:34   (Speaker G)  I will also send you because there is a section on Longbow and is that Eve Court that goes by Longbow on both corners and that's what John was talking about the detail. He just reminded me because I had it on my list that it's my fault. I didn't send it to you. Where like they didn't. They didn't pressure wash this like where the ADA pads are that concrete around there. You can tell it wasn't done. So I'll send you those. I've got pictures of it, but I forgot to send that to you. But that's what. </w:t>
      </w:r>
    </w:p>
    <w:p>
      <w:r>
        <w:t xml:space="preserve">03:40:03   (Speaker H)  John, that are peeling. </w:t>
      </w:r>
    </w:p>
    <w:p>
      <w:r>
        <w:t xml:space="preserve">03:40:05   (Speaker D)  They. </w:t>
      </w:r>
    </w:p>
    <w:p>
      <w:r>
        <w:t xml:space="preserve">03:40:06   (Speaker H)  They may have excluded that. </w:t>
      </w:r>
    </w:p>
    <w:p>
      <w:r>
        <w:t xml:space="preserve">03:40:09   (Speaker G)  It's the concrete around it. </w:t>
      </w:r>
    </w:p>
    <w:p>
      <w:r>
        <w:t xml:space="preserve">03:40:10   (Speaker I)  Okay. Okay. </w:t>
      </w:r>
    </w:p>
    <w:p>
      <w:r>
        <w:t xml:space="preserve">03:40:11   (Speaker H)  Okay. </w:t>
      </w:r>
    </w:p>
    <w:p>
      <w:r>
        <w:t xml:space="preserve">03:40:12   (Speaker A)  Yeah, just send us the location. </w:t>
      </w:r>
    </w:p>
    <w:p>
      <w:r>
        <w:t xml:space="preserve">03:40:13   (Speaker E)  I'll send it to you. </w:t>
      </w:r>
    </w:p>
    <w:p>
      <w:r>
        <w:t xml:space="preserve">03:40:14   (Speaker A)  Well, yeah, we'll look at it at this. Any other questions for Matt? </w:t>
      </w:r>
    </w:p>
    <w:p>
      <w:r>
        <w:t xml:space="preserve">03:40:18   (Speaker E)  No. And I'll get with you. Honestly. </w:t>
      </w:r>
    </w:p>
    <w:p>
      <w:r>
        <w:t xml:space="preserve">03:40:19   (Speaker D)  Yeah. </w:t>
      </w:r>
    </w:p>
    <w:p>
      <w:r>
        <w:t xml:space="preserve">03:40:20   (Speaker H)  By the way, the pool lights are off. </w:t>
      </w:r>
    </w:p>
    <w:p>
      <w:r>
        <w:t xml:space="preserve">03:40:22   (Speaker G)  Yes, it's about time. </w:t>
      </w:r>
    </w:p>
    <w:p>
      <w:r>
        <w:t xml:space="preserve">03:40:26   (Speaker H)  Just the ones in the pool are on. That's. </w:t>
      </w:r>
    </w:p>
    <w:p>
      <w:r>
        <w:t xml:space="preserve">03:40:29   (Speaker E)  We need those. </w:t>
      </w:r>
    </w:p>
    <w:p>
      <w:r>
        <w:t xml:space="preserve">03:40:29   (Speaker A)  Yeah. </w:t>
      </w:r>
    </w:p>
    <w:p>
      <w:r>
        <w:t xml:space="preserve">03:40:30   (Speaker H)  Yeah. </w:t>
      </w:r>
    </w:p>
    <w:p>
      <w:r>
        <w:t xml:space="preserve">03:40:30   (Speaker E)  All right. </w:t>
      </w:r>
    </w:p>
    <w:p>
      <w:r>
        <w:t xml:space="preserve">03:40:30   (Speaker H)  I found out what the problem was. </w:t>
      </w:r>
    </w:p>
    <w:p>
      <w:r>
        <w:t xml:space="preserve">03:40:32   (Speaker A)  Okay. Thank you so much, man, for your. </w:t>
      </w:r>
    </w:p>
    <w:p>
      <w:r>
        <w:t xml:space="preserve">03:40:33   (Speaker C)  Thank you. </w:t>
      </w:r>
    </w:p>
    <w:p>
      <w:r>
        <w:t xml:space="preserve">03:40:34   (Speaker A)  Your hard work this month. </w:t>
      </w:r>
    </w:p>
    <w:p>
      <w:r>
        <w:t xml:space="preserve">03:40:35   (Speaker C)  Thank you. </w:t>
      </w:r>
    </w:p>
    <w:p>
      <w:r>
        <w:t xml:space="preserve">03:40:36   (Speaker E)  Excellent. </w:t>
      </w:r>
    </w:p>
    <w:p>
      <w:r>
        <w:t xml:space="preserve">03:40:38   (Speaker A)  Have a great night, man. We'll talk soon. The French train. Yeah, yeah. </w:t>
      </w:r>
    </w:p>
    <w:p>
      <w:r>
        <w:t xml:space="preserve">03:40:45   (Speaker E)  Talk about that. </w:t>
      </w:r>
    </w:p>
    <w:p>
      <w:r>
        <w:t xml:space="preserve">03:40:46   (Speaker F)  We did. </w:t>
      </w:r>
    </w:p>
    <w:p>
      <w:r>
        <w:t xml:space="preserve">03:40:46   (Speaker H)  That was the first thing. </w:t>
      </w:r>
    </w:p>
    <w:p>
      <w:r>
        <w:t xml:space="preserve">03:40:47   (Speaker A)  Yeah, that's right. </w:t>
      </w:r>
    </w:p>
    <w:p>
      <w:r>
        <w:t xml:space="preserve">03:40:50   (Speaker D)  We did. </w:t>
      </w:r>
    </w:p>
    <w:p>
      <w:r>
        <w:t xml:space="preserve">03:40:51   (Speaker F)  Yeah, we did. </w:t>
      </w:r>
    </w:p>
    <w:p>
      <w:r>
        <w:t xml:space="preserve">03:40:52   (Speaker C)  I'm sorry, guys. </w:t>
      </w:r>
    </w:p>
    <w:p>
      <w:r>
        <w:t xml:space="preserve">03:40:53   (Speaker E)  Don't make me read the. We can redo it if we need. </w:t>
      </w:r>
    </w:p>
    <w:p>
      <w:r>
        <w:t xml:space="preserve">03:40:56   (Speaker A)  No, I got it. I have it right here. First from Jesse, second from Amanda, Five. </w:t>
      </w:r>
    </w:p>
    <w:p>
      <w:r>
        <w:t xml:space="preserve">03:41:00   (Speaker D)  Thank you. </w:t>
      </w:r>
    </w:p>
    <w:p>
      <w:r>
        <w:t xml:space="preserve">03:41:01   (Speaker E)  No. </w:t>
      </w:r>
    </w:p>
    <w:p>
      <w:r>
        <w:t xml:space="preserve">03:41:02   (Speaker A)  Great. </w:t>
      </w:r>
    </w:p>
    <w:p>
      <w:r>
        <w:t xml:space="preserve">03:41:03   (Speaker E)  All right. </w:t>
      </w:r>
    </w:p>
    <w:p>
      <w:r>
        <w:t xml:space="preserve">03:41:03   (Speaker A)  So with that, we will go ahead and move on. We do have an amenity suspension hearing for a resident on the. </w:t>
      </w:r>
    </w:p>
    <w:p>
      <w:r>
        <w:t xml:space="preserve">03:41:13   (Speaker E)  Is the resident on V or. </w:t>
      </w:r>
    </w:p>
    <w:p>
      <w:r>
        <w:t xml:space="preserve">03:41:16   (Speaker A)  I don't know. So we have iPhone 91 on here on the Zoom, and I'm not sure if they are correlated with this incident report. IPhone 91. If you are associated with 15087 Caravan Street Road, please use the raise your hand feature at the bottom of the screen and I'll make sure that you're unmuted for this process. If not, we're going to go ahead and continue. I'll give you a few seconds to find it. Okay. Doesn't look like so. So no, they are not here in attendance. </w:t>
      </w:r>
    </w:p>
    <w:p>
      <w:r>
        <w:t xml:space="preserve">03:41:51   (Speaker E)  So I mean, I don't know that we need would. I mean, if. Follow whatever procedure you need, but I don't need the detail like I. Between the. The share and management. This is your. </w:t>
      </w:r>
    </w:p>
    <w:p>
      <w:r>
        <w:t xml:space="preserve">03:42:01   (Speaker A)  Yeah, I mean, you guys have the information right in front of you. This is exactly what happened, you know. </w:t>
      </w:r>
    </w:p>
    <w:p>
      <w:r>
        <w:t xml:space="preserve">03:42:07   (Speaker F)  Yeah. </w:t>
      </w:r>
    </w:p>
    <w:p>
      <w:r>
        <w:t xml:space="preserve">03:42:07   (Speaker A)  And a letter was sent out as well to the family. </w:t>
      </w:r>
    </w:p>
    <w:p>
      <w:r>
        <w:t xml:space="preserve">03:42:09   (Speaker E)  So I'll. I'll take your recommendation on. </w:t>
      </w:r>
    </w:p>
    <w:p>
      <w:r>
        <w:t xml:space="preserve">03:42:11   (Speaker C)  For procedure purposes. This is the suspension hearing. </w:t>
      </w:r>
    </w:p>
    <w:p>
      <w:r>
        <w:t xml:space="preserve">03:42:15   (Speaker I)  Okay. </w:t>
      </w:r>
    </w:p>
    <w:p>
      <w:r>
        <w:t xml:space="preserve">03:42:15   (Speaker F)  There you go. </w:t>
      </w:r>
    </w:p>
    <w:p>
      <w:r>
        <w:t xml:space="preserve">03:42:16   (Speaker C)  For 15087 caravan, due to an incident that occurred July 13, 2026, you do have the incident report in front of you. A suspension letter was also sent to the homeowner. Those two things are entered into the record for purposes of this hearing. Sounds Like Brian, as your district staff who did this has no further reports than what you have within your hard copy materials. We do not have anybody to provide a response. So now if you would like to have a discussion your options are to lift the suspension or extend the suspension. </w:t>
      </w:r>
    </w:p>
    <w:p>
      <w:r>
        <w:t xml:space="preserve">03:43:02   (Speaker E)  Was any conversation with the resident? </w:t>
      </w:r>
    </w:p>
    <w:p>
      <w:r>
        <w:t xml:space="preserve">03:43:03   (Speaker A)  No, they have not reached. </w:t>
      </w:r>
    </w:p>
    <w:p>
      <w:r>
        <w:t xml:space="preserve">03:43:05   (Speaker E)  I would suggest a 90 day suspension. </w:t>
      </w:r>
    </w:p>
    <w:p>
      <w:r>
        <w:t xml:space="preserve">03:43:07   (Speaker D)  How many? </w:t>
      </w:r>
    </w:p>
    <w:p>
      <w:r>
        <w:t xml:space="preserve">03:43:08   (Speaker E)  90. </w:t>
      </w:r>
    </w:p>
    <w:p>
      <w:r>
        <w:t xml:space="preserve">03:43:08   (Speaker F)  90. </w:t>
      </w:r>
    </w:p>
    <w:p>
      <w:r>
        <w:t xml:space="preserve">03:43:09   (Speaker H)  90. </w:t>
      </w:r>
    </w:p>
    <w:p>
      <w:r>
        <w:t xml:space="preserve">03:43:11   (Speaker A)  Any board members have or Don I know you you experien this firsthand yourself. So you have. </w:t>
      </w:r>
    </w:p>
    <w:p>
      <w:r>
        <w:t xml:space="preserve">03:43:17   (Speaker G)  I just want to. And why I, I, I, I fully support a 90 day is the disrespectfulness of these teenagers went beyond. I actually had to threaten to call the police to get him out of the pool and out of the pool area. Then they, then the people, the remaining kids in there were calling him by a false name. And by the way this gentleman I am 99.9% sure is one of the ones that jumped the fence that night into the pool where they destroyed the pool that one night when we came in the next morning where furniture was in the pool. So this is not a first time. This is a continual. From my understanding this is not the first time they have been given warnings. So I fully support a 90 day. It just the overall just disrespect the, the diving, the. The diving off of the. The tables, the throwing in of the chair, the pulling of the umbrella out of the table. It was just. It was awful. </w:t>
      </w:r>
    </w:p>
    <w:p>
      <w:r>
        <w:t xml:space="preserve">03:44:20   (Speaker E)  Do you have the original one where like property was damaged essentially. Do we have that part? Do we know what that was or we don't. </w:t>
      </w:r>
    </w:p>
    <w:p>
      <w:r>
        <w:t xml:space="preserve">03:44:28   (Speaker G)  No, because they jumped the fence without. </w:t>
      </w:r>
    </w:p>
    <w:p>
      <w:r>
        <w:t xml:space="preserve">03:44:35   (Speaker A)  I'm also going to pause everyone for a second because looking through my files there is not another. There's no history of a second offense for here. So this is a first offense should be treated as a first offenses. This is the only documentation that we have for this. </w:t>
      </w:r>
    </w:p>
    <w:p>
      <w:r>
        <w:t xml:space="preserve">03:44:48   (Speaker G)  Okay. </w:t>
      </w:r>
    </w:p>
    <w:p>
      <w:r>
        <w:t xml:space="preserve">03:44:49   (Speaker A)  This is a first offense the most or sorry not the motion the idea was set for an additional 90 day suspension on top of this. Good night Matt. Thank you. </w:t>
      </w:r>
    </w:p>
    <w:p>
      <w:r>
        <w:t xml:space="preserve">03:44:57   (Speaker E)  I was assuming that at least some notice was sent to the resident 100 </w:t>
      </w:r>
    </w:p>
    <w:p>
      <w:r>
        <w:t xml:space="preserve">03:45:02   (Speaker A)  every single time that there's no response. </w:t>
      </w:r>
    </w:p>
    <w:p>
      <w:r>
        <w:t xml:space="preserve">03:45:04   (Speaker E)  So it's the lack of. It's the lack of conversation or communication that's telling me that any day nothing </w:t>
      </w:r>
    </w:p>
    <w:p>
      <w:r>
        <w:t xml:space="preserve">03:45:09   (Speaker A)  to do with that's just want to make sure we're all on the same </w:t>
      </w:r>
    </w:p>
    <w:p>
      <w:r>
        <w:t xml:space="preserve">03:45:12   (Speaker C)  page because besides the incident letter and the violation letter for this one particular incident you can't take anything out of no consideration except for the amenity policy. </w:t>
      </w:r>
    </w:p>
    <w:p>
      <w:r>
        <w:t xml:space="preserve">03:45:19   (Speaker E)  I was speaking out of turn I </w:t>
      </w:r>
    </w:p>
    <w:p>
      <w:r>
        <w:t xml:space="preserve">03:45:21   (Speaker F)  think this behavior you. </w:t>
      </w:r>
    </w:p>
    <w:p>
      <w:r>
        <w:t xml:space="preserve">03:45:22   (Speaker A)  So, yeah, I mean, in the future, if anything were to happen now, you guys can use this for your next one, right? </w:t>
      </w:r>
    </w:p>
    <w:p>
      <w:r>
        <w:t xml:space="preserve">03:45:28   (Speaker E)  No, I. I was speaking about. Basically completely unrelated to this question about something else, because it was more pertinent to that. Like I've seen some people. So it's like I could give times of ID cards, like cards. Not anything to do with this incident specifically. It's more. This incident specifically is. I. We don't have any communication with the residential. There was a concern. If there's no communication happening, I want communication to happen. So therefore I'm going for a 90 day suspension, which could be lifted with a conversation. </w:t>
      </w:r>
    </w:p>
    <w:p>
      <w:r>
        <w:t xml:space="preserve">03:45:57   (Speaker G)  Right. Because there was more than one offense, by the way. Because there was piggybacking, because the one card let six people in. There was diving off the edge of the pool, which is against the rules. There was diving off of the tables into the pool, and then there was the throwing of the furniture into the pool. </w:t>
      </w:r>
    </w:p>
    <w:p>
      <w:r>
        <w:t xml:space="preserve">03:46:14   (Speaker E)  Yeah. Again, to me it's more like something serious was happening. It doesn't need. It's not the extent to me, it's that they're not having a conversation with us about it. </w:t>
      </w:r>
    </w:p>
    <w:p>
      <w:r>
        <w:t xml:space="preserve">03:46:22   (Speaker C)  And so would this be. We would look for a motion to continue the suspension for 90 days and confirming. If it's for the whole household. </w:t>
      </w:r>
    </w:p>
    <w:p>
      <w:r>
        <w:t xml:space="preserve">03:46:29   (Speaker A)  This is the motion that I put. </w:t>
      </w:r>
    </w:p>
    <w:p>
      <w:r>
        <w:t xml:space="preserve">03:46:30   (Speaker C)  Okay. </w:t>
      </w:r>
    </w:p>
    <w:p>
      <w:r>
        <w:t xml:space="preserve">03:46:31   (Speaker A)  Just. Just as an idea. Motion to approve a further suspension of 90 days with opportunity for early reinstatement with conversation with management. </w:t>
      </w:r>
    </w:p>
    <w:p>
      <w:r>
        <w:t xml:space="preserve">03:46:39   (Speaker E)  So move. </w:t>
      </w:r>
    </w:p>
    <w:p>
      <w:r>
        <w:t xml:space="preserve">03:46:39   (Speaker D)  First. </w:t>
      </w:r>
    </w:p>
    <w:p>
      <w:r>
        <w:t xml:space="preserve">03:46:40   (Speaker C)  Second. </w:t>
      </w:r>
    </w:p>
    <w:p>
      <w:r>
        <w:t xml:space="preserve">03:46:41   (Speaker D)  All right. </w:t>
      </w:r>
    </w:p>
    <w:p>
      <w:r>
        <w:t xml:space="preserve">03:46:42   (Speaker A)  Person, John. Second from Amanda. </w:t>
      </w:r>
    </w:p>
    <w:p>
      <w:r>
        <w:t xml:space="preserve">03:46:43   (Speaker C)  Also noting that based on your many policies, they do have the right to appeal as well. </w:t>
      </w:r>
    </w:p>
    <w:p>
      <w:r>
        <w:t xml:space="preserve">03:46:47   (Speaker E)  Yes. Can we authorize management to lift early with a conversation? </w:t>
      </w:r>
    </w:p>
    <w:p>
      <w:r>
        <w:t xml:space="preserve">03:46:53   (Speaker C)  Let's get this one motion done first. </w:t>
      </w:r>
    </w:p>
    <w:p>
      <w:r>
        <w:t xml:space="preserve">03:46:56   (Speaker A)  Well, that's part of the motion. Oh, early reinstatement with conversation with management. </w:t>
      </w:r>
    </w:p>
    <w:p>
      <w:r>
        <w:t xml:space="preserve">03:47:01   (Speaker C)  Okay. So if you want to give authorization, you can either wait until the next meeting. </w:t>
      </w:r>
    </w:p>
    <w:p>
      <w:r>
        <w:t xml:space="preserve">03:47:08   (Speaker D)  Yeah. I think. Even if it converses. Or bring it to the next meeting. </w:t>
      </w:r>
    </w:p>
    <w:p>
      <w:r>
        <w:t xml:space="preserve">03:47:11   (Speaker E)  Okay, that's fine. </w:t>
      </w:r>
    </w:p>
    <w:p>
      <w:r>
        <w:t xml:space="preserve">03:47:12   (Speaker C)  Unless you know what the parameters would be for an automatic lift. </w:t>
      </w:r>
    </w:p>
    <w:p>
      <w:r>
        <w:t xml:space="preserve">03:47:17   (Speaker E)  No, I think that's fine because it just goes in increments of 30 days, right? Yeah, yeah, that's fine. </w:t>
      </w:r>
    </w:p>
    <w:p>
      <w:r>
        <w:t xml:space="preserve">03:47:22   (Speaker C)  So then is that. </w:t>
      </w:r>
    </w:p>
    <w:p>
      <w:r>
        <w:t xml:space="preserve">03:47:23   (Speaker E)  Just do it that way and you can be like, I'll let the board know. </w:t>
      </w:r>
    </w:p>
    <w:p>
      <w:r>
        <w:t xml:space="preserve">03:47:26   (Speaker C)  So if there is a conversation, then it will be put on the agenda for the next meeting. That's fine. Perfect. </w:t>
      </w:r>
    </w:p>
    <w:p>
      <w:r>
        <w:t xml:space="preserve">03:47:31   (Speaker E)  Good system. Thank you. </w:t>
      </w:r>
    </w:p>
    <w:p>
      <w:r>
        <w:t xml:space="preserve">03:47:32   (Speaker A)  First from John, second from Amanda. All in favor? </w:t>
      </w:r>
    </w:p>
    <w:p>
      <w:r>
        <w:t xml:space="preserve">03:47:35   (Speaker E)  Sorry, Sorry to cause chaos with my question. </w:t>
      </w:r>
    </w:p>
    <w:p>
      <w:r>
        <w:t xml:space="preserve">03:47:39   (Speaker A)  Yeah, we'll work on that. </w:t>
      </w:r>
    </w:p>
    <w:p>
      <w:r>
        <w:t xml:space="preserve">03:47:40   (Speaker B)  Yep. </w:t>
      </w:r>
    </w:p>
    <w:p>
      <w:r>
        <w:t xml:space="preserve">03:47:41   (Speaker A)  Okay, I'll work on that letter with Lindsay here. Next up, we do have land use council. I don't think there was already went through that when field manager we did the district council you want have anything to report on. </w:t>
      </w:r>
    </w:p>
    <w:p>
      <w:r>
        <w:t xml:space="preserve">03:47:59   (Speaker C)  Okay. So legislative update. The governor did veto a couple things. One was the sovereign immunity caps. So that is not passing your. Those are all going to stay the same. And then the ebike, the task force, that legislation that also was vetoed by the governor. </w:t>
      </w:r>
    </w:p>
    <w:p>
      <w:r>
        <w:t xml:space="preserve">03:48:16   (Speaker E)  Nice. </w:t>
      </w:r>
    </w:p>
    <w:p>
      <w:r>
        <w:t xml:space="preserve">03:48:17   (Speaker C)  So it just really created a task force more than anything else. </w:t>
      </w:r>
    </w:p>
    <w:p>
      <w:r>
        <w:t xml:space="preserve">03:48:23   (Speaker F)  The </w:t>
      </w:r>
    </w:p>
    <w:p>
      <w:r>
        <w:t xml:space="preserve">03:48:25   (Speaker C)  Property Owners Association. I have been in contact with their attorney regarding a couple of homeowners who have planted things in like the lawn apron areas. The POA attorney is working on a joint letter that will and he will send to me that can come from the board regarding removal of the plant and returning it to sod. So basically someone planted a whole bunch of plants in the lawn apron where they're not supposed to. It's supposed to stay sod. It is technically the CDD's area. I guess they applied through the POA and got denied but did it anyway and have been ignoring the letters from them. As we have become aware, the POA does not have a finding committee so they cannot do their violation. But since it is our CDD area for responsibility, ownership, all that fun stuff, we were thinking a joint letter from the POA and the CDD might have some more heft. I'm also going to review your amenity policies to see if that is something there that would warrant a suspension. And if it doesn't, then it's something I will rework into any amenity policies that we are working on. </w:t>
      </w:r>
    </w:p>
    <w:p>
      <w:r>
        <w:t xml:space="preserve">03:49:42   (Speaker E)  But I don't, I don't, I don't. I think it's too much. I don't want to do that. I don't want to do that last part. Like, I don't want to do enforcement through that. Yeah. Like I don't want to do suspension based on like the use of property separately. Like I get. They didn't get ARB approval. So that's what. Like. </w:t>
      </w:r>
    </w:p>
    <w:p>
      <w:r>
        <w:t xml:space="preserve">03:50:00   (Speaker C)  Yeah, they didn't get ARB approval and it's supposed to remain sod. </w:t>
      </w:r>
    </w:p>
    <w:p>
      <w:r>
        <w:t xml:space="preserve">03:50:03   (Speaker E)  Right. So that's fine. I just, I. I think that's the poa. Even if they struggle to enforce it, </w:t>
      </w:r>
    </w:p>
    <w:p>
      <w:r>
        <w:t xml:space="preserve">03:50:08   (Speaker A)  it would be the CDD's property though. </w:t>
      </w:r>
    </w:p>
    <w:p>
      <w:r>
        <w:t xml:space="preserve">03:50:09   (Speaker E)  That's the. Yeah, I get it. I get it. </w:t>
      </w:r>
    </w:p>
    <w:p>
      <w:r>
        <w:t xml:space="preserve">03:50:10   (Speaker D)  Okay. </w:t>
      </w:r>
    </w:p>
    <w:p>
      <w:r>
        <w:t xml:space="preserve">03:50:11   (Speaker E)  But I, I want residents to be able to modify for like drainage purposes and other things those front. So I don't want enforcement coming from us on the modifications. I, I want the POA to follow the process of like what. </w:t>
      </w:r>
    </w:p>
    <w:p>
      <w:r>
        <w:t xml:space="preserve">03:50:25   (Speaker A)  But I think it's important that you guys have your own process as well. </w:t>
      </w:r>
    </w:p>
    <w:p>
      <w:r>
        <w:t xml:space="preserve">03:50:29   (Speaker E)  Property. </w:t>
      </w:r>
    </w:p>
    <w:p>
      <w:r>
        <w:t xml:space="preserve">03:50:30   (Speaker A)  Hold on. That is what I'm getting at. So when. When the POA is going through their review process and they see that that part of that review is on CDD property, what they should be doing is pointing them in the direction of the cdd. The CDD has their own process to review with their engineer, with whoever needs to get involved. And then you guys have that opportunity to approve or manipulate what they're trying to do that's going to best fit what. What's best for your property. So that's what we suggest. That's what we see at our other districts. Like your ranch does it the same way. And actually we put a. They put a fee on the application so that they can give back the funds from the engineer that they're going to be using. </w:t>
      </w:r>
    </w:p>
    <w:p>
      <w:r>
        <w:t xml:space="preserve">03:51:05   (Speaker E)  Yeah, I mean, that's okay. I, I would be fine with that. The reimbursement's going to the engineer. It just like. And this is mostly I want residents to be able to take care of their own drainage without it being like a big to do. And for example, like the, the POA prohibits that improperly. So to me, the fallback and for what I had been advised many, many previous times was that if residents had equipment in that right of way, it simply was subject to removal. And that's more my. I land there that like the residents should be able not just to modify it willy nilly, but like if a project needs to be done because it's an enhancement to fix something. I don't want to put red tape in that or delay it. </w:t>
      </w:r>
    </w:p>
    <w:p>
      <w:r>
        <w:t xml:space="preserve">03:51:48   (Speaker G)  John, this one, this one is. </w:t>
      </w:r>
    </w:p>
    <w:p>
      <w:r>
        <w:t xml:space="preserve">03:51:50   (Speaker E)  Yeah. </w:t>
      </w:r>
    </w:p>
    <w:p>
      <w:r>
        <w:t xml:space="preserve">03:51:52   (Speaker G)  They actually place landscaping in CDD property. And they actually went to POA for approval and it was denied and they did it anyway. So that's what this one's concerning. </w:t>
      </w:r>
    </w:p>
    <w:p>
      <w:r>
        <w:t xml:space="preserve">03:52:02   (Speaker E)  I'm with you. I. And I get that, like if the rest of the board thinks that I'm wrong on this, that wants to support the POA and its enforcement. I get that. And that's kind of the angle Lindsay's coming from. I'm saying I don't prefer that. I prefer that the POA handle the fact that it wasn't ARB approved. </w:t>
      </w:r>
    </w:p>
    <w:p>
      <w:r>
        <w:t xml:space="preserve">03:52:17   (Speaker A)  So I mean, you have. </w:t>
      </w:r>
    </w:p>
    <w:p>
      <w:r>
        <w:t xml:space="preserve">03:52:19   (Speaker D)  It's not a POA responsibility. They didn't do anything on a POA property, of course. </w:t>
      </w:r>
    </w:p>
    <w:p>
      <w:r>
        <w:t xml:space="preserve">03:52:23   (Speaker G)  Or yes, it is their responsibility. </w:t>
      </w:r>
    </w:p>
    <w:p>
      <w:r>
        <w:t xml:space="preserve">03:52:26   (Speaker A)  I think that's why they. I think that's why the application got denied. Right. The DOA said, no, it's not ours. So we're going to deny this. Right. So. But again, the CDD doesn't have that process right now currently. Right. And a lot. No one knows that they have to come to the CDD to ask permission for any of these things. Right. So with that, Amanda, where do you stand? </w:t>
      </w:r>
    </w:p>
    <w:p>
      <w:r>
        <w:t xml:space="preserve">03:52:44   (Speaker C)  We need that. </w:t>
      </w:r>
    </w:p>
    <w:p>
      <w:r>
        <w:t xml:space="preserve">03:52:45   (Speaker A)  You need the process. Yeah. </w:t>
      </w:r>
    </w:p>
    <w:p>
      <w:r>
        <w:t xml:space="preserve">03:52:46   (Speaker C)  Well, how do first, let's. Well, back up, back up, back up. </w:t>
      </w:r>
    </w:p>
    <w:p>
      <w:r>
        <w:t xml:space="preserve">03:52:50   (Speaker E)  Yeah, that. </w:t>
      </w:r>
    </w:p>
    <w:p>
      <w:r>
        <w:t xml:space="preserve">03:52:52   (Speaker C)  What are your thoughts about doing a joint letter regarding this person planting things on CD property? </w:t>
      </w:r>
    </w:p>
    <w:p>
      <w:r>
        <w:t xml:space="preserve">03:52:57   (Speaker E)  I'm fine with that. </w:t>
      </w:r>
    </w:p>
    <w:p>
      <w:r>
        <w:t xml:space="preserve">03:52:58   (Speaker G)  Yes. </w:t>
      </w:r>
    </w:p>
    <w:p>
      <w:r>
        <w:t xml:space="preserve">03:52:58   (Speaker C)  Okay, great. </w:t>
      </w:r>
    </w:p>
    <w:p>
      <w:r>
        <w:t xml:space="preserve">03:53:00   (Speaker G)  Y. Lindsay, aren't they going to pre trial arbitration or. </w:t>
      </w:r>
    </w:p>
    <w:p>
      <w:r>
        <w:t xml:space="preserve">03:53:04   (Speaker C)  No, he said that was a option. They might do pre suit mediation depending on the response to the joint letter. </w:t>
      </w:r>
    </w:p>
    <w:p>
      <w:r>
        <w:t xml:space="preserve">03:53:11   (Speaker G)  Okay. </w:t>
      </w:r>
    </w:p>
    <w:p>
      <w:r>
        <w:t xml:space="preserve">03:53:12   (Speaker E)  I'm okay with the letter. It's. It was the enforcement with the amenities that I. Well, yeah. </w:t>
      </w:r>
    </w:p>
    <w:p>
      <w:r>
        <w:t xml:space="preserve">03:53:16   (Speaker C)  And that's a separate thing. Yeah, we don't even need to go into that. I'll revisit it later because I'd rather you have something than nothing. And it's a case by case basis for all these things. I've also talked to the POA and it seems like they will be on board with having a procedure in place where anything that comes up for application through them, if it affects the CDD or either our property or these m. Right. Is involved, that they would then send it over to us for review so we can work out that procedure. But usually it's pretty simple. They see something, they just email it over and then we see whether or not something's an issue. So they are open to that. So it's just getting that memorialized. The other couple things we're working on are because some of the driveways are pavers which have covered the sidewalk, which we talked about earlier. The CDD is responsible for like the repair type of maintenance. Some of them might have been put in by the developers because the sidewalks were put in when the houses were built. Some might have been done later. We're not sure. So that's also something the POA is looking into. For those types of applications, we have offered a divide and conquer approach where the POA will look at like half the community to see who has these pavers, and then the CDD can look at the other half. So we're, you know, splitting the workload and then working on the remedies together where they can look through their records, see if anything went through an application and timing wise, and then we can see because what I'd like to do is if those pavers become uneven in the sidewalk, I want to make sure that that liability and that risk shifts to the homeowner and nothing is on the cdd. So we would try to enter into some sort of variance agreement. So that's just the project we're working on. Also Matt's been working on, as you saw the easement report in your agenda. We're also identifying where people have placed fences or other improvements in the district easement areas so that we can make sure that our vendors can access them. </w:t>
      </w:r>
    </w:p>
    <w:p>
      <w:r>
        <w:t xml:space="preserve">03:55:12   (Speaker E)  Would it be a structural. So anything prior to 2020 is probably not going to have ARB approval. It's just going to have been done. So some fencing was that way. For example. I'm just trying to get some back history. Is it possible that like we could shift liability to the people who have done those things where now the maintenance of the sidewalk surface is theirs and they're liable solely and they accept that that liability by signing? </w:t>
      </w:r>
    </w:p>
    <w:p>
      <w:r>
        <w:t xml:space="preserve">03:55:37   (Speaker C)  Yeah. So what we would do with like the pavers driveway situation, it would be like that. Like anything that's an improvement that isn't the traditional like cement sidewalk. </w:t>
      </w:r>
    </w:p>
    <w:p>
      <w:r>
        <w:t xml:space="preserve">03:55:46   (Speaker D)  Yeah. </w:t>
      </w:r>
    </w:p>
    <w:p>
      <w:r>
        <w:t xml:space="preserve">03:55:46   (Speaker C)  They're responsible for maintaining it, keeping it, whatever. We're not responsible for anything. And then if they don't put a </w:t>
      </w:r>
    </w:p>
    <w:p>
      <w:r>
        <w:t xml:space="preserve">03:55:54   (Speaker E)  normal sidewalk back in. </w:t>
      </w:r>
    </w:p>
    <w:p>
      <w:r>
        <w:t xml:space="preserve">03:55:55   (Speaker C)  Right. And it's like. And if something comes up then they need to return it to it's natural. That obviously might be an issue with the developer ones because it was not normal cement. As for fences or other improvements, same type of thing. Variance agreement entered into. That's going to be a case by case basis because some of these easements are large. You might want to discuss as a board whether or not we really need 10ft on each side for 20 total or the vendor might only need 10ft. So maybe you let them have their fence a little bit in case by case. We'll bring it up when we do the review. So just letting you know that's happening in the back room and but expect some easement encroachment issues coming up in the next few meetings. </w:t>
      </w:r>
    </w:p>
    <w:p>
      <w:r>
        <w:t xml:space="preserve">03:56:34   (Speaker E)  I'm okay with going case by case on that. I don't like variances though. So the more minimum like you should just try to stick to if it's possible. I know, that's what I mean. Like I don't want to be. </w:t>
      </w:r>
    </w:p>
    <w:p>
      <w:r>
        <w:t xml:space="preserve">03:56:45   (Speaker C)  Well, that's the thing. It needs to be consistent. But it's also like you're taking into account if someone has, if you have a 20 foot easement, the vendors really don't need anything more than 7ft you can do. </w:t>
      </w:r>
    </w:p>
    <w:p>
      <w:r>
        <w:t xml:space="preserve">03:56:56   (Speaker E)  That's what I mean. I'm okay with that, but I don't want to do it like you. You know, I think I know what I'm saying. I want to do as blanket as we can and then evaluate. </w:t>
      </w:r>
    </w:p>
    <w:p>
      <w:r>
        <w:t xml:space="preserve">03:57:04   (Speaker C)  Yeah. </w:t>
      </w:r>
    </w:p>
    <w:p>
      <w:r>
        <w:t xml:space="preserve">03:57:05   (Speaker A)  Is the rest of the board on. On the same page? I just want to make sure we're all aligned with that. </w:t>
      </w:r>
    </w:p>
    <w:p>
      <w:r>
        <w:t xml:space="preserve">03:57:09   (Speaker G)  Yeah, I. John. And I think if I miss reading this, but I think part of the problem is a lot of this issues, like with the fencing is actually split, like right where the property lines are. </w:t>
      </w:r>
    </w:p>
    <w:p>
      <w:r>
        <w:t xml:space="preserve">03:57:21   (Speaker E)  Yeah, I know. </w:t>
      </w:r>
    </w:p>
    <w:p>
      <w:r>
        <w:t xml:space="preserve">03:57:22   (Speaker G)  So it's almost impossible to say who's gonna. Who's gonna lose it and who's not. So I think. I think that's where we're going to run into a big issue, to be honest with you, is with these fences that are like, you know, straight down the property where they share it. </w:t>
      </w:r>
    </w:p>
    <w:p>
      <w:r>
        <w:t xml:space="preserve">03:57:35   (Speaker C)  Send a letter to both sides. If we don't know who put it in. You put the. Send the letter to both sides, and then they can figure it out. But either way, whoever put it in, then what? Might have to move it in. But again, like I said, it's a case by case. We don't have to get into all the knitting. </w:t>
      </w:r>
    </w:p>
    <w:p>
      <w:r>
        <w:t xml:space="preserve">03:57:50   (Speaker E)  No, but I think that's where you apply like an abc. Like you just give them choices and let them select, and then that's. That's. That's it. </w:t>
      </w:r>
    </w:p>
    <w:p>
      <w:r>
        <w:t xml:space="preserve">03:57:56   (Speaker C)  I see. I hear you. We're moving on. Okay, so the next thing is, based on what we discussed during the shade session earlier today, I would be looking for a motion for approval for litigation council to serve the proposal for settlement. </w:t>
      </w:r>
    </w:p>
    <w:p>
      <w:r>
        <w:t xml:space="preserve">03:58:15   (Speaker E)  Oh, that's a motion. We said we were going to talk about cost. </w:t>
      </w:r>
    </w:p>
    <w:p>
      <w:r>
        <w:t xml:space="preserve">03:58:19   (Speaker D)  Right. </w:t>
      </w:r>
    </w:p>
    <w:p>
      <w:r>
        <w:t xml:space="preserve">03:58:20   (Speaker E)  Of the total. </w:t>
      </w:r>
    </w:p>
    <w:p>
      <w:r>
        <w:t xml:space="preserve">03:58:21   (Speaker A)  Those for the. I'm sorry, camera and access system, but that's right. </w:t>
      </w:r>
    </w:p>
    <w:p>
      <w:r>
        <w:t xml:space="preserve">03:58:25   (Speaker F)  Yeah, </w:t>
      </w:r>
    </w:p>
    <w:p>
      <w:r>
        <w:t xml:space="preserve">03:58:27   (Speaker H)  I moved that. </w:t>
      </w:r>
    </w:p>
    <w:p>
      <w:r>
        <w:t xml:space="preserve">03:58:29   (Speaker E)  Yeah. Sorry, my bad. </w:t>
      </w:r>
    </w:p>
    <w:p>
      <w:r>
        <w:t xml:space="preserve">03:58:30   (Speaker A)  First from Jesse. </w:t>
      </w:r>
    </w:p>
    <w:p>
      <w:r>
        <w:t xml:space="preserve">03:58:31   (Speaker E)  Bad question. </w:t>
      </w:r>
    </w:p>
    <w:p>
      <w:r>
        <w:t xml:space="preserve">03:58:32   (Speaker C)  Second. </w:t>
      </w:r>
    </w:p>
    <w:p>
      <w:r>
        <w:t xml:space="preserve">03:58:33   (Speaker A)  Second from Amanda. </w:t>
      </w:r>
    </w:p>
    <w:p>
      <w:r>
        <w:t xml:space="preserve">03:58:34   (Speaker F)  All in favor? </w:t>
      </w:r>
    </w:p>
    <w:p>
      <w:r>
        <w:t xml:space="preserve">03:58:36   (Speaker C)  And then the last thing, too, just so we have it more clear on the record, we would look for a motion to approve the evaluation criteria number for the RFP landscaping that we did and that cardinal one. We can move forward with contract negotiations once the protest period is done. So if anyone wants to do a motion from John. Second. </w:t>
      </w:r>
    </w:p>
    <w:p>
      <w:r>
        <w:t xml:space="preserve">03:59:00   (Speaker A)  Second from Amanda. All in favor? </w:t>
      </w:r>
    </w:p>
    <w:p>
      <w:r>
        <w:t xml:space="preserve">03:59:04   (Speaker E)  Seven days and then five to zero, </w:t>
      </w:r>
    </w:p>
    <w:p>
      <w:r>
        <w:t xml:space="preserve">03:59:05   (Speaker C)  we have to do the notices of intent. They get seven days to pro protest, and then if there's no up, then we can move forward. </w:t>
      </w:r>
    </w:p>
    <w:p>
      <w:r>
        <w:t xml:space="preserve">03:59:13   (Speaker A)  So with that, did anyone want to make a motion for either the camera system or access system. </w:t>
      </w:r>
    </w:p>
    <w:p>
      <w:r>
        <w:t xml:space="preserve">03:59:20   (Speaker E)  So we, I was talking with Brian while we were talking but sort of insidebar of that I want to have them look at other vendors. So I was suggesting perhaps a not to exceed of like this is where we are for the high water on it but I want you to get a comparative of apples to apples on other pricing. If they're coming in at the same thing then just proceed. Yeah we could give the authority to don whatever. </w:t>
      </w:r>
    </w:p>
    <w:p>
      <w:r>
        <w:t xml:space="preserve">03:59:45   (Speaker G)  Why don't we just, why don't we just do not to exceed with this what we like with the camera system. Not to exceed what we were going to go with this. </w:t>
      </w:r>
    </w:p>
    <w:p>
      <w:r>
        <w:t xml:space="preserve">03:59:52   (Speaker A)  Yeah, I don't think you guys need to do that. This is, this type of project is a big project. Right. So when anyone that's going to come out to bid here is going to take the full 30 days or 28 days to get a full bid. I mean that you guys saw pages and pages put together. So what would probably happen. I, I don't think you guys need to approve it. Not to exceed. I think what we do is we table this until next month. We advertise another shade session. You guys see both apples to apples quotes. You can compare between the two and that next month's meeting you guys can make that decision. </w:t>
      </w:r>
    </w:p>
    <w:p>
      <w:r>
        <w:t xml:space="preserve">04:00:19   (Speaker E)  Yeah. </w:t>
      </w:r>
    </w:p>
    <w:p>
      <w:r>
        <w:t xml:space="preserve">04:00:20   (Speaker A)  Unless you guys, I mean even if you guys were to approve this tonight we have to go to Lindsay get contract negotiations are going to have to order the parts. You're not looking at installation for at least another 30 to 60 days. </w:t>
      </w:r>
    </w:p>
    <w:p>
      <w:r>
        <w:t xml:space="preserve">04:00:32   (Speaker F)  I this feels like a, a credible like proposal. Like it feels like it has the right things. It's kind of in line with what I was expecting they do in the keys. Like I don't know that we're gonna assuming like you have experience with the vendor. I don't know that we're going to do better, much better on the price of the substance. </w:t>
      </w:r>
    </w:p>
    <w:p>
      <w:r>
        <w:t xml:space="preserve">04:00:51   (Speaker G)  I given us 1400 keys. Correct me wrong, 13 or 1400 keys. </w:t>
      </w:r>
    </w:p>
    <w:p>
      <w:r>
        <w:t xml:space="preserve">04:00:56   (Speaker C)  They're putting in the fact of having the additional quotes and we've asked for for that before giving us the, the additional quotes versus the one that </w:t>
      </w:r>
    </w:p>
    <w:p>
      <w:r>
        <w:t xml:space="preserve">04:01:05   (Speaker I)  this </w:t>
      </w:r>
    </w:p>
    <w:p>
      <w:r>
        <w:t xml:space="preserve">04:01:05   (Speaker A)  was a two week turnaround, right? </w:t>
      </w:r>
    </w:p>
    <w:p>
      <w:r>
        <w:t xml:space="preserve">04:01:06   (Speaker H)  Yeah, I heard, I heard that you </w:t>
      </w:r>
    </w:p>
    <w:p>
      <w:r>
        <w:t xml:space="preserve">04:01:08   (Speaker A)  guys wanted this so I, I jumped on it and got it. So given a little bit more time I could definitely get you guys more quotes. Just understand this is the only company that isn't completely proprietary, right. So like with this company you own your access system, you own your cameras, you own the back end. Everything is yours with an invera with A securitude. They are the owners of that. If you fire them, they will take every bit of equipment back. And I have to submit a ticket. So I'll grab those quotes for you guys. It's super. It's not that hard for me to do is it's a site visit but just giving you guys that background story. So I think that's actually appropriate especially with something this big. Right. You guys are evaluating and accessing the security system. I think it's appropriate to get additional quotes and I don't want you guys to jump the gun on that that but in my experience want to give you guys that history. </w:t>
      </w:r>
    </w:p>
    <w:p>
      <w:r>
        <w:t xml:space="preserve">04:01:56   (Speaker E)  I can be swayed here. I don't want to be inconsistent but </w:t>
      </w:r>
    </w:p>
    <w:p>
      <w:r>
        <w:t xml:space="preserve">04:01:59   (Speaker F)  I, I can live with stretching or not. It's just we're already having issues and like especially the, the, the speaker. I feel like we need that as soon as possible like just as an additional deterrent. But I don't risk is all that high. But I think we're going to end up with the same vendor. That's why I'm like, like let's just. </w:t>
      </w:r>
    </w:p>
    <w:p>
      <w:r>
        <w:t xml:space="preserve">04:02:20   (Speaker E)  But I, I can speak from experience that we had the two, we had two vendors last time we looked at this and I think between both of those this quote is only to be fair. I don't think we were looking at the door but it's only like 3500 over what it was previously. So I don't think it I, I agree with you. It's just like what she just said. I just want the three so I can be like oh we did it </w:t>
      </w:r>
    </w:p>
    <w:p>
      <w:r>
        <w:t xml:space="preserve">04:02:40   (Speaker C)  on the hand Brian. </w:t>
      </w:r>
    </w:p>
    <w:p>
      <w:r>
        <w:t xml:space="preserve">04:02:41   (Speaker A)  That's what this is. So what I could do is you could I get what you're saying. </w:t>
      </w:r>
    </w:p>
    <w:p>
      <w:r>
        <w:t xml:space="preserve">04:02:45   (Speaker D)  Right. </w:t>
      </w:r>
    </w:p>
    <w:p>
      <w:r>
        <w:t xml:space="preserve">04:02:46   (Speaker A)  Okay. </w:t>
      </w:r>
    </w:p>
    <w:p>
      <w:r>
        <w:t xml:space="preserve">04:02:46   (Speaker G)  I the other thing about this misunderstanding </w:t>
      </w:r>
    </w:p>
    <w:p>
      <w:r>
        <w:t xml:space="preserve">04:02:48   (Speaker A)  a little bit earlier so why don't we go ahead approve it with the not to exceed as you suggested at the beginning with that way I can go ahead and get you another quote and if it's I'll work with Don outside of a meeting. If it's similar enough, we'll go ahead </w:t>
      </w:r>
    </w:p>
    <w:p>
      <w:r>
        <w:t xml:space="preserve">04:03:02   (Speaker B)  and get it done. </w:t>
      </w:r>
    </w:p>
    <w:p>
      <w:r>
        <w:t xml:space="preserve">04:03:03   (Speaker E)  That's what I would prefer. </w:t>
      </w:r>
    </w:p>
    <w:p>
      <w:r>
        <w:t xml:space="preserve">04:03:03   (Speaker A)  I think I, I, I apologize because I misunderstood where you guys were going with that. So okay, so what I'm going to do with PA system as an option with a not to exceed and that was. Does anyone have those numbers in front of us right here. </w:t>
      </w:r>
    </w:p>
    <w:p>
      <w:r>
        <w:t xml:space="preserve">04:03:24   (Speaker E)  Thank you for translating my question. Well Brian too, he translated too but </w:t>
      </w:r>
    </w:p>
    <w:p>
      <w:r>
        <w:t xml:space="preserve">04:03:30   (Speaker G)  the access system was 11,000. </w:t>
      </w:r>
    </w:p>
    <w:p>
      <w:r>
        <w:t xml:space="preserve">04:03:33   (Speaker A)  Okay so we've got 1520 3.42 plus. </w:t>
      </w:r>
    </w:p>
    <w:p>
      <w:r>
        <w:t xml:space="preserve">04:03:48   (Speaker H)  I hate these quotes. They're so long for no reason. </w:t>
      </w:r>
    </w:p>
    <w:p>
      <w:r>
        <w:t xml:space="preserve">04:03:51   (Speaker D)  When the camera come on, it's night time. We don't have any lights out there though. Right? </w:t>
      </w:r>
    </w:p>
    <w:p>
      <w:r>
        <w:t xml:space="preserve">04:03:55   (Speaker A)  Well let's not not going to talk about that in open session. </w:t>
      </w:r>
    </w:p>
    <w:p>
      <w:r>
        <w:t xml:space="preserve">04:03:57   (Speaker E)  I'll let you </w:t>
      </w:r>
    </w:p>
    <w:p>
      <w:r>
        <w:t xml:space="preserve">04:04:01   (Speaker D)  know the things you're supposed generally. </w:t>
      </w:r>
    </w:p>
    <w:p>
      <w:r>
        <w:t xml:space="preserve">04:04:03   (Speaker A)  So a Total amount of $26,134.42. </w:t>
      </w:r>
    </w:p>
    <w:p>
      <w:r>
        <w:t xml:space="preserve">04:04:08   (Speaker E)  Purpose Generally cameras have IR capability. </w:t>
      </w:r>
    </w:p>
    <w:p>
      <w:r>
        <w:t xml:space="preserve">04:04:11   (Speaker D)  Okay. </w:t>
      </w:r>
    </w:p>
    <w:p>
      <w:r>
        <w:t xml:space="preserve">04:04:12   (Speaker E)  Most cameras have IR capability. </w:t>
      </w:r>
    </w:p>
    <w:p>
      <w:r>
        <w:t xml:space="preserve">04:04:13   (Speaker A)  I can talk to you guys way more about that. Like between two. </w:t>
      </w:r>
    </w:p>
    <w:p>
      <w:r>
        <w:t xml:space="preserve">04:04:18   (Speaker H)  Yeah. </w:t>
      </w:r>
    </w:p>
    <w:p>
      <w:r>
        <w:t xml:space="preserve">04:04:19   (Speaker C)  All right. </w:t>
      </w:r>
    </w:p>
    <w:p>
      <w:r>
        <w:t xml:space="preserve">04:04:19   (Speaker A)  Like where did I leave off here? Okay, here we go. Not to exceed of 2 6. I would say 3, 4 and 42 cents. </w:t>
      </w:r>
    </w:p>
    <w:p>
      <w:r>
        <w:t xml:space="preserve">04:04:29   (Speaker E)  Sam, to plan to in the next few years to change what camera specifically we have that. </w:t>
      </w:r>
    </w:p>
    <w:p>
      <w:r>
        <w:t xml:space="preserve">04:04:34   (Speaker H)  Yes. </w:t>
      </w:r>
    </w:p>
    <w:p>
      <w:r>
        <w:t xml:space="preserve">04:04:35   (Speaker E)  Just to get more capability. </w:t>
      </w:r>
    </w:p>
    <w:p>
      <w:r>
        <w:t xml:space="preserve">04:04:37   (Speaker B)  There you go. </w:t>
      </w:r>
    </w:p>
    <w:p>
      <w:r>
        <w:t xml:space="preserve">04:04:37   (Speaker E)  But it, it's literally plug and play. You just unplug one, unplug in the other. </w:t>
      </w:r>
    </w:p>
    <w:p>
      <w:r>
        <w:t xml:space="preserve">04:04:41   (Speaker A)  So do I have a first on the table for that motion? </w:t>
      </w:r>
    </w:p>
    <w:p>
      <w:r>
        <w:t xml:space="preserve">04:04:44   (Speaker C)  There you go. </w:t>
      </w:r>
    </w:p>
    <w:p>
      <w:r>
        <w:t xml:space="preserve">04:04:45   (Speaker A)  First from Sam. </w:t>
      </w:r>
    </w:p>
    <w:p>
      <w:r>
        <w:t xml:space="preserve">04:04:46   (Speaker E)  Oh, I'll second. </w:t>
      </w:r>
    </w:p>
    <w:p>
      <w:r>
        <w:t xml:space="preserve">04:04:47   (Speaker A)  Second from John. All in favor? </w:t>
      </w:r>
    </w:p>
    <w:p>
      <w:r>
        <w:t xml:space="preserve">04:04:50   (Speaker E)  Thank you. Flexibility of course. </w:t>
      </w:r>
    </w:p>
    <w:p>
      <w:r>
        <w:t xml:space="preserve">04:04:52   (Speaker A)  Motion passes 5 to 0. </w:t>
      </w:r>
    </w:p>
    <w:p>
      <w:r>
        <w:t xml:space="preserve">04:04:54   (Speaker C)  Are we going to get revised proposals? </w:t>
      </w:r>
    </w:p>
    <w:p>
      <w:r>
        <w:t xml:space="preserve">04:04:56   (Speaker A)  No, we're going to get this is the proposal complete it this is approved pending I get another quote from a competing company that's not to exceed 26134. </w:t>
      </w:r>
    </w:p>
    <w:p>
      <w:r>
        <w:t xml:space="preserve">04:05:07   (Speaker E)  Thank you very much. </w:t>
      </w:r>
    </w:p>
    <w:p>
      <w:r>
        <w:t xml:space="preserve">04:05:09   (Speaker A)  Beautiful. So with that we're going to go ahead and move on. We did all that. So we do have discussion items. It's 9:36 at night. I would be willing to table all these if you guys are okay with time for that. Yeah, I'm seeing one. </w:t>
      </w:r>
    </w:p>
    <w:p>
      <w:r>
        <w:t xml:space="preserve">04:05:28   (Speaker F)  No, I, I'm for table and I do want to call it on a pool table though. </w:t>
      </w:r>
    </w:p>
    <w:p>
      <w:r>
        <w:t xml:space="preserve">04:05:31   (Speaker A)  I'm a what on a pool table? You want to quote on a pool table? This rest of the board okay with that? </w:t>
      </w:r>
    </w:p>
    <w:p>
      <w:r>
        <w:t xml:space="preserve">04:05:36   (Speaker E)  Yeah. </w:t>
      </w:r>
    </w:p>
    <w:p>
      <w:r>
        <w:t xml:space="preserve">04:05:36   (Speaker A)  Okay. </w:t>
      </w:r>
    </w:p>
    <w:p>
      <w:r>
        <w:t xml:space="preserve">04:05:37   (Speaker G)  I think we need to open that up for discussion because I am on the same lines with Jesse. I would like to look at more of an amenity type center. </w:t>
      </w:r>
    </w:p>
    <w:p>
      <w:r>
        <w:t xml:space="preserve">04:05:45   (Speaker A)  So if we're going to have open up a discussion like that, I mean are we looking to do something with your amenities in the next month or two? </w:t>
      </w:r>
    </w:p>
    <w:p>
      <w:r>
        <w:t xml:space="preserve">04:05:51   (Speaker F)  No, my point is I'm fine tabling it. I just would love that number when </w:t>
      </w:r>
    </w:p>
    <w:p>
      <w:r>
        <w:t xml:space="preserve">04:05:55   (Speaker H)  we do you talk about it. </w:t>
      </w:r>
    </w:p>
    <w:p>
      <w:r>
        <w:t xml:space="preserve">04:05:56   (Speaker A)  Sure, yeah, no problem. I can get you guys a quote for a pool table. A ping pong table, foosball. Is that appropriate? </w:t>
      </w:r>
    </w:p>
    <w:p>
      <w:r>
        <w:t xml:space="preserve">04:06:03   (Speaker G)  Yeah. </w:t>
      </w:r>
    </w:p>
    <w:p>
      <w:r>
        <w:t xml:space="preserve">04:06:03   (Speaker E)  The work session boil down was that we were worried about purchasing new furniture that didn't meet those needs. But we talked about that a little bit before too so. But I think the board's okay with waiting. We just don't want to be making a purchase twice. </w:t>
      </w:r>
    </w:p>
    <w:p>
      <w:r>
        <w:t xml:space="preserve">04:06:16   (Speaker A)  Yeah, yeah, yeah, of course. </w:t>
      </w:r>
    </w:p>
    <w:p>
      <w:r>
        <w:t xml:space="preserve">04:06:18   (Speaker E)  Okay. People are complaining, so, you know much. </w:t>
      </w:r>
    </w:p>
    <w:p>
      <w:r>
        <w:t xml:space="preserve">04:06:21   (Speaker D)  Yeah. </w:t>
      </w:r>
    </w:p>
    <w:p>
      <w:r>
        <w:t xml:space="preserve">04:06:22   (Speaker E)  Oh. </w:t>
      </w:r>
    </w:p>
    <w:p>
      <w:r>
        <w:t xml:space="preserve">04:06:22   (Speaker A)  About the furniture. </w:t>
      </w:r>
    </w:p>
    <w:p>
      <w:r>
        <w:t xml:space="preserve">04:06:23   (Speaker E)  Okay. </w:t>
      </w:r>
    </w:p>
    <w:p>
      <w:r>
        <w:t xml:space="preserve">04:06:24   (Speaker A)  Got it, got it, got it. Okay. Yeah. </w:t>
      </w:r>
    </w:p>
    <w:p>
      <w:r>
        <w:t xml:space="preserve">04:06:26   (Speaker H)  So I'll. </w:t>
      </w:r>
    </w:p>
    <w:p>
      <w:r>
        <w:t xml:space="preserve">04:06:26   (Speaker A)  I can at least get you those quotes, and then from there we can talk about what the vision is and concept. Okay. </w:t>
      </w:r>
    </w:p>
    <w:p>
      <w:r>
        <w:t xml:space="preserve">04:06:32   (Speaker E)  Yeah, I think we were pretty aligned on vision, but we gotta, like, there's a little. We gotta. </w:t>
      </w:r>
    </w:p>
    <w:p>
      <w:r>
        <w:t xml:space="preserve">04:06:35   (Speaker A)  Yeah, we just gotta tweak it, make sure that we have clear directions to </w:t>
      </w:r>
    </w:p>
    <w:p>
      <w:r>
        <w:t xml:space="preserve">04:06:37   (Speaker D)  that chance on getting quotes on chairs. Just chairs. And replacing the we. Good. </w:t>
      </w:r>
    </w:p>
    <w:p>
      <w:r>
        <w:t xml:space="preserve">04:06:43   (Speaker A)  But it would really depend on what you guys want to do inside of here. If you're gonna add a pool table, ping pong table, and a foosball table, that might drastically decrease the amount of chairs you have. So I think we start there, and then from there, we work around that with your chairs. So. Okay with that. We do have your financial reports. July 2026, check register, June 2026, combined balance sheets in the June 2026 special assessment receipt schedule. Unless anyone had any questions, I'd just be looking for a motion to approve. </w:t>
      </w:r>
    </w:p>
    <w:p>
      <w:r>
        <w:t xml:space="preserve">04:07:09   (Speaker E)  So. </w:t>
      </w:r>
    </w:p>
    <w:p>
      <w:r>
        <w:t xml:space="preserve">04:07:09   (Speaker A)  Moved person, John, second from Sam. All in favor? Motion passes, five to zero. Next up, we do have supervisor requests and general audience comments. I do have a resident who's been with us the entire time. I'd like to open it up to her first if she has anything to say. Denise, I'll go ahead and ask you to unmute. Anything you want to address the board with tonight? </w:t>
      </w:r>
    </w:p>
    <w:p>
      <w:r>
        <w:t xml:space="preserve">04:07:33   (Speaker C)  I am still with you. I only have one thing. I have been listening to these board meetings for 10 years, since before I moved in here, before my house was built. When I put my deposit down, that was the best landscape. I'm telling you what wonderful companies to have to pick from and so different </w:t>
      </w:r>
    </w:p>
    <w:p>
      <w:r>
        <w:t xml:space="preserve">04:07:54   (Speaker D)  than the previous one. </w:t>
      </w:r>
    </w:p>
    <w:p>
      <w:r>
        <w:t xml:space="preserve">04:07:55   (Speaker C)  So thank you again to both to. To you, Brian, and to Matt. </w:t>
      </w:r>
    </w:p>
    <w:p>
      <w:r>
        <w:t xml:space="preserve">04:08:00   (Speaker A)  Unbelievable. </w:t>
      </w:r>
    </w:p>
    <w:p>
      <w:r>
        <w:t xml:space="preserve">04:08:01   (Speaker H)  I'm. </w:t>
      </w:r>
    </w:p>
    <w:p>
      <w:r>
        <w:t xml:space="preserve">04:08:01   (Speaker C)  I'm very, very pleased. </w:t>
      </w:r>
    </w:p>
    <w:p>
      <w:r>
        <w:t xml:space="preserve">04:08:03   (Speaker D)  So thank you. </w:t>
      </w:r>
    </w:p>
    <w:p>
      <w:r>
        <w:t xml:space="preserve">04:08:04   (Speaker I)  And board. </w:t>
      </w:r>
    </w:p>
    <w:p>
      <w:r>
        <w:t xml:space="preserve">04:08:04   (Speaker C)  You're doing a great job. You guys are getting so much done, and it's so appreciated. </w:t>
      </w:r>
    </w:p>
    <w:p>
      <w:r>
        <w:t xml:space="preserve">04:08:09   (Speaker G)  Thank you, Denise. </w:t>
      </w:r>
    </w:p>
    <w:p>
      <w:r>
        <w:t xml:space="preserve">04:08:10   (Speaker F)  Thank you. </w:t>
      </w:r>
    </w:p>
    <w:p>
      <w:r>
        <w:t xml:space="preserve">04:08:10   (Speaker A)  Thank you so much, Denise. That was very, very kind. </w:t>
      </w:r>
    </w:p>
    <w:p>
      <w:r>
        <w:t xml:space="preserve">04:08:12   (Speaker C)  Yeah, I'm just being honest. </w:t>
      </w:r>
    </w:p>
    <w:p>
      <w:r>
        <w:t xml:space="preserve">04:08:14   (Speaker H)  All right. </w:t>
      </w:r>
    </w:p>
    <w:p>
      <w:r>
        <w:t xml:space="preserve">04:08:16   (Speaker E)  Have a good night. All right. </w:t>
      </w:r>
    </w:p>
    <w:p>
      <w:r>
        <w:t xml:space="preserve">04:08:17   (Speaker A)  Thank you. </w:t>
      </w:r>
    </w:p>
    <w:p>
      <w:r>
        <w:t xml:space="preserve">04:08:18   (Speaker I)  You too. </w:t>
      </w:r>
    </w:p>
    <w:p>
      <w:r>
        <w:t xml:space="preserve">04:08:19   (Speaker A)  Any supervisor requests at this time? I have one for the quotes for the pool table. </w:t>
      </w:r>
    </w:p>
    <w:p>
      <w:r>
        <w:t xml:space="preserve">04:08:23   (Speaker G)  Ping pong table, yes. </w:t>
      </w:r>
    </w:p>
    <w:p>
      <w:r>
        <w:t xml:space="preserve">04:08:25   (Speaker A)  Don, take it away. </w:t>
      </w:r>
    </w:p>
    <w:p>
      <w:r>
        <w:t xml:space="preserve">04:08:27   (Speaker G)  Lindsay. If we can look at the amenity policy, I'd like to look at changing the clubhouse hours to be the same as the pool. </w:t>
      </w:r>
    </w:p>
    <w:p>
      <w:r>
        <w:t xml:space="preserve">04:08:34   (Speaker C)  Okay. </w:t>
      </w:r>
    </w:p>
    <w:p>
      <w:r>
        <w:t xml:space="preserve">04:08:36   (Speaker G)  Where I need to. I thought we were going to get an update on the hiring of off duty officer. </w:t>
      </w:r>
    </w:p>
    <w:p>
      <w:r>
        <w:t xml:space="preserve">04:08:41   (Speaker F)  Yep. </w:t>
      </w:r>
    </w:p>
    <w:p>
      <w:r>
        <w:t xml:space="preserve">04:08:42   (Speaker A)  Yeah, have. </w:t>
      </w:r>
    </w:p>
    <w:p>
      <w:r>
        <w:t xml:space="preserve">04:08:42   (Speaker D)  So. </w:t>
      </w:r>
    </w:p>
    <w:p>
      <w:r>
        <w:t xml:space="preserve">04:08:44   (Speaker A)  Actually, yeah, I got some paperwork here that you're not here to see, unfortunately. Don. It's the application. And basically what I wanted to do and we didn't do in this age session, unfortunately, was set hours with you guys so I could fill out the application. But if the board is okay with me working with Don outside of a meeting to set that schedule, I think we can just move forward with that. </w:t>
      </w:r>
    </w:p>
    <w:p>
      <w:r>
        <w:t xml:space="preserve">04:09:03   (Speaker E)  Do that. </w:t>
      </w:r>
    </w:p>
    <w:p>
      <w:r>
        <w:t xml:space="preserve">04:09:04   (Speaker A)  Okay, perfect. </w:t>
      </w:r>
    </w:p>
    <w:p>
      <w:r>
        <w:t xml:space="preserve">04:09:06   (Speaker D)  On. </w:t>
      </w:r>
    </w:p>
    <w:p>
      <w:r>
        <w:t xml:space="preserve">04:09:07   (Speaker G)  Thanks. </w:t>
      </w:r>
    </w:p>
    <w:p>
      <w:r>
        <w:t xml:space="preserve">04:09:09   (Speaker J)  Wait, wait. </w:t>
      </w:r>
    </w:p>
    <w:p>
      <w:r>
        <w:t xml:space="preserve">04:09:10   (Speaker A)  Before you say anything else, we need a. We have a motion to appoint John as the liaison. Liaison for off duty patrol. </w:t>
      </w:r>
    </w:p>
    <w:p>
      <w:r>
        <w:t xml:space="preserve">04:09:17   (Speaker E)  More specifically, the chair, but yes. </w:t>
      </w:r>
    </w:p>
    <w:p>
      <w:r>
        <w:t xml:space="preserve">04:09:20   (Speaker C)  Sure, sure. Is that your motion then? </w:t>
      </w:r>
    </w:p>
    <w:p>
      <w:r>
        <w:t xml:space="preserve">04:09:23   (Speaker E)  Yes. </w:t>
      </w:r>
    </w:p>
    <w:p>
      <w:r>
        <w:t xml:space="preserve">04:09:23   (Speaker A)  First from John. </w:t>
      </w:r>
    </w:p>
    <w:p>
      <w:r>
        <w:t xml:space="preserve">04:09:25   (Speaker C)  Second. </w:t>
      </w:r>
    </w:p>
    <w:p>
      <w:r>
        <w:t xml:space="preserve">04:09:26   (Speaker A)  Second from Amanda. All in favor? </w:t>
      </w:r>
    </w:p>
    <w:p>
      <w:r>
        <w:t xml:space="preserve">04:09:29   (Speaker E)  To be fair, that's probably on the books. Like, we did that to. We put security items under the chair. </w:t>
      </w:r>
    </w:p>
    <w:p>
      <w:r>
        <w:t xml:space="preserve">04:09:35   (Speaker G)  So, Brian, where are we at on the hiring of the amenity manager? </w:t>
      </w:r>
    </w:p>
    <w:p>
      <w:r>
        <w:t xml:space="preserve">04:09:39   (Speaker A)  We have made a couple of hires and we are taking them through our onboarding process and training. You guys should have someone on site here in the next few weeks. </w:t>
      </w:r>
    </w:p>
    <w:p>
      <w:r>
        <w:t xml:space="preserve">04:09:47   (Speaker B)  Okay. </w:t>
      </w:r>
    </w:p>
    <w:p>
      <w:r>
        <w:t xml:space="preserve">04:09:48   (Speaker G)  And if we. The only other one I have is if we can get Matt to find out. We've got to see if there's some kind of water source for Fenland. You know, the houses have the irrigation, but. And I guess Matt will probably need to get with me so I can tell him what I'm looking for because there's no sense in replanting grass between, like, the sidewalk and the street and on the other side when there's no irrigation there. So there's got to be a water source because the houses have it. So if we can get with Matt and he can get with me and I can try to explain what I'm looking for. </w:t>
      </w:r>
    </w:p>
    <w:p>
      <w:r>
        <w:t xml:space="preserve">04:10:18   (Speaker A)  Okay. </w:t>
      </w:r>
    </w:p>
    <w:p>
      <w:r>
        <w:t xml:space="preserve">04:10:19   (Speaker G)  That's all I got. </w:t>
      </w:r>
    </w:p>
    <w:p>
      <w:r>
        <w:t xml:space="preserve">04:10:20   (Speaker A)  All right. John, anything from you? </w:t>
      </w:r>
    </w:p>
    <w:p>
      <w:r>
        <w:t xml:space="preserve">04:10:22   (Speaker E)  I had a resident request about speeding on the alley back here. </w:t>
      </w:r>
    </w:p>
    <w:p>
      <w:r>
        <w:t xml:space="preserve">04:10:26   (Speaker H)  Here. </w:t>
      </w:r>
    </w:p>
    <w:p>
      <w:r>
        <w:t xml:space="preserve">04:10:26   (Speaker E)  They asked for speed limit signs. </w:t>
      </w:r>
    </w:p>
    <w:p>
      <w:r>
        <w:t xml:space="preserve">04:10:28   (Speaker A)  Speed limit signs. Okay. What alley? </w:t>
      </w:r>
    </w:p>
    <w:p>
      <w:r>
        <w:t xml:space="preserve">04:10:31   (Speaker E)  This one right here. They did ask. So this is like, I don't know, right directly behind north end of the clubhouse. So I can't. I can never remember the name. </w:t>
      </w:r>
    </w:p>
    <w:p>
      <w:r>
        <w:t xml:space="preserve">04:10:44   (Speaker D)  Doesn't have a name. </w:t>
      </w:r>
    </w:p>
    <w:p>
      <w:r>
        <w:t xml:space="preserve">04:10:45   (Speaker C)  We can look at the street. </w:t>
      </w:r>
    </w:p>
    <w:p>
      <w:r>
        <w:t xml:space="preserve">04:10:46   (Speaker A)  Yeah, yeah, I'll figure it out. I was just hoping you had something off the top of your head. </w:t>
      </w:r>
    </w:p>
    <w:p>
      <w:r>
        <w:t xml:space="preserve">04:10:49   (Speaker E)  It's probably cornerstone here. Cornerstone. And then right. </w:t>
      </w:r>
    </w:p>
    <w:p>
      <w:r>
        <w:t xml:space="preserve">04:10:51   (Speaker D)  Right down the. </w:t>
      </w:r>
    </w:p>
    <w:p>
      <w:r>
        <w:t xml:space="preserve">04:10:52   (Speaker A)  Okay. </w:t>
      </w:r>
    </w:p>
    <w:p>
      <w:r>
        <w:t xml:space="preserve">04:10:52   (Speaker E)  The alley. Mostly it's like school bus traffic. And then they wanted clarification of, like, what the Speed limit is. But I think it's. That comes with it. Supposed to sign that says speed limit somewhere on that alley. They said it's kind of blind corners and dangerous and. </w:t>
      </w:r>
    </w:p>
    <w:p>
      <w:r>
        <w:t xml:space="preserve">04:11:07   (Speaker A)  Yeah. </w:t>
      </w:r>
    </w:p>
    <w:p>
      <w:r>
        <w:t xml:space="preserve">04:11:08   (Speaker E)  School bus. I think that's it. I'm good. </w:t>
      </w:r>
    </w:p>
    <w:p>
      <w:r>
        <w:t xml:space="preserve">04:11:10   (Speaker A)  Okay. Amanda. </w:t>
      </w:r>
    </w:p>
    <w:p>
      <w:r>
        <w:t xml:space="preserve">04:11:11   (Speaker D)  Yeah. </w:t>
      </w:r>
    </w:p>
    <w:p>
      <w:r>
        <w:t xml:space="preserve">04:11:13   (Speaker C)  Tell me if I'm being too empathetic. </w:t>
      </w:r>
    </w:p>
    <w:p>
      <w:r>
        <w:t xml:space="preserve">04:11:15   (Speaker A)  Okay. </w:t>
      </w:r>
    </w:p>
    <w:p>
      <w:r>
        <w:t xml:space="preserve">04:11:17   (Speaker C)  Is there, there any. Any possibility that we can be nice. Be nice. Bored. And once we start implementing the towing, the this and that, we get everything done is give just a wee bit of a heads up to Land Tower just to say, hey, we're doing it. So they have the responsibility to tell their tenant, get out of here or you're going to be towed. Before we actually just start slapping notices, 24 hour notices on their windshields saying you're going to be towed. </w:t>
      </w:r>
    </w:p>
    <w:p>
      <w:r>
        <w:t xml:space="preserve">04:11:47   (Speaker E)  Totally fine by me. I don't care. </w:t>
      </w:r>
    </w:p>
    <w:p>
      <w:r>
        <w:t xml:space="preserve">04:11:48   (Speaker F)  I don't have an opinion because no one reads things. But I'm finally winning. </w:t>
      </w:r>
    </w:p>
    <w:p>
      <w:r>
        <w:t xml:space="preserve">04:11:54   (Speaker A)  Yeah. </w:t>
      </w:r>
    </w:p>
    <w:p>
      <w:r>
        <w:t xml:space="preserve">04:11:54   (Speaker E)  If they don't read it, that's on them. </w:t>
      </w:r>
    </w:p>
    <w:p>
      <w:r>
        <w:t xml:space="preserve">04:11:55   (Speaker C)  We were the kind people too. </w:t>
      </w:r>
    </w:p>
    <w:p>
      <w:r>
        <w:t xml:space="preserve">04:11:57   (Speaker A)  Honestly. I think it would be a situation where we would let Land Tower know that this is going to be starting and then beyond them to. Yeah, exactly. </w:t>
      </w:r>
    </w:p>
    <w:p>
      <w:r>
        <w:t xml:space="preserve">04:12:06   (Speaker F)  I think that's fine. </w:t>
      </w:r>
    </w:p>
    <w:p>
      <w:r>
        <w:t xml:space="preserve">04:12:07   (Speaker D)  Were we not putting up no parking signs anywhere now? </w:t>
      </w:r>
    </w:p>
    <w:p>
      <w:r>
        <w:t xml:space="preserve">04:12:11   (Speaker A)  Yeah, we're tailoring that till next meeting. </w:t>
      </w:r>
    </w:p>
    <w:p>
      <w:r>
        <w:t xml:space="preserve">04:12:14   (Speaker D)  So. </w:t>
      </w:r>
    </w:p>
    <w:p>
      <w:r>
        <w:t xml:space="preserve">04:12:14   (Speaker C)  But there are no. There are towing signs that will be going up that are required to be put. So those will be, I mean some </w:t>
      </w:r>
    </w:p>
    <w:p>
      <w:r>
        <w:t xml:space="preserve">04:12:21   (Speaker D)  notification, but an additional one I think is good too. </w:t>
      </w:r>
    </w:p>
    <w:p>
      <w:r>
        <w:t xml:space="preserve">04:12:25   (Speaker C)  So it sounds like direction from the board to send a letter to the land town or Land Tower management company. </w:t>
      </w:r>
    </w:p>
    <w:p>
      <w:r>
        <w:t xml:space="preserve">04:12:32   (Speaker D)  It's nice to send a letter to our own homeowners then tell. Tell them what's going on. We can send a letter out about our budget. That's not our budget. </w:t>
      </w:r>
    </w:p>
    <w:p>
      <w:r>
        <w:t xml:space="preserve">04:12:41   (Speaker E)  We don't send that letter. </w:t>
      </w:r>
    </w:p>
    <w:p>
      <w:r>
        <w:t xml:space="preserve">04:12:42   (Speaker C)  That was from the county. </w:t>
      </w:r>
    </w:p>
    <w:p>
      <w:r>
        <w:t xml:space="preserve">04:12:43   (Speaker A)  It's the county management still get charged for it. I can tell you it was over a grand. </w:t>
      </w:r>
    </w:p>
    <w:p>
      <w:r>
        <w:t xml:space="preserve">04:12:48   (Speaker G)  Yeah. No, we're not going to send letters out. I mean they need to read the signs and. And understand what's going on. </w:t>
      </w:r>
    </w:p>
    <w:p>
      <w:r>
        <w:t xml:space="preserve">04:12:53   (Speaker C)  There was a lot of attendance here and I'm sure a lot on zoom that they know that you don't go to the minutes go maybe. </w:t>
      </w:r>
    </w:p>
    <w:p>
      <w:r>
        <w:t xml:space="preserve">04:13:00   (Speaker A)  And honestly this isn't. </w:t>
      </w:r>
    </w:p>
    <w:p>
      <w:r>
        <w:t xml:space="preserve">04:13:01   (Speaker D)  Yeah. </w:t>
      </w:r>
    </w:p>
    <w:p>
      <w:r>
        <w:t xml:space="preserve">04:13:01   (Speaker A)  This isn't a situation where we're gonna start the towing and next thing you know afterwards getting towed the next day. </w:t>
      </w:r>
    </w:p>
    <w:p>
      <w:r>
        <w:t xml:space="preserve">04:13:05   (Speaker C)  Right. </w:t>
      </w:r>
    </w:p>
    <w:p>
      <w:r>
        <w:t xml:space="preserve">04:13:05   (Speaker A)  Like this is going to be a slow implementation. </w:t>
      </w:r>
    </w:p>
    <w:p>
      <w:r>
        <w:t xml:space="preserve">04:13:07   (Speaker D)  Right. </w:t>
      </w:r>
    </w:p>
    <w:p>
      <w:r>
        <w:t xml:space="preserve">04:13:07   (Speaker E)  Can management send the letter to Land Tower? </w:t>
      </w:r>
    </w:p>
    <w:p>
      <w:r>
        <w:t xml:space="preserve">04:13:09   (Speaker A)  Yeah, yeah. That's what we're. I haven't written Down. </w:t>
      </w:r>
    </w:p>
    <w:p>
      <w:r>
        <w:t xml:space="preserve">04:13:11   (Speaker C)  Thank you. </w:t>
      </w:r>
    </w:p>
    <w:p>
      <w:r>
        <w:t xml:space="preserve">04:13:12   (Speaker A)  All right, Jesse? No, Nothing. All right, Sam. All right. </w:t>
      </w:r>
    </w:p>
    <w:p>
      <w:r>
        <w:t xml:space="preserve">04:13:18   (Speaker H)  Good work. </w:t>
      </w:r>
    </w:p>
    <w:p>
      <w:r>
        <w:t xml:space="preserve">04:13:19   (Speaker G)  Can I. Can I ask whoever's there if you could roll the trash cans out, please, Because I believe they're full. </w:t>
      </w:r>
    </w:p>
    <w:p>
      <w:r>
        <w:t xml:space="preserve">04:13:26   (Speaker D)  I keep. </w:t>
      </w:r>
    </w:p>
    <w:p>
      <w:r>
        <w:t xml:space="preserve">04:13:27   (Speaker A)  I keep asking you guys all this question. No one's really giving me a straight answer. Why do you guys have to do that? You have a dumpster. </w:t>
      </w:r>
    </w:p>
    <w:p>
      <w:r>
        <w:t xml:space="preserve">04:13:34   (Speaker G)  Well, cleaning crew keeps throwing the trash in there. </w:t>
      </w:r>
    </w:p>
    <w:p>
      <w:r>
        <w:t xml:space="preserve">04:13:36   (Speaker A)  Why do you need to throw the trash to the curb when all the trash can just go in the dumpster? And you guys don't have to worry about that. </w:t>
      </w:r>
    </w:p>
    <w:p>
      <w:r>
        <w:t xml:space="preserve">04:13:42   (Speaker D)  So somebody's got to do that. </w:t>
      </w:r>
    </w:p>
    <w:p>
      <w:r>
        <w:t xml:space="preserve">04:13:44   (Speaker A)  Why? </w:t>
      </w:r>
    </w:p>
    <w:p>
      <w:r>
        <w:t xml:space="preserve">04:13:45   (Speaker D)  Somebody's got to take it to the dumpster. </w:t>
      </w:r>
    </w:p>
    <w:p>
      <w:r>
        <w:t xml:space="preserve">04:13:46   (Speaker C)  Right. </w:t>
      </w:r>
    </w:p>
    <w:p>
      <w:r>
        <w:t xml:space="preserve">04:13:47   (Speaker A)  But you don't have to take it to the curb on a Monday or Friday night or, I'm sorry, Tuesday night. At least they're here during the day. They can just throw it away. </w:t>
      </w:r>
    </w:p>
    <w:p>
      <w:r>
        <w:t xml:space="preserve">04:13:52   (Speaker E)  You don't. </w:t>
      </w:r>
    </w:p>
    <w:p>
      <w:r>
        <w:t xml:space="preserve">04:13:52   (Speaker A)  No one has to worry about you. </w:t>
      </w:r>
    </w:p>
    <w:p>
      <w:r>
        <w:t xml:space="preserve">04:13:53   (Speaker D)  Talking about your amenities. People. </w:t>
      </w:r>
    </w:p>
    <w:p>
      <w:r>
        <w:t xml:space="preserve">04:13:55   (Speaker A)  Anyone. Anyone. </w:t>
      </w:r>
    </w:p>
    <w:p>
      <w:r>
        <w:t xml:space="preserve">04:13:56   (Speaker D)  Like. </w:t>
      </w:r>
    </w:p>
    <w:p>
      <w:r>
        <w:t xml:space="preserve">04:13:57   (Speaker G)  Well, then you got to try to do it, because the cleaning crew is the one that puts the majority of the trash in there. </w:t>
      </w:r>
    </w:p>
    <w:p>
      <w:r>
        <w:t xml:space="preserve">04:14:02   (Speaker E)  I guess the real question Brian's asking is, why do we have bins? </w:t>
      </w:r>
    </w:p>
    <w:p>
      <w:r>
        <w:t xml:space="preserve">04:14:05   (Speaker I)  Yeah. </w:t>
      </w:r>
    </w:p>
    <w:p>
      <w:r>
        <w:t xml:space="preserve">04:14:05   (Speaker A)  I really don't understand why, like, I've been asking the question for six months. I don't think I've gotten a straight. I really. Judy was unable to tell me. </w:t>
      </w:r>
    </w:p>
    <w:p>
      <w:r>
        <w:t xml:space="preserve">04:14:12   (Speaker E)  Susan was fine with that answer. I mean, aren't you probably paying for the bins? </w:t>
      </w:r>
    </w:p>
    <w:p>
      <w:r>
        <w:t xml:space="preserve">04:14:16   (Speaker A)  Well, yeah, I would look to terminate that and just use the. </w:t>
      </w:r>
    </w:p>
    <w:p>
      <w:r>
        <w:t xml:space="preserve">04:14:20   (Speaker E)  I have no answer for you. </w:t>
      </w:r>
    </w:p>
    <w:p>
      <w:r>
        <w:t xml:space="preserve">04:14:21   (Speaker F)  Okay, let's do that. </w:t>
      </w:r>
    </w:p>
    <w:p>
      <w:r>
        <w:t xml:space="preserve">04:14:24   (Speaker A)  All right, so, Don, I'll take it at the curb tonight, but going forward, I'm going to let your cleaning crew know. </w:t>
      </w:r>
    </w:p>
    <w:p>
      <w:r>
        <w:t xml:space="preserve">04:14:29   (Speaker H)  Dumpster. </w:t>
      </w:r>
    </w:p>
    <w:p>
      <w:r>
        <w:t xml:space="preserve">04:14:30   (Speaker E)  Do they have access and everything? </w:t>
      </w:r>
    </w:p>
    <w:p>
      <w:r>
        <w:t xml:space="preserve">04:14:31   (Speaker A)  They will. We'll get them access. Okay. </w:t>
      </w:r>
    </w:p>
    <w:p>
      <w:r>
        <w:t xml:space="preserve">04:14:33   (Speaker G)  We can get them to code. </w:t>
      </w:r>
    </w:p>
    <w:p>
      <w:r>
        <w:t xml:space="preserve">04:14:35   (Speaker J)  Yeah. </w:t>
      </w:r>
    </w:p>
    <w:p>
      <w:r>
        <w:t xml:space="preserve">04:14:35   (Speaker A)  Okay. </w:t>
      </w:r>
    </w:p>
    <w:p>
      <w:r>
        <w:t xml:space="preserve">04:14:36   (Speaker C)  So is this through just waste management, or is there an agreement with someone? </w:t>
      </w:r>
    </w:p>
    <w:p>
      <w:r>
        <w:t xml:space="preserve">04:14:40   (Speaker I)  I will. </w:t>
      </w:r>
    </w:p>
    <w:p>
      <w:r>
        <w:t xml:space="preserve">04:14:41   (Speaker D)  Okay. </w:t>
      </w:r>
    </w:p>
    <w:p>
      <w:r>
        <w:t xml:space="preserve">04:14:41   (Speaker G)  Yeah. </w:t>
      </w:r>
    </w:p>
    <w:p>
      <w:r>
        <w:t xml:space="preserve">04:14:42   (Speaker A)  It has to be through waste management, though. </w:t>
      </w:r>
    </w:p>
    <w:p>
      <w:r>
        <w:t xml:space="preserve">04:14:44   (Speaker C)  Yeah. </w:t>
      </w:r>
    </w:p>
    <w:p>
      <w:r>
        <w:t xml:space="preserve">04:14:44   (Speaker E)  Who is emptying these trash bins on the patio? The cleaning company doing that. </w:t>
      </w:r>
    </w:p>
    <w:p>
      <w:r>
        <w:t xml:space="preserve">04:14:48   (Speaker D)  So. </w:t>
      </w:r>
    </w:p>
    <w:p>
      <w:r>
        <w:t xml:space="preserve">04:14:48   (Speaker C)  Yeah. Then. </w:t>
      </w:r>
    </w:p>
    <w:p>
      <w:r>
        <w:t xml:space="preserve">04:14:49   (Speaker E)  Then there's no. </w:t>
      </w:r>
    </w:p>
    <w:p>
      <w:r>
        <w:t xml:space="preserve">04:14:50   (Speaker A)  There's no need. </w:t>
      </w:r>
    </w:p>
    <w:p>
      <w:r>
        <w:t xml:space="preserve">04:14:50   (Speaker E)  And then if a resident rentals does a rental. </w:t>
      </w:r>
    </w:p>
    <w:p>
      <w:r>
        <w:t xml:space="preserve">04:14:53   (Speaker I)  Yep. </w:t>
      </w:r>
    </w:p>
    <w:p>
      <w:r>
        <w:t xml:space="preserve">04:14:54   (Speaker A)  They're gonna. What they should do and what we should have them do is not use. Legalize the trash cans in here. Here, take it straight to the dumpster. </w:t>
      </w:r>
    </w:p>
    <w:p>
      <w:r>
        <w:t xml:space="preserve">04:15:01   (Speaker F)  I think we're gonna have issues with trash around the pool. But if we don't have those bins, because sometimes even those are overflowing. But. </w:t>
      </w:r>
    </w:p>
    <w:p>
      <w:r>
        <w:t xml:space="preserve">04:15:07   (Speaker A)  Well, your cleaning company, as well as your amenity staff should be able to empty those bins. </w:t>
      </w:r>
    </w:p>
    <w:p>
      <w:r>
        <w:t xml:space="preserve">04:15:13   (Speaker F)  Oh, no, no, I'm saying there's. </w:t>
      </w:r>
    </w:p>
    <w:p>
      <w:r>
        <w:t xml:space="preserve">04:15:14   (Speaker H)  I. I agree with you. </w:t>
      </w:r>
    </w:p>
    <w:p>
      <w:r>
        <w:t xml:space="preserve">04:15:15   (Speaker F)  Just sometimes the weekends are very busy. </w:t>
      </w:r>
    </w:p>
    <w:p>
      <w:r>
        <w:t xml:space="preserve">04:15:17   (Speaker E)  He's saying it catches some of the. </w:t>
      </w:r>
    </w:p>
    <w:p>
      <w:r>
        <w:t xml:space="preserve">04:15:20   (Speaker F)  They're gonna leave refuse around the pool. </w:t>
      </w:r>
    </w:p>
    <w:p>
      <w:r>
        <w:t xml:space="preserve">04:15:23   (Speaker E)  Perhaps instead we should add capacity of garbage cans out here. </w:t>
      </w:r>
    </w:p>
    <w:p>
      <w:r>
        <w:t xml:space="preserve">04:15:28   (Speaker A)  Garbage cans? </w:t>
      </w:r>
    </w:p>
    <w:p>
      <w:r>
        <w:t xml:space="preserve">04:15:29   (Speaker E)  I mean, to be fair, you know, I don't know about putting one on </w:t>
      </w:r>
    </w:p>
    <w:p>
      <w:r>
        <w:t xml:space="preserve">04:15:31   (Speaker G)  the floor, but remember, you're going to have an amenity person that will be working weekends that will be empty in the trash. </w:t>
      </w:r>
    </w:p>
    <w:p>
      <w:r>
        <w:t xml:space="preserve">04:15:36   (Speaker D)  That's what I was. </w:t>
      </w:r>
    </w:p>
    <w:p>
      <w:r>
        <w:t xml:space="preserve">04:15:37   (Speaker F)  Well, my point is, if we don't have those cans to overflow, like, I think we're going to end up with trash around the pool. </w:t>
      </w:r>
    </w:p>
    <w:p>
      <w:r>
        <w:t xml:space="preserve">04:15:43   (Speaker C)  Sounds like it should maybe be table for the next minute. Yeah. You have an amenity person in a couple weeks, and then you can see what's happening. </w:t>
      </w:r>
    </w:p>
    <w:p>
      <w:r>
        <w:t xml:space="preserve">04:15:49   (Speaker A)  I've already had. I'm gonna look into to all of </w:t>
      </w:r>
    </w:p>
    <w:p>
      <w:r>
        <w:t xml:space="preserve">04:15:51   (Speaker D)  them, still train them to do that. </w:t>
      </w:r>
    </w:p>
    <w:p>
      <w:r>
        <w:t xml:space="preserve">04:15:52   (Speaker A)  We're gonna. Yeah, yeah, exactly. </w:t>
      </w:r>
    </w:p>
    <w:p>
      <w:r>
        <w:t xml:space="preserve">04:15:54   (Speaker E)  Excellent. </w:t>
      </w:r>
    </w:p>
    <w:p>
      <w:r>
        <w:t xml:space="preserve">04:15:54   (Speaker D)  Thank you. </w:t>
      </w:r>
    </w:p>
    <w:p>
      <w:r>
        <w:t xml:space="preserve">04:15:55   (Speaker A)  All right. Anything else? If not. No. Okay. Next regularly scheduled board of Supervisor Workshop is August 11, 2026 at 6pm Your next regularly scheduled. Well, before we do this thinking about security, I think we need to take a motion to add a shade session. </w:t>
      </w:r>
    </w:p>
    <w:p>
      <w:r>
        <w:t xml:space="preserve">04:16:09   (Speaker D)  Right. </w:t>
      </w:r>
    </w:p>
    <w:p>
      <w:r>
        <w:t xml:space="preserve">04:16:10   (Speaker A)  For security or. </w:t>
      </w:r>
    </w:p>
    <w:p>
      <w:r>
        <w:t xml:space="preserve">04:16:11   (Speaker B)  No. </w:t>
      </w:r>
    </w:p>
    <w:p>
      <w:r>
        <w:t xml:space="preserve">04:16:11   (Speaker C)  Oh, well, we don't necessarily. </w:t>
      </w:r>
    </w:p>
    <w:p>
      <w:r>
        <w:t xml:space="preserve">04:16:12   (Speaker A)  Okay, so never mind. </w:t>
      </w:r>
    </w:p>
    <w:p>
      <w:r>
        <w:t xml:space="preserve">04:16:13   (Speaker C)  But I mean, since you said it, like, would you like to add an executive shade session for security purposes at your August 25th meeting? </w:t>
      </w:r>
    </w:p>
    <w:p>
      <w:r>
        <w:t xml:space="preserve">04:16:23   (Speaker D)  We got. </w:t>
      </w:r>
    </w:p>
    <w:p>
      <w:r>
        <w:t xml:space="preserve">04:16:24   (Speaker F)  No, no, no. </w:t>
      </w:r>
    </w:p>
    <w:p>
      <w:r>
        <w:t xml:space="preserve">04:16:26   (Speaker C)  Executive security. Shade, not litigation. </w:t>
      </w:r>
    </w:p>
    <w:p>
      <w:r>
        <w:t xml:space="preserve">04:16:29   (Speaker F)  No, I know, but I'm saying where we landed was about numbers, not about the substance. </w:t>
      </w:r>
    </w:p>
    <w:p>
      <w:r>
        <w:t xml:space="preserve">04:16:33   (Speaker A)  That's a good point. </w:t>
      </w:r>
    </w:p>
    <w:p>
      <w:r>
        <w:t xml:space="preserve">04:16:34   (Speaker I)  Yeah. </w:t>
      </w:r>
    </w:p>
    <w:p>
      <w:r>
        <w:t xml:space="preserve">04:16:34   (Speaker A)  I mean, if you guys are just worried about numbers, we don't do a shade session. Just understand that we cannot talk about camera locations or infrastructure during that. </w:t>
      </w:r>
    </w:p>
    <w:p>
      <w:r>
        <w:t xml:space="preserve">04:16:41   (Speaker F)  Right. The. What you directed was Apple's D Apples. </w:t>
      </w:r>
    </w:p>
    <w:p>
      <w:r>
        <w:t xml:space="preserve">04:16:44   (Speaker B)  Beautiful. </w:t>
      </w:r>
    </w:p>
    <w:p>
      <w:r>
        <w:t xml:space="preserve">04:16:45   (Speaker A)  All right, no problem. So with that, I'd just be looking for a motion to adjourn. </w:t>
      </w:r>
    </w:p>
    <w:p>
      <w:r>
        <w:t xml:space="preserve">04:16:49   (Speaker E)  I'll do it. </w:t>
      </w:r>
    </w:p>
    <w:p>
      <w:r>
        <w:t xml:space="preserve">04:16:51   (Speaker A)  Second from John. All in favor? Thank you, Don. </w:t>
      </w:r>
    </w:p>
    <w:p>
      <w:r>
        <w:t xml:space="preserve">04:16:55   (Speaker C)  Thank you. </w:t>
      </w:r>
    </w:p>
    <w:p>
      <w:r>
        <w:t xml:space="preserve">04:16:56   (Speaker G)  Thank you, everybody. </w:t>
      </w:r>
    </w:p>
    <w:p>
      <w:r>
        <w:t xml:space="preserve">04:16:57   (Speaker A)  Great night, everybody. </w:t>
      </w:r>
    </w:p>
    <w:p>
      <w:r>
        <w:t xml:space="preserve">04:16:58   (Speaker E)  That's how it's done. So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