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260624_0303.MP3</w:t>
      </w:r>
      <w:r>
        <w:rPr>
          <w:b/>
          <w:color w:val="FF0000"/>
        </w:rPr>
        <w:br/>
        <w:tab/>
        <w:tab/>
        <w:tab/>
        <w:tab/>
        <w:t xml:space="preserve"> 27231994</w:t>
        <w:br/>
        <w:br/>
        <w:br/>
      </w:r>
    </w:p>
    <w:p>
      <w:r>
        <w:t>DATE AUDIO FILE SUBMITTED TO THE GAT SYSTEM:</w:t>
      </w:r>
      <w:r>
        <w:rPr>
          <w:b/>
          <w:color w:val="FF0000"/>
        </w:rPr>
        <w:br/>
        <w:tab/>
        <w:tab/>
        <w:tab/>
        <w:tab/>
        <w:t xml:space="preserve"> October 13, 2026 at 11:03 AM</w:t>
        <w:br/>
        <w:br/>
        <w:br/>
      </w:r>
    </w:p>
    <w:p>
      <w:r>
        <w:t>DATE AUDIO FILE COMPLETED BY THE GAT SYSTEM:</w:t>
      </w:r>
      <w:r>
        <w:rPr>
          <w:b/>
          <w:color w:val="FF0000"/>
        </w:rPr>
        <w:br/>
        <w:tab/>
        <w:tab/>
        <w:tab/>
        <w:tab/>
        <w:t xml:space="preserve"> October 13, 2026 at 11:03 AM</w:t>
      </w:r>
      <w:r>
        <w:rPr>
          <w:b/>
          <w:color w:val="FF0000"/>
        </w:rPr>
        <w:br/>
        <w:tab/>
        <w:tab/>
        <w:tab/>
        <w:tab/>
        <w:t xml:space="preserve"> 00:21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00:01      (Speaker A)  Alright, so let's go. The order of the Sorrow Community Development district today is June 23, 2026. We're advertised time 12:00pm present and considering quorum. We have John, we have Alan, we have Emily and Rosemary from our team. We have Lindsey and Roberto on teams and also myself and Matthew For GMS as residents, we have Ann Vaugh. Thank you for being here. </w:t>
      </w:r>
    </w:p>
    <w:p>
      <w:r>
        <w:t xml:space="preserve">00:45      (Speaker B)  You're a good, loyal resident. </w:t>
      </w:r>
    </w:p>
    <w:p>
      <w:r>
        <w:t xml:space="preserve">00:47      (Speaker A)  Yes. All right. That take care of roll call. Since we have a public hearing, we have. This second item is for public comments. Do we have any comments from the public? This public member is very pleased with what you are doing. Just keep working at it. Thank you. Then the next item will be approval of the minutes of March 31st meeting. Just for the record, we did have some corrections from Lindsay and she did send that a little bit late. Was like yesterday. So we did review the agenda. So the agendas you're seeing on your iPads are reviewed. I think she sent also that Lacrell sent a revised agenda. So there were some corrections and we did put drafts. So once we publish this, people know that this was not approved by the board yet. Once we approve here, then we will publish the one that is approved. Okay. Just that way we're not. We don't have that gap of seven days people saying oh, this was approved already. </w:t>
      </w:r>
    </w:p>
    <w:p>
      <w:r>
        <w:t xml:space="preserve">02:07      (Speaker C)  But. </w:t>
      </w:r>
    </w:p>
    <w:p>
      <w:r>
        <w:t xml:space="preserve">02:09      (Speaker A)  And then, but also what I want to ask is remember like a couple meetings ago we did ask to have like a verbatim agenda. And then after that we came to a meeting and it was like too much like. And then you guys said, oh, maybe we go back. But like in the middle, not as little. Just you know, more of the culture contest. What, what we're saying, do you guys want to do that? Are you going to still want a verbatim. </w:t>
      </w:r>
    </w:p>
    <w:p>
      <w:r>
        <w:t xml:space="preserve">02:43      (Speaker D)  All in favor of a summary of what was said and the conclusions being part of the minutes. Not advert in every word. And ums and Oz, you happy with that everybody? </w:t>
      </w:r>
    </w:p>
    <w:p>
      <w:r>
        <w:t xml:space="preserve">02:56      (Speaker B)  Yes, I'm fine with that. </w:t>
      </w:r>
    </w:p>
    <w:p>
      <w:r>
        <w:t xml:space="preserve">02:58      (Speaker D)  Resolution passed. </w:t>
      </w:r>
    </w:p>
    <w:p>
      <w:r>
        <w:t xml:space="preserve">02:59      (Speaker A)  All right, so you know, I will ask for a motion to approve the minutes of March 31st and can I join on that motion? What we just stated, Lindsey, </w:t>
      </w:r>
    </w:p>
    <w:p>
      <w:r>
        <w:t xml:space="preserve">03:15      (Speaker C)  it can just be direction from the board as to how they would like the minutes to be. And unfortunately I couldn't hear everything that was said by the supervisors. </w:t>
      </w:r>
    </w:p>
    <w:p>
      <w:r>
        <w:t xml:space="preserve">03:23      (Speaker A)  I'm not sure if the mic's a little far. </w:t>
      </w:r>
    </w:p>
    <w:p>
      <w:r>
        <w:t xml:space="preserve">03:26      (Speaker C)  I can hear you great in dressed but I couldn't pin a discussion of what was said on what was wanted. </w:t>
      </w:r>
    </w:p>
    <w:p>
      <w:r>
        <w:t xml:space="preserve">03:32      (Speaker A)  Okay. Yeah, they said that they are okay with that so? </w:t>
      </w:r>
    </w:p>
    <w:p>
      <w:r>
        <w:t xml:space="preserve">03:36      (Speaker B)  Okay. </w:t>
      </w:r>
    </w:p>
    <w:p>
      <w:r>
        <w:t xml:space="preserve">03:37      (Speaker C)  With which way? The summarized or the data? </w:t>
      </w:r>
    </w:p>
    <w:p>
      <w:r>
        <w:t xml:space="preserve">03:39      (Speaker A)  The summarized. </w:t>
      </w:r>
    </w:p>
    <w:p>
      <w:r>
        <w:t xml:space="preserve">03:41      (Speaker C)  Okay, thank you. </w:t>
      </w:r>
    </w:p>
    <w:p>
      <w:r>
        <w:t xml:space="preserve">03:42      (Speaker A)  All right, so I need a motion to approve the minutes of March 31st. Okay. Motion by Rosemary. Second by John. All in favor, please say aye. </w:t>
      </w:r>
    </w:p>
    <w:p>
      <w:r>
        <w:t xml:space="preserve">03:53      (Speaker B)  Aye. </w:t>
      </w:r>
    </w:p>
    <w:p>
      <w:r>
        <w:t xml:space="preserve">03:53      (Speaker A)  And we have a direction from the board to do. Summarize minutes. Okay, sounds good. The next item will be a public hearing to adopt the fiscal year 2027 budget. I need a motion to open the public hearing. Motion by Allan. </w:t>
      </w:r>
    </w:p>
    <w:p>
      <w:r>
        <w:t xml:space="preserve">04:22      (Speaker D)  Second. </w:t>
      </w:r>
    </w:p>
    <w:p>
      <w:r>
        <w:t xml:space="preserve">04:22      (Speaker A)  Second by John. Aye. In favor, please say aye. Okay, I'll approve. Next item will be public comments or discussion. Do we have any public comment or discussion on the move on the budget that we approve? Not hearing any. I need a motion to approve Resolution 2026 04, the annual appropriating resolution for the Tesoro Community Development District for the year starting in October 1, 2026, and ending September 30, 2027. Okay. Motion. Second by Rosemary. Second by Alan. All in favor, please say aye. The next item will be consideration resolution 2026 05. That's the motion for to levy the Lawrence assessment. I need a motion. </w:t>
      </w:r>
    </w:p>
    <w:p>
      <w:r>
        <w:t xml:space="preserve">05:23      (Speaker E)  Motion. </w:t>
      </w:r>
    </w:p>
    <w:p>
      <w:r>
        <w:t xml:space="preserve">05:23      (Speaker A)  Motion by Allen. </w:t>
      </w:r>
    </w:p>
    <w:p>
      <w:r>
        <w:t xml:space="preserve">05:26      (Speaker D)  Second. </w:t>
      </w:r>
    </w:p>
    <w:p>
      <w:r>
        <w:t xml:space="preserve">05:26      (Speaker A)  Second by John. All in favor, please say aye. Aye. </w:t>
      </w:r>
    </w:p>
    <w:p>
      <w:r>
        <w:t xml:space="preserve">05:32      (Speaker E)  Aye. </w:t>
      </w:r>
    </w:p>
    <w:p>
      <w:r>
        <w:t xml:space="preserve">05:33      (Speaker A)  Aye. I need a motion to close the vote. Hearing. </w:t>
      </w:r>
    </w:p>
    <w:p>
      <w:r>
        <w:t xml:space="preserve">05:39      (Speaker D)  Motion. </w:t>
      </w:r>
    </w:p>
    <w:p>
      <w:r>
        <w:t xml:space="preserve">05:40      (Speaker A)  Motion to close. Pray by John. Have a second. </w:t>
      </w:r>
    </w:p>
    <w:p>
      <w:r>
        <w:t xml:space="preserve">05:45      (Speaker D)  Aye. </w:t>
      </w:r>
    </w:p>
    <w:p>
      <w:r>
        <w:t xml:space="preserve">05:45      (Speaker C)  I mean, second. </w:t>
      </w:r>
    </w:p>
    <w:p>
      <w:r>
        <w:t xml:space="preserve">05:47      (Speaker A)  Second by Emily. All in favor, please say aye. </w:t>
      </w:r>
    </w:p>
    <w:p>
      <w:r>
        <w:t xml:space="preserve">05:54      (Speaker B)  Second. </w:t>
      </w:r>
    </w:p>
    <w:p>
      <w:r>
        <w:t xml:space="preserve">05:57      (Speaker A)  Did you do that? </w:t>
      </w:r>
    </w:p>
    <w:p>
      <w:r>
        <w:t xml:space="preserve">05:58      (Speaker B)  Yes, of course I did. </w:t>
      </w:r>
    </w:p>
    <w:p>
      <w:r>
        <w:t xml:space="preserve">06:00      (Speaker A)  All right, so next item will be staff reports. Lindsay, what do you have for us? </w:t>
      </w:r>
    </w:p>
    <w:p>
      <w:r>
        <w:t xml:space="preserve">06:10      (Speaker C)  All right. Hi, everybody. Just want to let you know I did send a brief email this morning with a little bit of a case update. I understand you might not have seen it yet, but we did finally coordinate mediation. It is scheduled for June 29th. Your chair is attending as the district representative as approved by the board at a previous meeting. So we are moving forward with that. As you know, we were petitioning potentially going to have a shade session today, but we did cancel it because we had not had mediation yet. So taking that into consideration, I'm not sure if there are plans to have an additional regular board meeting for the remainder of the year, but it might be helpful if we were to schedule a shade session so we can discuss the case and any type of settlement and litigation expenditures and strategy. I'm not sure if we want to discuss that and potential dates now or wait until the end of the meeting. Is there a preference? </w:t>
      </w:r>
    </w:p>
    <w:p>
      <w:r>
        <w:t xml:space="preserve">07:22      (Speaker A)  Maybe, you know, if we could have something around September so we could get this to develop whatever is going to happen on mediation and case and give a little time to understand what's going on there. I don't know. </w:t>
      </w:r>
    </w:p>
    <w:p>
      <w:r>
        <w:t xml:space="preserve">07:42      (Speaker D)  I think it's valuable to put a date in the calendar. The meeting is not needed for the board, however, it's needed for the shade session. So let's put. Put them in the place for the middle or third week of September. I'll be away last week of August until the second week of September. So after the 12th of September. </w:t>
      </w:r>
    </w:p>
    <w:p>
      <w:r>
        <w:t xml:space="preserve">08:12      (Speaker C)  That sounds great for me too. </w:t>
      </w:r>
    </w:p>
    <w:p>
      <w:r>
        <w:t xml:space="preserve">08:15      (Speaker A)  Let me take a look on our calendar. </w:t>
      </w:r>
    </w:p>
    <w:p>
      <w:r>
        <w:t xml:space="preserve">08:18      (Speaker C)  I'll be gone end of August, early September as well. And while Andres is looking at the calendar, also just want to remind the board, friendly reminder, that if you do receive any type of communications from the other side regarding this lawsuit, do not engage. We're handling everything within the lawsuit, attorney to attorney. If you do have any questions regarding those, please direct them to Andresa and me and we'll assist you wherever we can. But otherwise, just everything else will be handled in the lawsuit and won't be through direct party communication. </w:t>
      </w:r>
    </w:p>
    <w:p>
      <w:r>
        <w:t xml:space="preserve">09:02      (Speaker A)  All right, so. What do you guys think about the 24th? September 24th or the 15th? The Tuesday seems to be. Yeah, the 15. The 22nd also. 22nd or 15. When are you coming back? </w:t>
      </w:r>
    </w:p>
    <w:p>
      <w:r>
        <w:t xml:space="preserve">09:32      (Speaker C)  I can do the 15th. The 22nd I can do if it's early enough. If you want me in person because I do have a 6pm in pack Costco. </w:t>
      </w:r>
    </w:p>
    <w:p>
      <w:r>
        <w:t xml:space="preserve">09:48      (Speaker B)  I'm fine with either one. What about you, John? And what about you? </w:t>
      </w:r>
    </w:p>
    <w:p>
      <w:r>
        <w:t xml:space="preserve">09:54      (Speaker A)  I'm good. </w:t>
      </w:r>
    </w:p>
    <w:p>
      <w:r>
        <w:t xml:space="preserve">09:56      (Speaker B)  Let him go by. </w:t>
      </w:r>
    </w:p>
    <w:p>
      <w:r>
        <w:t xml:space="preserve">09:57      (Speaker D)  That's 15, 22nd, whatever it is. </w:t>
      </w:r>
    </w:p>
    <w:p>
      <w:r>
        <w:t xml:space="preserve">10:03      (Speaker A)  Lindsay, if you don't mind, I would prefer the 22nd because I have another meeting on the 15, like at 11:30. So it would be like almost the time that they need. They like to meet here. So I'll do the. I'll prefer the 22nd and then I11. </w:t>
      </w:r>
    </w:p>
    <w:p>
      <w:r>
        <w:t xml:space="preserve">10:21      (Speaker B)  So that means she'll be on on speaker again? </w:t>
      </w:r>
    </w:p>
    <w:p>
      <w:r>
        <w:t xml:space="preserve">10:25      (Speaker A)  No, in person. </w:t>
      </w:r>
    </w:p>
    <w:p>
      <w:r>
        <w:t xml:space="preserve">10:26      (Speaker B)  I thought you said it had to be early enough. Is that early enough? Noon. </w:t>
      </w:r>
    </w:p>
    <w:p>
      <w:r>
        <w:t xml:space="preserve">10:31      (Speaker C)  So if, if you want me to be in person for there On Tuesday the 22nd, I would need to make sure I could leave by 2pm </w:t>
      </w:r>
    </w:p>
    <w:p>
      <w:r>
        <w:t xml:space="preserve">10:48      (Speaker B)  that's not a problem. </w:t>
      </w:r>
    </w:p>
    <w:p>
      <w:r>
        <w:t xml:space="preserve">10:50      (Speaker C)  So 11 should be fine. I would hope we wouldn't have a three hour shake session. </w:t>
      </w:r>
    </w:p>
    <w:p>
      <w:r>
        <w:t xml:space="preserve">10:56      (Speaker A)  You guys wouldn't either </w:t>
      </w:r>
    </w:p>
    <w:p>
      <w:r>
        <w:t xml:space="preserve">11:00      (Speaker D)  if we do it at 11. </w:t>
      </w:r>
    </w:p>
    <w:p>
      <w:r>
        <w:t xml:space="preserve">11:02      (Speaker B)  Oh, before. </w:t>
      </w:r>
    </w:p>
    <w:p>
      <w:r>
        <w:t xml:space="preserve">11:03      (Speaker D)  Before she's got to leave by 2. </w:t>
      </w:r>
    </w:p>
    <w:p>
      <w:r>
        <w:t xml:space="preserve">11:05      (Speaker B)  Right. So you're talking about the shade session would be at 11 and then the </w:t>
      </w:r>
    </w:p>
    <w:p>
      <w:r>
        <w:t xml:space="preserve">11:08      (Speaker D)  board meeting is going to be from 11 to 11:05. </w:t>
      </w:r>
    </w:p>
    <w:p>
      <w:r>
        <w:t xml:space="preserve">11:12      (Speaker A)  Yeah. </w:t>
      </w:r>
    </w:p>
    <w:p>
      <w:r>
        <w:t xml:space="preserve">11:14      (Speaker D)  What are we going to talk about? </w:t>
      </w:r>
    </w:p>
    <w:p>
      <w:r>
        <w:t xml:space="preserve">11:16      (Speaker A)  All right, so we're going to have </w:t>
      </w:r>
    </w:p>
    <w:p>
      <w:r>
        <w:t xml:space="preserve">11:17      (Speaker B)  it at 11 rather than noon. </w:t>
      </w:r>
    </w:p>
    <w:p>
      <w:r>
        <w:t xml:space="preserve">11:18      (Speaker A)  Yeah, well, the board meeting is going to be only like after the shade test run to adopt anything that we approve on the safe. </w:t>
      </w:r>
    </w:p>
    <w:p>
      <w:r>
        <w:t xml:space="preserve">11:28      (Speaker B)  11 o', clock, 11am okay. </w:t>
      </w:r>
    </w:p>
    <w:p>
      <w:r>
        <w:t xml:space="preserve">11:30      (Speaker A)  All right. So on the 22nd. Lindsay. 11. </w:t>
      </w:r>
    </w:p>
    <w:p>
      <w:r>
        <w:t xml:space="preserve">11:36      (Speaker C)  Yep. </w:t>
      </w:r>
    </w:p>
    <w:p>
      <w:r>
        <w:t xml:space="preserve">11:37      (Speaker D)  And we. If we don't make any headway. </w:t>
      </w:r>
    </w:p>
    <w:p>
      <w:r>
        <w:t xml:space="preserve">11:41      (Speaker C)  So what I'll say though then, because I have to put it on the record, the fun little language is what I'd be looking for is a motion to hold a shade session on September 22 second at 11am at the Tesoro Club in relation to the case of Tesoro CDD vs Diggle et al. Case number 25 CA 1892 in Pasco County Circuit Court. Those expected to attend are Supervisors Ferrucci, Borden, Jones and Jones. District Manager Andresa Felipe and District Councils Lindsay Mosinski, Mitchell Zwing and Jennifer Kalinsky, along with a court reporter. It is expected to last approximately 30 minutes, but it may be more, it may be less. So if I can get a motion, that would be great. </w:t>
      </w:r>
    </w:p>
    <w:p>
      <w:r>
        <w:t xml:space="preserve">12:39      (Speaker B)  Motion </w:t>
      </w:r>
    </w:p>
    <w:p>
      <w:r>
        <w:t xml:space="preserve">12:42      (Speaker E)  Second. </w:t>
      </w:r>
    </w:p>
    <w:p>
      <w:r>
        <w:t xml:space="preserve">12:43      (Speaker A)  All right. Motion by Rosemary. Second by Ellen. All in favor, please say aye. </w:t>
      </w:r>
    </w:p>
    <w:p>
      <w:r>
        <w:t xml:space="preserve">12:54      (Speaker C)  All right, so I will get a notice for that. And then of course, as Andresa stated, we will hold a little regular or special meeting, whatever we want to call it, afterwards, just in case something comes up that the board needs to review, including any potential motions that might need to be made that come out of the shade session. The only other thing that I have since Andressa's got a whole list of other things that she'll cover with you is the qualifying period for the seats one and two did end. I did check the website, and it does look like there are. There's one other person in addition to the current supervisors holding the seat for each of those seats. So for seat one qualified as Emily Jones, and then someone named Anthony Donatelli, and then for seat two qualified is Rosemary Jones and then a Mike Wangle. So those will be going to ballot in November. So I just wanted to give you an update on that. Otherwise, I don't have anything else other than unless anybody has any questions for me. </w:t>
      </w:r>
    </w:p>
    <w:p>
      <w:r>
        <w:t xml:space="preserve">14:15      (Speaker A)  No, I just want to state for the record that Mr. Ferrucci is here with us. Michael. Sorry. All right. Six different places this morning. It's okay. All right. So, Roberto, do you have anything for us? Thank you, Lindsay. </w:t>
      </w:r>
    </w:p>
    <w:p>
      <w:r>
        <w:t xml:space="preserve">14:36      (Speaker C)  Thank you. </w:t>
      </w:r>
    </w:p>
    <w:p>
      <w:r>
        <w:t xml:space="preserve">14:38      (Speaker F)  No address. I don't really have any meaningful updates. I'll be working with John this coming month on some water quality bullet points to send over to fdep. </w:t>
      </w:r>
    </w:p>
    <w:p>
      <w:r>
        <w:t xml:space="preserve">14:53      (Speaker A)  How about the bridge the bridge, </w:t>
      </w:r>
    </w:p>
    <w:p>
      <w:r>
        <w:t xml:space="preserve">15:00      (Speaker F)  that control structure. </w:t>
      </w:r>
    </w:p>
    <w:p>
      <w:r>
        <w:t xml:space="preserve">15:01      (Speaker A)  Yeah. </w:t>
      </w:r>
    </w:p>
    <w:p>
      <w:r>
        <w:t xml:space="preserve">15:02      (Speaker D)  The 825 structure. </w:t>
      </w:r>
    </w:p>
    <w:p>
      <w:r>
        <w:t xml:space="preserve">15:05      (Speaker F)  Yeah. I mean, we're. We're. Unfortunately, Andresa. We're in the same spot we were at a couple of months ago. The city has a contractor they want to use. They're trying to piggyback that contract. And they've made no. You know, they're. They really haven't made any meaningful progress on that. They moved kind of slow. </w:t>
      </w:r>
    </w:p>
    <w:p>
      <w:r>
        <w:t xml:space="preserve">15:25      (Speaker D)  I. I got a note. I got a note from Jody Dunton, which is the deputy director of utilities, saying that he was chasing them for a final quote, whatever that may or may not mean. </w:t>
      </w:r>
    </w:p>
    <w:p>
      <w:r>
        <w:t xml:space="preserve">15:43      (Speaker F)  Yeah, he's trying to get. They're piggybacking the contract that they did for a kind of a similar project in town. And JB wants the contractor to give him a proposal for. For the. For the permit plans that they prepared for the control structure for that. I call that control structure. It's really just a big weir. </w:t>
      </w:r>
    </w:p>
    <w:p>
      <w:r>
        <w:t xml:space="preserve">16:12      (Speaker A)  All right. </w:t>
      </w:r>
    </w:p>
    <w:p>
      <w:r>
        <w:t xml:space="preserve">16:13      (Speaker F)  She probably or so. </w:t>
      </w:r>
    </w:p>
    <w:p>
      <w:r>
        <w:t xml:space="preserve">16:15      (Speaker D)  Yeah. </w:t>
      </w:r>
    </w:p>
    <w:p>
      <w:r>
        <w:t xml:space="preserve">16:15      (Speaker A)  All right, thank you. </w:t>
      </w:r>
    </w:p>
    <w:p>
      <w:r>
        <w:t xml:space="preserve">16:18      (Speaker D)  I'd like to just post a couple of comments, Roberto, as you go down the track. We did talk about a sample calculation for the annual loading from the samples that we have so that we know how the calculation is done. Because the quantity that the DEP is by model forecasting is excessive. So if you could put that into something for your. You and I to deal with in the next two months, that'd be helpful </w:t>
      </w:r>
    </w:p>
    <w:p>
      <w:r>
        <w:t xml:space="preserve">16:53      (Speaker F)  for sure. And we have a couple of ways we can do it, John. We can do it based on the permitted. Maximum flow rate for the community. And then we can. That'll give us the worst case scenario based on the readings that we already have. I know. We're waiting on the second batch of readings. We can come up with some, like a range. </w:t>
      </w:r>
    </w:p>
    <w:p>
      <w:r>
        <w:t xml:space="preserve">17:14      (Speaker D)  Okay. So there's the maximum permitted and the realistic calculation. And that'd be useful. </w:t>
      </w:r>
    </w:p>
    <w:p>
      <w:r>
        <w:t xml:space="preserve">17:25      (Speaker F)  Yes. Okay. </w:t>
      </w:r>
    </w:p>
    <w:p>
      <w:r>
        <w:t xml:space="preserve">17:26      (Speaker D)  Appreciate it. </w:t>
      </w:r>
    </w:p>
    <w:p>
      <w:r>
        <w:t xml:space="preserve">17:28      (Speaker A)  All right. </w:t>
      </w:r>
    </w:p>
    <w:p>
      <w:r>
        <w:t xml:space="preserve">17:29      (Speaker F)  Yes, sir. </w:t>
      </w:r>
    </w:p>
    <w:p>
      <w:r>
        <w:t xml:space="preserve">17:30      (Speaker A)  Thank you. The next item will be field. </w:t>
      </w:r>
    </w:p>
    <w:p>
      <w:r>
        <w:t xml:space="preserve">17:35      (Speaker E)  Yeah. So on the field side, piggyback on that. We'll be doing the second round of water samples this Thursday. Me and Ronnie, we did switch labs to that Eurofins lab that is located in Port St. Lucie. Important to note on that Eurofins lab, they will be collecting our samples there and then immediately shipping them up to Orlando because that's where they do their actual water test set right now. Ronnie, actually, I believe is already cracked up now, but has been working on the plantings as well throughout the community. And we're doing pretty well in terms of algae for the weather that we've been having recently. We have one pond that is typically. We're always biting with algae. At the moment, it's looking pretty good. The new golf course side, we are experiencing a little bit more algae and weeds over there than previously because there's a lot more fertilizer, and they're used to reclaimed water over there. So some changes on that end, but otherwise everything moving as well, </w:t>
      </w:r>
    </w:p>
    <w:p>
      <w:r>
        <w:t xml:space="preserve">18:34      (Speaker D)  I must admit. I'd like to compliment both Matt, Ronnie and John Beckman. They've done nine holes of golf restoration with correct boundaries, no impacts onto the waterways. The bridge across holds 2 to 3. 3, which is the equivalent of our mitigation. 6 to 7 looks absolutely superb. And Ronnie's busy cleaning up the little islands there. It looks very nice. If. If the. If the Tesora chooses to go on and do the remaining. There's only eight holes left in that golf course. We have major problems around 10, because that is one of the most sensitive areas. Leaven to a lesser extent, where if you spill anything or do anything, it runs into the river. So 10 is 10, and 11 are the last of the odo pieces that we have to be extremely careful with. Other than that, I think it's gone out extremely well. And I went around it and I. I think I'm impressed. </w:t>
      </w:r>
    </w:p>
    <w:p>
      <w:r>
        <w:t xml:space="preserve">19:52      (Speaker A)  That's great. Awesome. Thank you. All right, on my side, I have a couple items. The first one, I need a motion to approve the proposed fiscal year 27. That means we meet as needed for this board. So we do have the advertisement that it goes out, you know, beforehand and all that process. So we'll continue the way you guys did in the past. So I need a motion to approve that motion. Motion by Emily, second by Alan. All in favor, please say aye. All right, the next item will be financial services disclosures. I have here that everybody file. But Alan, it did finish the black form one. </w:t>
      </w:r>
    </w:p>
    <w:p>
      <w:r>
        <w:t xml:space="preserve">20:51      (Speaker E)  I sent it in. </w:t>
      </w:r>
    </w:p>
    <w:p>
      <w:r>
        <w:t xml:space="preserve">20:53      (Speaker D)  Yeah, yeah, Okay. </w:t>
      </w:r>
    </w:p>
    <w:p>
      <w:r>
        <w:t xml:space="preserve">20:55      (Speaker E)  A couple of. Last week. </w:t>
      </w:r>
    </w:p>
    <w:p>
      <w:r>
        <w:t xml:space="preserve">20:58      (Speaker A)  Oh, last week. Okay. Because they do. They put this together, like, a little bit before that. </w:t>
      </w:r>
    </w:p>
    <w:p>
      <w:r>
        <w:t xml:space="preserve">21:03      (Speaker D)  Okay, I saw it. </w:t>
      </w:r>
    </w:p>
    <w:p>
      <w:r>
        <w:t xml:space="preserve">21:04      (Speaker A)  All right, good. Just wanted to confirm. I don't want you to get any fines. That is not fun. All right, so the next item will be the ethics training. Remember, you get a, you know, finish by December 31st. It's the same one that you did last year. So you can just press play and hear it and then make notes when you did, and then you can check the box. Next year, when you file your Form 1, it's gonna be there. Did you do the exit training? You go and check the box. So it's self reported. Just make notes for yourself when you did and the website that you use just in case you need it. Just a reminder for that. Maybe Lindsay could send an email to the board with the links. And we have like a couple of links that are for free. So if you could, Lindsey, put that on your to do list to send the board like this link so they have it easy so they don't need to search for it. </w:t>
      </w:r>
    </w:p>
    <w:p>
      <w:r>
        <w:t xml:space="preserve">22:18      (Speaker C)  I can definitely send out an email with the links, no problem. </w:t>
      </w:r>
    </w:p>
    <w:p>
      <w:r>
        <w:t xml:space="preserve">22:20      (Speaker A)  Thank you so much. The next item will be just number of voters. This is not important because you guys already passed, you know, the 250. This number is 446 voters in the district. You know, this is just important. When you achieve the 2250 and your past six years, you start transition to residents. And you guys already did that. So that's just informational. The next item will be the final approval of the 2526 report performance measures. I would like to get a motion to approve that even though we are still in 26. But if we don't, you know, we're gonna meet in September. But we could just approve and then check on September. All right, we have a motion. </w:t>
      </w:r>
    </w:p>
    <w:p>
      <w:r>
        <w:t xml:space="preserve">23:14      (Speaker D)  Motion. </w:t>
      </w:r>
    </w:p>
    <w:p>
      <w:r>
        <w:t xml:space="preserve">23:15      (Speaker A)  Motion by John. Second. Second. Second by Rosemary. Aye. In favor, please say aye. </w:t>
      </w:r>
    </w:p>
    <w:p>
      <w:r>
        <w:t xml:space="preserve">23:20      (Speaker B)  Aye. </w:t>
      </w:r>
    </w:p>
    <w:p>
      <w:r>
        <w:t xml:space="preserve">23:22      (Speaker A)  And the next one is the one that is going to be proposed at the end of 26 to 27. So we are proposing the same thing, the measure and standards in O2 because of the statute regulation. So I need a motion to motion. Okay. Motion by John. </w:t>
      </w:r>
    </w:p>
    <w:p>
      <w:r>
        <w:t xml:space="preserve">23:42      (Speaker C)  Second. </w:t>
      </w:r>
    </w:p>
    <w:p>
      <w:r>
        <w:t xml:space="preserve">23:42      (Speaker A)  Second by Alan. All in favor, please say aye. All right, the next item will be financial report. Step A is approval of check group register. Tab B is acceptance of the unaudited financials. If you guys have any questions. If not, I will look for a motion to approve both tab A and B. Motion by Alan. </w:t>
      </w:r>
    </w:p>
    <w:p>
      <w:r>
        <w:t xml:space="preserve">24:06      (Speaker D)  Second. </w:t>
      </w:r>
    </w:p>
    <w:p>
      <w:r>
        <w:t xml:space="preserve">24:06      (Speaker A)  Second by John. All my favorite. Please say aye. All right, next item will be supervisor's request. Do you have any supervisor requests at this time? </w:t>
      </w:r>
    </w:p>
    <w:p>
      <w:r>
        <w:t xml:space="preserve">24:17      (Speaker D)  Couple of little, minor little irritations. Our permits for the east and the west are in. One is in the name of Gin as the owner of the property and one is the name of W. I have been going down the track with South Florida Water Management District and our Hope sound consultants and receiving limited to no help from South Florida Water Management. We need to change those names and the operating and management names to the Tesora CDD and Tesora poa. This seems to be unusually difficult and they don't seem to know how to do it. So we've asked for a meeting with </w:t>
      </w:r>
    </w:p>
    <w:p>
      <w:r>
        <w:t xml:space="preserve">25:19      (Speaker A)  them </w:t>
      </w:r>
    </w:p>
    <w:p>
      <w:r>
        <w:t xml:space="preserve">25:22      (Speaker D)  and it going to be interesting. Yeah, leave it at that. Let's say no more than that. </w:t>
      </w:r>
    </w:p>
    <w:p>
      <w:r>
        <w:t xml:space="preserve">25:30      (Speaker A)  I have been copying on those emails and since you guys approve, you know, this to be done, this have been going on and they make so everything so difficult even to, you know, just get the documents. Everything is so difficult. </w:t>
      </w:r>
    </w:p>
    <w:p>
      <w:r>
        <w:t xml:space="preserve">25:48      (Speaker D)  Well, and the supervisor's methodology is to do the same standard thing. This is what we need. Included in that is every plat under the permit. There's probably about 200 plats per permit and they were part of the permit as they existed, which means she did no investigation. She just put an email out. It has been frustration and in fact, Frieda from Hope Sound has politely said she's never seen this before. So we need to get it solved. It's not of spectacular urgency, but we need to clean that up. Mildly frustrating, if I may phrase that. The second thing that's out there is we'll start late in this year when it cools down to do the second piece of the hole 18 clearing to clear the other side of the waters to make sure the water flows correctly. If you have a look at when the water we get a lot of water into the Winters creek, it backs right up to the wall on hole 10 to 18. We need to make that allowed to flow. So that is the next big job that we've got coming in. And then I think the other thing that we need to do is as we get samples and calculations, we're eventually going to have to talk to the DEP and very carefully tell them that Tesora is an integrated capability, not an individual capability that their models are built on and that the high load from Tesoro that the models predict is probably not correct or may have a dimension wrong in it. And we're going to have to have that careful discussion sometimes. So I'll do that with Roberto. </w:t>
      </w:r>
    </w:p>
    <w:p>
      <w:r>
        <w:t xml:space="preserve">28:00      (Speaker A)  All right, thank you, John. The next item will be adjournment. I have a motion to adjourn. Motion by Emily. </w:t>
      </w:r>
    </w:p>
    <w:p>
      <w:r>
        <w:t xml:space="preserve">28:11      (Speaker D)  Second. </w:t>
      </w:r>
    </w:p>
    <w:p>
      <w:r>
        <w:t xml:space="preserve">28:12      (Speaker A)  Second by John. All in favor, please say aye. </w:t>
      </w:r>
    </w:p>
    <w:p>
      <w:r>
        <w:t xml:space="preserve">28:15      (Speaker B)  Aye. </w:t>
      </w:r>
    </w:p>
    <w:p>
      <w:r>
        <w:t xml:space="preserve">28:16      (Speaker A)  All right, thank you, guys. Thank you.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